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22E96C" w14:textId="77777777" w:rsidR="00B16F71" w:rsidRPr="00CE2264" w:rsidRDefault="00B16F71" w:rsidP="00B16F71">
      <w:pPr>
        <w:spacing w:after="0" w:line="240" w:lineRule="auto"/>
        <w:ind w:left="5103" w:right="709"/>
        <w:jc w:val="both"/>
        <w:rPr>
          <w:rFonts w:ascii="Times New Roman" w:hAnsi="Times New Roman"/>
          <w:sz w:val="24"/>
        </w:rPr>
      </w:pPr>
      <w:r w:rsidRPr="00CE2264">
        <w:rPr>
          <w:rFonts w:ascii="Times New Roman" w:hAnsi="Times New Roman"/>
          <w:sz w:val="24"/>
        </w:rPr>
        <w:t xml:space="preserve">Приложение № 2 </w:t>
      </w:r>
    </w:p>
    <w:p w14:paraId="5861B6EA" w14:textId="0581EEE2" w:rsidR="00B16F71" w:rsidRPr="00CE2264" w:rsidRDefault="00B16F71" w:rsidP="00B16F71">
      <w:pPr>
        <w:spacing w:after="0" w:line="240" w:lineRule="auto"/>
        <w:ind w:left="5103" w:right="709"/>
        <w:jc w:val="both"/>
        <w:rPr>
          <w:rFonts w:ascii="Times New Roman" w:hAnsi="Times New Roman"/>
          <w:sz w:val="24"/>
        </w:rPr>
      </w:pPr>
      <w:r w:rsidRPr="00CE2264">
        <w:rPr>
          <w:rFonts w:ascii="Times New Roman" w:hAnsi="Times New Roman"/>
          <w:sz w:val="24"/>
        </w:rPr>
        <w:t xml:space="preserve">к Договору на </w:t>
      </w:r>
      <w:r w:rsidRPr="00426EA5">
        <w:rPr>
          <w:rFonts w:ascii="Times New Roman" w:hAnsi="Times New Roman"/>
          <w:sz w:val="24"/>
        </w:rPr>
        <w:t xml:space="preserve">поставку </w:t>
      </w:r>
      <w:r w:rsidR="00EC5A75" w:rsidRPr="00EC5A75">
        <w:rPr>
          <w:rFonts w:ascii="Times New Roman" w:hAnsi="Times New Roman"/>
          <w:sz w:val="24"/>
          <w:szCs w:val="24"/>
        </w:rPr>
        <w:t>серверного оборудования и СХД</w:t>
      </w:r>
    </w:p>
    <w:p w14:paraId="37B31151" w14:textId="77777777" w:rsidR="00B16F71" w:rsidRPr="00CE2264" w:rsidRDefault="00B16F71" w:rsidP="00B16F71">
      <w:pPr>
        <w:spacing w:after="0" w:line="240" w:lineRule="auto"/>
        <w:ind w:left="5103" w:right="709"/>
        <w:jc w:val="both"/>
        <w:rPr>
          <w:rFonts w:ascii="Times New Roman" w:hAnsi="Times New Roman"/>
          <w:sz w:val="24"/>
        </w:rPr>
      </w:pPr>
      <w:r w:rsidRPr="00CE2264">
        <w:rPr>
          <w:rFonts w:ascii="Times New Roman" w:hAnsi="Times New Roman"/>
          <w:sz w:val="24"/>
        </w:rPr>
        <w:t>от _____________ 20__ г.</w:t>
      </w:r>
      <w:r w:rsidRPr="00CE2264">
        <w:rPr>
          <w:rFonts w:ascii="Times New Roman" w:hAnsi="Times New Roman"/>
          <w:sz w:val="24"/>
        </w:rPr>
        <w:fldChar w:fldCharType="begin" w:fldLock="1"/>
      </w:r>
      <w:r w:rsidRPr="00CE2264">
        <w:rPr>
          <w:rFonts w:ascii="Times New Roman" w:hAnsi="Times New Roman"/>
          <w:sz w:val="24"/>
        </w:rPr>
        <w:instrText>LBVARIABLE \id "2"</w:instrText>
      </w:r>
      <w:r w:rsidRPr="00CE2264">
        <w:rPr>
          <w:rFonts w:ascii="Times New Roman" w:hAnsi="Times New Roman"/>
          <w:sz w:val="24"/>
        </w:rPr>
        <w:fldChar w:fldCharType="separate"/>
      </w:r>
      <w:r w:rsidRPr="00CE2264">
        <w:rPr>
          <w:rFonts w:ascii="Times New Roman" w:hAnsi="Times New Roman"/>
          <w:sz w:val="24"/>
        </w:rPr>
        <w:t xml:space="preserve"> </w:t>
      </w:r>
      <w:r w:rsidRPr="00CE2264">
        <w:rPr>
          <w:rStyle w:val="af"/>
          <w:spacing w:val="-2"/>
          <w:sz w:val="24"/>
        </w:rPr>
        <w:footnoteReference w:id="1"/>
      </w:r>
      <w:r w:rsidRPr="00CE2264">
        <w:rPr>
          <w:rFonts w:ascii="Times New Roman" w:hAnsi="Times New Roman"/>
          <w:sz w:val="24"/>
        </w:rPr>
        <w:t xml:space="preserve"> </w:t>
      </w:r>
      <w:r w:rsidRPr="00CE2264">
        <w:rPr>
          <w:rFonts w:ascii="Times New Roman" w:hAnsi="Times New Roman"/>
          <w:sz w:val="24"/>
        </w:rPr>
        <w:fldChar w:fldCharType="end"/>
      </w:r>
    </w:p>
    <w:p w14:paraId="24287EEA" w14:textId="77F2B35B" w:rsidR="00E96294" w:rsidRDefault="00B16F71" w:rsidP="00B16F71">
      <w:pPr>
        <w:pStyle w:val="ConsPlusNormal"/>
        <w:ind w:firstLine="0"/>
        <w:jc w:val="center"/>
        <w:rPr>
          <w:rFonts w:ascii="Times New Roman" w:hAnsi="Times New Roman"/>
          <w:b/>
          <w:sz w:val="24"/>
          <w:szCs w:val="24"/>
        </w:rPr>
      </w:pPr>
      <w:r>
        <w:rPr>
          <w:rFonts w:ascii="Times New Roman" w:hAnsi="Times New Roman" w:cs="Times New Roman"/>
          <w:sz w:val="24"/>
        </w:rPr>
        <w:t xml:space="preserve">                                                    </w:t>
      </w:r>
      <w:r w:rsidRPr="00CE2264">
        <w:rPr>
          <w:rFonts w:ascii="Times New Roman" w:hAnsi="Times New Roman" w:cs="Times New Roman"/>
          <w:sz w:val="24"/>
        </w:rPr>
        <w:t xml:space="preserve">№ </w:t>
      </w:r>
      <w:r w:rsidRPr="00CE2264">
        <w:rPr>
          <w:rFonts w:ascii="Times New Roman" w:hAnsi="Times New Roman" w:cs="Times New Roman"/>
          <w:sz w:val="24"/>
        </w:rPr>
        <w:fldChar w:fldCharType="begin" w:fldLock="1"/>
      </w:r>
      <w:r w:rsidRPr="00CE2264">
        <w:rPr>
          <w:rFonts w:ascii="Times New Roman" w:hAnsi="Times New Roman" w:cs="Times New Roman"/>
          <w:sz w:val="24"/>
        </w:rPr>
        <w:instrText>LBVARIABLE \id "2"</w:instrText>
      </w:r>
      <w:r w:rsidRPr="00CE2264">
        <w:rPr>
          <w:rFonts w:ascii="Times New Roman" w:hAnsi="Times New Roman" w:cs="Times New Roman"/>
          <w:sz w:val="24"/>
        </w:rPr>
        <w:fldChar w:fldCharType="separate"/>
      </w:r>
      <w:r w:rsidRPr="00CE2264">
        <w:rPr>
          <w:rFonts w:ascii="Times New Roman" w:hAnsi="Times New Roman" w:cs="Times New Roman"/>
          <w:sz w:val="24"/>
        </w:rPr>
        <w:t xml:space="preserve">_______________ </w:t>
      </w:r>
      <w:r w:rsidRPr="00CE2264">
        <w:rPr>
          <w:rStyle w:val="af"/>
          <w:spacing w:val="-16"/>
          <w:sz w:val="24"/>
        </w:rPr>
        <w:footnoteReference w:id="2"/>
      </w:r>
      <w:r w:rsidRPr="00CE2264">
        <w:rPr>
          <w:rFonts w:ascii="Times New Roman" w:hAnsi="Times New Roman" w:cs="Times New Roman"/>
          <w:sz w:val="24"/>
        </w:rPr>
        <w:t xml:space="preserve"> </w:t>
      </w:r>
      <w:r w:rsidRPr="00CE2264">
        <w:rPr>
          <w:rFonts w:ascii="Times New Roman" w:hAnsi="Times New Roman" w:cs="Times New Roman"/>
          <w:sz w:val="24"/>
        </w:rPr>
        <w:fldChar w:fldCharType="end"/>
      </w:r>
    </w:p>
    <w:p w14:paraId="40999E7D" w14:textId="77777777" w:rsidR="00E96294" w:rsidRDefault="00E96294" w:rsidP="007A1259">
      <w:pPr>
        <w:pStyle w:val="ConsPlusNormal"/>
        <w:ind w:firstLine="0"/>
        <w:jc w:val="center"/>
        <w:rPr>
          <w:rFonts w:ascii="Times New Roman" w:hAnsi="Times New Roman"/>
          <w:b/>
          <w:sz w:val="24"/>
          <w:szCs w:val="24"/>
        </w:rPr>
      </w:pPr>
    </w:p>
    <w:p w14:paraId="60620630" w14:textId="77777777" w:rsidR="00E96294" w:rsidRDefault="00E96294" w:rsidP="007A1259">
      <w:pPr>
        <w:pStyle w:val="ConsPlusNormal"/>
        <w:ind w:firstLine="0"/>
        <w:jc w:val="center"/>
        <w:rPr>
          <w:rFonts w:ascii="Times New Roman" w:hAnsi="Times New Roman"/>
          <w:b/>
          <w:sz w:val="24"/>
          <w:szCs w:val="24"/>
        </w:rPr>
      </w:pPr>
    </w:p>
    <w:p w14:paraId="2B94450B" w14:textId="77777777" w:rsidR="00E96294" w:rsidRDefault="00E96294" w:rsidP="007A1259">
      <w:pPr>
        <w:pStyle w:val="ConsPlusNormal"/>
        <w:ind w:firstLine="0"/>
        <w:jc w:val="center"/>
        <w:rPr>
          <w:rFonts w:ascii="Times New Roman" w:hAnsi="Times New Roman"/>
          <w:b/>
          <w:sz w:val="24"/>
          <w:szCs w:val="24"/>
        </w:rPr>
      </w:pPr>
    </w:p>
    <w:p w14:paraId="72297628" w14:textId="77777777" w:rsidR="00E96294" w:rsidRDefault="00E96294" w:rsidP="007A1259">
      <w:pPr>
        <w:pStyle w:val="ConsPlusNormal"/>
        <w:ind w:firstLine="0"/>
        <w:jc w:val="center"/>
        <w:rPr>
          <w:rFonts w:ascii="Times New Roman" w:hAnsi="Times New Roman"/>
          <w:b/>
          <w:sz w:val="24"/>
          <w:szCs w:val="24"/>
        </w:rPr>
      </w:pPr>
    </w:p>
    <w:p w14:paraId="3BA6E174" w14:textId="77777777" w:rsidR="00E96294" w:rsidRDefault="00E96294" w:rsidP="007A1259">
      <w:pPr>
        <w:pStyle w:val="ConsPlusNormal"/>
        <w:ind w:firstLine="0"/>
        <w:jc w:val="center"/>
        <w:rPr>
          <w:rFonts w:ascii="Times New Roman" w:hAnsi="Times New Roman"/>
          <w:b/>
          <w:sz w:val="24"/>
          <w:szCs w:val="24"/>
        </w:rPr>
      </w:pPr>
    </w:p>
    <w:p w14:paraId="0C2401F9" w14:textId="77777777" w:rsidR="00E96294" w:rsidRDefault="00E96294" w:rsidP="007A1259">
      <w:pPr>
        <w:pStyle w:val="ConsPlusNormal"/>
        <w:ind w:firstLine="0"/>
        <w:jc w:val="center"/>
        <w:rPr>
          <w:rFonts w:ascii="Times New Roman" w:hAnsi="Times New Roman"/>
          <w:b/>
          <w:sz w:val="24"/>
          <w:szCs w:val="24"/>
        </w:rPr>
      </w:pPr>
    </w:p>
    <w:p w14:paraId="5C6C7756" w14:textId="77777777" w:rsidR="00E96294" w:rsidRDefault="00E96294" w:rsidP="007A1259">
      <w:pPr>
        <w:pStyle w:val="ConsPlusNormal"/>
        <w:ind w:firstLine="0"/>
        <w:jc w:val="center"/>
        <w:rPr>
          <w:rFonts w:ascii="Times New Roman" w:hAnsi="Times New Roman"/>
          <w:b/>
          <w:sz w:val="24"/>
          <w:szCs w:val="24"/>
        </w:rPr>
      </w:pPr>
    </w:p>
    <w:p w14:paraId="482AFBD4" w14:textId="77777777" w:rsidR="00E96294" w:rsidRDefault="00E96294" w:rsidP="007A1259">
      <w:pPr>
        <w:pStyle w:val="ConsPlusNormal"/>
        <w:ind w:firstLine="0"/>
        <w:jc w:val="center"/>
        <w:rPr>
          <w:rFonts w:ascii="Times New Roman" w:hAnsi="Times New Roman"/>
          <w:b/>
          <w:sz w:val="24"/>
          <w:szCs w:val="24"/>
        </w:rPr>
      </w:pPr>
    </w:p>
    <w:p w14:paraId="340BC8D6" w14:textId="77777777" w:rsidR="00E96294" w:rsidRDefault="00E96294" w:rsidP="007A1259">
      <w:pPr>
        <w:pStyle w:val="ConsPlusNormal"/>
        <w:ind w:firstLine="0"/>
        <w:jc w:val="center"/>
        <w:rPr>
          <w:rFonts w:ascii="Times New Roman" w:hAnsi="Times New Roman"/>
          <w:b/>
          <w:sz w:val="24"/>
          <w:szCs w:val="24"/>
        </w:rPr>
      </w:pPr>
    </w:p>
    <w:p w14:paraId="432484E5" w14:textId="77777777" w:rsidR="00E96294" w:rsidRDefault="00E96294" w:rsidP="007A1259">
      <w:pPr>
        <w:pStyle w:val="ConsPlusNormal"/>
        <w:ind w:firstLine="0"/>
        <w:jc w:val="center"/>
        <w:rPr>
          <w:rFonts w:ascii="Times New Roman" w:hAnsi="Times New Roman"/>
          <w:b/>
          <w:sz w:val="24"/>
          <w:szCs w:val="24"/>
        </w:rPr>
      </w:pPr>
    </w:p>
    <w:p w14:paraId="6B0B2625" w14:textId="77777777" w:rsidR="00E96294" w:rsidRDefault="00E96294" w:rsidP="007A1259">
      <w:pPr>
        <w:pStyle w:val="ConsPlusNormal"/>
        <w:ind w:firstLine="0"/>
        <w:jc w:val="center"/>
        <w:rPr>
          <w:rFonts w:ascii="Times New Roman" w:hAnsi="Times New Roman"/>
          <w:b/>
          <w:sz w:val="24"/>
          <w:szCs w:val="24"/>
        </w:rPr>
      </w:pPr>
    </w:p>
    <w:p w14:paraId="25C35B4B" w14:textId="77777777" w:rsidR="00E96294" w:rsidRDefault="00E96294" w:rsidP="007A1259">
      <w:pPr>
        <w:pStyle w:val="ConsPlusNormal"/>
        <w:ind w:firstLine="0"/>
        <w:jc w:val="center"/>
        <w:rPr>
          <w:rFonts w:ascii="Times New Roman" w:hAnsi="Times New Roman"/>
          <w:b/>
          <w:sz w:val="24"/>
          <w:szCs w:val="24"/>
        </w:rPr>
      </w:pPr>
    </w:p>
    <w:p w14:paraId="52921DD8" w14:textId="77777777" w:rsidR="00E96294" w:rsidRDefault="00E96294" w:rsidP="007A1259">
      <w:pPr>
        <w:pStyle w:val="ConsPlusNormal"/>
        <w:ind w:firstLine="0"/>
        <w:jc w:val="center"/>
        <w:rPr>
          <w:rFonts w:ascii="Times New Roman" w:hAnsi="Times New Roman"/>
          <w:b/>
          <w:sz w:val="24"/>
          <w:szCs w:val="24"/>
        </w:rPr>
      </w:pPr>
    </w:p>
    <w:p w14:paraId="4A8FB9E4" w14:textId="77777777" w:rsidR="00E96294" w:rsidRDefault="00E96294" w:rsidP="007A1259">
      <w:pPr>
        <w:pStyle w:val="ConsPlusNormal"/>
        <w:ind w:firstLine="0"/>
        <w:jc w:val="center"/>
        <w:rPr>
          <w:rFonts w:ascii="Times New Roman" w:hAnsi="Times New Roman"/>
          <w:b/>
          <w:sz w:val="24"/>
          <w:szCs w:val="24"/>
        </w:rPr>
      </w:pPr>
    </w:p>
    <w:p w14:paraId="06DB322E" w14:textId="77777777" w:rsidR="00E96294" w:rsidRDefault="00E96294" w:rsidP="007A1259">
      <w:pPr>
        <w:pStyle w:val="ConsPlusNormal"/>
        <w:ind w:firstLine="0"/>
        <w:jc w:val="center"/>
        <w:rPr>
          <w:rFonts w:ascii="Times New Roman" w:hAnsi="Times New Roman"/>
          <w:b/>
          <w:sz w:val="24"/>
          <w:szCs w:val="24"/>
        </w:rPr>
      </w:pPr>
    </w:p>
    <w:p w14:paraId="2220B3BA" w14:textId="77777777" w:rsidR="00E96294" w:rsidRDefault="00E96294" w:rsidP="007A1259">
      <w:pPr>
        <w:pStyle w:val="ConsPlusNormal"/>
        <w:ind w:firstLine="0"/>
        <w:jc w:val="center"/>
        <w:rPr>
          <w:rFonts w:ascii="Times New Roman" w:hAnsi="Times New Roman"/>
          <w:b/>
          <w:sz w:val="24"/>
          <w:szCs w:val="24"/>
        </w:rPr>
      </w:pPr>
    </w:p>
    <w:p w14:paraId="5B9BB611" w14:textId="77777777" w:rsidR="00E96294" w:rsidRDefault="00E96294" w:rsidP="007A1259">
      <w:pPr>
        <w:pStyle w:val="ConsPlusNormal"/>
        <w:ind w:firstLine="0"/>
        <w:jc w:val="center"/>
        <w:rPr>
          <w:rFonts w:ascii="Times New Roman" w:hAnsi="Times New Roman"/>
          <w:b/>
          <w:sz w:val="24"/>
          <w:szCs w:val="24"/>
        </w:rPr>
      </w:pPr>
    </w:p>
    <w:p w14:paraId="7FA49FA9" w14:textId="77777777" w:rsidR="00E96294" w:rsidRDefault="00E96294" w:rsidP="007A1259">
      <w:pPr>
        <w:pStyle w:val="ConsPlusNormal"/>
        <w:ind w:firstLine="0"/>
        <w:jc w:val="center"/>
        <w:rPr>
          <w:rFonts w:ascii="Times New Roman" w:hAnsi="Times New Roman"/>
          <w:b/>
          <w:sz w:val="24"/>
          <w:szCs w:val="24"/>
        </w:rPr>
      </w:pPr>
    </w:p>
    <w:p w14:paraId="698E0F67" w14:textId="77777777" w:rsidR="00E96294" w:rsidRDefault="00E96294" w:rsidP="007A1259">
      <w:pPr>
        <w:pStyle w:val="ConsPlusNormal"/>
        <w:ind w:firstLine="0"/>
        <w:jc w:val="center"/>
        <w:rPr>
          <w:rFonts w:ascii="Times New Roman" w:hAnsi="Times New Roman"/>
          <w:b/>
          <w:sz w:val="24"/>
          <w:szCs w:val="24"/>
        </w:rPr>
      </w:pPr>
    </w:p>
    <w:p w14:paraId="09F1C9BF" w14:textId="77777777" w:rsidR="00E96294" w:rsidRDefault="00E96294" w:rsidP="007A1259">
      <w:pPr>
        <w:pStyle w:val="ConsPlusNormal"/>
        <w:ind w:firstLine="0"/>
        <w:jc w:val="center"/>
        <w:rPr>
          <w:rFonts w:ascii="Times New Roman" w:hAnsi="Times New Roman"/>
          <w:b/>
          <w:sz w:val="24"/>
          <w:szCs w:val="24"/>
        </w:rPr>
      </w:pPr>
    </w:p>
    <w:p w14:paraId="1BD56A5F" w14:textId="77777777" w:rsidR="00E96294" w:rsidRDefault="00E96294" w:rsidP="00E96294">
      <w:pPr>
        <w:pStyle w:val="ConsPlusNormal"/>
        <w:ind w:firstLine="0"/>
        <w:rPr>
          <w:rFonts w:ascii="Times New Roman" w:hAnsi="Times New Roman"/>
          <w:b/>
          <w:sz w:val="24"/>
          <w:szCs w:val="24"/>
        </w:rPr>
      </w:pPr>
    </w:p>
    <w:p w14:paraId="655E8B03" w14:textId="77777777" w:rsidR="007A1259" w:rsidRPr="00811DCB" w:rsidRDefault="007A1259" w:rsidP="007A1259">
      <w:pPr>
        <w:pStyle w:val="ConsPlusNormal"/>
        <w:ind w:firstLine="0"/>
        <w:jc w:val="center"/>
        <w:rPr>
          <w:rFonts w:ascii="Times New Roman" w:hAnsi="Times New Roman"/>
          <w:b/>
          <w:sz w:val="24"/>
          <w:szCs w:val="24"/>
        </w:rPr>
      </w:pPr>
      <w:r w:rsidRPr="00811DCB">
        <w:rPr>
          <w:rFonts w:ascii="Times New Roman" w:hAnsi="Times New Roman"/>
          <w:b/>
          <w:sz w:val="24"/>
          <w:szCs w:val="24"/>
        </w:rPr>
        <w:t>Техническое задание</w:t>
      </w:r>
      <w:bookmarkStart w:id="0" w:name="_GoBack"/>
      <w:bookmarkEnd w:id="0"/>
    </w:p>
    <w:p w14:paraId="7707DD62" w14:textId="77777777" w:rsidR="007A1259" w:rsidRPr="0010075C" w:rsidRDefault="007A1259" w:rsidP="007A1259">
      <w:pPr>
        <w:pStyle w:val="ConsPlusNormal"/>
        <w:ind w:firstLine="0"/>
        <w:jc w:val="center"/>
        <w:rPr>
          <w:rFonts w:ascii="Times New Roman" w:hAnsi="Times New Roman" w:cs="Times New Roman"/>
          <w:sz w:val="24"/>
          <w:szCs w:val="24"/>
        </w:rPr>
      </w:pPr>
      <w:r w:rsidRPr="0010075C">
        <w:rPr>
          <w:rFonts w:ascii="Times New Roman" w:hAnsi="Times New Roman"/>
          <w:sz w:val="24"/>
          <w:szCs w:val="24"/>
        </w:rPr>
        <w:t xml:space="preserve">на поставку </w:t>
      </w:r>
      <w:r w:rsidR="00246B0C">
        <w:rPr>
          <w:rFonts w:ascii="Times New Roman" w:hAnsi="Times New Roman"/>
          <w:sz w:val="24"/>
          <w:szCs w:val="24"/>
        </w:rPr>
        <w:t xml:space="preserve">серверного оборудования </w:t>
      </w:r>
      <w:r w:rsidR="00246B0C" w:rsidRPr="00246B0C">
        <w:rPr>
          <w:rFonts w:ascii="Times New Roman" w:hAnsi="Times New Roman"/>
          <w:sz w:val="24"/>
          <w:szCs w:val="24"/>
        </w:rPr>
        <w:t>и СХД</w:t>
      </w:r>
    </w:p>
    <w:p w14:paraId="03C4FD01" w14:textId="77777777" w:rsidR="007A1259" w:rsidRPr="00811DCB" w:rsidRDefault="007A1259" w:rsidP="007A1259">
      <w:pPr>
        <w:pStyle w:val="ConsPlusNormal"/>
        <w:ind w:firstLine="0"/>
        <w:jc w:val="center"/>
        <w:rPr>
          <w:rFonts w:ascii="Times New Roman" w:hAnsi="Times New Roman" w:cs="Times New Roman"/>
          <w:b/>
          <w:sz w:val="24"/>
          <w:szCs w:val="24"/>
        </w:rPr>
      </w:pPr>
    </w:p>
    <w:p w14:paraId="372AC157" w14:textId="77777777" w:rsidR="007A1259" w:rsidRPr="00AC6D0E" w:rsidRDefault="007A1259" w:rsidP="007A1259">
      <w:pPr>
        <w:pStyle w:val="ConsPlusNormal"/>
        <w:ind w:firstLine="0"/>
        <w:jc w:val="center"/>
        <w:rPr>
          <w:rFonts w:ascii="Times New Roman" w:hAnsi="Times New Roman" w:cs="Times New Roman"/>
          <w:sz w:val="24"/>
          <w:szCs w:val="24"/>
        </w:rPr>
      </w:pPr>
    </w:p>
    <w:p w14:paraId="7E48065C" w14:textId="77777777" w:rsidR="007A1259" w:rsidRPr="00AC6D0E" w:rsidRDefault="007A1259" w:rsidP="007A1259">
      <w:pPr>
        <w:pStyle w:val="ConsPlusNormal"/>
        <w:ind w:firstLine="0"/>
        <w:jc w:val="center"/>
        <w:rPr>
          <w:rFonts w:ascii="Times New Roman" w:hAnsi="Times New Roman" w:cs="Times New Roman"/>
          <w:sz w:val="24"/>
          <w:szCs w:val="24"/>
        </w:rPr>
      </w:pPr>
    </w:p>
    <w:p w14:paraId="2C28FCDF" w14:textId="77777777" w:rsidR="007A1259" w:rsidRPr="00AC6D0E" w:rsidRDefault="007A1259" w:rsidP="007A1259">
      <w:pPr>
        <w:pStyle w:val="ConsPlusNormal"/>
        <w:ind w:firstLine="0"/>
        <w:jc w:val="center"/>
        <w:rPr>
          <w:rFonts w:ascii="Times New Roman" w:hAnsi="Times New Roman" w:cs="Times New Roman"/>
          <w:sz w:val="24"/>
          <w:szCs w:val="24"/>
        </w:rPr>
      </w:pPr>
    </w:p>
    <w:p w14:paraId="3B79BDD2" w14:textId="77777777" w:rsidR="007A1259" w:rsidRPr="00AC6D0E" w:rsidRDefault="007A1259" w:rsidP="007A1259">
      <w:pPr>
        <w:pStyle w:val="ConsPlusNormal"/>
        <w:ind w:firstLine="0"/>
        <w:jc w:val="center"/>
        <w:rPr>
          <w:rFonts w:ascii="Times New Roman" w:hAnsi="Times New Roman" w:cs="Times New Roman"/>
          <w:sz w:val="24"/>
          <w:szCs w:val="24"/>
        </w:rPr>
      </w:pPr>
    </w:p>
    <w:p w14:paraId="4873EDB7" w14:textId="77777777" w:rsidR="007A1259" w:rsidRPr="00AC6D0E" w:rsidRDefault="007A1259" w:rsidP="007A1259">
      <w:pPr>
        <w:pStyle w:val="ConsPlusNormal"/>
        <w:ind w:firstLine="0"/>
        <w:jc w:val="center"/>
        <w:rPr>
          <w:rFonts w:ascii="Times New Roman" w:hAnsi="Times New Roman" w:cs="Times New Roman"/>
          <w:sz w:val="24"/>
          <w:szCs w:val="24"/>
        </w:rPr>
      </w:pPr>
    </w:p>
    <w:p w14:paraId="227369D0" w14:textId="77777777" w:rsidR="007A1259" w:rsidRPr="00AC6D0E" w:rsidRDefault="007A1259" w:rsidP="007A1259">
      <w:pPr>
        <w:pStyle w:val="ConsPlusNormal"/>
        <w:ind w:firstLine="0"/>
        <w:jc w:val="center"/>
        <w:rPr>
          <w:rFonts w:ascii="Times New Roman" w:hAnsi="Times New Roman" w:cs="Times New Roman"/>
          <w:sz w:val="24"/>
          <w:szCs w:val="24"/>
        </w:rPr>
      </w:pPr>
    </w:p>
    <w:p w14:paraId="40AF0C5B" w14:textId="77777777" w:rsidR="007A1259" w:rsidRPr="00AC6D0E" w:rsidRDefault="007A1259" w:rsidP="007A1259">
      <w:pPr>
        <w:pStyle w:val="ConsPlusNormal"/>
        <w:ind w:firstLine="0"/>
        <w:jc w:val="center"/>
        <w:rPr>
          <w:rFonts w:ascii="Times New Roman" w:hAnsi="Times New Roman" w:cs="Times New Roman"/>
          <w:sz w:val="24"/>
          <w:szCs w:val="24"/>
        </w:rPr>
      </w:pPr>
    </w:p>
    <w:p w14:paraId="1679D6F4" w14:textId="77777777" w:rsidR="007A1259" w:rsidRPr="00AC6D0E" w:rsidRDefault="007A1259" w:rsidP="007A1259">
      <w:pPr>
        <w:pStyle w:val="ConsPlusNormal"/>
        <w:ind w:firstLine="0"/>
        <w:jc w:val="center"/>
        <w:rPr>
          <w:rFonts w:ascii="Times New Roman" w:hAnsi="Times New Roman" w:cs="Times New Roman"/>
          <w:sz w:val="24"/>
          <w:szCs w:val="24"/>
        </w:rPr>
      </w:pPr>
    </w:p>
    <w:p w14:paraId="5B380496" w14:textId="77777777" w:rsidR="007A1259" w:rsidRPr="005334FB" w:rsidRDefault="007A1259" w:rsidP="007A1259">
      <w:pPr>
        <w:pStyle w:val="ConsPlusNormal"/>
        <w:ind w:firstLine="0"/>
        <w:jc w:val="center"/>
        <w:rPr>
          <w:rFonts w:ascii="Times New Roman" w:hAnsi="Times New Roman" w:cs="Times New Roman"/>
          <w:sz w:val="24"/>
          <w:szCs w:val="24"/>
        </w:rPr>
      </w:pPr>
    </w:p>
    <w:p w14:paraId="0F14E64E" w14:textId="77777777" w:rsidR="007A1259" w:rsidRPr="00AC6D0E" w:rsidRDefault="007A1259" w:rsidP="007A1259">
      <w:pPr>
        <w:pStyle w:val="ConsPlusNormal"/>
        <w:ind w:firstLine="0"/>
        <w:jc w:val="center"/>
        <w:rPr>
          <w:rFonts w:ascii="Times New Roman" w:hAnsi="Times New Roman" w:cs="Times New Roman"/>
          <w:sz w:val="24"/>
          <w:szCs w:val="24"/>
        </w:rPr>
      </w:pPr>
    </w:p>
    <w:p w14:paraId="2FD402D2" w14:textId="77777777" w:rsidR="007A1259" w:rsidRPr="00AC6D0E" w:rsidRDefault="007A1259" w:rsidP="007A1259">
      <w:pPr>
        <w:pStyle w:val="ConsPlusNormal"/>
        <w:ind w:firstLine="0"/>
        <w:jc w:val="center"/>
        <w:rPr>
          <w:rFonts w:ascii="Times New Roman" w:hAnsi="Times New Roman" w:cs="Times New Roman"/>
          <w:sz w:val="24"/>
          <w:szCs w:val="24"/>
        </w:rPr>
      </w:pPr>
    </w:p>
    <w:p w14:paraId="737D0CE0" w14:textId="77777777" w:rsidR="007A1259" w:rsidRPr="00AC6D0E" w:rsidRDefault="007A1259" w:rsidP="007A1259">
      <w:pPr>
        <w:pStyle w:val="ConsPlusNormal"/>
        <w:ind w:firstLine="0"/>
        <w:jc w:val="center"/>
        <w:rPr>
          <w:rFonts w:ascii="Times New Roman" w:hAnsi="Times New Roman" w:cs="Times New Roman"/>
          <w:sz w:val="24"/>
          <w:szCs w:val="24"/>
        </w:rPr>
      </w:pPr>
    </w:p>
    <w:p w14:paraId="1F63DE5F" w14:textId="77777777" w:rsidR="007A1259" w:rsidRPr="00AC6D0E" w:rsidRDefault="007A1259" w:rsidP="007A1259">
      <w:pPr>
        <w:pStyle w:val="ConsPlusNormal"/>
        <w:ind w:firstLine="0"/>
        <w:jc w:val="center"/>
        <w:rPr>
          <w:rFonts w:ascii="Times New Roman" w:hAnsi="Times New Roman" w:cs="Times New Roman"/>
          <w:sz w:val="24"/>
          <w:szCs w:val="24"/>
        </w:rPr>
      </w:pPr>
    </w:p>
    <w:p w14:paraId="555692B1" w14:textId="77777777" w:rsidR="007A1259" w:rsidRDefault="007A1259" w:rsidP="007A1259">
      <w:pPr>
        <w:pStyle w:val="ConsPlusNormal"/>
        <w:ind w:firstLine="0"/>
        <w:jc w:val="center"/>
        <w:rPr>
          <w:rFonts w:ascii="Times New Roman" w:hAnsi="Times New Roman" w:cs="Times New Roman"/>
          <w:sz w:val="24"/>
          <w:szCs w:val="24"/>
        </w:rPr>
      </w:pPr>
    </w:p>
    <w:p w14:paraId="75466245" w14:textId="77777777" w:rsidR="007A1259" w:rsidRDefault="007A1259" w:rsidP="007A1259">
      <w:pPr>
        <w:pStyle w:val="ConsPlusNormal"/>
        <w:ind w:firstLine="0"/>
        <w:jc w:val="center"/>
        <w:rPr>
          <w:rFonts w:ascii="Times New Roman" w:hAnsi="Times New Roman" w:cs="Times New Roman"/>
          <w:sz w:val="24"/>
          <w:szCs w:val="24"/>
        </w:rPr>
      </w:pPr>
    </w:p>
    <w:p w14:paraId="2834E655" w14:textId="77777777" w:rsidR="007A1259" w:rsidRDefault="007A1259" w:rsidP="007A1259">
      <w:pPr>
        <w:pStyle w:val="ConsPlusNormal"/>
        <w:ind w:firstLine="0"/>
        <w:jc w:val="center"/>
        <w:rPr>
          <w:rFonts w:ascii="Times New Roman" w:hAnsi="Times New Roman" w:cs="Times New Roman"/>
          <w:sz w:val="24"/>
          <w:szCs w:val="24"/>
        </w:rPr>
      </w:pPr>
    </w:p>
    <w:p w14:paraId="107508B3" w14:textId="77777777" w:rsidR="007A1259" w:rsidRDefault="007A1259" w:rsidP="007A1259">
      <w:pPr>
        <w:pStyle w:val="ConsPlusNormal"/>
        <w:ind w:firstLine="0"/>
        <w:jc w:val="center"/>
        <w:rPr>
          <w:rFonts w:ascii="Times New Roman" w:hAnsi="Times New Roman" w:cs="Times New Roman"/>
          <w:sz w:val="24"/>
          <w:szCs w:val="24"/>
        </w:rPr>
      </w:pPr>
    </w:p>
    <w:p w14:paraId="74DB68E1" w14:textId="77777777" w:rsidR="007A1259" w:rsidRDefault="007A1259" w:rsidP="007A1259">
      <w:pPr>
        <w:pStyle w:val="ConsPlusNormal"/>
        <w:ind w:firstLine="0"/>
        <w:jc w:val="center"/>
        <w:rPr>
          <w:rFonts w:ascii="Times New Roman" w:hAnsi="Times New Roman" w:cs="Times New Roman"/>
          <w:sz w:val="24"/>
          <w:szCs w:val="24"/>
        </w:rPr>
      </w:pPr>
    </w:p>
    <w:p w14:paraId="2053863D" w14:textId="77777777" w:rsidR="007A1259" w:rsidRDefault="007A1259" w:rsidP="007A1259">
      <w:pPr>
        <w:pStyle w:val="ConsPlusNormal"/>
        <w:ind w:firstLine="0"/>
        <w:jc w:val="center"/>
        <w:rPr>
          <w:rFonts w:ascii="Times New Roman" w:hAnsi="Times New Roman" w:cs="Times New Roman"/>
          <w:sz w:val="24"/>
          <w:szCs w:val="24"/>
        </w:rPr>
      </w:pPr>
    </w:p>
    <w:p w14:paraId="72FE88DE" w14:textId="7BD17E74" w:rsidR="007A1259" w:rsidRPr="00AC6D0E" w:rsidRDefault="007A1259" w:rsidP="00B16F71">
      <w:pPr>
        <w:pStyle w:val="ConsPlusNormal"/>
        <w:ind w:firstLine="0"/>
        <w:rPr>
          <w:rFonts w:ascii="Times New Roman" w:hAnsi="Times New Roman" w:cs="Times New Roman"/>
          <w:sz w:val="24"/>
          <w:szCs w:val="24"/>
        </w:rPr>
      </w:pPr>
    </w:p>
    <w:p w14:paraId="29D5A6EF" w14:textId="77777777" w:rsidR="007A1259" w:rsidRPr="00AC6D0E" w:rsidRDefault="007A1259" w:rsidP="00E96294">
      <w:pPr>
        <w:pStyle w:val="ConsPlusNormal"/>
        <w:ind w:firstLine="0"/>
        <w:jc w:val="center"/>
        <w:rPr>
          <w:rFonts w:ascii="Times New Roman" w:hAnsi="Times New Roman" w:cs="Times New Roman"/>
          <w:sz w:val="24"/>
          <w:szCs w:val="24"/>
        </w:rPr>
        <w:sectPr w:rsidR="007A1259" w:rsidRPr="00AC6D0E" w:rsidSect="00250DDD">
          <w:headerReference w:type="default" r:id="rId8"/>
          <w:pgSz w:w="11905" w:h="16840"/>
          <w:pgMar w:top="1134" w:right="848" w:bottom="1134" w:left="1701" w:header="709" w:footer="283" w:gutter="0"/>
          <w:cols w:space="720"/>
          <w:titlePg/>
          <w:docGrid w:linePitch="299"/>
        </w:sectPr>
      </w:pPr>
      <w:r w:rsidRPr="00AC6D0E">
        <w:rPr>
          <w:rFonts w:ascii="Times New Roman" w:hAnsi="Times New Roman" w:cs="Times New Roman"/>
          <w:sz w:val="24"/>
          <w:szCs w:val="24"/>
        </w:rPr>
        <w:t>Москва, 202</w:t>
      </w:r>
      <w:r>
        <w:rPr>
          <w:rFonts w:ascii="Times New Roman" w:hAnsi="Times New Roman" w:cs="Times New Roman"/>
          <w:sz w:val="24"/>
          <w:szCs w:val="24"/>
        </w:rPr>
        <w:t>6</w:t>
      </w:r>
    </w:p>
    <w:p w14:paraId="0471E316" w14:textId="77777777" w:rsidR="00EB62E5" w:rsidRDefault="007A1259" w:rsidP="00EB62E5">
      <w:pPr>
        <w:pStyle w:val="ConsPlusNormal"/>
        <w:numPr>
          <w:ilvl w:val="0"/>
          <w:numId w:val="5"/>
        </w:numPr>
        <w:ind w:left="0" w:firstLine="0"/>
        <w:jc w:val="center"/>
        <w:rPr>
          <w:rFonts w:ascii="Times New Roman" w:hAnsi="Times New Roman" w:cs="Times New Roman"/>
          <w:b/>
          <w:sz w:val="24"/>
          <w:szCs w:val="24"/>
        </w:rPr>
      </w:pPr>
      <w:r w:rsidRPr="00E63073">
        <w:rPr>
          <w:rFonts w:ascii="Times New Roman" w:hAnsi="Times New Roman" w:cs="Times New Roman"/>
          <w:b/>
          <w:sz w:val="24"/>
          <w:szCs w:val="24"/>
        </w:rPr>
        <w:lastRenderedPageBreak/>
        <w:t xml:space="preserve"> ПЕРЕЧЕНЬ ПРИНЯТЫХ СОКРАЩЕНИЙ</w:t>
      </w:r>
    </w:p>
    <w:p w14:paraId="202188AE" w14:textId="77777777" w:rsidR="00EB62E5" w:rsidRPr="00EB62E5" w:rsidRDefault="00EB62E5" w:rsidP="00EB62E5">
      <w:pPr>
        <w:pStyle w:val="ConsPlusNormal"/>
        <w:ind w:firstLine="0"/>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042"/>
        <w:gridCol w:w="6742"/>
      </w:tblGrid>
      <w:tr w:rsidR="007A1259" w:rsidRPr="00E63073" w14:paraId="67FCBD55" w14:textId="77777777" w:rsidTr="00ED1D20">
        <w:trPr>
          <w:tblHeader/>
        </w:trPr>
        <w:tc>
          <w:tcPr>
            <w:tcW w:w="560" w:type="dxa"/>
            <w:vAlign w:val="center"/>
          </w:tcPr>
          <w:p w14:paraId="41852BD7" w14:textId="77777777" w:rsidR="007A1259" w:rsidRPr="00E63073" w:rsidRDefault="007A1259" w:rsidP="00250DDD">
            <w:pPr>
              <w:pStyle w:val="a8"/>
              <w:rPr>
                <w:sz w:val="24"/>
                <w:szCs w:val="24"/>
              </w:rPr>
            </w:pPr>
            <w:bookmarkStart w:id="1" w:name="_Hlk53137410"/>
            <w:r w:rsidRPr="00E63073">
              <w:rPr>
                <w:sz w:val="24"/>
                <w:szCs w:val="24"/>
              </w:rPr>
              <w:t>№ п/п</w:t>
            </w:r>
          </w:p>
        </w:tc>
        <w:tc>
          <w:tcPr>
            <w:tcW w:w="2042" w:type="dxa"/>
            <w:vAlign w:val="center"/>
          </w:tcPr>
          <w:p w14:paraId="2CEFAC86" w14:textId="77777777" w:rsidR="007A1259" w:rsidRPr="00E63073" w:rsidRDefault="007A1259" w:rsidP="00250DDD">
            <w:pPr>
              <w:pStyle w:val="a8"/>
              <w:rPr>
                <w:sz w:val="24"/>
                <w:szCs w:val="24"/>
              </w:rPr>
            </w:pPr>
            <w:r w:rsidRPr="00E63073">
              <w:rPr>
                <w:sz w:val="24"/>
                <w:szCs w:val="24"/>
              </w:rPr>
              <w:t>Сокращение</w:t>
            </w:r>
          </w:p>
        </w:tc>
        <w:tc>
          <w:tcPr>
            <w:tcW w:w="6742" w:type="dxa"/>
            <w:vAlign w:val="center"/>
          </w:tcPr>
          <w:p w14:paraId="01BA6D38" w14:textId="77777777" w:rsidR="007A1259" w:rsidRPr="00E63073" w:rsidRDefault="007A1259" w:rsidP="00250DDD">
            <w:pPr>
              <w:pStyle w:val="a8"/>
              <w:rPr>
                <w:sz w:val="24"/>
                <w:szCs w:val="24"/>
              </w:rPr>
            </w:pPr>
            <w:r w:rsidRPr="00E63073">
              <w:rPr>
                <w:sz w:val="24"/>
                <w:szCs w:val="24"/>
              </w:rPr>
              <w:t>Расшифровка сокращения</w:t>
            </w:r>
          </w:p>
        </w:tc>
      </w:tr>
      <w:tr w:rsidR="007A1259" w:rsidRPr="00E63073" w14:paraId="7562A333" w14:textId="77777777" w:rsidTr="00ED1D20">
        <w:tc>
          <w:tcPr>
            <w:tcW w:w="560" w:type="dxa"/>
            <w:vAlign w:val="center"/>
          </w:tcPr>
          <w:p w14:paraId="65F8445D" w14:textId="77777777" w:rsidR="007A1259" w:rsidRPr="00E63073" w:rsidRDefault="007A1259" w:rsidP="00250DDD">
            <w:pPr>
              <w:pStyle w:val="a1"/>
              <w:rPr>
                <w:sz w:val="24"/>
                <w:szCs w:val="24"/>
                <w:lang w:val="ru-RU"/>
              </w:rPr>
            </w:pPr>
          </w:p>
        </w:tc>
        <w:tc>
          <w:tcPr>
            <w:tcW w:w="2042" w:type="dxa"/>
            <w:vAlign w:val="center"/>
          </w:tcPr>
          <w:p w14:paraId="00639681" w14:textId="77777777" w:rsidR="007A1259" w:rsidRPr="00E63073" w:rsidRDefault="007A1259" w:rsidP="00250DDD">
            <w:pPr>
              <w:pStyle w:val="af0"/>
              <w:rPr>
                <w:sz w:val="24"/>
                <w:szCs w:val="24"/>
              </w:rPr>
            </w:pPr>
            <w:r w:rsidRPr="00E63073">
              <w:rPr>
                <w:sz w:val="24"/>
                <w:szCs w:val="24"/>
              </w:rPr>
              <w:t>Покупатель</w:t>
            </w:r>
          </w:p>
        </w:tc>
        <w:tc>
          <w:tcPr>
            <w:tcW w:w="6742" w:type="dxa"/>
            <w:vAlign w:val="center"/>
          </w:tcPr>
          <w:p w14:paraId="079189DD" w14:textId="77777777" w:rsidR="007A1259" w:rsidRPr="00E63073" w:rsidRDefault="007A1259" w:rsidP="00250DDD">
            <w:pPr>
              <w:pStyle w:val="aa"/>
              <w:jc w:val="both"/>
              <w:rPr>
                <w:sz w:val="24"/>
                <w:szCs w:val="24"/>
              </w:rPr>
            </w:pPr>
            <w:r w:rsidRPr="00E63073">
              <w:rPr>
                <w:sz w:val="24"/>
                <w:szCs w:val="24"/>
              </w:rPr>
              <w:t>АО «Почта России», являющееся собственником средств или их законным распорядителем, представителем интересов которого выступают руководители (или их доверенные лица), наделенные правом совершать от его имени сделки (заключать договоры) /Аппарат управления АО «Почта России» (АУО)</w:t>
            </w:r>
          </w:p>
        </w:tc>
      </w:tr>
      <w:tr w:rsidR="007A1259" w:rsidRPr="00E63073" w14:paraId="4AAA8921" w14:textId="77777777" w:rsidTr="00ED1D20">
        <w:tc>
          <w:tcPr>
            <w:tcW w:w="560" w:type="dxa"/>
            <w:vAlign w:val="center"/>
          </w:tcPr>
          <w:p w14:paraId="641BC16B" w14:textId="77777777" w:rsidR="007A1259" w:rsidRPr="00E63073" w:rsidRDefault="007A1259" w:rsidP="00250DDD">
            <w:pPr>
              <w:pStyle w:val="a1"/>
              <w:rPr>
                <w:sz w:val="24"/>
                <w:szCs w:val="24"/>
                <w:lang w:val="ru-RU"/>
              </w:rPr>
            </w:pPr>
          </w:p>
        </w:tc>
        <w:tc>
          <w:tcPr>
            <w:tcW w:w="2042" w:type="dxa"/>
            <w:vAlign w:val="center"/>
          </w:tcPr>
          <w:p w14:paraId="17D81824" w14:textId="77777777" w:rsidR="007A1259" w:rsidRPr="00E63073" w:rsidRDefault="007A1259" w:rsidP="00250DDD">
            <w:pPr>
              <w:pStyle w:val="af0"/>
              <w:rPr>
                <w:sz w:val="24"/>
                <w:szCs w:val="24"/>
              </w:rPr>
            </w:pPr>
            <w:r w:rsidRPr="00E63073">
              <w:rPr>
                <w:sz w:val="24"/>
                <w:szCs w:val="24"/>
              </w:rPr>
              <w:t>Поставщик</w:t>
            </w:r>
          </w:p>
        </w:tc>
        <w:tc>
          <w:tcPr>
            <w:tcW w:w="6742" w:type="dxa"/>
            <w:vAlign w:val="center"/>
          </w:tcPr>
          <w:p w14:paraId="5822D0A1" w14:textId="77777777" w:rsidR="007A1259" w:rsidRPr="00E63073" w:rsidRDefault="007A1259" w:rsidP="00250DDD">
            <w:pPr>
              <w:pStyle w:val="aa"/>
              <w:jc w:val="both"/>
              <w:rPr>
                <w:sz w:val="24"/>
                <w:szCs w:val="24"/>
              </w:rPr>
            </w:pPr>
            <w:r w:rsidRPr="00E63073">
              <w:rPr>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7A1259" w:rsidRPr="00E63073" w14:paraId="1DA99360" w14:textId="77777777" w:rsidTr="00ED1D20">
        <w:tc>
          <w:tcPr>
            <w:tcW w:w="560" w:type="dxa"/>
            <w:vAlign w:val="center"/>
          </w:tcPr>
          <w:p w14:paraId="0B5B8C43" w14:textId="77777777" w:rsidR="007A1259" w:rsidRPr="00E63073" w:rsidRDefault="007A1259" w:rsidP="00250DDD">
            <w:pPr>
              <w:pStyle w:val="a1"/>
              <w:rPr>
                <w:sz w:val="24"/>
                <w:szCs w:val="24"/>
                <w:lang w:val="ru-RU"/>
              </w:rPr>
            </w:pPr>
          </w:p>
        </w:tc>
        <w:tc>
          <w:tcPr>
            <w:tcW w:w="2042" w:type="dxa"/>
            <w:vAlign w:val="center"/>
          </w:tcPr>
          <w:p w14:paraId="52208E93" w14:textId="77777777" w:rsidR="007A1259" w:rsidRPr="00E63073" w:rsidRDefault="007A1259" w:rsidP="00250DDD">
            <w:pPr>
              <w:pStyle w:val="af0"/>
              <w:rPr>
                <w:sz w:val="24"/>
                <w:szCs w:val="24"/>
              </w:rPr>
            </w:pPr>
            <w:r w:rsidRPr="00E63073">
              <w:rPr>
                <w:sz w:val="24"/>
                <w:szCs w:val="24"/>
              </w:rPr>
              <w:t>Стороны</w:t>
            </w:r>
          </w:p>
        </w:tc>
        <w:tc>
          <w:tcPr>
            <w:tcW w:w="6742" w:type="dxa"/>
            <w:vAlign w:val="center"/>
          </w:tcPr>
          <w:p w14:paraId="460A8BFF" w14:textId="77777777" w:rsidR="007A1259" w:rsidRPr="00E63073" w:rsidRDefault="007A1259" w:rsidP="00250DDD">
            <w:pPr>
              <w:pStyle w:val="aa"/>
              <w:jc w:val="both"/>
              <w:rPr>
                <w:sz w:val="24"/>
                <w:szCs w:val="24"/>
              </w:rPr>
            </w:pPr>
            <w:r w:rsidRPr="00E63073">
              <w:rPr>
                <w:sz w:val="24"/>
                <w:szCs w:val="24"/>
              </w:rPr>
              <w:t>Покупатель и Поставщик</w:t>
            </w:r>
          </w:p>
        </w:tc>
      </w:tr>
      <w:tr w:rsidR="007A1259" w:rsidRPr="00E63073" w14:paraId="0568467E" w14:textId="77777777" w:rsidTr="00ED1D20">
        <w:tc>
          <w:tcPr>
            <w:tcW w:w="560" w:type="dxa"/>
            <w:vAlign w:val="center"/>
          </w:tcPr>
          <w:p w14:paraId="0D878645" w14:textId="77777777" w:rsidR="007A1259" w:rsidRPr="00E63073" w:rsidRDefault="007A1259" w:rsidP="00250DDD">
            <w:pPr>
              <w:pStyle w:val="a1"/>
              <w:rPr>
                <w:sz w:val="24"/>
                <w:szCs w:val="24"/>
                <w:lang w:val="ru-RU"/>
              </w:rPr>
            </w:pPr>
          </w:p>
        </w:tc>
        <w:tc>
          <w:tcPr>
            <w:tcW w:w="2042" w:type="dxa"/>
            <w:vAlign w:val="center"/>
          </w:tcPr>
          <w:p w14:paraId="2336C7FB" w14:textId="77777777" w:rsidR="007A1259" w:rsidRPr="00E63073" w:rsidRDefault="007A1259" w:rsidP="00250DDD">
            <w:pPr>
              <w:pStyle w:val="af0"/>
              <w:rPr>
                <w:sz w:val="24"/>
                <w:szCs w:val="24"/>
              </w:rPr>
            </w:pPr>
            <w:r w:rsidRPr="00E63073">
              <w:rPr>
                <w:sz w:val="24"/>
                <w:szCs w:val="24"/>
              </w:rPr>
              <w:t>Товар</w:t>
            </w:r>
          </w:p>
        </w:tc>
        <w:tc>
          <w:tcPr>
            <w:tcW w:w="6742" w:type="dxa"/>
            <w:vAlign w:val="center"/>
          </w:tcPr>
          <w:p w14:paraId="07A2A388" w14:textId="77777777" w:rsidR="007A1259" w:rsidRPr="00E63073" w:rsidRDefault="00277705" w:rsidP="00250DDD">
            <w:pPr>
              <w:pStyle w:val="aa"/>
              <w:jc w:val="both"/>
              <w:rPr>
                <w:sz w:val="24"/>
                <w:szCs w:val="24"/>
              </w:rPr>
            </w:pPr>
            <w:r>
              <w:rPr>
                <w:sz w:val="24"/>
                <w:szCs w:val="24"/>
              </w:rPr>
              <w:t xml:space="preserve">Серверное оборудование </w:t>
            </w:r>
            <w:r w:rsidRPr="00246B0C">
              <w:rPr>
                <w:sz w:val="24"/>
                <w:szCs w:val="24"/>
              </w:rPr>
              <w:t>и СХД</w:t>
            </w:r>
            <w:r>
              <w:rPr>
                <w:sz w:val="24"/>
                <w:szCs w:val="24"/>
              </w:rPr>
              <w:t>,</w:t>
            </w:r>
            <w:r w:rsidR="007A1259" w:rsidRPr="00E63073">
              <w:rPr>
                <w:sz w:val="24"/>
                <w:szCs w:val="24"/>
              </w:rPr>
              <w:t xml:space="preserve"> указанн</w:t>
            </w:r>
            <w:r>
              <w:rPr>
                <w:sz w:val="24"/>
                <w:szCs w:val="24"/>
              </w:rPr>
              <w:t>ые</w:t>
            </w:r>
            <w:r w:rsidR="007A1259" w:rsidRPr="00E63073">
              <w:rPr>
                <w:sz w:val="24"/>
                <w:szCs w:val="24"/>
              </w:rPr>
              <w:t xml:space="preserve"> </w:t>
            </w:r>
            <w:r w:rsidR="007A1259">
              <w:rPr>
                <w:sz w:val="24"/>
                <w:szCs w:val="24"/>
              </w:rPr>
              <w:t>в настоящем Техническом задании</w:t>
            </w:r>
          </w:p>
        </w:tc>
      </w:tr>
      <w:tr w:rsidR="007A1259" w:rsidRPr="00E63073" w14:paraId="41059DA3" w14:textId="77777777" w:rsidTr="00ED1D20">
        <w:tc>
          <w:tcPr>
            <w:tcW w:w="560" w:type="dxa"/>
            <w:vAlign w:val="center"/>
          </w:tcPr>
          <w:p w14:paraId="0C64F817" w14:textId="77777777" w:rsidR="007A1259" w:rsidRPr="00E63073" w:rsidRDefault="007A1259" w:rsidP="00250DDD">
            <w:pPr>
              <w:pStyle w:val="a1"/>
              <w:rPr>
                <w:sz w:val="24"/>
                <w:szCs w:val="24"/>
                <w:lang w:val="ru-RU"/>
              </w:rPr>
            </w:pPr>
          </w:p>
        </w:tc>
        <w:tc>
          <w:tcPr>
            <w:tcW w:w="2042" w:type="dxa"/>
            <w:vAlign w:val="center"/>
          </w:tcPr>
          <w:p w14:paraId="188E3332" w14:textId="77777777" w:rsidR="007A1259" w:rsidRPr="00E63073" w:rsidRDefault="007A1259" w:rsidP="00250DDD">
            <w:pPr>
              <w:pStyle w:val="af0"/>
              <w:rPr>
                <w:sz w:val="24"/>
                <w:szCs w:val="24"/>
              </w:rPr>
            </w:pPr>
            <w:r w:rsidRPr="00E63073">
              <w:rPr>
                <w:sz w:val="24"/>
                <w:szCs w:val="24"/>
              </w:rPr>
              <w:t>Грузополучатель</w:t>
            </w:r>
          </w:p>
        </w:tc>
        <w:tc>
          <w:tcPr>
            <w:tcW w:w="6742" w:type="dxa"/>
            <w:vAlign w:val="center"/>
          </w:tcPr>
          <w:p w14:paraId="224EB86B" w14:textId="77777777" w:rsidR="007A1259" w:rsidRPr="00E63073" w:rsidRDefault="007A1259" w:rsidP="00F5272C">
            <w:pPr>
              <w:pStyle w:val="aa"/>
              <w:jc w:val="both"/>
              <w:rPr>
                <w:sz w:val="24"/>
                <w:szCs w:val="24"/>
              </w:rPr>
            </w:pPr>
            <w:r>
              <w:rPr>
                <w:sz w:val="24"/>
                <w:szCs w:val="24"/>
              </w:rPr>
              <w:t>АО «Почта России»</w:t>
            </w:r>
            <w:r w:rsidR="00F5272C" w:rsidRPr="00E63073">
              <w:rPr>
                <w:sz w:val="24"/>
                <w:szCs w:val="24"/>
              </w:rPr>
              <w:t xml:space="preserve">, в т.ч его филиалы, уполномоченные на приемку Товара от </w:t>
            </w:r>
            <w:r w:rsidR="00F5272C">
              <w:rPr>
                <w:sz w:val="24"/>
                <w:szCs w:val="24"/>
              </w:rPr>
              <w:t>Поставщика</w:t>
            </w:r>
            <w:r w:rsidR="00F5272C" w:rsidRPr="00E63073">
              <w:rPr>
                <w:sz w:val="24"/>
                <w:szCs w:val="24"/>
              </w:rPr>
              <w:t xml:space="preserve">, в соответствии с Приложением № 1 к </w:t>
            </w:r>
            <w:r w:rsidR="00F5272C">
              <w:rPr>
                <w:sz w:val="24"/>
                <w:szCs w:val="24"/>
              </w:rPr>
              <w:t>настоящему Техническому заданию</w:t>
            </w:r>
          </w:p>
        </w:tc>
      </w:tr>
      <w:bookmarkEnd w:id="1"/>
      <w:tr w:rsidR="00246B0C" w:rsidRPr="00E63073" w14:paraId="3A1A8C1D" w14:textId="77777777" w:rsidTr="00ED1D20">
        <w:tc>
          <w:tcPr>
            <w:tcW w:w="560" w:type="dxa"/>
          </w:tcPr>
          <w:p w14:paraId="0F7D5BF9" w14:textId="77777777" w:rsidR="00246B0C" w:rsidRPr="00E63073" w:rsidRDefault="00246B0C" w:rsidP="00DC34CE">
            <w:pPr>
              <w:pStyle w:val="a1"/>
              <w:rPr>
                <w:sz w:val="24"/>
                <w:szCs w:val="24"/>
                <w:lang w:val="ru-RU"/>
              </w:rPr>
            </w:pPr>
          </w:p>
        </w:tc>
        <w:tc>
          <w:tcPr>
            <w:tcW w:w="2042" w:type="dxa"/>
          </w:tcPr>
          <w:p w14:paraId="573E0632" w14:textId="77777777" w:rsidR="00246B0C" w:rsidRPr="00E63073" w:rsidRDefault="00246B0C" w:rsidP="00DC34CE">
            <w:pPr>
              <w:pStyle w:val="af0"/>
              <w:rPr>
                <w:sz w:val="24"/>
                <w:szCs w:val="24"/>
              </w:rPr>
            </w:pPr>
            <w:r>
              <w:rPr>
                <w:sz w:val="24"/>
                <w:szCs w:val="24"/>
              </w:rPr>
              <w:t>СХД</w:t>
            </w:r>
          </w:p>
        </w:tc>
        <w:tc>
          <w:tcPr>
            <w:tcW w:w="6742" w:type="dxa"/>
          </w:tcPr>
          <w:p w14:paraId="0180827C" w14:textId="77777777" w:rsidR="00246B0C" w:rsidRPr="00E63073" w:rsidRDefault="00246B0C" w:rsidP="00DC34CE">
            <w:pPr>
              <w:pStyle w:val="aa"/>
              <w:jc w:val="both"/>
              <w:rPr>
                <w:sz w:val="24"/>
                <w:szCs w:val="24"/>
              </w:rPr>
            </w:pPr>
            <w:r>
              <w:rPr>
                <w:sz w:val="24"/>
                <w:szCs w:val="24"/>
              </w:rPr>
              <w:t>Система хранения данных</w:t>
            </w:r>
          </w:p>
        </w:tc>
      </w:tr>
      <w:tr w:rsidR="006F3DBE" w:rsidRPr="00E63073" w14:paraId="16BDC09A" w14:textId="77777777" w:rsidTr="00ED1D20">
        <w:tc>
          <w:tcPr>
            <w:tcW w:w="560" w:type="dxa"/>
            <w:vAlign w:val="center"/>
          </w:tcPr>
          <w:p w14:paraId="277E0FCD" w14:textId="77777777" w:rsidR="006F3DBE" w:rsidRPr="00E63073" w:rsidRDefault="006F3DBE" w:rsidP="006F3DBE">
            <w:pPr>
              <w:pStyle w:val="a1"/>
              <w:numPr>
                <w:ilvl w:val="0"/>
                <w:numId w:val="0"/>
              </w:numPr>
              <w:rPr>
                <w:sz w:val="24"/>
                <w:szCs w:val="24"/>
                <w:lang w:val="ru-RU"/>
              </w:rPr>
            </w:pPr>
            <w:r>
              <w:rPr>
                <w:sz w:val="24"/>
                <w:szCs w:val="24"/>
                <w:lang w:val="ru-RU"/>
              </w:rPr>
              <w:t>7.</w:t>
            </w:r>
          </w:p>
        </w:tc>
        <w:tc>
          <w:tcPr>
            <w:tcW w:w="2042" w:type="dxa"/>
          </w:tcPr>
          <w:p w14:paraId="2A30F38E" w14:textId="77777777" w:rsidR="006F3DBE" w:rsidRDefault="006F3DBE" w:rsidP="00DC34CE">
            <w:pPr>
              <w:pStyle w:val="af0"/>
              <w:rPr>
                <w:sz w:val="24"/>
                <w:szCs w:val="24"/>
              </w:rPr>
            </w:pPr>
            <w:r>
              <w:rPr>
                <w:sz w:val="24"/>
                <w:szCs w:val="24"/>
              </w:rPr>
              <w:t>ОС</w:t>
            </w:r>
          </w:p>
        </w:tc>
        <w:tc>
          <w:tcPr>
            <w:tcW w:w="6742" w:type="dxa"/>
          </w:tcPr>
          <w:p w14:paraId="32FC5E63" w14:textId="77777777" w:rsidR="006F3DBE" w:rsidRDefault="006F3DBE" w:rsidP="00DC34CE">
            <w:pPr>
              <w:pStyle w:val="aa"/>
              <w:jc w:val="both"/>
              <w:rPr>
                <w:sz w:val="24"/>
                <w:szCs w:val="24"/>
              </w:rPr>
            </w:pPr>
            <w:r>
              <w:rPr>
                <w:sz w:val="24"/>
                <w:szCs w:val="24"/>
              </w:rPr>
              <w:t>Операционная система</w:t>
            </w:r>
          </w:p>
        </w:tc>
      </w:tr>
      <w:tr w:rsidR="002C1745" w:rsidRPr="00E63073" w14:paraId="569A07C4" w14:textId="77777777" w:rsidTr="00ED1D20">
        <w:tc>
          <w:tcPr>
            <w:tcW w:w="560" w:type="dxa"/>
            <w:vAlign w:val="center"/>
          </w:tcPr>
          <w:p w14:paraId="4E399417" w14:textId="2EB057C1" w:rsidR="002C1745" w:rsidRDefault="002C1745" w:rsidP="006F3DBE">
            <w:pPr>
              <w:pStyle w:val="a1"/>
              <w:numPr>
                <w:ilvl w:val="0"/>
                <w:numId w:val="0"/>
              </w:numPr>
              <w:rPr>
                <w:sz w:val="24"/>
                <w:szCs w:val="24"/>
                <w:lang w:val="ru-RU"/>
              </w:rPr>
            </w:pPr>
            <w:r>
              <w:rPr>
                <w:sz w:val="24"/>
                <w:szCs w:val="24"/>
                <w:lang w:val="ru-RU"/>
              </w:rPr>
              <w:t>8.</w:t>
            </w:r>
          </w:p>
        </w:tc>
        <w:tc>
          <w:tcPr>
            <w:tcW w:w="2042" w:type="dxa"/>
          </w:tcPr>
          <w:p w14:paraId="11F3057C" w14:textId="021E5782" w:rsidR="002C1745" w:rsidRDefault="002C1745" w:rsidP="00DC34CE">
            <w:pPr>
              <w:pStyle w:val="af0"/>
              <w:rPr>
                <w:sz w:val="24"/>
                <w:szCs w:val="24"/>
              </w:rPr>
            </w:pPr>
            <w:r>
              <w:rPr>
                <w:sz w:val="24"/>
                <w:szCs w:val="24"/>
              </w:rPr>
              <w:t>ПМИ</w:t>
            </w:r>
          </w:p>
        </w:tc>
        <w:tc>
          <w:tcPr>
            <w:tcW w:w="6742" w:type="dxa"/>
          </w:tcPr>
          <w:p w14:paraId="33261255" w14:textId="2B0F72AE" w:rsidR="002C1745" w:rsidRDefault="002C1745" w:rsidP="00DC34CE">
            <w:pPr>
              <w:pStyle w:val="aa"/>
              <w:jc w:val="both"/>
              <w:rPr>
                <w:sz w:val="24"/>
                <w:szCs w:val="24"/>
              </w:rPr>
            </w:pPr>
            <w:r>
              <w:rPr>
                <w:sz w:val="24"/>
                <w:szCs w:val="24"/>
              </w:rPr>
              <w:t>Программа и методика испытаний</w:t>
            </w:r>
          </w:p>
        </w:tc>
      </w:tr>
    </w:tbl>
    <w:p w14:paraId="0892961C" w14:textId="77777777" w:rsidR="007A1259" w:rsidRPr="000D5151" w:rsidRDefault="007A1259" w:rsidP="007A1259">
      <w:pPr>
        <w:pStyle w:val="ConsPlusNormal"/>
        <w:numPr>
          <w:ilvl w:val="0"/>
          <w:numId w:val="5"/>
        </w:numPr>
        <w:spacing w:before="240"/>
        <w:ind w:left="0" w:firstLine="0"/>
        <w:jc w:val="center"/>
        <w:rPr>
          <w:rFonts w:ascii="Times New Roman" w:hAnsi="Times New Roman" w:cs="Times New Roman"/>
          <w:b/>
          <w:sz w:val="24"/>
          <w:szCs w:val="24"/>
        </w:rPr>
      </w:pPr>
      <w:r w:rsidRPr="00E63073">
        <w:rPr>
          <w:rFonts w:ascii="Times New Roman" w:hAnsi="Times New Roman" w:cs="Times New Roman"/>
          <w:b/>
          <w:sz w:val="24"/>
          <w:szCs w:val="24"/>
        </w:rPr>
        <w:t xml:space="preserve"> ОБЩИЕ СВЕДЕНИЯ О ТОВАРЕ (ПЕРЕЧЕНЬ ТОВАРОВ)</w:t>
      </w:r>
    </w:p>
    <w:p w14:paraId="7A95728E" w14:textId="77777777" w:rsidR="006A77B0" w:rsidRDefault="006A77B0" w:rsidP="007A1259">
      <w:pPr>
        <w:pStyle w:val="ConsPlusNormal"/>
        <w:ind w:firstLine="709"/>
        <w:jc w:val="both"/>
        <w:rPr>
          <w:rFonts w:ascii="Times New Roman" w:hAnsi="Times New Roman" w:cs="Times New Roman"/>
          <w:sz w:val="24"/>
          <w:szCs w:val="24"/>
        </w:rPr>
      </w:pPr>
    </w:p>
    <w:p w14:paraId="5258AF3D" w14:textId="77777777" w:rsidR="007A1259" w:rsidRPr="00E63073" w:rsidRDefault="007A1259" w:rsidP="007A1259">
      <w:pPr>
        <w:pStyle w:val="ConsPlusNormal"/>
        <w:ind w:firstLine="709"/>
        <w:jc w:val="both"/>
        <w:rPr>
          <w:rFonts w:ascii="Times New Roman" w:hAnsi="Times New Roman" w:cs="Times New Roman"/>
          <w:sz w:val="24"/>
          <w:szCs w:val="24"/>
        </w:rPr>
      </w:pPr>
      <w:r w:rsidRPr="00E63073">
        <w:rPr>
          <w:rFonts w:ascii="Times New Roman" w:hAnsi="Times New Roman" w:cs="Times New Roman"/>
          <w:sz w:val="24"/>
          <w:szCs w:val="24"/>
        </w:rPr>
        <w:t xml:space="preserve">Поставка </w:t>
      </w:r>
      <w:r w:rsidR="00EB62E5">
        <w:rPr>
          <w:rFonts w:ascii="Times New Roman" w:hAnsi="Times New Roman"/>
          <w:sz w:val="24"/>
          <w:szCs w:val="24"/>
        </w:rPr>
        <w:t xml:space="preserve">серверного оборудования </w:t>
      </w:r>
      <w:r w:rsidR="00EB62E5" w:rsidRPr="00246B0C">
        <w:rPr>
          <w:rFonts w:ascii="Times New Roman" w:hAnsi="Times New Roman"/>
          <w:sz w:val="24"/>
          <w:szCs w:val="24"/>
        </w:rPr>
        <w:t>и СХД</w:t>
      </w:r>
      <w:r w:rsidRPr="00E63073">
        <w:rPr>
          <w:rFonts w:ascii="Times New Roman" w:hAnsi="Times New Roman" w:cs="Times New Roman"/>
          <w:sz w:val="24"/>
          <w:szCs w:val="24"/>
        </w:rPr>
        <w:t>.</w:t>
      </w:r>
    </w:p>
    <w:p w14:paraId="2F47A887" w14:textId="77777777" w:rsidR="007A1259" w:rsidRPr="00E63073" w:rsidRDefault="007A1259" w:rsidP="007A1259">
      <w:pPr>
        <w:pStyle w:val="af4"/>
        <w:spacing w:after="120" w:line="240" w:lineRule="auto"/>
        <w:ind w:firstLine="709"/>
        <w:rPr>
          <w:szCs w:val="24"/>
        </w:rPr>
      </w:pPr>
      <w:r w:rsidRPr="004B6F68">
        <w:rPr>
          <w:szCs w:val="24"/>
        </w:rPr>
        <w:t>Цель постав</w:t>
      </w:r>
      <w:r w:rsidR="00EB62E5">
        <w:rPr>
          <w:szCs w:val="24"/>
        </w:rPr>
        <w:t>ки: обеспечение</w:t>
      </w:r>
      <w:r w:rsidRPr="004B6F68">
        <w:rPr>
          <w:szCs w:val="24"/>
        </w:rPr>
        <w:t xml:space="preserve"> организации почтовой связи.</w:t>
      </w:r>
    </w:p>
    <w:p w14:paraId="6B191610" w14:textId="77777777" w:rsidR="007A1259" w:rsidRPr="00E63073" w:rsidRDefault="007A1259" w:rsidP="007A1259">
      <w:pPr>
        <w:pStyle w:val="ConsPlusNormal"/>
        <w:numPr>
          <w:ilvl w:val="0"/>
          <w:numId w:val="5"/>
        </w:numPr>
        <w:spacing w:before="240"/>
        <w:ind w:left="0" w:firstLine="0"/>
        <w:jc w:val="center"/>
        <w:rPr>
          <w:rFonts w:ascii="Times New Roman" w:hAnsi="Times New Roman" w:cs="Times New Roman"/>
          <w:b/>
          <w:sz w:val="24"/>
          <w:szCs w:val="24"/>
        </w:rPr>
      </w:pPr>
      <w:r w:rsidRPr="00E63073">
        <w:rPr>
          <w:rFonts w:ascii="Times New Roman" w:hAnsi="Times New Roman" w:cs="Times New Roman"/>
          <w:b/>
          <w:sz w:val="24"/>
          <w:szCs w:val="24"/>
        </w:rPr>
        <w:t>ОБЩИЕ ТРЕБОВАНИЯ К ТОВАРУ</w:t>
      </w:r>
    </w:p>
    <w:p w14:paraId="3C70478B" w14:textId="77777777" w:rsidR="007A1259" w:rsidRPr="00E63073" w:rsidRDefault="007A1259" w:rsidP="007A1259">
      <w:pPr>
        <w:pStyle w:val="ConsPlusNormal"/>
        <w:numPr>
          <w:ilvl w:val="1"/>
          <w:numId w:val="5"/>
        </w:numPr>
        <w:spacing w:before="240"/>
        <w:ind w:left="709" w:firstLine="0"/>
        <w:rPr>
          <w:rFonts w:ascii="Times New Roman" w:hAnsi="Times New Roman" w:cs="Times New Roman"/>
          <w:b/>
          <w:sz w:val="24"/>
          <w:szCs w:val="24"/>
        </w:rPr>
      </w:pPr>
      <w:r w:rsidRPr="00E63073">
        <w:rPr>
          <w:rFonts w:ascii="Times New Roman" w:hAnsi="Times New Roman" w:cs="Times New Roman"/>
          <w:b/>
          <w:sz w:val="24"/>
          <w:szCs w:val="24"/>
        </w:rPr>
        <w:t xml:space="preserve"> Требования к </w:t>
      </w:r>
      <w:r>
        <w:rPr>
          <w:rFonts w:ascii="Times New Roman" w:hAnsi="Times New Roman" w:cs="Times New Roman"/>
          <w:b/>
          <w:sz w:val="24"/>
          <w:szCs w:val="24"/>
        </w:rPr>
        <w:t>Товар</w:t>
      </w:r>
      <w:r w:rsidRPr="00E63073">
        <w:rPr>
          <w:rFonts w:ascii="Times New Roman" w:hAnsi="Times New Roman" w:cs="Times New Roman"/>
          <w:b/>
          <w:sz w:val="24"/>
          <w:szCs w:val="24"/>
        </w:rPr>
        <w:t>у</w:t>
      </w:r>
    </w:p>
    <w:p w14:paraId="3A757058" w14:textId="77777777" w:rsidR="007A1259" w:rsidRDefault="007A1259" w:rsidP="007A1259">
      <w:pPr>
        <w:pStyle w:val="ConsPlusNormal"/>
        <w:ind w:firstLine="709"/>
        <w:jc w:val="both"/>
        <w:rPr>
          <w:rFonts w:ascii="Times New Roman" w:hAnsi="Times New Roman" w:cs="Times New Roman"/>
          <w:sz w:val="24"/>
          <w:szCs w:val="24"/>
        </w:rPr>
      </w:pPr>
      <w:r w:rsidRPr="00E63073">
        <w:rPr>
          <w:rFonts w:ascii="Times New Roman" w:hAnsi="Times New Roman" w:cs="Times New Roman"/>
          <w:sz w:val="24"/>
          <w:szCs w:val="24"/>
        </w:rPr>
        <w:t xml:space="preserve">Поставляемые </w:t>
      </w:r>
      <w:r>
        <w:rPr>
          <w:rFonts w:ascii="Times New Roman" w:hAnsi="Times New Roman" w:cs="Times New Roman"/>
          <w:sz w:val="24"/>
          <w:szCs w:val="24"/>
        </w:rPr>
        <w:t>Товар</w:t>
      </w:r>
      <w:r w:rsidRPr="00E63073">
        <w:rPr>
          <w:rFonts w:ascii="Times New Roman" w:hAnsi="Times New Roman" w:cs="Times New Roman"/>
          <w:sz w:val="24"/>
          <w:szCs w:val="24"/>
        </w:rPr>
        <w:t>ы должны быть новыми, не бывшими в употреблении, не восстановленными, не содержащим повторно используемые детали (части), не являться выставочными образцами и быть свободными от прав третьих лиц.</w:t>
      </w:r>
    </w:p>
    <w:p w14:paraId="4663B96F" w14:textId="77777777" w:rsidR="007A1259" w:rsidRDefault="007A1259" w:rsidP="007A1259">
      <w:pPr>
        <w:pStyle w:val="ConsPlusNormal"/>
        <w:keepNext/>
        <w:keepLines/>
        <w:numPr>
          <w:ilvl w:val="1"/>
          <w:numId w:val="5"/>
        </w:numPr>
        <w:spacing w:before="240"/>
        <w:ind w:left="709" w:firstLine="0"/>
        <w:rPr>
          <w:rFonts w:ascii="Times New Roman" w:hAnsi="Times New Roman" w:cs="Times New Roman"/>
          <w:b/>
          <w:sz w:val="24"/>
          <w:szCs w:val="24"/>
        </w:rPr>
      </w:pPr>
      <w:r w:rsidRPr="00E63073">
        <w:rPr>
          <w:rFonts w:ascii="Times New Roman" w:hAnsi="Times New Roman" w:cs="Times New Roman"/>
          <w:b/>
          <w:sz w:val="24"/>
          <w:szCs w:val="24"/>
        </w:rPr>
        <w:t xml:space="preserve">Спецификация поставляемого </w:t>
      </w:r>
      <w:r>
        <w:rPr>
          <w:rFonts w:ascii="Times New Roman" w:hAnsi="Times New Roman" w:cs="Times New Roman"/>
          <w:b/>
          <w:sz w:val="24"/>
          <w:szCs w:val="24"/>
        </w:rPr>
        <w:t>Товар</w:t>
      </w:r>
      <w:r w:rsidRPr="00E63073">
        <w:rPr>
          <w:rFonts w:ascii="Times New Roman" w:hAnsi="Times New Roman" w:cs="Times New Roman"/>
          <w:b/>
          <w:sz w:val="24"/>
          <w:szCs w:val="24"/>
        </w:rPr>
        <w:t>а</w:t>
      </w:r>
    </w:p>
    <w:p w14:paraId="7ACDAC84" w14:textId="77777777" w:rsidR="00277705" w:rsidRDefault="00277705" w:rsidP="007A1259">
      <w:pPr>
        <w:pStyle w:val="ConsPlusNormal"/>
        <w:ind w:firstLine="709"/>
        <w:jc w:val="both"/>
        <w:rPr>
          <w:rFonts w:ascii="Times New Roman" w:hAnsi="Times New Roman" w:cs="Times New Roman"/>
          <w:sz w:val="24"/>
          <w:szCs w:val="24"/>
        </w:rPr>
      </w:pPr>
    </w:p>
    <w:p w14:paraId="3F6031F3" w14:textId="77777777" w:rsidR="00B76470" w:rsidRDefault="007A1259" w:rsidP="00277705">
      <w:pPr>
        <w:pStyle w:val="ConsPlusNormal"/>
        <w:ind w:firstLine="709"/>
        <w:jc w:val="right"/>
        <w:rPr>
          <w:rFonts w:ascii="Times New Roman" w:hAnsi="Times New Roman" w:cs="Times New Roman"/>
          <w:sz w:val="24"/>
          <w:szCs w:val="24"/>
        </w:rPr>
      </w:pPr>
      <w:r w:rsidRPr="00F8465B">
        <w:rPr>
          <w:rFonts w:ascii="Times New Roman" w:hAnsi="Times New Roman" w:cs="Times New Roman"/>
          <w:sz w:val="24"/>
          <w:szCs w:val="24"/>
        </w:rPr>
        <w:t>Таблица №</w:t>
      </w:r>
      <w:r w:rsidR="00277705">
        <w:rPr>
          <w:rFonts w:ascii="Times New Roman" w:hAnsi="Times New Roman" w:cs="Times New Roman"/>
          <w:sz w:val="24"/>
          <w:szCs w:val="24"/>
        </w:rPr>
        <w:t xml:space="preserve"> </w:t>
      </w:r>
      <w:r w:rsidRPr="00F8465B">
        <w:rPr>
          <w:rFonts w:ascii="Times New Roman" w:hAnsi="Times New Roman" w:cs="Times New Roman"/>
          <w:sz w:val="24"/>
          <w:szCs w:val="24"/>
        </w:rPr>
        <w:t>1. Спецификация поставляемого Товара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4678"/>
        <w:gridCol w:w="2269"/>
        <w:gridCol w:w="1693"/>
      </w:tblGrid>
      <w:tr w:rsidR="00B76470" w:rsidRPr="00AC6D0E" w14:paraId="7DA6EBC4" w14:textId="77777777" w:rsidTr="00ED1D20">
        <w:trPr>
          <w:trHeight w:val="599"/>
        </w:trPr>
        <w:tc>
          <w:tcPr>
            <w:tcW w:w="377" w:type="pct"/>
          </w:tcPr>
          <w:p w14:paraId="686903A1" w14:textId="77777777" w:rsidR="00B76470" w:rsidRPr="00AC6D0E" w:rsidRDefault="00B76470" w:rsidP="002C5100">
            <w:pPr>
              <w:pStyle w:val="a8"/>
            </w:pPr>
            <w:r w:rsidRPr="00AC6D0E">
              <w:t>№ п/п</w:t>
            </w:r>
          </w:p>
        </w:tc>
        <w:tc>
          <w:tcPr>
            <w:tcW w:w="2503" w:type="pct"/>
            <w:vAlign w:val="center"/>
          </w:tcPr>
          <w:p w14:paraId="1FBD14DA" w14:textId="77777777" w:rsidR="00B76470" w:rsidRPr="00AC6D0E" w:rsidRDefault="00B76470" w:rsidP="002C5100">
            <w:pPr>
              <w:pStyle w:val="a8"/>
            </w:pPr>
            <w:r w:rsidRPr="00AC6D0E">
              <w:t>Наименование</w:t>
            </w:r>
            <w:r w:rsidRPr="00AC6D0E">
              <w:rPr>
                <w:vertAlign w:val="superscript"/>
              </w:rPr>
              <w:footnoteReference w:id="3"/>
            </w:r>
          </w:p>
        </w:tc>
        <w:tc>
          <w:tcPr>
            <w:tcW w:w="1214" w:type="pct"/>
            <w:vAlign w:val="center"/>
          </w:tcPr>
          <w:p w14:paraId="33D5AF1C" w14:textId="77777777" w:rsidR="00B76470" w:rsidRPr="00AC6D0E" w:rsidRDefault="00B76470" w:rsidP="002C5100">
            <w:pPr>
              <w:pStyle w:val="a8"/>
            </w:pPr>
            <w:r w:rsidRPr="00AC6D0E">
              <w:t>Единица измерения</w:t>
            </w:r>
          </w:p>
        </w:tc>
        <w:tc>
          <w:tcPr>
            <w:tcW w:w="906" w:type="pct"/>
            <w:vAlign w:val="center"/>
          </w:tcPr>
          <w:p w14:paraId="27AB9CB1" w14:textId="77777777" w:rsidR="00B76470" w:rsidRPr="00AC6D0E" w:rsidRDefault="00B76470" w:rsidP="002C5100">
            <w:pPr>
              <w:pStyle w:val="a8"/>
            </w:pPr>
            <w:r w:rsidRPr="00AC6D0E">
              <w:t>Количество</w:t>
            </w:r>
          </w:p>
        </w:tc>
      </w:tr>
      <w:tr w:rsidR="00B76470" w:rsidRPr="00AC6D0E" w14:paraId="1C721AFA" w14:textId="77777777" w:rsidTr="00ED1D20">
        <w:tc>
          <w:tcPr>
            <w:tcW w:w="377" w:type="pct"/>
          </w:tcPr>
          <w:p w14:paraId="07AFCA9F" w14:textId="77777777" w:rsidR="00B76470" w:rsidRPr="00AC6D0E" w:rsidRDefault="00B76470" w:rsidP="00B76470">
            <w:pPr>
              <w:pStyle w:val="a1"/>
              <w:numPr>
                <w:ilvl w:val="0"/>
                <w:numId w:val="3"/>
              </w:numPr>
            </w:pPr>
          </w:p>
        </w:tc>
        <w:tc>
          <w:tcPr>
            <w:tcW w:w="2503" w:type="pct"/>
          </w:tcPr>
          <w:p w14:paraId="7DFCF885" w14:textId="77777777" w:rsidR="00B76470" w:rsidRPr="00AC6D0E" w:rsidRDefault="004121AA" w:rsidP="002C5100">
            <w:pPr>
              <w:pStyle w:val="aa"/>
            </w:pPr>
            <w:r>
              <w:t>Система хранения данных</w:t>
            </w:r>
            <w:r>
              <w:rPr>
                <w:lang w:val="en-US"/>
              </w:rPr>
              <w:t xml:space="preserve"> </w:t>
            </w:r>
            <w:r>
              <w:t>тип 1</w:t>
            </w:r>
          </w:p>
        </w:tc>
        <w:tc>
          <w:tcPr>
            <w:tcW w:w="1214" w:type="pct"/>
          </w:tcPr>
          <w:p w14:paraId="6CD70072" w14:textId="77777777" w:rsidR="00B76470" w:rsidRPr="00AC6D0E" w:rsidRDefault="00B76470" w:rsidP="002C5100">
            <w:pPr>
              <w:pStyle w:val="af0"/>
            </w:pPr>
            <w:r w:rsidRPr="00AC6D0E">
              <w:t>шт.</w:t>
            </w:r>
          </w:p>
        </w:tc>
        <w:tc>
          <w:tcPr>
            <w:tcW w:w="906" w:type="pct"/>
          </w:tcPr>
          <w:p w14:paraId="0F39189E" w14:textId="3CB6B663" w:rsidR="00B76470" w:rsidRPr="00AC6D0E" w:rsidRDefault="009F11AF" w:rsidP="00AB3CFD">
            <w:pPr>
              <w:pStyle w:val="af0"/>
            </w:pPr>
            <w:r>
              <w:t>6</w:t>
            </w:r>
          </w:p>
        </w:tc>
      </w:tr>
      <w:tr w:rsidR="00B76470" w:rsidRPr="00AC6D0E" w14:paraId="30B0CDC3" w14:textId="77777777" w:rsidTr="00ED1D20">
        <w:tc>
          <w:tcPr>
            <w:tcW w:w="377" w:type="pct"/>
          </w:tcPr>
          <w:p w14:paraId="6081976D" w14:textId="77777777" w:rsidR="00B76470" w:rsidRPr="00AC6D0E" w:rsidRDefault="00B76470" w:rsidP="00B76470">
            <w:pPr>
              <w:pStyle w:val="a1"/>
              <w:numPr>
                <w:ilvl w:val="0"/>
                <w:numId w:val="3"/>
              </w:numPr>
            </w:pPr>
          </w:p>
        </w:tc>
        <w:tc>
          <w:tcPr>
            <w:tcW w:w="2503" w:type="pct"/>
          </w:tcPr>
          <w:p w14:paraId="669B09AF" w14:textId="77777777" w:rsidR="00B76470" w:rsidRPr="00AC6D0E" w:rsidRDefault="004121AA" w:rsidP="002C5100">
            <w:pPr>
              <w:pStyle w:val="aa"/>
            </w:pPr>
            <w:r>
              <w:t>Сервер тип 1</w:t>
            </w:r>
          </w:p>
        </w:tc>
        <w:tc>
          <w:tcPr>
            <w:tcW w:w="1214" w:type="pct"/>
          </w:tcPr>
          <w:p w14:paraId="64CF7DA7" w14:textId="77777777" w:rsidR="00B76470" w:rsidRPr="00AC6D0E" w:rsidRDefault="00B76470" w:rsidP="002C5100">
            <w:pPr>
              <w:pStyle w:val="af0"/>
            </w:pPr>
            <w:r w:rsidRPr="00796605">
              <w:t>шт.</w:t>
            </w:r>
          </w:p>
        </w:tc>
        <w:tc>
          <w:tcPr>
            <w:tcW w:w="906" w:type="pct"/>
          </w:tcPr>
          <w:p w14:paraId="07144BE9" w14:textId="77777777" w:rsidR="00B76470" w:rsidRPr="00DF52AE" w:rsidRDefault="004121AA" w:rsidP="004121AA">
            <w:pPr>
              <w:pStyle w:val="af0"/>
              <w:rPr>
                <w:lang w:val="en-US"/>
              </w:rPr>
            </w:pPr>
            <w:r>
              <w:t>7</w:t>
            </w:r>
          </w:p>
        </w:tc>
      </w:tr>
      <w:tr w:rsidR="00B76470" w:rsidRPr="00AC6D0E" w14:paraId="03A9DAE3" w14:textId="77777777" w:rsidTr="00ED1D20">
        <w:tc>
          <w:tcPr>
            <w:tcW w:w="377" w:type="pct"/>
          </w:tcPr>
          <w:p w14:paraId="09D27A73" w14:textId="77777777" w:rsidR="00B76470" w:rsidRPr="00AC6D0E" w:rsidRDefault="00B76470" w:rsidP="00B76470">
            <w:pPr>
              <w:pStyle w:val="a1"/>
              <w:numPr>
                <w:ilvl w:val="0"/>
                <w:numId w:val="3"/>
              </w:numPr>
            </w:pPr>
          </w:p>
        </w:tc>
        <w:tc>
          <w:tcPr>
            <w:tcW w:w="2503" w:type="pct"/>
          </w:tcPr>
          <w:p w14:paraId="6AB041A0" w14:textId="77777777" w:rsidR="00B76470" w:rsidRDefault="004121AA" w:rsidP="002C5100">
            <w:pPr>
              <w:pStyle w:val="aa"/>
            </w:pPr>
            <w:r>
              <w:t>Сервер тип 2</w:t>
            </w:r>
          </w:p>
        </w:tc>
        <w:tc>
          <w:tcPr>
            <w:tcW w:w="1214" w:type="pct"/>
          </w:tcPr>
          <w:p w14:paraId="06D28BA4" w14:textId="77777777" w:rsidR="00B76470" w:rsidRPr="00796605" w:rsidRDefault="00B76470" w:rsidP="002C5100">
            <w:pPr>
              <w:pStyle w:val="af0"/>
            </w:pPr>
            <w:r w:rsidRPr="00796605">
              <w:t>шт.</w:t>
            </w:r>
          </w:p>
        </w:tc>
        <w:tc>
          <w:tcPr>
            <w:tcW w:w="906" w:type="pct"/>
          </w:tcPr>
          <w:p w14:paraId="5643D75C" w14:textId="77777777" w:rsidR="00B76470" w:rsidRPr="00BF0E28" w:rsidRDefault="004121AA" w:rsidP="002C5100">
            <w:pPr>
              <w:pStyle w:val="af0"/>
            </w:pPr>
            <w:r>
              <w:t>26</w:t>
            </w:r>
          </w:p>
        </w:tc>
      </w:tr>
      <w:tr w:rsidR="00B76470" w:rsidRPr="00AC6D0E" w14:paraId="465C234B" w14:textId="77777777" w:rsidTr="00ED1D20">
        <w:tc>
          <w:tcPr>
            <w:tcW w:w="377" w:type="pct"/>
          </w:tcPr>
          <w:p w14:paraId="263EF09C" w14:textId="77777777" w:rsidR="00B76470" w:rsidRPr="00AC6D0E" w:rsidRDefault="00B76470" w:rsidP="00B76470">
            <w:pPr>
              <w:pStyle w:val="a1"/>
              <w:numPr>
                <w:ilvl w:val="0"/>
                <w:numId w:val="3"/>
              </w:numPr>
            </w:pPr>
          </w:p>
        </w:tc>
        <w:tc>
          <w:tcPr>
            <w:tcW w:w="2503" w:type="pct"/>
          </w:tcPr>
          <w:p w14:paraId="57A168B6" w14:textId="77777777" w:rsidR="00B76470" w:rsidRDefault="004121AA" w:rsidP="002C5100">
            <w:pPr>
              <w:pStyle w:val="aa"/>
            </w:pPr>
            <w:r>
              <w:t>Сервер тип 3</w:t>
            </w:r>
          </w:p>
        </w:tc>
        <w:tc>
          <w:tcPr>
            <w:tcW w:w="1214" w:type="pct"/>
          </w:tcPr>
          <w:p w14:paraId="663AF85D" w14:textId="77777777" w:rsidR="00B76470" w:rsidRPr="00796605" w:rsidRDefault="00B76470" w:rsidP="002C5100">
            <w:pPr>
              <w:pStyle w:val="af0"/>
            </w:pPr>
            <w:r>
              <w:t>шт.</w:t>
            </w:r>
          </w:p>
        </w:tc>
        <w:tc>
          <w:tcPr>
            <w:tcW w:w="906" w:type="pct"/>
          </w:tcPr>
          <w:p w14:paraId="7F56F75A" w14:textId="77777777" w:rsidR="00B76470" w:rsidRDefault="00B76470" w:rsidP="002C5100">
            <w:pPr>
              <w:pStyle w:val="af0"/>
            </w:pPr>
            <w:r>
              <w:t>9</w:t>
            </w:r>
          </w:p>
        </w:tc>
      </w:tr>
      <w:tr w:rsidR="00B76470" w:rsidRPr="00AC6D0E" w14:paraId="5842BDA9" w14:textId="77777777" w:rsidTr="00ED1D20">
        <w:tc>
          <w:tcPr>
            <w:tcW w:w="377" w:type="pct"/>
          </w:tcPr>
          <w:p w14:paraId="57C2C7CA" w14:textId="77777777" w:rsidR="00B76470" w:rsidRPr="00AC6D0E" w:rsidRDefault="00B76470" w:rsidP="00B76470">
            <w:pPr>
              <w:pStyle w:val="a1"/>
              <w:numPr>
                <w:ilvl w:val="0"/>
                <w:numId w:val="3"/>
              </w:numPr>
            </w:pPr>
          </w:p>
        </w:tc>
        <w:tc>
          <w:tcPr>
            <w:tcW w:w="2503" w:type="pct"/>
          </w:tcPr>
          <w:p w14:paraId="66777E86" w14:textId="77777777" w:rsidR="00B76470" w:rsidRDefault="004121AA" w:rsidP="002C5100">
            <w:pPr>
              <w:pStyle w:val="aa"/>
            </w:pPr>
            <w:r>
              <w:t>Сервер тип 4</w:t>
            </w:r>
          </w:p>
        </w:tc>
        <w:tc>
          <w:tcPr>
            <w:tcW w:w="1214" w:type="pct"/>
          </w:tcPr>
          <w:p w14:paraId="113DDB56" w14:textId="77777777" w:rsidR="00B76470" w:rsidRDefault="00B76470" w:rsidP="002C5100">
            <w:pPr>
              <w:pStyle w:val="af0"/>
            </w:pPr>
            <w:r>
              <w:t>шт.</w:t>
            </w:r>
          </w:p>
        </w:tc>
        <w:tc>
          <w:tcPr>
            <w:tcW w:w="906" w:type="pct"/>
          </w:tcPr>
          <w:p w14:paraId="0D142100" w14:textId="77777777" w:rsidR="00B76470" w:rsidRDefault="004121AA" w:rsidP="002C5100">
            <w:pPr>
              <w:pStyle w:val="af0"/>
            </w:pPr>
            <w:r>
              <w:t>11</w:t>
            </w:r>
          </w:p>
        </w:tc>
      </w:tr>
      <w:tr w:rsidR="00B76470" w:rsidRPr="00AC6D0E" w14:paraId="3FECED7C" w14:textId="77777777" w:rsidTr="00ED1D20">
        <w:tc>
          <w:tcPr>
            <w:tcW w:w="377" w:type="pct"/>
          </w:tcPr>
          <w:p w14:paraId="1372F33C" w14:textId="77777777" w:rsidR="00B76470" w:rsidRPr="00AC6D0E" w:rsidRDefault="00B76470" w:rsidP="00B76470">
            <w:pPr>
              <w:pStyle w:val="a1"/>
              <w:numPr>
                <w:ilvl w:val="0"/>
                <w:numId w:val="3"/>
              </w:numPr>
            </w:pPr>
          </w:p>
        </w:tc>
        <w:tc>
          <w:tcPr>
            <w:tcW w:w="2503" w:type="pct"/>
          </w:tcPr>
          <w:p w14:paraId="3BE9FB6C" w14:textId="77777777" w:rsidR="00B76470" w:rsidRDefault="004121AA" w:rsidP="002C5100">
            <w:pPr>
              <w:pStyle w:val="aa"/>
            </w:pPr>
            <w:r>
              <w:t>Сервер тип 5</w:t>
            </w:r>
          </w:p>
        </w:tc>
        <w:tc>
          <w:tcPr>
            <w:tcW w:w="1214" w:type="pct"/>
          </w:tcPr>
          <w:p w14:paraId="1A5F21AC" w14:textId="77777777" w:rsidR="00B76470" w:rsidRDefault="00B76470" w:rsidP="002C5100">
            <w:pPr>
              <w:pStyle w:val="af0"/>
            </w:pPr>
            <w:r w:rsidRPr="00B03395">
              <w:t>шт.</w:t>
            </w:r>
          </w:p>
        </w:tc>
        <w:tc>
          <w:tcPr>
            <w:tcW w:w="906" w:type="pct"/>
          </w:tcPr>
          <w:p w14:paraId="4E9B893E" w14:textId="77777777" w:rsidR="00B76470" w:rsidRDefault="004121AA" w:rsidP="004121AA">
            <w:pPr>
              <w:pStyle w:val="af0"/>
            </w:pPr>
            <w:r>
              <w:t>33</w:t>
            </w:r>
          </w:p>
        </w:tc>
      </w:tr>
      <w:tr w:rsidR="00B76470" w:rsidRPr="00AC6D0E" w14:paraId="4F3EABF5" w14:textId="77777777" w:rsidTr="00ED1D20">
        <w:tc>
          <w:tcPr>
            <w:tcW w:w="377" w:type="pct"/>
          </w:tcPr>
          <w:p w14:paraId="7F5F7F57" w14:textId="77777777" w:rsidR="00B76470" w:rsidRPr="00AC6D0E" w:rsidRDefault="00B76470" w:rsidP="00B76470">
            <w:pPr>
              <w:pStyle w:val="a1"/>
              <w:numPr>
                <w:ilvl w:val="0"/>
                <w:numId w:val="3"/>
              </w:numPr>
            </w:pPr>
          </w:p>
        </w:tc>
        <w:tc>
          <w:tcPr>
            <w:tcW w:w="2503" w:type="pct"/>
          </w:tcPr>
          <w:p w14:paraId="0DA52FE2" w14:textId="77777777" w:rsidR="00B76470" w:rsidRDefault="00B76470" w:rsidP="004121AA">
            <w:pPr>
              <w:pStyle w:val="aa"/>
            </w:pPr>
            <w:r>
              <w:t xml:space="preserve">Сервер тип </w:t>
            </w:r>
            <w:r w:rsidR="004121AA">
              <w:rPr>
                <w:lang w:val="en-US"/>
              </w:rPr>
              <w:t>6</w:t>
            </w:r>
          </w:p>
        </w:tc>
        <w:tc>
          <w:tcPr>
            <w:tcW w:w="1214" w:type="pct"/>
          </w:tcPr>
          <w:p w14:paraId="152AAD92" w14:textId="77777777" w:rsidR="00B76470" w:rsidRDefault="00B76470" w:rsidP="002C5100">
            <w:pPr>
              <w:pStyle w:val="af0"/>
            </w:pPr>
            <w:r w:rsidRPr="00B03395">
              <w:t>шт.</w:t>
            </w:r>
          </w:p>
        </w:tc>
        <w:tc>
          <w:tcPr>
            <w:tcW w:w="906" w:type="pct"/>
          </w:tcPr>
          <w:p w14:paraId="215183EC" w14:textId="77777777" w:rsidR="00B76470" w:rsidRDefault="004121AA" w:rsidP="002C5100">
            <w:pPr>
              <w:pStyle w:val="af0"/>
            </w:pPr>
            <w:r>
              <w:t>5</w:t>
            </w:r>
          </w:p>
        </w:tc>
      </w:tr>
      <w:tr w:rsidR="00AB3CFD" w:rsidRPr="00AC6D0E" w14:paraId="6C926851" w14:textId="77777777" w:rsidTr="00ED1D20">
        <w:tc>
          <w:tcPr>
            <w:tcW w:w="377" w:type="pct"/>
          </w:tcPr>
          <w:p w14:paraId="3257AAD3" w14:textId="77777777" w:rsidR="00AB3CFD" w:rsidRPr="00AC6D0E" w:rsidRDefault="00AB3CFD" w:rsidP="00AB3CFD">
            <w:pPr>
              <w:pStyle w:val="a1"/>
              <w:numPr>
                <w:ilvl w:val="0"/>
                <w:numId w:val="3"/>
              </w:numPr>
            </w:pPr>
          </w:p>
        </w:tc>
        <w:tc>
          <w:tcPr>
            <w:tcW w:w="2503" w:type="pct"/>
          </w:tcPr>
          <w:p w14:paraId="68412BCE" w14:textId="77777777" w:rsidR="00AB3CFD" w:rsidRDefault="00AB3CFD" w:rsidP="00AB3CFD">
            <w:pPr>
              <w:pStyle w:val="aa"/>
            </w:pPr>
            <w:r>
              <w:t>Сервер тип 7</w:t>
            </w:r>
          </w:p>
        </w:tc>
        <w:tc>
          <w:tcPr>
            <w:tcW w:w="1214" w:type="pct"/>
          </w:tcPr>
          <w:p w14:paraId="273A5ECC" w14:textId="77777777" w:rsidR="00AB3CFD" w:rsidRDefault="00AB3CFD" w:rsidP="00AB3CFD">
            <w:pPr>
              <w:pStyle w:val="af0"/>
            </w:pPr>
            <w:r w:rsidRPr="00B03395">
              <w:t>шт.</w:t>
            </w:r>
          </w:p>
        </w:tc>
        <w:tc>
          <w:tcPr>
            <w:tcW w:w="906" w:type="pct"/>
          </w:tcPr>
          <w:p w14:paraId="05536D3D" w14:textId="77777777" w:rsidR="00AB3CFD" w:rsidRDefault="00AB3CFD" w:rsidP="00AB3CFD">
            <w:pPr>
              <w:pStyle w:val="af0"/>
            </w:pPr>
            <w:r>
              <w:t>2</w:t>
            </w:r>
          </w:p>
        </w:tc>
      </w:tr>
      <w:tr w:rsidR="00AB3CFD" w:rsidRPr="00AC6D0E" w14:paraId="7C653D7E" w14:textId="77777777" w:rsidTr="00ED1D20">
        <w:tc>
          <w:tcPr>
            <w:tcW w:w="377" w:type="pct"/>
          </w:tcPr>
          <w:p w14:paraId="47B8DD3E" w14:textId="77777777" w:rsidR="00AB3CFD" w:rsidRPr="00AC6D0E" w:rsidRDefault="00AB3CFD" w:rsidP="00AB3CFD">
            <w:pPr>
              <w:pStyle w:val="a1"/>
              <w:numPr>
                <w:ilvl w:val="0"/>
                <w:numId w:val="3"/>
              </w:numPr>
            </w:pPr>
          </w:p>
        </w:tc>
        <w:tc>
          <w:tcPr>
            <w:tcW w:w="2503" w:type="pct"/>
          </w:tcPr>
          <w:p w14:paraId="1A0C6A11" w14:textId="77777777" w:rsidR="00AB3CFD" w:rsidRPr="004121AA" w:rsidRDefault="00AB3CFD" w:rsidP="00AB3CFD">
            <w:pPr>
              <w:pStyle w:val="aa"/>
            </w:pPr>
            <w:r>
              <w:t>Система хранения данных</w:t>
            </w:r>
            <w:r>
              <w:rPr>
                <w:lang w:val="en-US"/>
              </w:rPr>
              <w:t xml:space="preserve"> </w:t>
            </w:r>
            <w:r>
              <w:t>тип 2</w:t>
            </w:r>
          </w:p>
        </w:tc>
        <w:tc>
          <w:tcPr>
            <w:tcW w:w="1214" w:type="pct"/>
          </w:tcPr>
          <w:p w14:paraId="694DE025" w14:textId="77777777" w:rsidR="00AB3CFD" w:rsidRDefault="00AB3CFD" w:rsidP="00AB3CFD">
            <w:pPr>
              <w:pStyle w:val="af0"/>
            </w:pPr>
            <w:r>
              <w:t>шт.</w:t>
            </w:r>
          </w:p>
        </w:tc>
        <w:tc>
          <w:tcPr>
            <w:tcW w:w="906" w:type="pct"/>
          </w:tcPr>
          <w:p w14:paraId="6B9CE0B4" w14:textId="487FCB2E" w:rsidR="00AB3CFD" w:rsidRDefault="009F11AF" w:rsidP="00AB3CFD">
            <w:pPr>
              <w:pStyle w:val="af0"/>
            </w:pPr>
            <w:r>
              <w:t>2</w:t>
            </w:r>
          </w:p>
        </w:tc>
      </w:tr>
      <w:tr w:rsidR="009D007A" w:rsidRPr="00AC6D0E" w14:paraId="67CBD502" w14:textId="77777777" w:rsidTr="00ED1D20">
        <w:tc>
          <w:tcPr>
            <w:tcW w:w="377" w:type="pct"/>
          </w:tcPr>
          <w:p w14:paraId="52F4FE63" w14:textId="77777777" w:rsidR="009D007A" w:rsidRPr="00AC6D0E" w:rsidRDefault="009D007A" w:rsidP="00AB3CFD">
            <w:pPr>
              <w:pStyle w:val="a1"/>
              <w:numPr>
                <w:ilvl w:val="0"/>
                <w:numId w:val="3"/>
              </w:numPr>
            </w:pPr>
          </w:p>
        </w:tc>
        <w:tc>
          <w:tcPr>
            <w:tcW w:w="2503" w:type="pct"/>
          </w:tcPr>
          <w:p w14:paraId="1BD0004C" w14:textId="77777777" w:rsidR="009D007A" w:rsidRDefault="009D007A" w:rsidP="00AB3CFD">
            <w:pPr>
              <w:pStyle w:val="aa"/>
            </w:pPr>
            <w:r>
              <w:t>Сервер тип 8</w:t>
            </w:r>
          </w:p>
        </w:tc>
        <w:tc>
          <w:tcPr>
            <w:tcW w:w="1214" w:type="pct"/>
          </w:tcPr>
          <w:p w14:paraId="15A81F68" w14:textId="1120BA2B" w:rsidR="009D007A" w:rsidRDefault="00725952" w:rsidP="00AB3CFD">
            <w:pPr>
              <w:pStyle w:val="af0"/>
            </w:pPr>
            <w:r>
              <w:t>шт.</w:t>
            </w:r>
          </w:p>
        </w:tc>
        <w:tc>
          <w:tcPr>
            <w:tcW w:w="906" w:type="pct"/>
          </w:tcPr>
          <w:p w14:paraId="6DC98A4E" w14:textId="77777777" w:rsidR="009D007A" w:rsidRDefault="009D007A" w:rsidP="00AB3CFD">
            <w:pPr>
              <w:pStyle w:val="af0"/>
            </w:pPr>
            <w:r>
              <w:t>2</w:t>
            </w:r>
          </w:p>
        </w:tc>
      </w:tr>
      <w:tr w:rsidR="00AB3CFD" w:rsidRPr="00AC6D0E" w14:paraId="06387EFE" w14:textId="77777777" w:rsidTr="00ED1D20">
        <w:tc>
          <w:tcPr>
            <w:tcW w:w="4094" w:type="pct"/>
            <w:gridSpan w:val="3"/>
          </w:tcPr>
          <w:p w14:paraId="11B7A58A" w14:textId="77777777" w:rsidR="00AB3CFD" w:rsidRPr="00AC6D0E" w:rsidRDefault="00AB3CFD" w:rsidP="00AB3CFD">
            <w:pPr>
              <w:pStyle w:val="ConsPlusNormal"/>
              <w:ind w:firstLine="0"/>
              <w:jc w:val="center"/>
              <w:rPr>
                <w:rFonts w:ascii="Times New Roman" w:hAnsi="Times New Roman" w:cs="Times New Roman"/>
                <w:sz w:val="24"/>
                <w:szCs w:val="24"/>
              </w:rPr>
            </w:pPr>
            <w:r w:rsidRPr="00AC6D0E">
              <w:rPr>
                <w:rFonts w:ascii="Times New Roman" w:hAnsi="Times New Roman"/>
                <w:b/>
                <w:sz w:val="24"/>
                <w:szCs w:val="24"/>
              </w:rPr>
              <w:t>ИТОГО</w:t>
            </w:r>
          </w:p>
        </w:tc>
        <w:tc>
          <w:tcPr>
            <w:tcW w:w="906" w:type="pct"/>
          </w:tcPr>
          <w:p w14:paraId="4D56639E" w14:textId="77777777" w:rsidR="00AB3CFD" w:rsidRPr="00BF0E28" w:rsidRDefault="009D007A" w:rsidP="00AB3CFD">
            <w:pPr>
              <w:pStyle w:val="ConsPlusNormal"/>
              <w:ind w:firstLine="0"/>
              <w:jc w:val="center"/>
              <w:rPr>
                <w:rFonts w:ascii="Times New Roman" w:hAnsi="Times New Roman" w:cs="Times New Roman"/>
                <w:b/>
                <w:sz w:val="24"/>
                <w:szCs w:val="24"/>
              </w:rPr>
            </w:pPr>
            <w:r>
              <w:rPr>
                <w:rFonts w:ascii="Times New Roman" w:hAnsi="Times New Roman" w:cs="Times New Roman"/>
                <w:b/>
                <w:sz w:val="24"/>
                <w:szCs w:val="24"/>
              </w:rPr>
              <w:t>103</w:t>
            </w:r>
          </w:p>
        </w:tc>
      </w:tr>
    </w:tbl>
    <w:p w14:paraId="406C7A8A" w14:textId="77777777" w:rsidR="00B76470" w:rsidRDefault="00B76470" w:rsidP="00520A70">
      <w:pPr>
        <w:pStyle w:val="ConsPlusNormal"/>
        <w:ind w:firstLine="709"/>
        <w:jc w:val="both"/>
        <w:rPr>
          <w:rFonts w:ascii="Times New Roman" w:hAnsi="Times New Roman" w:cs="Times New Roman"/>
          <w:sz w:val="24"/>
          <w:szCs w:val="24"/>
        </w:rPr>
      </w:pPr>
    </w:p>
    <w:p w14:paraId="1CA5D6AD" w14:textId="77777777" w:rsidR="00250DDD" w:rsidRPr="00E63073" w:rsidRDefault="00250DDD" w:rsidP="00250DDD">
      <w:pPr>
        <w:pStyle w:val="ConsPlusNormal"/>
        <w:ind w:firstLine="709"/>
        <w:jc w:val="both"/>
        <w:rPr>
          <w:rFonts w:ascii="Times New Roman" w:hAnsi="Times New Roman" w:cs="Times New Roman"/>
          <w:sz w:val="24"/>
          <w:szCs w:val="24"/>
        </w:rPr>
      </w:pPr>
      <w:r w:rsidRPr="00E63073">
        <w:rPr>
          <w:rFonts w:ascii="Times New Roman" w:hAnsi="Times New Roman" w:cs="Times New Roman"/>
          <w:sz w:val="24"/>
          <w:szCs w:val="24"/>
        </w:rPr>
        <w:t xml:space="preserve">Спецификация поставляемого </w:t>
      </w:r>
      <w:r>
        <w:rPr>
          <w:rFonts w:ascii="Times New Roman" w:hAnsi="Times New Roman" w:cs="Times New Roman"/>
          <w:sz w:val="24"/>
          <w:szCs w:val="24"/>
        </w:rPr>
        <w:t>Товар</w:t>
      </w:r>
      <w:r w:rsidRPr="00E63073">
        <w:rPr>
          <w:rFonts w:ascii="Times New Roman" w:hAnsi="Times New Roman" w:cs="Times New Roman"/>
          <w:sz w:val="24"/>
          <w:szCs w:val="24"/>
        </w:rPr>
        <w:t xml:space="preserve">а должна соответствовать основным характеристикам </w:t>
      </w:r>
      <w:r>
        <w:rPr>
          <w:rFonts w:ascii="Times New Roman" w:hAnsi="Times New Roman" w:cs="Times New Roman"/>
          <w:sz w:val="24"/>
          <w:szCs w:val="24"/>
        </w:rPr>
        <w:t>Товар</w:t>
      </w:r>
      <w:r w:rsidRPr="00E63073">
        <w:rPr>
          <w:rFonts w:ascii="Times New Roman" w:hAnsi="Times New Roman" w:cs="Times New Roman"/>
          <w:sz w:val="24"/>
          <w:szCs w:val="24"/>
        </w:rPr>
        <w:t xml:space="preserve">а, указанным в настоящем </w:t>
      </w:r>
      <w:r>
        <w:rPr>
          <w:rFonts w:ascii="Times New Roman" w:hAnsi="Times New Roman" w:cs="Times New Roman"/>
          <w:sz w:val="24"/>
          <w:szCs w:val="24"/>
        </w:rPr>
        <w:t>Т</w:t>
      </w:r>
      <w:r w:rsidRPr="00E63073">
        <w:rPr>
          <w:rFonts w:ascii="Times New Roman" w:hAnsi="Times New Roman" w:cs="Times New Roman"/>
          <w:sz w:val="24"/>
          <w:szCs w:val="24"/>
        </w:rPr>
        <w:t>ехническом задании.</w:t>
      </w:r>
    </w:p>
    <w:p w14:paraId="21297CD2" w14:textId="77777777" w:rsidR="00250DDD" w:rsidRPr="00E63073" w:rsidRDefault="00250DDD" w:rsidP="00250DDD">
      <w:pPr>
        <w:pStyle w:val="ConsPlusNormal"/>
        <w:keepNext/>
        <w:keepLines/>
        <w:numPr>
          <w:ilvl w:val="1"/>
          <w:numId w:val="5"/>
        </w:numPr>
        <w:spacing w:before="240"/>
        <w:ind w:left="709" w:firstLine="0"/>
        <w:rPr>
          <w:rFonts w:ascii="Times New Roman" w:hAnsi="Times New Roman" w:cs="Times New Roman"/>
          <w:b/>
          <w:sz w:val="24"/>
          <w:szCs w:val="24"/>
        </w:rPr>
      </w:pPr>
      <w:r w:rsidRPr="00E63073">
        <w:rPr>
          <w:rFonts w:ascii="Times New Roman" w:hAnsi="Times New Roman" w:cs="Times New Roman"/>
          <w:b/>
          <w:sz w:val="24"/>
          <w:szCs w:val="24"/>
        </w:rPr>
        <w:t xml:space="preserve"> Основные характеристики </w:t>
      </w:r>
      <w:r>
        <w:rPr>
          <w:rFonts w:ascii="Times New Roman" w:hAnsi="Times New Roman" w:cs="Times New Roman"/>
          <w:b/>
          <w:sz w:val="24"/>
          <w:szCs w:val="24"/>
        </w:rPr>
        <w:t>Товар</w:t>
      </w:r>
      <w:r w:rsidRPr="00E63073">
        <w:rPr>
          <w:rFonts w:ascii="Times New Roman" w:hAnsi="Times New Roman" w:cs="Times New Roman"/>
          <w:b/>
          <w:sz w:val="24"/>
          <w:szCs w:val="24"/>
        </w:rPr>
        <w:t>а</w:t>
      </w:r>
    </w:p>
    <w:p w14:paraId="4FA65330" w14:textId="77777777" w:rsidR="001928FF" w:rsidRDefault="001928FF" w:rsidP="00250DDD">
      <w:pPr>
        <w:pStyle w:val="ConsPlusNormal"/>
        <w:ind w:firstLine="709"/>
        <w:jc w:val="both"/>
        <w:rPr>
          <w:rFonts w:ascii="Times New Roman" w:hAnsi="Times New Roman" w:cs="Times New Roman"/>
          <w:b/>
          <w:sz w:val="24"/>
          <w:szCs w:val="24"/>
        </w:rPr>
      </w:pPr>
    </w:p>
    <w:p w14:paraId="1DA41CA5" w14:textId="3CC9F347" w:rsidR="00520A70" w:rsidRDefault="00335293" w:rsidP="00520A70">
      <w:pPr>
        <w:pStyle w:val="ConsPlusNormal"/>
        <w:ind w:firstLine="709"/>
        <w:jc w:val="both"/>
        <w:rPr>
          <w:rFonts w:ascii="Times New Roman" w:hAnsi="Times New Roman" w:cs="Times New Roman"/>
          <w:sz w:val="24"/>
          <w:szCs w:val="24"/>
        </w:rPr>
      </w:pPr>
      <w:r>
        <w:rPr>
          <w:rFonts w:ascii="Times New Roman" w:hAnsi="Times New Roman" w:cs="Times New Roman"/>
          <w:b/>
          <w:sz w:val="24"/>
          <w:szCs w:val="24"/>
        </w:rPr>
        <w:t xml:space="preserve">3.3.1. </w:t>
      </w:r>
      <w:r w:rsidR="00250DDD" w:rsidRPr="00BF5807">
        <w:rPr>
          <w:rFonts w:ascii="Times New Roman" w:hAnsi="Times New Roman" w:cs="Times New Roman"/>
          <w:b/>
          <w:sz w:val="24"/>
          <w:szCs w:val="24"/>
        </w:rPr>
        <w:t xml:space="preserve">Требования к характеристикам каждой единицы </w:t>
      </w:r>
      <w:r w:rsidRPr="00335293">
        <w:rPr>
          <w:rFonts w:ascii="Times New Roman" w:hAnsi="Times New Roman" w:cs="Times New Roman"/>
          <w:b/>
          <w:sz w:val="24"/>
          <w:szCs w:val="24"/>
        </w:rPr>
        <w:t>Системы хранения данных тип 1</w:t>
      </w:r>
    </w:p>
    <w:p w14:paraId="3BEB9AC4" w14:textId="77777777" w:rsidR="00520A70" w:rsidRDefault="00520A70" w:rsidP="00520A70">
      <w:pPr>
        <w:pStyle w:val="ConsPlusNormal"/>
        <w:ind w:firstLine="709"/>
        <w:jc w:val="both"/>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5915"/>
        <w:gridCol w:w="2825"/>
      </w:tblGrid>
      <w:tr w:rsidR="00520A70" w:rsidRPr="00167199" w14:paraId="640E4561" w14:textId="77777777" w:rsidTr="00ED1D20">
        <w:tc>
          <w:tcPr>
            <w:tcW w:w="616" w:type="dxa"/>
            <w:vAlign w:val="center"/>
          </w:tcPr>
          <w:p w14:paraId="589D2D37" w14:textId="77777777" w:rsidR="00520A70" w:rsidRPr="00167199" w:rsidRDefault="00520A70" w:rsidP="00C122C9">
            <w:pPr>
              <w:pStyle w:val="a8"/>
              <w:rPr>
                <w:rFonts w:cs="Times New Roman"/>
                <w:b w:val="0"/>
                <w:sz w:val="24"/>
                <w:szCs w:val="24"/>
              </w:rPr>
            </w:pPr>
            <w:r w:rsidRPr="00EB4902">
              <w:t>№ п/п</w:t>
            </w:r>
          </w:p>
        </w:tc>
        <w:tc>
          <w:tcPr>
            <w:tcW w:w="5915" w:type="dxa"/>
            <w:vAlign w:val="center"/>
          </w:tcPr>
          <w:p w14:paraId="20DC72EB" w14:textId="77777777" w:rsidR="00520A70" w:rsidRPr="00167199" w:rsidRDefault="00520A70" w:rsidP="00C122C9">
            <w:pPr>
              <w:pStyle w:val="a8"/>
              <w:rPr>
                <w:rFonts w:cs="Times New Roman"/>
                <w:b w:val="0"/>
                <w:sz w:val="24"/>
                <w:szCs w:val="24"/>
              </w:rPr>
            </w:pPr>
            <w:r w:rsidRPr="00E63073">
              <w:t>Характеристик</w:t>
            </w:r>
            <w:r>
              <w:t>и Товара в соответствии с параметрами эквивалентности, установленными в Техническом задании</w:t>
            </w:r>
          </w:p>
        </w:tc>
        <w:tc>
          <w:tcPr>
            <w:tcW w:w="2825" w:type="dxa"/>
            <w:vAlign w:val="center"/>
          </w:tcPr>
          <w:p w14:paraId="44317657" w14:textId="77777777" w:rsidR="00520A70" w:rsidRDefault="00520A70" w:rsidP="00C122C9">
            <w:pPr>
              <w:pStyle w:val="a8"/>
            </w:pPr>
            <w:r w:rsidRPr="00E63073">
              <w:t>Значение характеристики</w:t>
            </w:r>
            <w:r w:rsidRPr="009D14D9">
              <w:t xml:space="preserve"> </w:t>
            </w:r>
            <w:r>
              <w:t xml:space="preserve">Товара в соответствии с </w:t>
            </w:r>
          </w:p>
          <w:p w14:paraId="3895C0B2" w14:textId="77777777" w:rsidR="00520A70" w:rsidRPr="00167199" w:rsidRDefault="00520A70" w:rsidP="00C122C9">
            <w:pPr>
              <w:pStyle w:val="a8"/>
              <w:rPr>
                <w:rFonts w:cs="Times New Roman"/>
                <w:b w:val="0"/>
                <w:sz w:val="24"/>
                <w:szCs w:val="24"/>
              </w:rPr>
            </w:pPr>
            <w:r>
              <w:t>з</w:t>
            </w:r>
            <w:r w:rsidRPr="002E2F12">
              <w:t>начени</w:t>
            </w:r>
            <w:r>
              <w:t>ями</w:t>
            </w:r>
            <w:r w:rsidRPr="002E2F12">
              <w:t xml:space="preserve"> параметров эквивалентности Товара</w:t>
            </w:r>
            <w:r>
              <w:t>*</w:t>
            </w:r>
          </w:p>
        </w:tc>
      </w:tr>
      <w:tr w:rsidR="00520A70" w:rsidRPr="00167199" w14:paraId="1835F0CD" w14:textId="77777777" w:rsidTr="00ED1D20">
        <w:tc>
          <w:tcPr>
            <w:tcW w:w="9356" w:type="dxa"/>
            <w:gridSpan w:val="3"/>
            <w:vAlign w:val="center"/>
          </w:tcPr>
          <w:p w14:paraId="1288767A" w14:textId="77777777" w:rsidR="00520A70" w:rsidRPr="00E63073" w:rsidRDefault="00520A70" w:rsidP="00C122C9">
            <w:pPr>
              <w:pStyle w:val="a8"/>
              <w:jc w:val="left"/>
            </w:pPr>
            <w:r>
              <w:rPr>
                <w:color w:val="000000"/>
              </w:rPr>
              <w:t>Система хранения данных</w:t>
            </w:r>
            <w:r w:rsidR="00AB38DA" w:rsidRPr="00AB38DA">
              <w:rPr>
                <w:color w:val="000000"/>
              </w:rPr>
              <w:t xml:space="preserve"> </w:t>
            </w:r>
            <w:r w:rsidR="00B76470">
              <w:rPr>
                <w:color w:val="000000"/>
              </w:rPr>
              <w:t>тип 1</w:t>
            </w:r>
            <w:r w:rsidRPr="00141F5C">
              <w:rPr>
                <w:color w:val="000000"/>
              </w:rPr>
              <w:t xml:space="preserve"> </w:t>
            </w:r>
            <w:r w:rsidRPr="00141F5C">
              <w:t>со следующими характеристиками:</w:t>
            </w:r>
          </w:p>
        </w:tc>
      </w:tr>
      <w:tr w:rsidR="00520A70" w:rsidRPr="00167199" w14:paraId="414E7887" w14:textId="77777777" w:rsidTr="00ED1D20">
        <w:tc>
          <w:tcPr>
            <w:tcW w:w="616" w:type="dxa"/>
            <w:vAlign w:val="center"/>
          </w:tcPr>
          <w:p w14:paraId="6863B113" w14:textId="77777777" w:rsidR="00520A70" w:rsidRPr="007826D2" w:rsidRDefault="00520A70" w:rsidP="0079513A">
            <w:pPr>
              <w:pStyle w:val="a1"/>
              <w:numPr>
                <w:ilvl w:val="0"/>
                <w:numId w:val="0"/>
              </w:numPr>
              <w:rPr>
                <w:rFonts w:cs="Times New Roman"/>
                <w:lang w:val="ru-RU"/>
              </w:rPr>
            </w:pPr>
            <w:r w:rsidRPr="007826D2">
              <w:rPr>
                <w:rFonts w:cs="Times New Roman"/>
                <w:lang w:val="ru-RU"/>
              </w:rPr>
              <w:t>1</w:t>
            </w:r>
          </w:p>
        </w:tc>
        <w:tc>
          <w:tcPr>
            <w:tcW w:w="5915" w:type="dxa"/>
            <w:vAlign w:val="center"/>
          </w:tcPr>
          <w:p w14:paraId="538D267A" w14:textId="77777777" w:rsidR="00520A70" w:rsidRPr="007826D2" w:rsidRDefault="00520A70" w:rsidP="00C122C9">
            <w:pPr>
              <w:pStyle w:val="aa"/>
              <w:rPr>
                <w:rFonts w:eastAsiaTheme="minorEastAsia" w:cs="Times New Roman"/>
              </w:rPr>
            </w:pPr>
            <w:r w:rsidRPr="007826D2">
              <w:rPr>
                <w:rFonts w:eastAsiaTheme="minorEastAsia" w:cs="Times New Roman"/>
              </w:rPr>
              <w:t>Отказоустойчивая система хранения данных</w:t>
            </w:r>
          </w:p>
        </w:tc>
        <w:tc>
          <w:tcPr>
            <w:tcW w:w="2825" w:type="dxa"/>
            <w:vAlign w:val="center"/>
          </w:tcPr>
          <w:p w14:paraId="690A0AD5" w14:textId="77777777" w:rsidR="00520A70" w:rsidRPr="007826D2" w:rsidRDefault="00520A70" w:rsidP="00DC34CE">
            <w:pPr>
              <w:pStyle w:val="aa"/>
              <w:jc w:val="center"/>
              <w:rPr>
                <w:rFonts w:eastAsiaTheme="minorEastAsia" w:cs="Times New Roman"/>
              </w:rPr>
            </w:pPr>
            <w:r w:rsidRPr="007826D2">
              <w:rPr>
                <w:rFonts w:eastAsiaTheme="minorEastAsia" w:cs="Times New Roman"/>
              </w:rPr>
              <w:t>Соответствует</w:t>
            </w:r>
          </w:p>
        </w:tc>
      </w:tr>
      <w:tr w:rsidR="00520A70" w:rsidRPr="00167199" w14:paraId="3B0071A8" w14:textId="77777777" w:rsidTr="00ED1D20">
        <w:tc>
          <w:tcPr>
            <w:tcW w:w="616" w:type="dxa"/>
            <w:vAlign w:val="center"/>
          </w:tcPr>
          <w:p w14:paraId="7A72A323" w14:textId="77777777" w:rsidR="00520A70" w:rsidRPr="007826D2" w:rsidRDefault="00520A70" w:rsidP="0079513A">
            <w:pPr>
              <w:pStyle w:val="a1"/>
              <w:numPr>
                <w:ilvl w:val="0"/>
                <w:numId w:val="0"/>
              </w:numPr>
              <w:rPr>
                <w:rFonts w:cs="Times New Roman"/>
                <w:lang w:val="ru-RU"/>
              </w:rPr>
            </w:pPr>
            <w:r w:rsidRPr="007826D2">
              <w:rPr>
                <w:rFonts w:cs="Times New Roman"/>
                <w:lang w:val="ru-RU"/>
              </w:rPr>
              <w:t>2</w:t>
            </w:r>
          </w:p>
        </w:tc>
        <w:tc>
          <w:tcPr>
            <w:tcW w:w="5915" w:type="dxa"/>
          </w:tcPr>
          <w:p w14:paraId="1AE97C97" w14:textId="220E8DA9" w:rsidR="00520A70" w:rsidRPr="007826D2" w:rsidRDefault="00520A70" w:rsidP="00C12C79">
            <w:pPr>
              <w:pStyle w:val="aa"/>
              <w:rPr>
                <w:rFonts w:cs="Times New Roman"/>
              </w:rPr>
            </w:pPr>
            <w:r w:rsidRPr="007826D2">
              <w:rPr>
                <w:rFonts w:eastAsiaTheme="minorEastAsia" w:cs="Times New Roman"/>
              </w:rPr>
              <w:t xml:space="preserve">Количество контроллеров, работающих в режиме </w:t>
            </w:r>
            <w:r w:rsidRPr="007826D2">
              <w:rPr>
                <w:rFonts w:eastAsiaTheme="minorEastAsia" w:cs="Times New Roman"/>
                <w:lang w:val="en-US"/>
              </w:rPr>
              <w:t>Active</w:t>
            </w:r>
            <w:r w:rsidRPr="007826D2">
              <w:rPr>
                <w:rFonts w:eastAsiaTheme="minorEastAsia" w:cs="Times New Roman"/>
              </w:rPr>
              <w:t>-</w:t>
            </w:r>
            <w:r w:rsidRPr="007826D2">
              <w:rPr>
                <w:rFonts w:eastAsiaTheme="minorEastAsia" w:cs="Times New Roman"/>
                <w:lang w:val="en-US"/>
              </w:rPr>
              <w:t>Active</w:t>
            </w:r>
            <w:r w:rsidR="00C12C79">
              <w:rPr>
                <w:rFonts w:eastAsiaTheme="minorEastAsia" w:cs="Times New Roman"/>
              </w:rPr>
              <w:t xml:space="preserve"> (при использовании </w:t>
            </w:r>
            <w:r w:rsidR="00C12C79">
              <w:rPr>
                <w:rFonts w:eastAsiaTheme="minorEastAsia" w:cs="Times New Roman"/>
                <w:lang w:val="en-US"/>
              </w:rPr>
              <w:t>Raid</w:t>
            </w:r>
            <w:r w:rsidR="00C12C79" w:rsidRPr="00C12C79">
              <w:rPr>
                <w:rFonts w:eastAsiaTheme="minorEastAsia" w:cs="Times New Roman"/>
              </w:rPr>
              <w:t xml:space="preserve"> 5, 6)</w:t>
            </w:r>
            <w:r w:rsidR="00C12C79" w:rsidRPr="00547329">
              <w:rPr>
                <w:rFonts w:eastAsiaTheme="minorEastAsia" w:cs="Times New Roman"/>
              </w:rPr>
              <w:t>,</w:t>
            </w:r>
            <w:r w:rsidRPr="007826D2">
              <w:rPr>
                <w:rFonts w:eastAsiaTheme="minorEastAsia" w:cs="Times New Roman"/>
              </w:rPr>
              <w:t xml:space="preserve"> с возможностью доступа к любому LUN через все контроллеры, шт.:</w:t>
            </w:r>
          </w:p>
        </w:tc>
        <w:tc>
          <w:tcPr>
            <w:tcW w:w="2825" w:type="dxa"/>
            <w:vAlign w:val="center"/>
          </w:tcPr>
          <w:p w14:paraId="0A5D5E89" w14:textId="5F9125A6" w:rsidR="00520A70" w:rsidRPr="007826D2" w:rsidRDefault="000C6174" w:rsidP="00DC34CE">
            <w:pPr>
              <w:pStyle w:val="aa"/>
              <w:jc w:val="center"/>
              <w:rPr>
                <w:rFonts w:cs="Times New Roman"/>
              </w:rPr>
            </w:pPr>
            <w:r>
              <w:t>__________</w:t>
            </w:r>
            <w:r w:rsidR="00520A70" w:rsidRPr="007826D2">
              <w:rPr>
                <w:rFonts w:eastAsiaTheme="minorEastAsia" w:cs="Times New Roman"/>
              </w:rPr>
              <w:t>*</w:t>
            </w:r>
          </w:p>
        </w:tc>
      </w:tr>
      <w:tr w:rsidR="00C12C79" w:rsidRPr="00167199" w14:paraId="29ADA4D8" w14:textId="77777777" w:rsidTr="00ED1D20">
        <w:tc>
          <w:tcPr>
            <w:tcW w:w="616" w:type="dxa"/>
            <w:vAlign w:val="center"/>
          </w:tcPr>
          <w:p w14:paraId="7CDC8199" w14:textId="2CD8CCE9" w:rsidR="00C12C79" w:rsidRPr="007826D2" w:rsidRDefault="00C12C79" w:rsidP="00C12C79">
            <w:pPr>
              <w:pStyle w:val="a1"/>
              <w:numPr>
                <w:ilvl w:val="0"/>
                <w:numId w:val="0"/>
              </w:numPr>
              <w:rPr>
                <w:rFonts w:cs="Times New Roman"/>
                <w:lang w:val="ru-RU"/>
              </w:rPr>
            </w:pPr>
            <w:r w:rsidRPr="007826D2">
              <w:rPr>
                <w:rFonts w:cs="Times New Roman"/>
                <w:lang w:val="ru-RU"/>
              </w:rPr>
              <w:t>3</w:t>
            </w:r>
          </w:p>
        </w:tc>
        <w:tc>
          <w:tcPr>
            <w:tcW w:w="5915" w:type="dxa"/>
          </w:tcPr>
          <w:p w14:paraId="3264B6A1" w14:textId="6844116E" w:rsidR="00C12C79" w:rsidRPr="007826D2" w:rsidRDefault="00C12C79" w:rsidP="00C12C79">
            <w:pPr>
              <w:pStyle w:val="aa"/>
              <w:rPr>
                <w:rFonts w:eastAsiaTheme="minorEastAsia" w:cs="Times New Roman"/>
              </w:rPr>
            </w:pPr>
            <w:r w:rsidRPr="007826D2">
              <w:rPr>
                <w:rFonts w:eastAsiaTheme="minorEastAsia" w:cs="Times New Roman"/>
              </w:rPr>
              <w:t>Контроллеры системы хранения данных должны обеспечивать симметричную архитектуру ввода-вывода с возможностью доступа к предоставленным ресурсам через оба контроллера серверов к СХД. Назначение конкретного контроллера в качестве владельца ресурса не требуется</w:t>
            </w:r>
          </w:p>
        </w:tc>
        <w:tc>
          <w:tcPr>
            <w:tcW w:w="2825" w:type="dxa"/>
            <w:vAlign w:val="center"/>
          </w:tcPr>
          <w:p w14:paraId="5CBF15A1" w14:textId="6C3130F4" w:rsidR="00C12C79" w:rsidRPr="007826D2" w:rsidRDefault="00C12C79" w:rsidP="00C12C79">
            <w:pPr>
              <w:pStyle w:val="aa"/>
              <w:jc w:val="center"/>
              <w:rPr>
                <w:rFonts w:eastAsiaTheme="minorEastAsia" w:cs="Times New Roman"/>
              </w:rPr>
            </w:pPr>
            <w:r w:rsidRPr="007826D2">
              <w:rPr>
                <w:rFonts w:cs="Times New Roman"/>
              </w:rPr>
              <w:t>Соответствует</w:t>
            </w:r>
          </w:p>
        </w:tc>
      </w:tr>
      <w:tr w:rsidR="00C12C79" w:rsidRPr="00167199" w14:paraId="4DBC49F1" w14:textId="77777777" w:rsidTr="00ED1D20">
        <w:tc>
          <w:tcPr>
            <w:tcW w:w="616" w:type="dxa"/>
            <w:vAlign w:val="center"/>
          </w:tcPr>
          <w:p w14:paraId="1B15033D" w14:textId="76082AF9" w:rsidR="00C12C79" w:rsidRPr="007826D2" w:rsidRDefault="00C12C79" w:rsidP="00C12C79">
            <w:pPr>
              <w:pStyle w:val="a1"/>
              <w:numPr>
                <w:ilvl w:val="0"/>
                <w:numId w:val="0"/>
              </w:numPr>
              <w:rPr>
                <w:rFonts w:cs="Times New Roman"/>
                <w:lang w:val="ru-RU"/>
              </w:rPr>
            </w:pPr>
            <w:r w:rsidRPr="007826D2">
              <w:rPr>
                <w:rFonts w:cs="Times New Roman"/>
                <w:lang w:val="ru-RU"/>
              </w:rPr>
              <w:t>4</w:t>
            </w:r>
          </w:p>
        </w:tc>
        <w:tc>
          <w:tcPr>
            <w:tcW w:w="5915" w:type="dxa"/>
          </w:tcPr>
          <w:p w14:paraId="102A0066" w14:textId="77777777" w:rsidR="00C12C79" w:rsidRPr="007826D2" w:rsidRDefault="00C12C79" w:rsidP="00C12C79">
            <w:pPr>
              <w:pStyle w:val="aa"/>
              <w:rPr>
                <w:rFonts w:cs="Times New Roman"/>
                <w:b/>
              </w:rPr>
            </w:pPr>
            <w:r w:rsidRPr="007826D2">
              <w:rPr>
                <w:rFonts w:eastAsiaTheme="minorEastAsia" w:cs="Times New Roman"/>
              </w:rPr>
              <w:t>Система хранения данных должна обеспечивать централизованную работу с обоими контроллерами как с единым логическим устройством</w:t>
            </w:r>
          </w:p>
        </w:tc>
        <w:tc>
          <w:tcPr>
            <w:tcW w:w="2825" w:type="dxa"/>
            <w:vAlign w:val="center"/>
          </w:tcPr>
          <w:p w14:paraId="365DF63D" w14:textId="77777777" w:rsidR="00C12C79" w:rsidRPr="007826D2" w:rsidRDefault="00C12C79" w:rsidP="00C12C79">
            <w:pPr>
              <w:pStyle w:val="aa"/>
              <w:jc w:val="center"/>
              <w:rPr>
                <w:rFonts w:eastAsiaTheme="minorEastAsia" w:cs="Times New Roman"/>
              </w:rPr>
            </w:pPr>
            <w:r w:rsidRPr="007826D2">
              <w:rPr>
                <w:rFonts w:cs="Times New Roman"/>
              </w:rPr>
              <w:t>Соответствует</w:t>
            </w:r>
          </w:p>
        </w:tc>
      </w:tr>
      <w:tr w:rsidR="00C12C79" w:rsidRPr="00167199" w14:paraId="22B4AAC6" w14:textId="77777777" w:rsidTr="00ED1D20">
        <w:tc>
          <w:tcPr>
            <w:tcW w:w="616" w:type="dxa"/>
            <w:vAlign w:val="center"/>
          </w:tcPr>
          <w:p w14:paraId="4B6D7CD7" w14:textId="3265779D" w:rsidR="00C12C79" w:rsidRPr="007826D2" w:rsidRDefault="00C12C79" w:rsidP="00C12C79">
            <w:pPr>
              <w:pStyle w:val="a1"/>
              <w:numPr>
                <w:ilvl w:val="0"/>
                <w:numId w:val="0"/>
              </w:numPr>
              <w:rPr>
                <w:rFonts w:cs="Times New Roman"/>
                <w:lang w:val="ru-RU"/>
              </w:rPr>
            </w:pPr>
            <w:r w:rsidRPr="007826D2">
              <w:rPr>
                <w:rFonts w:cs="Times New Roman"/>
                <w:lang w:val="ru-RU"/>
              </w:rPr>
              <w:t>5</w:t>
            </w:r>
          </w:p>
        </w:tc>
        <w:tc>
          <w:tcPr>
            <w:tcW w:w="5915" w:type="dxa"/>
          </w:tcPr>
          <w:p w14:paraId="425B1939" w14:textId="77777777" w:rsidR="00C12C79" w:rsidRPr="007826D2" w:rsidRDefault="00C12C79" w:rsidP="00C12C79">
            <w:pPr>
              <w:pStyle w:val="aa"/>
              <w:rPr>
                <w:rFonts w:cs="Times New Roman"/>
              </w:rPr>
            </w:pPr>
            <w:r w:rsidRPr="007826D2">
              <w:rPr>
                <w:rFonts w:cs="Times New Roman"/>
              </w:rPr>
              <w:t>Объём Кэш памяти, ТБ:</w:t>
            </w:r>
          </w:p>
        </w:tc>
        <w:tc>
          <w:tcPr>
            <w:tcW w:w="2825" w:type="dxa"/>
            <w:vAlign w:val="center"/>
          </w:tcPr>
          <w:p w14:paraId="3BE386BC" w14:textId="21566F25" w:rsidR="00C12C79" w:rsidRPr="007826D2" w:rsidRDefault="000C6174" w:rsidP="00C12C79">
            <w:pPr>
              <w:pStyle w:val="aa"/>
              <w:jc w:val="center"/>
              <w:rPr>
                <w:rFonts w:cs="Times New Roman"/>
              </w:rPr>
            </w:pPr>
            <w:r>
              <w:t>__________</w:t>
            </w:r>
            <w:r w:rsidR="00C12C79" w:rsidRPr="007826D2">
              <w:rPr>
                <w:rFonts w:eastAsiaTheme="minorEastAsia" w:cs="Times New Roman"/>
              </w:rPr>
              <w:t>*</w:t>
            </w:r>
          </w:p>
        </w:tc>
      </w:tr>
      <w:tr w:rsidR="00F07778" w:rsidRPr="00167199" w14:paraId="17C55DA3" w14:textId="77777777" w:rsidTr="00ED1D20">
        <w:tc>
          <w:tcPr>
            <w:tcW w:w="616" w:type="dxa"/>
            <w:vAlign w:val="center"/>
          </w:tcPr>
          <w:p w14:paraId="3EA36694" w14:textId="2B841AAD" w:rsidR="00F07778" w:rsidRPr="007826D2" w:rsidRDefault="00F07778" w:rsidP="00F07778">
            <w:pPr>
              <w:pStyle w:val="a1"/>
              <w:numPr>
                <w:ilvl w:val="0"/>
                <w:numId w:val="0"/>
              </w:numPr>
              <w:rPr>
                <w:rFonts w:cs="Times New Roman"/>
                <w:lang w:val="ru-RU"/>
              </w:rPr>
            </w:pPr>
            <w:r w:rsidRPr="007826D2">
              <w:rPr>
                <w:rFonts w:cs="Times New Roman"/>
                <w:lang w:val="ru-RU"/>
              </w:rPr>
              <w:t>6</w:t>
            </w:r>
          </w:p>
        </w:tc>
        <w:tc>
          <w:tcPr>
            <w:tcW w:w="5915" w:type="dxa"/>
          </w:tcPr>
          <w:p w14:paraId="1DA31382" w14:textId="517CBECD" w:rsidR="00F07778" w:rsidRPr="00F07778" w:rsidRDefault="00F07778" w:rsidP="00F07778">
            <w:pPr>
              <w:pStyle w:val="aa"/>
              <w:rPr>
                <w:rFonts w:cs="Times New Roman"/>
              </w:rPr>
            </w:pPr>
            <w:r>
              <w:rPr>
                <w:rFonts w:cs="Times New Roman"/>
              </w:rPr>
              <w:t>Производительность СХД (опред</w:t>
            </w:r>
            <w:r w:rsidR="00A83177">
              <w:rPr>
                <w:rFonts w:cs="Times New Roman"/>
              </w:rPr>
              <w:t>е</w:t>
            </w:r>
            <w:r>
              <w:rPr>
                <w:rFonts w:cs="Times New Roman"/>
              </w:rPr>
              <w:t>ленн</w:t>
            </w:r>
            <w:r w:rsidR="00A83177">
              <w:rPr>
                <w:rFonts w:cs="Times New Roman"/>
              </w:rPr>
              <w:t>ая</w:t>
            </w:r>
            <w:r>
              <w:rPr>
                <w:rFonts w:cs="Times New Roman"/>
              </w:rPr>
              <w:t xml:space="preserve"> в соответ</w:t>
            </w:r>
            <w:r w:rsidR="00B46C89">
              <w:rPr>
                <w:rFonts w:cs="Times New Roman"/>
              </w:rPr>
              <w:t>ст</w:t>
            </w:r>
            <w:r>
              <w:rPr>
                <w:rFonts w:cs="Times New Roman"/>
              </w:rPr>
              <w:t xml:space="preserve">вии с требованиями указанными в </w:t>
            </w:r>
            <w:r w:rsidR="00B46C89">
              <w:rPr>
                <w:rFonts w:cs="Times New Roman"/>
              </w:rPr>
              <w:t>П</w:t>
            </w:r>
            <w:r>
              <w:rPr>
                <w:rFonts w:cs="Times New Roman"/>
              </w:rPr>
              <w:t>риложении №</w:t>
            </w:r>
            <w:r w:rsidR="00B46C89">
              <w:rPr>
                <w:rFonts w:cs="Times New Roman"/>
              </w:rPr>
              <w:t xml:space="preserve"> </w:t>
            </w:r>
            <w:r>
              <w:rPr>
                <w:rFonts w:cs="Times New Roman"/>
              </w:rPr>
              <w:t>2 к</w:t>
            </w:r>
            <w:r w:rsidR="00B46C89">
              <w:rPr>
                <w:rFonts w:cs="Times New Roman"/>
              </w:rPr>
              <w:t xml:space="preserve"> настоящему</w:t>
            </w:r>
            <w:r>
              <w:rPr>
                <w:rFonts w:cs="Times New Roman"/>
              </w:rPr>
              <w:t xml:space="preserve"> Т</w:t>
            </w:r>
            <w:r w:rsidR="00B46C89">
              <w:rPr>
                <w:rFonts w:cs="Times New Roman"/>
              </w:rPr>
              <w:t>ехническому заданию</w:t>
            </w:r>
            <w:r>
              <w:rPr>
                <w:rFonts w:cs="Times New Roman"/>
              </w:rPr>
              <w:t xml:space="preserve"> (программа и методика испытаний), тыс. </w:t>
            </w:r>
            <w:r>
              <w:rPr>
                <w:rFonts w:cs="Times New Roman"/>
                <w:lang w:val="en-US"/>
              </w:rPr>
              <w:t>IOPS</w:t>
            </w:r>
            <w:r>
              <w:rPr>
                <w:rFonts w:cs="Times New Roman"/>
              </w:rPr>
              <w:t>:</w:t>
            </w:r>
          </w:p>
        </w:tc>
        <w:tc>
          <w:tcPr>
            <w:tcW w:w="2825" w:type="dxa"/>
            <w:vAlign w:val="center"/>
          </w:tcPr>
          <w:p w14:paraId="1430309B" w14:textId="73DD55A7" w:rsidR="00F07778" w:rsidRPr="00F07778" w:rsidRDefault="000C6174" w:rsidP="002A6CAB">
            <w:pPr>
              <w:pStyle w:val="aa"/>
              <w:jc w:val="center"/>
              <w:rPr>
                <w:rFonts w:eastAsiaTheme="minorEastAsia" w:cs="Times New Roman"/>
              </w:rPr>
            </w:pPr>
            <w:r>
              <w:t>__________</w:t>
            </w:r>
            <w:r w:rsidR="0010673B">
              <w:rPr>
                <w:rFonts w:eastAsiaTheme="minorEastAsia" w:cs="Times New Roman"/>
              </w:rPr>
              <w:t>*</w:t>
            </w:r>
          </w:p>
        </w:tc>
      </w:tr>
      <w:tr w:rsidR="00F07778" w:rsidRPr="00167199" w14:paraId="4BAC4B26" w14:textId="77777777" w:rsidTr="00ED1D20">
        <w:tc>
          <w:tcPr>
            <w:tcW w:w="616" w:type="dxa"/>
            <w:vAlign w:val="center"/>
          </w:tcPr>
          <w:p w14:paraId="0808248E" w14:textId="6A2ED62F" w:rsidR="00F07778" w:rsidRPr="007826D2" w:rsidRDefault="00F07778" w:rsidP="00F07778">
            <w:pPr>
              <w:pStyle w:val="a1"/>
              <w:numPr>
                <w:ilvl w:val="0"/>
                <w:numId w:val="0"/>
              </w:numPr>
              <w:rPr>
                <w:rFonts w:cs="Times New Roman"/>
                <w:lang w:val="ru-RU"/>
              </w:rPr>
            </w:pPr>
            <w:r w:rsidRPr="007826D2">
              <w:rPr>
                <w:rFonts w:cs="Times New Roman"/>
                <w:lang w:val="ru-RU"/>
              </w:rPr>
              <w:t>7</w:t>
            </w:r>
          </w:p>
        </w:tc>
        <w:tc>
          <w:tcPr>
            <w:tcW w:w="5915" w:type="dxa"/>
            <w:vAlign w:val="center"/>
          </w:tcPr>
          <w:p w14:paraId="3B6F1F06" w14:textId="77777777" w:rsidR="00F07778" w:rsidRPr="007826D2" w:rsidRDefault="00F07778" w:rsidP="00F07778">
            <w:pPr>
              <w:tabs>
                <w:tab w:val="left" w:pos="250"/>
              </w:tabs>
              <w:spacing w:after="0" w:line="240" w:lineRule="auto"/>
              <w:contextualSpacing/>
              <w:jc w:val="both"/>
              <w:rPr>
                <w:rFonts w:ascii="Times New Roman" w:hAnsi="Times New Roman"/>
                <w:highlight w:val="yellow"/>
              </w:rPr>
            </w:pPr>
            <w:r w:rsidRPr="007826D2">
              <w:rPr>
                <w:rFonts w:ascii="Times New Roman" w:eastAsiaTheme="minorEastAsia" w:hAnsi="Times New Roman"/>
              </w:rPr>
              <w:t xml:space="preserve">Количество установленных накопителей SSD </w:t>
            </w:r>
            <w:r w:rsidRPr="007826D2">
              <w:rPr>
                <w:rFonts w:ascii="Times New Roman" w:eastAsiaTheme="minorEastAsia" w:hAnsi="Times New Roman"/>
                <w:lang w:val="en-US"/>
              </w:rPr>
              <w:t>T</w:t>
            </w:r>
            <w:r w:rsidRPr="007826D2">
              <w:rPr>
                <w:rFonts w:ascii="Times New Roman" w:eastAsiaTheme="minorEastAsia" w:hAnsi="Times New Roman"/>
              </w:rPr>
              <w:t>LC, шт.:</w:t>
            </w:r>
          </w:p>
        </w:tc>
        <w:tc>
          <w:tcPr>
            <w:tcW w:w="2825" w:type="dxa"/>
            <w:vAlign w:val="center"/>
          </w:tcPr>
          <w:p w14:paraId="3105EEF0" w14:textId="716778A8" w:rsidR="00F07778" w:rsidRPr="007826D2" w:rsidRDefault="000C6174" w:rsidP="00F07778">
            <w:pPr>
              <w:pStyle w:val="aa"/>
              <w:jc w:val="center"/>
              <w:rPr>
                <w:rFonts w:cs="Times New Roman"/>
                <w:highlight w:val="yellow"/>
              </w:rPr>
            </w:pPr>
            <w:r>
              <w:t>__________</w:t>
            </w:r>
            <w:r w:rsidR="00F07778" w:rsidRPr="007826D2">
              <w:rPr>
                <w:rFonts w:eastAsiaTheme="minorEastAsia" w:cs="Times New Roman"/>
              </w:rPr>
              <w:t>*</w:t>
            </w:r>
          </w:p>
        </w:tc>
      </w:tr>
      <w:tr w:rsidR="00F07778" w:rsidRPr="00167199" w14:paraId="317C61B5" w14:textId="77777777" w:rsidTr="00ED1D20">
        <w:tc>
          <w:tcPr>
            <w:tcW w:w="616" w:type="dxa"/>
            <w:vAlign w:val="center"/>
          </w:tcPr>
          <w:p w14:paraId="2BCBC21A" w14:textId="21DBBB6B" w:rsidR="00F07778" w:rsidRPr="007826D2" w:rsidRDefault="00F07778" w:rsidP="00F07778">
            <w:pPr>
              <w:pStyle w:val="a1"/>
              <w:numPr>
                <w:ilvl w:val="0"/>
                <w:numId w:val="0"/>
              </w:numPr>
              <w:rPr>
                <w:rFonts w:cs="Times New Roman"/>
                <w:lang w:val="ru-RU"/>
              </w:rPr>
            </w:pPr>
            <w:r w:rsidRPr="007826D2">
              <w:rPr>
                <w:rFonts w:cs="Times New Roman"/>
                <w:lang w:val="ru-RU"/>
              </w:rPr>
              <w:t>8</w:t>
            </w:r>
          </w:p>
        </w:tc>
        <w:tc>
          <w:tcPr>
            <w:tcW w:w="5915" w:type="dxa"/>
            <w:vAlign w:val="center"/>
          </w:tcPr>
          <w:p w14:paraId="42E23C5B" w14:textId="77777777" w:rsidR="00F07778" w:rsidRPr="007826D2" w:rsidRDefault="00F07778" w:rsidP="00F07778">
            <w:pPr>
              <w:tabs>
                <w:tab w:val="left" w:pos="250"/>
              </w:tabs>
              <w:spacing w:after="0" w:line="240" w:lineRule="auto"/>
              <w:contextualSpacing/>
              <w:jc w:val="both"/>
              <w:rPr>
                <w:rFonts w:ascii="Times New Roman" w:eastAsiaTheme="minorEastAsia" w:hAnsi="Times New Roman"/>
              </w:rPr>
            </w:pPr>
            <w:r w:rsidRPr="007826D2">
              <w:rPr>
                <w:rFonts w:ascii="Times New Roman" w:eastAsiaTheme="minorEastAsia" w:hAnsi="Times New Roman"/>
              </w:rPr>
              <w:t xml:space="preserve">Суммарный объем RAW установленных накопителей SSD </w:t>
            </w:r>
            <w:r w:rsidRPr="007826D2">
              <w:rPr>
                <w:rFonts w:ascii="Times New Roman" w:eastAsiaTheme="minorEastAsia" w:hAnsi="Times New Roman"/>
                <w:lang w:val="en-US"/>
              </w:rPr>
              <w:t>T</w:t>
            </w:r>
            <w:r w:rsidRPr="007826D2">
              <w:rPr>
                <w:rFonts w:ascii="Times New Roman" w:eastAsiaTheme="minorEastAsia" w:hAnsi="Times New Roman"/>
              </w:rPr>
              <w:t xml:space="preserve">LC, Тб: </w:t>
            </w:r>
          </w:p>
        </w:tc>
        <w:tc>
          <w:tcPr>
            <w:tcW w:w="2825" w:type="dxa"/>
            <w:vAlign w:val="center"/>
          </w:tcPr>
          <w:p w14:paraId="7C3251E3" w14:textId="428AAF8C" w:rsidR="00F07778" w:rsidRPr="007826D2" w:rsidRDefault="000C6174" w:rsidP="00F07778">
            <w:pPr>
              <w:pStyle w:val="aa"/>
              <w:jc w:val="center"/>
              <w:rPr>
                <w:rFonts w:cs="Times New Roman"/>
              </w:rPr>
            </w:pPr>
            <w:r>
              <w:t>__________</w:t>
            </w:r>
            <w:r w:rsidR="00F07778" w:rsidRPr="007826D2">
              <w:rPr>
                <w:rFonts w:eastAsiaTheme="minorEastAsia" w:cs="Times New Roman"/>
              </w:rPr>
              <w:t>*</w:t>
            </w:r>
          </w:p>
        </w:tc>
      </w:tr>
      <w:tr w:rsidR="00F07778" w:rsidRPr="00167199" w14:paraId="2E4E5730" w14:textId="77777777" w:rsidTr="00ED1D20">
        <w:tc>
          <w:tcPr>
            <w:tcW w:w="616" w:type="dxa"/>
            <w:vAlign w:val="center"/>
          </w:tcPr>
          <w:p w14:paraId="0BBD3A7E" w14:textId="05B1B265" w:rsidR="00F07778" w:rsidRPr="007826D2" w:rsidRDefault="00F07778" w:rsidP="00F07778">
            <w:pPr>
              <w:pStyle w:val="a1"/>
              <w:numPr>
                <w:ilvl w:val="0"/>
                <w:numId w:val="0"/>
              </w:numPr>
              <w:rPr>
                <w:rFonts w:cs="Times New Roman"/>
                <w:lang w:val="ru-RU"/>
              </w:rPr>
            </w:pPr>
            <w:r w:rsidRPr="007826D2">
              <w:rPr>
                <w:rFonts w:cs="Times New Roman"/>
                <w:lang w:val="ru-RU"/>
              </w:rPr>
              <w:t>9</w:t>
            </w:r>
          </w:p>
        </w:tc>
        <w:tc>
          <w:tcPr>
            <w:tcW w:w="5915" w:type="dxa"/>
            <w:vAlign w:val="center"/>
          </w:tcPr>
          <w:p w14:paraId="7579B02A" w14:textId="77777777" w:rsidR="00F07778" w:rsidRPr="007826D2" w:rsidRDefault="00F07778" w:rsidP="00F07778">
            <w:pPr>
              <w:tabs>
                <w:tab w:val="left" w:pos="250"/>
              </w:tabs>
              <w:spacing w:after="0" w:line="240" w:lineRule="auto"/>
              <w:contextualSpacing/>
              <w:jc w:val="both"/>
              <w:rPr>
                <w:rFonts w:ascii="Times New Roman" w:eastAsiaTheme="minorEastAsia" w:hAnsi="Times New Roman"/>
              </w:rPr>
            </w:pPr>
            <w:r w:rsidRPr="007826D2">
              <w:rPr>
                <w:rFonts w:ascii="Times New Roman" w:eastAsiaTheme="minorEastAsia" w:hAnsi="Times New Roman"/>
              </w:rPr>
              <w:t xml:space="preserve">Возможность объединения всех дисков в единую группу (домен, пул), с возможностью распределения данных одного </w:t>
            </w:r>
            <w:r w:rsidRPr="007826D2">
              <w:rPr>
                <w:rFonts w:ascii="Times New Roman" w:eastAsiaTheme="minorEastAsia" w:hAnsi="Times New Roman"/>
                <w:lang w:val="en-US"/>
              </w:rPr>
              <w:t>LUN</w:t>
            </w:r>
            <w:r w:rsidRPr="007826D2">
              <w:rPr>
                <w:rFonts w:ascii="Times New Roman" w:eastAsiaTheme="minorEastAsia" w:hAnsi="Times New Roman"/>
              </w:rPr>
              <w:t xml:space="preserve"> по всем дискам</w:t>
            </w:r>
          </w:p>
        </w:tc>
        <w:tc>
          <w:tcPr>
            <w:tcW w:w="2825" w:type="dxa"/>
            <w:vAlign w:val="center"/>
          </w:tcPr>
          <w:p w14:paraId="58682488" w14:textId="77777777" w:rsidR="00F07778" w:rsidRPr="007826D2" w:rsidRDefault="00F07778" w:rsidP="00F07778">
            <w:pPr>
              <w:pStyle w:val="aa"/>
              <w:jc w:val="center"/>
              <w:rPr>
                <w:rFonts w:cs="Times New Roman"/>
              </w:rPr>
            </w:pPr>
            <w:r w:rsidRPr="007826D2">
              <w:rPr>
                <w:rFonts w:cs="Times New Roman"/>
              </w:rPr>
              <w:t>Соответствует</w:t>
            </w:r>
          </w:p>
        </w:tc>
      </w:tr>
      <w:tr w:rsidR="00755588" w:rsidRPr="00167199" w14:paraId="1B9640F2" w14:textId="77777777" w:rsidTr="00ED1D20">
        <w:tc>
          <w:tcPr>
            <w:tcW w:w="616" w:type="dxa"/>
            <w:vAlign w:val="center"/>
          </w:tcPr>
          <w:p w14:paraId="1E7269E4" w14:textId="4A8168E8" w:rsidR="00755588" w:rsidRPr="007826D2" w:rsidRDefault="00755588" w:rsidP="00755588">
            <w:pPr>
              <w:pStyle w:val="a1"/>
              <w:numPr>
                <w:ilvl w:val="0"/>
                <w:numId w:val="0"/>
              </w:numPr>
              <w:rPr>
                <w:rFonts w:cs="Times New Roman"/>
                <w:lang w:val="ru-RU"/>
              </w:rPr>
            </w:pPr>
            <w:r w:rsidRPr="007826D2">
              <w:rPr>
                <w:rFonts w:cs="Times New Roman"/>
                <w:lang w:val="ru-RU"/>
              </w:rPr>
              <w:t>10</w:t>
            </w:r>
          </w:p>
        </w:tc>
        <w:tc>
          <w:tcPr>
            <w:tcW w:w="5915" w:type="dxa"/>
            <w:vAlign w:val="center"/>
          </w:tcPr>
          <w:p w14:paraId="265500AF" w14:textId="27D0615D" w:rsidR="00755588" w:rsidRPr="007826D2" w:rsidRDefault="00755588" w:rsidP="00755588">
            <w:pPr>
              <w:tabs>
                <w:tab w:val="left" w:pos="250"/>
              </w:tabs>
              <w:spacing w:after="0" w:line="240" w:lineRule="auto"/>
              <w:contextualSpacing/>
              <w:jc w:val="both"/>
              <w:rPr>
                <w:rFonts w:ascii="Times New Roman" w:eastAsiaTheme="minorEastAsia" w:hAnsi="Times New Roman"/>
              </w:rPr>
            </w:pPr>
            <w:r w:rsidRPr="000879DC">
              <w:rPr>
                <w:rFonts w:ascii="Times New Roman" w:eastAsiaTheme="minorEastAsia" w:hAnsi="Times New Roman"/>
              </w:rPr>
              <w:t xml:space="preserve">СХД должна обеспечивать полезную емкость не менее 70% </w:t>
            </w:r>
            <w:r>
              <w:rPr>
                <w:rFonts w:ascii="Times New Roman" w:eastAsiaTheme="minorEastAsia" w:hAnsi="Times New Roman"/>
              </w:rPr>
              <w:t xml:space="preserve">в конфигурации </w:t>
            </w:r>
            <w:r>
              <w:rPr>
                <w:rFonts w:ascii="Times New Roman" w:eastAsiaTheme="minorEastAsia" w:hAnsi="Times New Roman"/>
                <w:lang w:val="en-US"/>
              </w:rPr>
              <w:t>RAID</w:t>
            </w:r>
            <w:r w:rsidRPr="000879DC">
              <w:rPr>
                <w:rFonts w:ascii="Times New Roman" w:eastAsiaTheme="minorEastAsia" w:hAnsi="Times New Roman"/>
              </w:rPr>
              <w:t xml:space="preserve"> 6 от суммарного </w:t>
            </w:r>
            <w:r>
              <w:rPr>
                <w:rFonts w:ascii="Times New Roman" w:eastAsiaTheme="minorEastAsia" w:hAnsi="Times New Roman"/>
              </w:rPr>
              <w:t xml:space="preserve">объема </w:t>
            </w:r>
            <w:r w:rsidRPr="000879DC">
              <w:rPr>
                <w:rFonts w:ascii="Times New Roman" w:eastAsiaTheme="minorEastAsia" w:hAnsi="Times New Roman"/>
              </w:rPr>
              <w:t xml:space="preserve">RAW установленных </w:t>
            </w:r>
            <w:r>
              <w:rPr>
                <w:rFonts w:ascii="Times New Roman" w:eastAsiaTheme="minorEastAsia" w:hAnsi="Times New Roman"/>
              </w:rPr>
              <w:t xml:space="preserve">накопителей </w:t>
            </w:r>
            <w:r w:rsidRPr="000879DC">
              <w:rPr>
                <w:rFonts w:ascii="Times New Roman" w:eastAsiaTheme="minorEastAsia" w:hAnsi="Times New Roman"/>
              </w:rPr>
              <w:t>SSD TLC после вычета всех накладных расходов, связанных с отказоустойчивостью и резервированием емкости, включая RAID, Erasure Coding, Hot Spare, Global Spare, Distributed Spare или функционально эквивалентные механизмы.</w:t>
            </w:r>
            <w:r>
              <w:rPr>
                <w:rFonts w:ascii="Times New Roman" w:eastAsiaTheme="minorEastAsia" w:hAnsi="Times New Roman"/>
              </w:rPr>
              <w:t xml:space="preserve"> </w:t>
            </w:r>
            <w:r w:rsidRPr="000879DC">
              <w:rPr>
                <w:rFonts w:ascii="Times New Roman" w:eastAsiaTheme="minorEastAsia" w:hAnsi="Times New Roman"/>
              </w:rPr>
              <w:t>Технические механизмы компрессии, дедупликации, thin provisioning и иные логические методы оптимизации хранения не должны учитываться при подтверждении данного требования.</w:t>
            </w:r>
          </w:p>
        </w:tc>
        <w:tc>
          <w:tcPr>
            <w:tcW w:w="2825" w:type="dxa"/>
            <w:vAlign w:val="center"/>
          </w:tcPr>
          <w:p w14:paraId="2607FD89" w14:textId="3973AA78" w:rsidR="00755588" w:rsidRPr="007826D2" w:rsidRDefault="00755588" w:rsidP="00755588">
            <w:pPr>
              <w:pStyle w:val="aa"/>
              <w:jc w:val="center"/>
              <w:rPr>
                <w:rFonts w:cs="Times New Roman"/>
              </w:rPr>
            </w:pPr>
            <w:r w:rsidRPr="007826D2">
              <w:rPr>
                <w:rFonts w:cs="Times New Roman"/>
              </w:rPr>
              <w:t>Соответствует</w:t>
            </w:r>
          </w:p>
        </w:tc>
      </w:tr>
      <w:tr w:rsidR="00755588" w:rsidRPr="00167199" w14:paraId="1E1E873F" w14:textId="77777777" w:rsidTr="00ED1D20">
        <w:tc>
          <w:tcPr>
            <w:tcW w:w="616" w:type="dxa"/>
            <w:vAlign w:val="center"/>
          </w:tcPr>
          <w:p w14:paraId="0E73A7DA" w14:textId="2F6AF6F8" w:rsidR="00755588" w:rsidRPr="007826D2" w:rsidRDefault="00755588" w:rsidP="00755588">
            <w:pPr>
              <w:pStyle w:val="a1"/>
              <w:numPr>
                <w:ilvl w:val="0"/>
                <w:numId w:val="0"/>
              </w:numPr>
              <w:rPr>
                <w:rFonts w:cs="Times New Roman"/>
                <w:lang w:val="ru-RU"/>
              </w:rPr>
            </w:pPr>
            <w:r w:rsidRPr="007826D2">
              <w:rPr>
                <w:rFonts w:cs="Times New Roman"/>
                <w:lang w:val="ru-RU"/>
              </w:rPr>
              <w:t>11</w:t>
            </w:r>
          </w:p>
        </w:tc>
        <w:tc>
          <w:tcPr>
            <w:tcW w:w="5915" w:type="dxa"/>
            <w:vAlign w:val="center"/>
          </w:tcPr>
          <w:p w14:paraId="05FB20C1" w14:textId="77777777" w:rsidR="00755588" w:rsidRPr="007826D2" w:rsidRDefault="00755588" w:rsidP="00755588">
            <w:pPr>
              <w:tabs>
                <w:tab w:val="left" w:pos="250"/>
              </w:tabs>
              <w:spacing w:after="0" w:line="240" w:lineRule="auto"/>
              <w:contextualSpacing/>
              <w:jc w:val="both"/>
              <w:rPr>
                <w:rFonts w:ascii="Times New Roman" w:eastAsiaTheme="minorEastAsia" w:hAnsi="Times New Roman"/>
              </w:rPr>
            </w:pPr>
            <w:r w:rsidRPr="007826D2">
              <w:rPr>
                <w:rFonts w:ascii="Times New Roman" w:eastAsiaTheme="minorEastAsia" w:hAnsi="Times New Roman"/>
              </w:rPr>
              <w:t>Количество портов Fibre Channel, с установленными оптическими трансиверами Multi-mode (850 nm, LC), шт.:</w:t>
            </w:r>
          </w:p>
        </w:tc>
        <w:tc>
          <w:tcPr>
            <w:tcW w:w="2825" w:type="dxa"/>
            <w:vAlign w:val="center"/>
          </w:tcPr>
          <w:p w14:paraId="0E243554" w14:textId="090C5882" w:rsidR="00755588" w:rsidRPr="007826D2" w:rsidRDefault="000F1472" w:rsidP="00755588">
            <w:pPr>
              <w:pStyle w:val="aa"/>
              <w:jc w:val="center"/>
              <w:rPr>
                <w:rFonts w:eastAsiaTheme="minorEastAsia" w:cs="Times New Roman"/>
              </w:rPr>
            </w:pPr>
            <w:r>
              <w:t>__________</w:t>
            </w:r>
            <w:r w:rsidR="00755588" w:rsidRPr="007826D2">
              <w:rPr>
                <w:rFonts w:eastAsiaTheme="minorEastAsia" w:cs="Times New Roman"/>
              </w:rPr>
              <w:t>*</w:t>
            </w:r>
          </w:p>
        </w:tc>
      </w:tr>
      <w:tr w:rsidR="00755588" w:rsidRPr="00167199" w14:paraId="6485E99D" w14:textId="77777777" w:rsidTr="00ED1D20">
        <w:tc>
          <w:tcPr>
            <w:tcW w:w="616" w:type="dxa"/>
            <w:vAlign w:val="center"/>
          </w:tcPr>
          <w:p w14:paraId="14374A6A" w14:textId="21E0481B" w:rsidR="00755588" w:rsidRPr="007826D2" w:rsidRDefault="00755588" w:rsidP="00755588">
            <w:pPr>
              <w:pStyle w:val="a1"/>
              <w:numPr>
                <w:ilvl w:val="0"/>
                <w:numId w:val="0"/>
              </w:numPr>
              <w:rPr>
                <w:rFonts w:cs="Times New Roman"/>
                <w:lang w:val="ru-RU"/>
              </w:rPr>
            </w:pPr>
            <w:r w:rsidRPr="007826D2">
              <w:rPr>
                <w:rFonts w:cs="Times New Roman"/>
                <w:lang w:val="ru-RU"/>
              </w:rPr>
              <w:t>12</w:t>
            </w:r>
          </w:p>
        </w:tc>
        <w:tc>
          <w:tcPr>
            <w:tcW w:w="5915" w:type="dxa"/>
            <w:vAlign w:val="center"/>
          </w:tcPr>
          <w:p w14:paraId="282E85C6" w14:textId="77777777" w:rsidR="00755588" w:rsidRPr="007826D2" w:rsidRDefault="00755588" w:rsidP="00755588">
            <w:pPr>
              <w:tabs>
                <w:tab w:val="left" w:pos="250"/>
              </w:tabs>
              <w:spacing w:after="0" w:line="240" w:lineRule="auto"/>
              <w:contextualSpacing/>
              <w:jc w:val="both"/>
              <w:rPr>
                <w:rFonts w:ascii="Times New Roman" w:eastAsiaTheme="minorEastAsia" w:hAnsi="Times New Roman"/>
              </w:rPr>
            </w:pPr>
            <w:r w:rsidRPr="007826D2">
              <w:rPr>
                <w:rFonts w:ascii="Times New Roman" w:eastAsiaTheme="minorEastAsia" w:hAnsi="Times New Roman"/>
              </w:rPr>
              <w:t>Скорость каждого из портов Fibre Channel, Гбит/с:</w:t>
            </w:r>
          </w:p>
        </w:tc>
        <w:tc>
          <w:tcPr>
            <w:tcW w:w="2825" w:type="dxa"/>
            <w:vAlign w:val="center"/>
          </w:tcPr>
          <w:p w14:paraId="1BCEB86D" w14:textId="56AEC64E" w:rsidR="00755588" w:rsidRPr="007826D2" w:rsidRDefault="000F1472" w:rsidP="00755588">
            <w:pPr>
              <w:pStyle w:val="aa"/>
              <w:jc w:val="center"/>
              <w:rPr>
                <w:rFonts w:eastAsiaTheme="minorEastAsia" w:cs="Times New Roman"/>
              </w:rPr>
            </w:pPr>
            <w:r>
              <w:t>__________</w:t>
            </w:r>
            <w:r w:rsidR="00755588" w:rsidRPr="007826D2">
              <w:rPr>
                <w:rFonts w:eastAsiaTheme="minorEastAsia" w:cs="Times New Roman"/>
              </w:rPr>
              <w:t>*</w:t>
            </w:r>
          </w:p>
        </w:tc>
      </w:tr>
      <w:tr w:rsidR="00755588" w:rsidRPr="00167199" w14:paraId="76AFAAA5" w14:textId="77777777" w:rsidTr="00ED1D20">
        <w:tc>
          <w:tcPr>
            <w:tcW w:w="616" w:type="dxa"/>
            <w:vAlign w:val="center"/>
          </w:tcPr>
          <w:p w14:paraId="006018D6" w14:textId="56E97D99" w:rsidR="00755588" w:rsidRPr="007826D2" w:rsidRDefault="00755588" w:rsidP="00755588">
            <w:pPr>
              <w:pStyle w:val="a1"/>
              <w:numPr>
                <w:ilvl w:val="0"/>
                <w:numId w:val="0"/>
              </w:numPr>
              <w:rPr>
                <w:rFonts w:cs="Times New Roman"/>
                <w:lang w:val="ru-RU"/>
              </w:rPr>
            </w:pPr>
            <w:r w:rsidRPr="007826D2">
              <w:rPr>
                <w:rFonts w:cs="Times New Roman"/>
                <w:lang w:val="ru-RU"/>
              </w:rPr>
              <w:t>13</w:t>
            </w:r>
          </w:p>
        </w:tc>
        <w:tc>
          <w:tcPr>
            <w:tcW w:w="5915" w:type="dxa"/>
            <w:vAlign w:val="center"/>
          </w:tcPr>
          <w:p w14:paraId="01A57355" w14:textId="77777777" w:rsidR="00755588" w:rsidRPr="007826D2" w:rsidRDefault="00755588" w:rsidP="00755588">
            <w:pPr>
              <w:tabs>
                <w:tab w:val="left" w:pos="250"/>
              </w:tabs>
              <w:spacing w:after="0" w:line="240" w:lineRule="auto"/>
              <w:contextualSpacing/>
              <w:jc w:val="both"/>
              <w:rPr>
                <w:rFonts w:ascii="Times New Roman" w:eastAsiaTheme="minorEastAsia" w:hAnsi="Times New Roman"/>
              </w:rPr>
            </w:pPr>
            <w:r w:rsidRPr="007826D2">
              <w:rPr>
                <w:rFonts w:ascii="Times New Roman" w:eastAsiaTheme="minorEastAsia" w:hAnsi="Times New Roman"/>
              </w:rPr>
              <w:t>Для портов Fibre Channel - дальность передачи каждого из установленных трансиверов Multi-mode (850 nm, LC), km:</w:t>
            </w:r>
          </w:p>
        </w:tc>
        <w:tc>
          <w:tcPr>
            <w:tcW w:w="2825" w:type="dxa"/>
            <w:vAlign w:val="center"/>
          </w:tcPr>
          <w:p w14:paraId="43463017" w14:textId="3337050F" w:rsidR="00755588" w:rsidRPr="007826D2" w:rsidRDefault="000F1472" w:rsidP="00755588">
            <w:pPr>
              <w:pStyle w:val="aa"/>
              <w:jc w:val="center"/>
              <w:rPr>
                <w:rFonts w:eastAsiaTheme="minorEastAsia" w:cs="Times New Roman"/>
              </w:rPr>
            </w:pPr>
            <w:r>
              <w:t>__________</w:t>
            </w:r>
            <w:r w:rsidR="00755588" w:rsidRPr="007826D2">
              <w:rPr>
                <w:rFonts w:eastAsiaTheme="minorEastAsia" w:cs="Times New Roman"/>
              </w:rPr>
              <w:t>*</w:t>
            </w:r>
          </w:p>
        </w:tc>
      </w:tr>
      <w:tr w:rsidR="00755588" w:rsidRPr="00167199" w14:paraId="3B8F5EE7" w14:textId="77777777" w:rsidTr="00ED1D20">
        <w:tc>
          <w:tcPr>
            <w:tcW w:w="616" w:type="dxa"/>
            <w:vAlign w:val="center"/>
          </w:tcPr>
          <w:p w14:paraId="4C327B9E" w14:textId="2AE312A5" w:rsidR="00755588" w:rsidRPr="007826D2" w:rsidRDefault="00755588" w:rsidP="00755588">
            <w:pPr>
              <w:pStyle w:val="a1"/>
              <w:numPr>
                <w:ilvl w:val="0"/>
                <w:numId w:val="0"/>
              </w:numPr>
              <w:rPr>
                <w:rFonts w:cs="Times New Roman"/>
                <w:lang w:val="ru-RU"/>
              </w:rPr>
            </w:pPr>
            <w:r w:rsidRPr="007826D2">
              <w:rPr>
                <w:rFonts w:cs="Times New Roman"/>
                <w:lang w:val="ru-RU"/>
              </w:rPr>
              <w:lastRenderedPageBreak/>
              <w:t>14</w:t>
            </w:r>
          </w:p>
        </w:tc>
        <w:tc>
          <w:tcPr>
            <w:tcW w:w="5915" w:type="dxa"/>
            <w:vAlign w:val="center"/>
          </w:tcPr>
          <w:p w14:paraId="47BD4A05" w14:textId="2A86ADEE" w:rsidR="00755588" w:rsidRPr="007826D2" w:rsidRDefault="00755588" w:rsidP="00755588">
            <w:pPr>
              <w:pStyle w:val="aa"/>
              <w:rPr>
                <w:rFonts w:cs="Times New Roman"/>
                <w:highlight w:val="yellow"/>
              </w:rPr>
            </w:pPr>
            <w:r w:rsidRPr="007826D2">
              <w:rPr>
                <w:rFonts w:eastAsiaTheme="minorEastAsia" w:cs="Times New Roman"/>
              </w:rPr>
              <w:t>Количество портов Ethernet с максимальной пропускной способностью каждого порта 25 Гбит/с, с установленными оптическими трансиверами стандарта 25</w:t>
            </w:r>
            <w:r w:rsidRPr="007826D2">
              <w:rPr>
                <w:rFonts w:eastAsiaTheme="minorEastAsia" w:cs="Times New Roman"/>
                <w:lang w:val="en-US"/>
              </w:rPr>
              <w:t>G</w:t>
            </w:r>
            <w:r w:rsidRPr="007826D2">
              <w:rPr>
                <w:rFonts w:eastAsiaTheme="minorEastAsia" w:cs="Times New Roman"/>
              </w:rPr>
              <w:t xml:space="preserve"> </w:t>
            </w:r>
            <w:r w:rsidRPr="007826D2">
              <w:rPr>
                <w:rFonts w:eastAsiaTheme="minorEastAsia" w:cs="Times New Roman"/>
                <w:lang w:val="en-US"/>
              </w:rPr>
              <w:t>SFP</w:t>
            </w:r>
            <w:r>
              <w:rPr>
                <w:rFonts w:eastAsiaTheme="minorEastAsia" w:cs="Times New Roman"/>
              </w:rPr>
              <w:t>28</w:t>
            </w:r>
            <w:r w:rsidRPr="007826D2">
              <w:rPr>
                <w:rFonts w:eastAsiaTheme="minorEastAsia" w:cs="Times New Roman"/>
              </w:rPr>
              <w:t>, шт.:</w:t>
            </w:r>
          </w:p>
        </w:tc>
        <w:tc>
          <w:tcPr>
            <w:tcW w:w="2825" w:type="dxa"/>
            <w:vAlign w:val="center"/>
          </w:tcPr>
          <w:p w14:paraId="43CD71B1" w14:textId="3CD7AE6F" w:rsidR="00755588" w:rsidRPr="007826D2" w:rsidRDefault="000F1472" w:rsidP="00755588">
            <w:pPr>
              <w:pStyle w:val="aa"/>
              <w:jc w:val="center"/>
              <w:rPr>
                <w:rFonts w:cs="Times New Roman"/>
                <w:highlight w:val="yellow"/>
              </w:rPr>
            </w:pPr>
            <w:r>
              <w:t>__________</w:t>
            </w:r>
            <w:r w:rsidR="00755588" w:rsidRPr="007826D2">
              <w:rPr>
                <w:rFonts w:eastAsiaTheme="minorEastAsia" w:cs="Times New Roman"/>
              </w:rPr>
              <w:t>*</w:t>
            </w:r>
          </w:p>
        </w:tc>
      </w:tr>
      <w:tr w:rsidR="00755588" w:rsidRPr="00167199" w14:paraId="20760CFB" w14:textId="77777777" w:rsidTr="00ED1D20">
        <w:tc>
          <w:tcPr>
            <w:tcW w:w="616" w:type="dxa"/>
            <w:vAlign w:val="center"/>
          </w:tcPr>
          <w:p w14:paraId="0638A853" w14:textId="495BDD28" w:rsidR="00755588" w:rsidRPr="007826D2" w:rsidRDefault="00755588" w:rsidP="00755588">
            <w:pPr>
              <w:pStyle w:val="a1"/>
              <w:numPr>
                <w:ilvl w:val="0"/>
                <w:numId w:val="0"/>
              </w:numPr>
              <w:rPr>
                <w:rFonts w:cs="Times New Roman"/>
                <w:lang w:val="ru-RU"/>
              </w:rPr>
            </w:pPr>
            <w:r w:rsidRPr="007826D2">
              <w:rPr>
                <w:rFonts w:cs="Times New Roman"/>
                <w:lang w:val="ru-RU"/>
              </w:rPr>
              <w:t>15</w:t>
            </w:r>
          </w:p>
        </w:tc>
        <w:tc>
          <w:tcPr>
            <w:tcW w:w="5915" w:type="dxa"/>
            <w:vAlign w:val="center"/>
          </w:tcPr>
          <w:p w14:paraId="469E3AEA" w14:textId="77777777" w:rsidR="00755588" w:rsidRPr="007826D2" w:rsidRDefault="00755588" w:rsidP="00755588">
            <w:pPr>
              <w:pStyle w:val="aa"/>
              <w:rPr>
                <w:rFonts w:eastAsiaTheme="minorEastAsia" w:cs="Times New Roman"/>
              </w:rPr>
            </w:pPr>
            <w:r w:rsidRPr="007826D2">
              <w:rPr>
                <w:rFonts w:eastAsiaTheme="minorEastAsia" w:cs="Times New Roman"/>
              </w:rPr>
              <w:t>Наличие в комплекте многомодовых оптических патчкордов duplex LC-LC длиной 3 метра, шт.:</w:t>
            </w:r>
          </w:p>
        </w:tc>
        <w:tc>
          <w:tcPr>
            <w:tcW w:w="2825" w:type="dxa"/>
            <w:vAlign w:val="center"/>
          </w:tcPr>
          <w:p w14:paraId="3F46F6C7" w14:textId="293538F7" w:rsidR="00755588" w:rsidRPr="007826D2" w:rsidRDefault="000F1472" w:rsidP="00755588">
            <w:pPr>
              <w:pStyle w:val="aa"/>
              <w:jc w:val="center"/>
              <w:rPr>
                <w:rFonts w:eastAsiaTheme="minorEastAsia" w:cs="Times New Roman"/>
              </w:rPr>
            </w:pPr>
            <w:r>
              <w:t>__________</w:t>
            </w:r>
            <w:r w:rsidR="00755588" w:rsidRPr="007826D2">
              <w:rPr>
                <w:rFonts w:eastAsiaTheme="minorEastAsia" w:cs="Times New Roman"/>
              </w:rPr>
              <w:t>*</w:t>
            </w:r>
          </w:p>
        </w:tc>
      </w:tr>
      <w:tr w:rsidR="00755588" w:rsidRPr="00167199" w14:paraId="64997081" w14:textId="77777777" w:rsidTr="00ED1D20">
        <w:tc>
          <w:tcPr>
            <w:tcW w:w="616" w:type="dxa"/>
            <w:vAlign w:val="center"/>
          </w:tcPr>
          <w:p w14:paraId="6B30CB75" w14:textId="38AB678E" w:rsidR="00755588" w:rsidRPr="007826D2" w:rsidRDefault="00755588" w:rsidP="00755588">
            <w:pPr>
              <w:pStyle w:val="a1"/>
              <w:numPr>
                <w:ilvl w:val="0"/>
                <w:numId w:val="0"/>
              </w:numPr>
              <w:rPr>
                <w:rFonts w:cs="Times New Roman"/>
                <w:lang w:val="ru-RU"/>
              </w:rPr>
            </w:pPr>
            <w:r w:rsidRPr="007826D2">
              <w:rPr>
                <w:rFonts w:cs="Times New Roman"/>
                <w:lang w:val="ru-RU"/>
              </w:rPr>
              <w:t>16</w:t>
            </w:r>
          </w:p>
        </w:tc>
        <w:tc>
          <w:tcPr>
            <w:tcW w:w="5915" w:type="dxa"/>
            <w:vAlign w:val="center"/>
          </w:tcPr>
          <w:p w14:paraId="49FA4AC7" w14:textId="09629477" w:rsidR="00755588" w:rsidRPr="007826D2" w:rsidRDefault="00755588" w:rsidP="00755588">
            <w:pPr>
              <w:pStyle w:val="aa"/>
              <w:rPr>
                <w:rFonts w:eastAsiaTheme="minorEastAsia" w:cs="Times New Roman"/>
              </w:rPr>
            </w:pPr>
            <w:r>
              <w:rPr>
                <w:rFonts w:eastAsiaTheme="minorEastAsia" w:cs="Times New Roman"/>
              </w:rPr>
              <w:t>Возможность подключения дополнительной полки расширения</w:t>
            </w:r>
          </w:p>
        </w:tc>
        <w:tc>
          <w:tcPr>
            <w:tcW w:w="2825" w:type="dxa"/>
            <w:vAlign w:val="center"/>
          </w:tcPr>
          <w:p w14:paraId="22139720" w14:textId="25E63F85" w:rsidR="00755588" w:rsidRPr="007826D2" w:rsidRDefault="00755588" w:rsidP="00755588">
            <w:pPr>
              <w:pStyle w:val="aa"/>
              <w:jc w:val="center"/>
              <w:rPr>
                <w:rFonts w:eastAsiaTheme="minorEastAsia" w:cs="Times New Roman"/>
              </w:rPr>
            </w:pPr>
            <w:r w:rsidRPr="007826D2">
              <w:rPr>
                <w:rFonts w:cs="Times New Roman"/>
              </w:rPr>
              <w:t>Соответствует</w:t>
            </w:r>
          </w:p>
        </w:tc>
      </w:tr>
      <w:tr w:rsidR="00755588" w:rsidRPr="00167199" w14:paraId="1FE91A5A" w14:textId="77777777" w:rsidTr="00ED1D20">
        <w:tc>
          <w:tcPr>
            <w:tcW w:w="616" w:type="dxa"/>
            <w:vAlign w:val="center"/>
          </w:tcPr>
          <w:p w14:paraId="6BDCC71B" w14:textId="6BAE9042" w:rsidR="00755588" w:rsidRPr="007826D2" w:rsidRDefault="00755588" w:rsidP="00755588">
            <w:pPr>
              <w:pStyle w:val="a1"/>
              <w:numPr>
                <w:ilvl w:val="0"/>
                <w:numId w:val="0"/>
              </w:numPr>
              <w:rPr>
                <w:rFonts w:cs="Times New Roman"/>
                <w:lang w:val="ru-RU"/>
              </w:rPr>
            </w:pPr>
            <w:r w:rsidRPr="007826D2">
              <w:rPr>
                <w:rFonts w:cs="Times New Roman"/>
                <w:lang w:val="ru-RU"/>
              </w:rPr>
              <w:t>17</w:t>
            </w:r>
          </w:p>
        </w:tc>
        <w:tc>
          <w:tcPr>
            <w:tcW w:w="5915" w:type="dxa"/>
            <w:vAlign w:val="center"/>
          </w:tcPr>
          <w:p w14:paraId="0FCF536B" w14:textId="77777777" w:rsidR="00755588" w:rsidRPr="007826D2" w:rsidRDefault="00755588" w:rsidP="00755588">
            <w:pPr>
              <w:pStyle w:val="aa"/>
              <w:rPr>
                <w:rFonts w:cs="Times New Roman"/>
                <w:highlight w:val="yellow"/>
              </w:rPr>
            </w:pPr>
            <w:r w:rsidRPr="007826D2">
              <w:rPr>
                <w:rFonts w:eastAsiaTheme="minorEastAsia" w:cs="Times New Roman"/>
              </w:rPr>
              <w:t>Если функционал требует дополнительного лицензирования, лицензии включены в поставку системы хранения данных. Лицензии предоставляются либо без ограничения объема СХД, либо на максимальный объем СХД</w:t>
            </w:r>
          </w:p>
        </w:tc>
        <w:tc>
          <w:tcPr>
            <w:tcW w:w="2825" w:type="dxa"/>
            <w:vAlign w:val="center"/>
          </w:tcPr>
          <w:p w14:paraId="1FBFE60C" w14:textId="77777777" w:rsidR="00755588" w:rsidRPr="007826D2" w:rsidRDefault="00755588" w:rsidP="00755588">
            <w:pPr>
              <w:pStyle w:val="aa"/>
              <w:jc w:val="center"/>
              <w:rPr>
                <w:rFonts w:cs="Times New Roman"/>
                <w:highlight w:val="yellow"/>
              </w:rPr>
            </w:pPr>
            <w:r w:rsidRPr="007826D2">
              <w:rPr>
                <w:rFonts w:cs="Times New Roman"/>
              </w:rPr>
              <w:t>Соответствует</w:t>
            </w:r>
          </w:p>
        </w:tc>
      </w:tr>
      <w:tr w:rsidR="00755588" w:rsidRPr="00167199" w14:paraId="7AD63307" w14:textId="77777777" w:rsidTr="00ED1D20">
        <w:tc>
          <w:tcPr>
            <w:tcW w:w="616" w:type="dxa"/>
            <w:vAlign w:val="center"/>
          </w:tcPr>
          <w:p w14:paraId="4CA4A6D1" w14:textId="2FFE2F89" w:rsidR="00755588" w:rsidRPr="007826D2" w:rsidRDefault="00755588" w:rsidP="00755588">
            <w:pPr>
              <w:pStyle w:val="a1"/>
              <w:numPr>
                <w:ilvl w:val="0"/>
                <w:numId w:val="0"/>
              </w:numPr>
              <w:rPr>
                <w:rFonts w:cs="Times New Roman"/>
                <w:lang w:val="ru-RU"/>
              </w:rPr>
            </w:pPr>
            <w:r w:rsidRPr="007826D2">
              <w:rPr>
                <w:rFonts w:cs="Times New Roman"/>
                <w:lang w:val="ru-RU"/>
              </w:rPr>
              <w:t>18</w:t>
            </w:r>
          </w:p>
        </w:tc>
        <w:tc>
          <w:tcPr>
            <w:tcW w:w="5915" w:type="dxa"/>
            <w:vAlign w:val="center"/>
          </w:tcPr>
          <w:p w14:paraId="63A07BA3" w14:textId="77777777" w:rsidR="00755588" w:rsidRPr="007826D2" w:rsidRDefault="00755588" w:rsidP="00755588">
            <w:pPr>
              <w:pStyle w:val="aa"/>
              <w:rPr>
                <w:rFonts w:cs="Times New Roman"/>
              </w:rPr>
            </w:pPr>
            <w:r w:rsidRPr="007826D2">
              <w:rPr>
                <w:rFonts w:eastAsiaTheme="minorEastAsia" w:cs="Times New Roman"/>
              </w:rPr>
              <w:t>Установка приоритетов по операциям ввода-вывода и пропускной способности для логических томов, для тома (выделенной группы томов) по параметрам: пропускная способность, количество операций ввода-вывода</w:t>
            </w:r>
          </w:p>
        </w:tc>
        <w:tc>
          <w:tcPr>
            <w:tcW w:w="2825" w:type="dxa"/>
            <w:vAlign w:val="center"/>
          </w:tcPr>
          <w:p w14:paraId="1EB402A5" w14:textId="77777777" w:rsidR="00755588" w:rsidRPr="007826D2" w:rsidRDefault="00755588" w:rsidP="00755588">
            <w:pPr>
              <w:pStyle w:val="aa"/>
              <w:jc w:val="center"/>
              <w:rPr>
                <w:rFonts w:cs="Times New Roman"/>
              </w:rPr>
            </w:pPr>
            <w:r w:rsidRPr="007826D2">
              <w:rPr>
                <w:rFonts w:cs="Times New Roman"/>
              </w:rPr>
              <w:t>Соответствует</w:t>
            </w:r>
          </w:p>
        </w:tc>
      </w:tr>
      <w:tr w:rsidR="00755588" w:rsidRPr="00167199" w14:paraId="2971C828" w14:textId="77777777" w:rsidTr="00ED1D20">
        <w:tc>
          <w:tcPr>
            <w:tcW w:w="616" w:type="dxa"/>
            <w:vAlign w:val="center"/>
          </w:tcPr>
          <w:p w14:paraId="5F295D6D" w14:textId="53BC6D29" w:rsidR="00755588" w:rsidRPr="007826D2" w:rsidRDefault="00755588" w:rsidP="00755588">
            <w:pPr>
              <w:pStyle w:val="a1"/>
              <w:numPr>
                <w:ilvl w:val="0"/>
                <w:numId w:val="0"/>
              </w:numPr>
              <w:rPr>
                <w:rFonts w:cs="Times New Roman"/>
                <w:lang w:val="ru-RU"/>
              </w:rPr>
            </w:pPr>
            <w:r w:rsidRPr="007826D2">
              <w:rPr>
                <w:rFonts w:cs="Times New Roman"/>
                <w:lang w:val="ru-RU"/>
              </w:rPr>
              <w:t>19</w:t>
            </w:r>
          </w:p>
        </w:tc>
        <w:tc>
          <w:tcPr>
            <w:tcW w:w="5915" w:type="dxa"/>
            <w:vAlign w:val="center"/>
          </w:tcPr>
          <w:p w14:paraId="50F1F8E3" w14:textId="02570BDA" w:rsidR="00755588" w:rsidRPr="007826D2" w:rsidRDefault="00755588" w:rsidP="00755588">
            <w:pPr>
              <w:pStyle w:val="aa"/>
              <w:rPr>
                <w:rFonts w:eastAsiaTheme="minorEastAsia" w:cs="Times New Roman"/>
              </w:rPr>
            </w:pPr>
            <w:r w:rsidRPr="00C12C79">
              <w:rPr>
                <w:rFonts w:eastAsiaTheme="minorEastAsia" w:cs="Times New Roman"/>
              </w:rPr>
              <w:t>Открытое документированное API для автоматизации операций управления, мониторинга и интеграции системы хранения данных с внешними информационными системами</w:t>
            </w:r>
          </w:p>
        </w:tc>
        <w:tc>
          <w:tcPr>
            <w:tcW w:w="2825" w:type="dxa"/>
            <w:vAlign w:val="center"/>
          </w:tcPr>
          <w:p w14:paraId="6DE5F195" w14:textId="1D53DF17" w:rsidR="00755588" w:rsidRPr="007826D2" w:rsidRDefault="00755588" w:rsidP="00755588">
            <w:pPr>
              <w:pStyle w:val="aa"/>
              <w:jc w:val="center"/>
              <w:rPr>
                <w:rFonts w:cs="Times New Roman"/>
              </w:rPr>
            </w:pPr>
            <w:r w:rsidRPr="007826D2">
              <w:rPr>
                <w:rFonts w:cs="Times New Roman"/>
              </w:rPr>
              <w:t>Наличие</w:t>
            </w:r>
          </w:p>
        </w:tc>
      </w:tr>
      <w:tr w:rsidR="00755588" w:rsidRPr="00167199" w14:paraId="14656877" w14:textId="77777777" w:rsidTr="00ED1D20">
        <w:tc>
          <w:tcPr>
            <w:tcW w:w="616" w:type="dxa"/>
            <w:vAlign w:val="center"/>
          </w:tcPr>
          <w:p w14:paraId="65481C63" w14:textId="7341A10A" w:rsidR="00755588" w:rsidRPr="007826D2" w:rsidRDefault="00755588" w:rsidP="00755588">
            <w:pPr>
              <w:pStyle w:val="a1"/>
              <w:numPr>
                <w:ilvl w:val="0"/>
                <w:numId w:val="0"/>
              </w:numPr>
              <w:rPr>
                <w:rFonts w:cs="Times New Roman"/>
                <w:lang w:val="ru-RU"/>
              </w:rPr>
            </w:pPr>
            <w:r w:rsidRPr="007826D2">
              <w:rPr>
                <w:rFonts w:cs="Times New Roman"/>
                <w:lang w:val="ru-RU"/>
              </w:rPr>
              <w:t>20</w:t>
            </w:r>
          </w:p>
        </w:tc>
        <w:tc>
          <w:tcPr>
            <w:tcW w:w="5915" w:type="dxa"/>
            <w:vAlign w:val="center"/>
          </w:tcPr>
          <w:p w14:paraId="1A75E373" w14:textId="750C7222" w:rsidR="00755588" w:rsidRPr="007826D2" w:rsidRDefault="00755588" w:rsidP="00755588">
            <w:pPr>
              <w:pStyle w:val="aa"/>
              <w:rPr>
                <w:rFonts w:eastAsiaTheme="minorEastAsia" w:cs="Times New Roman"/>
              </w:rPr>
            </w:pPr>
            <w:r w:rsidRPr="00C12C79">
              <w:rPr>
                <w:rFonts w:eastAsiaTheme="minorEastAsia" w:cs="Times New Roman"/>
              </w:rPr>
              <w:t>Возможность передачи журналов событий системы хранения данных на внешний сервер syslog</w:t>
            </w:r>
          </w:p>
        </w:tc>
        <w:tc>
          <w:tcPr>
            <w:tcW w:w="2825" w:type="dxa"/>
            <w:vAlign w:val="center"/>
          </w:tcPr>
          <w:p w14:paraId="37A37251" w14:textId="75A1136F" w:rsidR="00755588" w:rsidRPr="007826D2" w:rsidRDefault="00755588" w:rsidP="00755588">
            <w:pPr>
              <w:pStyle w:val="aa"/>
              <w:jc w:val="center"/>
              <w:rPr>
                <w:rFonts w:cs="Times New Roman"/>
              </w:rPr>
            </w:pPr>
            <w:r w:rsidRPr="007826D2">
              <w:rPr>
                <w:rFonts w:cs="Times New Roman"/>
              </w:rPr>
              <w:t>Наличие</w:t>
            </w:r>
          </w:p>
        </w:tc>
      </w:tr>
      <w:tr w:rsidR="00755588" w:rsidRPr="00167199" w14:paraId="2F8F5A24" w14:textId="77777777" w:rsidTr="00ED1D20">
        <w:tc>
          <w:tcPr>
            <w:tcW w:w="616" w:type="dxa"/>
            <w:vAlign w:val="center"/>
          </w:tcPr>
          <w:p w14:paraId="06709180" w14:textId="285BE7BB" w:rsidR="00755588" w:rsidRPr="007826D2" w:rsidRDefault="00755588" w:rsidP="00755588">
            <w:pPr>
              <w:pStyle w:val="a1"/>
              <w:numPr>
                <w:ilvl w:val="0"/>
                <w:numId w:val="0"/>
              </w:numPr>
              <w:rPr>
                <w:rFonts w:cs="Times New Roman"/>
                <w:lang w:val="ru-RU"/>
              </w:rPr>
            </w:pPr>
            <w:r w:rsidRPr="007826D2">
              <w:rPr>
                <w:rFonts w:cs="Times New Roman"/>
                <w:lang w:val="ru-RU"/>
              </w:rPr>
              <w:t>21</w:t>
            </w:r>
          </w:p>
        </w:tc>
        <w:tc>
          <w:tcPr>
            <w:tcW w:w="5915" w:type="dxa"/>
            <w:vAlign w:val="center"/>
          </w:tcPr>
          <w:p w14:paraId="278A9C04" w14:textId="77777777" w:rsidR="00755588" w:rsidRPr="007826D2" w:rsidRDefault="00755588" w:rsidP="00755588">
            <w:pPr>
              <w:pStyle w:val="aa"/>
              <w:rPr>
                <w:rFonts w:eastAsiaTheme="minorEastAsia" w:cs="Times New Roman"/>
              </w:rPr>
            </w:pPr>
            <w:r w:rsidRPr="007826D2">
              <w:rPr>
                <w:rFonts w:eastAsiaTheme="minorEastAsia" w:cs="Times New Roman"/>
              </w:rPr>
              <w:t xml:space="preserve">Репликация данных </w:t>
            </w:r>
          </w:p>
        </w:tc>
        <w:tc>
          <w:tcPr>
            <w:tcW w:w="2825" w:type="dxa"/>
            <w:vAlign w:val="center"/>
          </w:tcPr>
          <w:p w14:paraId="0B9007FE" w14:textId="77777777" w:rsidR="00755588" w:rsidRPr="007826D2" w:rsidRDefault="00755588" w:rsidP="00755588">
            <w:pPr>
              <w:pStyle w:val="aa"/>
              <w:jc w:val="center"/>
              <w:rPr>
                <w:rFonts w:cs="Times New Roman"/>
              </w:rPr>
            </w:pPr>
            <w:r w:rsidRPr="007826D2">
              <w:rPr>
                <w:rFonts w:cs="Times New Roman"/>
              </w:rPr>
              <w:t>Наличие</w:t>
            </w:r>
          </w:p>
        </w:tc>
      </w:tr>
      <w:tr w:rsidR="00755588" w:rsidRPr="00167199" w14:paraId="4482B989" w14:textId="77777777" w:rsidTr="00ED1D20">
        <w:tc>
          <w:tcPr>
            <w:tcW w:w="616" w:type="dxa"/>
            <w:vAlign w:val="center"/>
          </w:tcPr>
          <w:p w14:paraId="2981D9C4" w14:textId="6B3B91D6" w:rsidR="00755588" w:rsidRPr="007826D2" w:rsidRDefault="00755588" w:rsidP="00755588">
            <w:pPr>
              <w:pStyle w:val="a1"/>
              <w:numPr>
                <w:ilvl w:val="0"/>
                <w:numId w:val="0"/>
              </w:numPr>
              <w:rPr>
                <w:rFonts w:cs="Times New Roman"/>
                <w:lang w:val="ru-RU"/>
              </w:rPr>
            </w:pPr>
            <w:r w:rsidRPr="007826D2">
              <w:rPr>
                <w:rFonts w:cs="Times New Roman"/>
                <w:lang w:val="ru-RU"/>
              </w:rPr>
              <w:t>22</w:t>
            </w:r>
          </w:p>
        </w:tc>
        <w:tc>
          <w:tcPr>
            <w:tcW w:w="5915" w:type="dxa"/>
            <w:vAlign w:val="center"/>
          </w:tcPr>
          <w:p w14:paraId="758C0100" w14:textId="77777777" w:rsidR="00755588" w:rsidRPr="007826D2" w:rsidRDefault="00755588" w:rsidP="00755588">
            <w:pPr>
              <w:pStyle w:val="aa"/>
              <w:rPr>
                <w:rFonts w:eastAsiaTheme="minorEastAsia" w:cs="Times New Roman"/>
              </w:rPr>
            </w:pPr>
            <w:r w:rsidRPr="007826D2">
              <w:rPr>
                <w:rFonts w:eastAsiaTheme="minorEastAsia" w:cs="Times New Roman"/>
              </w:rPr>
              <w:t>Возможность создания “тонких” томов</w:t>
            </w:r>
          </w:p>
        </w:tc>
        <w:tc>
          <w:tcPr>
            <w:tcW w:w="2825" w:type="dxa"/>
            <w:vAlign w:val="center"/>
          </w:tcPr>
          <w:p w14:paraId="170F642C" w14:textId="77777777" w:rsidR="00755588" w:rsidRPr="007826D2" w:rsidRDefault="00755588" w:rsidP="00755588">
            <w:pPr>
              <w:pStyle w:val="aa"/>
              <w:jc w:val="center"/>
              <w:rPr>
                <w:rFonts w:cs="Times New Roman"/>
              </w:rPr>
            </w:pPr>
            <w:r w:rsidRPr="007826D2">
              <w:rPr>
                <w:rFonts w:cs="Times New Roman"/>
              </w:rPr>
              <w:t>Наличие</w:t>
            </w:r>
          </w:p>
        </w:tc>
      </w:tr>
      <w:tr w:rsidR="00755588" w:rsidRPr="00167199" w14:paraId="5985BC71" w14:textId="77777777" w:rsidTr="00ED1D20">
        <w:tc>
          <w:tcPr>
            <w:tcW w:w="616" w:type="dxa"/>
            <w:vAlign w:val="center"/>
          </w:tcPr>
          <w:p w14:paraId="66149688" w14:textId="00EEB4E2" w:rsidR="00755588" w:rsidRPr="007826D2" w:rsidRDefault="00755588" w:rsidP="00755588">
            <w:pPr>
              <w:pStyle w:val="a1"/>
              <w:numPr>
                <w:ilvl w:val="0"/>
                <w:numId w:val="0"/>
              </w:numPr>
              <w:rPr>
                <w:rFonts w:cs="Times New Roman"/>
                <w:lang w:val="ru-RU"/>
              </w:rPr>
            </w:pPr>
            <w:r w:rsidRPr="007826D2">
              <w:rPr>
                <w:rFonts w:cs="Times New Roman"/>
                <w:lang w:val="ru-RU"/>
              </w:rPr>
              <w:t>23</w:t>
            </w:r>
          </w:p>
        </w:tc>
        <w:tc>
          <w:tcPr>
            <w:tcW w:w="5915" w:type="dxa"/>
            <w:vAlign w:val="center"/>
          </w:tcPr>
          <w:p w14:paraId="3EDFD079" w14:textId="77777777" w:rsidR="00755588" w:rsidRPr="007826D2" w:rsidRDefault="00755588" w:rsidP="00755588">
            <w:pPr>
              <w:pStyle w:val="aa"/>
              <w:rPr>
                <w:rFonts w:eastAsiaTheme="minorEastAsia" w:cs="Times New Roman"/>
              </w:rPr>
            </w:pPr>
            <w:r w:rsidRPr="007826D2">
              <w:rPr>
                <w:rFonts w:eastAsiaTheme="minorEastAsia" w:cs="Times New Roman"/>
              </w:rPr>
              <w:t>Возможность синхронной репликации с аналогичными массивами</w:t>
            </w:r>
          </w:p>
        </w:tc>
        <w:tc>
          <w:tcPr>
            <w:tcW w:w="2825" w:type="dxa"/>
            <w:vAlign w:val="center"/>
          </w:tcPr>
          <w:p w14:paraId="2B4D8F78" w14:textId="77777777" w:rsidR="00755588" w:rsidRPr="007826D2" w:rsidRDefault="00755588" w:rsidP="00755588">
            <w:pPr>
              <w:pStyle w:val="aa"/>
              <w:jc w:val="center"/>
              <w:rPr>
                <w:rFonts w:eastAsiaTheme="minorEastAsia" w:cs="Times New Roman"/>
              </w:rPr>
            </w:pPr>
            <w:r w:rsidRPr="007826D2">
              <w:rPr>
                <w:rFonts w:cs="Times New Roman"/>
              </w:rPr>
              <w:t>Наличие</w:t>
            </w:r>
          </w:p>
        </w:tc>
      </w:tr>
      <w:tr w:rsidR="00755588" w:rsidRPr="00167199" w14:paraId="130DDF27" w14:textId="77777777" w:rsidTr="00ED1D20">
        <w:tc>
          <w:tcPr>
            <w:tcW w:w="616" w:type="dxa"/>
            <w:vAlign w:val="center"/>
          </w:tcPr>
          <w:p w14:paraId="7A9B30AF" w14:textId="24733C81" w:rsidR="00755588" w:rsidRPr="007826D2" w:rsidRDefault="00755588" w:rsidP="00755588">
            <w:pPr>
              <w:pStyle w:val="a1"/>
              <w:numPr>
                <w:ilvl w:val="0"/>
                <w:numId w:val="0"/>
              </w:numPr>
              <w:rPr>
                <w:rFonts w:cs="Times New Roman"/>
                <w:lang w:val="ru-RU"/>
              </w:rPr>
            </w:pPr>
            <w:r w:rsidRPr="007826D2">
              <w:rPr>
                <w:rFonts w:cs="Times New Roman"/>
                <w:lang w:val="ru-RU"/>
              </w:rPr>
              <w:t>24</w:t>
            </w:r>
          </w:p>
        </w:tc>
        <w:tc>
          <w:tcPr>
            <w:tcW w:w="5915" w:type="dxa"/>
            <w:vAlign w:val="center"/>
          </w:tcPr>
          <w:p w14:paraId="2EA7B085" w14:textId="36A0B554" w:rsidR="00755588" w:rsidRPr="007826D2" w:rsidRDefault="00755588" w:rsidP="00755588">
            <w:pPr>
              <w:pStyle w:val="aa"/>
              <w:rPr>
                <w:rFonts w:eastAsiaTheme="minorEastAsia" w:cs="Times New Roman"/>
              </w:rPr>
            </w:pPr>
            <w:r w:rsidRPr="007826D2">
              <w:rPr>
                <w:rFonts w:eastAsiaTheme="minorEastAsia" w:cs="Times New Roman"/>
              </w:rPr>
              <w:t xml:space="preserve">Поддерживаемые протоколы: </w:t>
            </w:r>
            <w:r w:rsidRPr="007826D2">
              <w:rPr>
                <w:rFonts w:eastAsiaTheme="minorEastAsia" w:cs="Times New Roman"/>
                <w:lang w:val="en-US"/>
              </w:rPr>
              <w:t>Fibre</w:t>
            </w:r>
            <w:r w:rsidRPr="007826D2">
              <w:rPr>
                <w:rFonts w:eastAsiaTheme="minorEastAsia" w:cs="Times New Roman"/>
              </w:rPr>
              <w:t xml:space="preserve"> </w:t>
            </w:r>
            <w:r w:rsidRPr="007826D2">
              <w:rPr>
                <w:rFonts w:eastAsiaTheme="minorEastAsia" w:cs="Times New Roman"/>
                <w:lang w:val="en-US"/>
              </w:rPr>
              <w:t>Channel</w:t>
            </w:r>
            <w:r w:rsidRPr="007826D2">
              <w:rPr>
                <w:rFonts w:eastAsiaTheme="minorEastAsia" w:cs="Times New Roman"/>
              </w:rPr>
              <w:t xml:space="preserve">, </w:t>
            </w:r>
            <w:r w:rsidRPr="007826D2">
              <w:rPr>
                <w:rFonts w:eastAsiaTheme="minorEastAsia" w:cs="Times New Roman"/>
                <w:lang w:val="en-US"/>
              </w:rPr>
              <w:t>iSCSI</w:t>
            </w:r>
          </w:p>
        </w:tc>
        <w:tc>
          <w:tcPr>
            <w:tcW w:w="2825" w:type="dxa"/>
            <w:vAlign w:val="center"/>
          </w:tcPr>
          <w:p w14:paraId="722BBD66" w14:textId="77777777" w:rsidR="00755588" w:rsidRPr="007826D2" w:rsidRDefault="00755588" w:rsidP="00755588">
            <w:pPr>
              <w:pStyle w:val="aa"/>
              <w:jc w:val="center"/>
              <w:rPr>
                <w:rFonts w:eastAsiaTheme="minorEastAsia" w:cs="Times New Roman"/>
              </w:rPr>
            </w:pPr>
            <w:r w:rsidRPr="007826D2">
              <w:rPr>
                <w:rFonts w:cs="Times New Roman"/>
              </w:rPr>
              <w:t>Соответствует</w:t>
            </w:r>
          </w:p>
        </w:tc>
      </w:tr>
      <w:tr w:rsidR="00755588" w:rsidRPr="00167199" w14:paraId="4A391D7D" w14:textId="77777777" w:rsidTr="00ED1D20">
        <w:tc>
          <w:tcPr>
            <w:tcW w:w="616" w:type="dxa"/>
            <w:vAlign w:val="center"/>
          </w:tcPr>
          <w:p w14:paraId="1636A0A1" w14:textId="302277B4" w:rsidR="00755588" w:rsidRPr="007826D2" w:rsidRDefault="00755588" w:rsidP="00755588">
            <w:pPr>
              <w:pStyle w:val="a1"/>
              <w:numPr>
                <w:ilvl w:val="0"/>
                <w:numId w:val="0"/>
              </w:numPr>
              <w:rPr>
                <w:rFonts w:cs="Times New Roman"/>
                <w:lang w:val="ru-RU"/>
              </w:rPr>
            </w:pPr>
            <w:r w:rsidRPr="007826D2">
              <w:rPr>
                <w:rFonts w:cs="Times New Roman"/>
                <w:lang w:val="ru-RU"/>
              </w:rPr>
              <w:t>25</w:t>
            </w:r>
          </w:p>
        </w:tc>
        <w:tc>
          <w:tcPr>
            <w:tcW w:w="5915" w:type="dxa"/>
            <w:vAlign w:val="center"/>
          </w:tcPr>
          <w:p w14:paraId="48BD0293" w14:textId="6F111B55" w:rsidR="00755588" w:rsidRPr="007826D2" w:rsidRDefault="00755588" w:rsidP="00755588">
            <w:pPr>
              <w:pStyle w:val="aa"/>
              <w:rPr>
                <w:rFonts w:eastAsiaTheme="minorEastAsia" w:cs="Times New Roman"/>
              </w:rPr>
            </w:pPr>
            <w:r w:rsidRPr="007826D2">
              <w:rPr>
                <w:rFonts w:eastAsiaTheme="minorEastAsia" w:cs="Times New Roman"/>
              </w:rPr>
              <w:t xml:space="preserve">Поддерживаемые уровни </w:t>
            </w:r>
            <w:r w:rsidR="00D0635F">
              <w:rPr>
                <w:rFonts w:eastAsiaTheme="minorEastAsia" w:cs="Times New Roman"/>
                <w:lang w:val="en-US"/>
              </w:rPr>
              <w:t>RAID: 1,10,5,50,6</w:t>
            </w:r>
          </w:p>
        </w:tc>
        <w:tc>
          <w:tcPr>
            <w:tcW w:w="2825" w:type="dxa"/>
            <w:vAlign w:val="center"/>
          </w:tcPr>
          <w:p w14:paraId="1618A330" w14:textId="77777777" w:rsidR="00755588" w:rsidRPr="007826D2" w:rsidRDefault="00755588" w:rsidP="00755588">
            <w:pPr>
              <w:pStyle w:val="aa"/>
              <w:jc w:val="center"/>
              <w:rPr>
                <w:rFonts w:eastAsiaTheme="minorEastAsia" w:cs="Times New Roman"/>
              </w:rPr>
            </w:pPr>
            <w:r w:rsidRPr="007826D2">
              <w:rPr>
                <w:rFonts w:cs="Times New Roman"/>
              </w:rPr>
              <w:t>Соответствует</w:t>
            </w:r>
          </w:p>
        </w:tc>
      </w:tr>
      <w:tr w:rsidR="00755588" w:rsidRPr="00167199" w14:paraId="20A0E97D" w14:textId="77777777" w:rsidTr="00ED1D20">
        <w:tc>
          <w:tcPr>
            <w:tcW w:w="616" w:type="dxa"/>
            <w:vAlign w:val="center"/>
          </w:tcPr>
          <w:p w14:paraId="0C2D0EF8" w14:textId="68763758" w:rsidR="00755588" w:rsidRPr="007826D2" w:rsidRDefault="00755588" w:rsidP="00755588">
            <w:pPr>
              <w:pStyle w:val="a1"/>
              <w:numPr>
                <w:ilvl w:val="0"/>
                <w:numId w:val="0"/>
              </w:numPr>
              <w:rPr>
                <w:rFonts w:cs="Times New Roman"/>
                <w:lang w:val="ru-RU"/>
              </w:rPr>
            </w:pPr>
            <w:r>
              <w:rPr>
                <w:rFonts w:cs="Times New Roman"/>
                <w:lang w:val="ru-RU"/>
              </w:rPr>
              <w:t>26</w:t>
            </w:r>
          </w:p>
        </w:tc>
        <w:tc>
          <w:tcPr>
            <w:tcW w:w="5915" w:type="dxa"/>
            <w:vAlign w:val="center"/>
          </w:tcPr>
          <w:p w14:paraId="37A3E94E" w14:textId="77777777" w:rsidR="00755588" w:rsidRPr="007826D2" w:rsidRDefault="00755588" w:rsidP="00755588">
            <w:pPr>
              <w:pStyle w:val="aa"/>
              <w:rPr>
                <w:rFonts w:eastAsiaTheme="minorEastAsia" w:cs="Times New Roman"/>
              </w:rPr>
            </w:pPr>
            <w:r w:rsidRPr="007826D2">
              <w:rPr>
                <w:rFonts w:eastAsiaTheme="minorEastAsia" w:cs="Times New Roman"/>
              </w:rPr>
              <w:t>Замена дисковых и твердотельных накопителей, контроллеров, блоков питания, вентиляторов системы охлаждения без остановки работы системы хранения данных и приложений</w:t>
            </w:r>
          </w:p>
        </w:tc>
        <w:tc>
          <w:tcPr>
            <w:tcW w:w="2825" w:type="dxa"/>
            <w:vAlign w:val="center"/>
          </w:tcPr>
          <w:p w14:paraId="263A2B6E" w14:textId="77777777" w:rsidR="00755588" w:rsidRPr="007826D2" w:rsidRDefault="00755588" w:rsidP="00755588">
            <w:pPr>
              <w:pStyle w:val="aa"/>
              <w:jc w:val="center"/>
              <w:rPr>
                <w:rFonts w:eastAsiaTheme="minorEastAsia" w:cs="Times New Roman"/>
              </w:rPr>
            </w:pPr>
            <w:r w:rsidRPr="007826D2">
              <w:rPr>
                <w:rFonts w:cs="Times New Roman"/>
              </w:rPr>
              <w:t>Соответствует</w:t>
            </w:r>
          </w:p>
        </w:tc>
      </w:tr>
      <w:tr w:rsidR="00755588" w:rsidRPr="00167199" w14:paraId="27F085D6" w14:textId="77777777" w:rsidTr="00ED1D20">
        <w:tc>
          <w:tcPr>
            <w:tcW w:w="616" w:type="dxa"/>
            <w:vAlign w:val="center"/>
          </w:tcPr>
          <w:p w14:paraId="582A21AC" w14:textId="288266EC" w:rsidR="00755588" w:rsidRPr="007826D2" w:rsidRDefault="00755588" w:rsidP="00755588">
            <w:pPr>
              <w:pStyle w:val="a1"/>
              <w:numPr>
                <w:ilvl w:val="0"/>
                <w:numId w:val="0"/>
              </w:numPr>
              <w:rPr>
                <w:rFonts w:cs="Times New Roman"/>
                <w:lang w:val="ru-RU"/>
              </w:rPr>
            </w:pPr>
            <w:r>
              <w:rPr>
                <w:rFonts w:cs="Times New Roman"/>
                <w:lang w:val="ru-RU"/>
              </w:rPr>
              <w:t>27</w:t>
            </w:r>
          </w:p>
        </w:tc>
        <w:tc>
          <w:tcPr>
            <w:tcW w:w="5915" w:type="dxa"/>
            <w:vAlign w:val="center"/>
          </w:tcPr>
          <w:p w14:paraId="635AA557" w14:textId="77777777" w:rsidR="00755588" w:rsidRPr="007826D2" w:rsidRDefault="00755588" w:rsidP="00755588">
            <w:pPr>
              <w:spacing w:line="240" w:lineRule="auto"/>
              <w:contextualSpacing/>
              <w:rPr>
                <w:rFonts w:ascii="Times New Roman" w:eastAsiaTheme="minorEastAsia" w:hAnsi="Times New Roman"/>
                <w:lang w:val="en-US"/>
              </w:rPr>
            </w:pPr>
            <w:r w:rsidRPr="007826D2">
              <w:rPr>
                <w:rFonts w:ascii="Times New Roman" w:eastAsiaTheme="minorEastAsia" w:hAnsi="Times New Roman"/>
              </w:rPr>
              <w:t>Поддержка</w:t>
            </w:r>
            <w:r w:rsidRPr="007826D2">
              <w:rPr>
                <w:rFonts w:ascii="Times New Roman" w:eastAsiaTheme="minorEastAsia" w:hAnsi="Times New Roman"/>
                <w:lang w:val="en-US"/>
              </w:rPr>
              <w:t xml:space="preserve"> </w:t>
            </w:r>
            <w:r w:rsidRPr="007826D2">
              <w:rPr>
                <w:rFonts w:ascii="Times New Roman" w:eastAsiaTheme="minorEastAsia" w:hAnsi="Times New Roman"/>
              </w:rPr>
              <w:t>ОС:</w:t>
            </w:r>
            <w:r w:rsidRPr="007826D2">
              <w:rPr>
                <w:rFonts w:ascii="Times New Roman" w:eastAsiaTheme="minorEastAsia" w:hAnsi="Times New Roman"/>
                <w:lang w:val="en-US"/>
              </w:rPr>
              <w:t xml:space="preserve">  </w:t>
            </w:r>
          </w:p>
          <w:p w14:paraId="2785DCFD" w14:textId="77777777" w:rsidR="00755588" w:rsidRPr="007826D2" w:rsidRDefault="00755588" w:rsidP="00755588">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7826D2">
              <w:rPr>
                <w:rFonts w:ascii="Times New Roman" w:eastAsiaTheme="minorEastAsia" w:hAnsi="Times New Roman"/>
              </w:rPr>
              <w:t>А</w:t>
            </w:r>
            <w:r w:rsidRPr="007826D2">
              <w:rPr>
                <w:rFonts w:ascii="Times New Roman" w:eastAsiaTheme="minorEastAsia" w:hAnsi="Times New Roman"/>
                <w:lang w:val="en-US"/>
              </w:rPr>
              <w:t>stra Linux</w:t>
            </w:r>
          </w:p>
          <w:p w14:paraId="557B9C57" w14:textId="77777777" w:rsidR="00755588" w:rsidRPr="007826D2" w:rsidRDefault="00755588" w:rsidP="00755588">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7826D2">
              <w:rPr>
                <w:rFonts w:ascii="Times New Roman" w:eastAsiaTheme="minorEastAsia" w:hAnsi="Times New Roman"/>
              </w:rPr>
              <w:t xml:space="preserve">Альт </w:t>
            </w:r>
            <w:r w:rsidRPr="007826D2">
              <w:rPr>
                <w:rFonts w:ascii="Times New Roman" w:eastAsiaTheme="minorEastAsia" w:hAnsi="Times New Roman"/>
                <w:lang w:val="en-US"/>
              </w:rPr>
              <w:t>Linux</w:t>
            </w:r>
          </w:p>
          <w:p w14:paraId="0229ABEC" w14:textId="77777777" w:rsidR="00755588" w:rsidRPr="007826D2" w:rsidRDefault="00755588" w:rsidP="00755588">
            <w:pPr>
              <w:numPr>
                <w:ilvl w:val="0"/>
                <w:numId w:val="2"/>
              </w:numPr>
              <w:tabs>
                <w:tab w:val="left" w:pos="250"/>
              </w:tabs>
              <w:spacing w:after="0" w:line="240" w:lineRule="auto"/>
              <w:ind w:left="0" w:firstLine="0"/>
              <w:contextualSpacing/>
              <w:jc w:val="both"/>
              <w:rPr>
                <w:rFonts w:ascii="Times New Roman" w:eastAsiaTheme="minorEastAsia" w:hAnsi="Times New Roman"/>
              </w:rPr>
            </w:pPr>
            <w:r w:rsidRPr="007826D2">
              <w:rPr>
                <w:rFonts w:ascii="Times New Roman" w:eastAsiaTheme="minorEastAsia" w:hAnsi="Times New Roman"/>
              </w:rPr>
              <w:t>РЕД ОС</w:t>
            </w:r>
          </w:p>
        </w:tc>
        <w:tc>
          <w:tcPr>
            <w:tcW w:w="2825" w:type="dxa"/>
            <w:vAlign w:val="center"/>
          </w:tcPr>
          <w:p w14:paraId="13B528F2" w14:textId="77777777" w:rsidR="00755588" w:rsidRPr="007826D2" w:rsidRDefault="00755588" w:rsidP="00755588">
            <w:pPr>
              <w:pStyle w:val="aa"/>
              <w:jc w:val="center"/>
              <w:rPr>
                <w:rFonts w:eastAsiaTheme="minorEastAsia" w:cs="Times New Roman"/>
              </w:rPr>
            </w:pPr>
            <w:r w:rsidRPr="007826D2">
              <w:rPr>
                <w:rFonts w:cs="Times New Roman"/>
              </w:rPr>
              <w:t>Соответствует</w:t>
            </w:r>
          </w:p>
        </w:tc>
      </w:tr>
      <w:tr w:rsidR="00755588" w:rsidRPr="00167199" w14:paraId="2BFA1353" w14:textId="77777777" w:rsidTr="00ED1D20">
        <w:tc>
          <w:tcPr>
            <w:tcW w:w="616" w:type="dxa"/>
            <w:vAlign w:val="center"/>
          </w:tcPr>
          <w:p w14:paraId="514B3CE1" w14:textId="4C792403" w:rsidR="00755588" w:rsidRPr="007826D2" w:rsidRDefault="00755588" w:rsidP="00755588">
            <w:pPr>
              <w:pStyle w:val="a1"/>
              <w:numPr>
                <w:ilvl w:val="0"/>
                <w:numId w:val="0"/>
              </w:numPr>
              <w:rPr>
                <w:rFonts w:cs="Times New Roman"/>
                <w:lang w:val="ru-RU"/>
              </w:rPr>
            </w:pPr>
            <w:r>
              <w:rPr>
                <w:rFonts w:cs="Times New Roman"/>
                <w:lang w:val="ru-RU"/>
              </w:rPr>
              <w:t>28</w:t>
            </w:r>
          </w:p>
        </w:tc>
        <w:tc>
          <w:tcPr>
            <w:tcW w:w="5915" w:type="dxa"/>
          </w:tcPr>
          <w:p w14:paraId="4E6B7148" w14:textId="77777777" w:rsidR="00755588" w:rsidRPr="007826D2" w:rsidRDefault="00755588" w:rsidP="00755588">
            <w:pPr>
              <w:tabs>
                <w:tab w:val="left" w:pos="250"/>
              </w:tabs>
              <w:spacing w:after="0" w:line="240" w:lineRule="auto"/>
              <w:contextualSpacing/>
              <w:jc w:val="both"/>
              <w:rPr>
                <w:rFonts w:ascii="Times New Roman" w:eastAsiaTheme="minorEastAsia" w:hAnsi="Times New Roman"/>
              </w:rPr>
            </w:pPr>
            <w:r w:rsidRPr="007826D2">
              <w:rPr>
                <w:rFonts w:ascii="Times New Roman" w:eastAsiaTheme="minorEastAsia" w:hAnsi="Times New Roman"/>
              </w:rPr>
              <w:t>Наличие обновляемого CINDER драйвера для предоставления ресурсов СХД для платформы OpenStack, начиная с Antelope (дата релиза 2023-03-22) или новее</w:t>
            </w:r>
          </w:p>
        </w:tc>
        <w:tc>
          <w:tcPr>
            <w:tcW w:w="2825" w:type="dxa"/>
            <w:vAlign w:val="center"/>
          </w:tcPr>
          <w:p w14:paraId="0AE5C66E" w14:textId="77777777" w:rsidR="00755588" w:rsidRPr="007826D2" w:rsidRDefault="00755588" w:rsidP="00755588">
            <w:pPr>
              <w:pStyle w:val="aa"/>
              <w:jc w:val="center"/>
              <w:rPr>
                <w:rFonts w:eastAsiaTheme="minorEastAsia" w:cs="Times New Roman"/>
              </w:rPr>
            </w:pPr>
            <w:r w:rsidRPr="007826D2">
              <w:rPr>
                <w:rFonts w:cs="Times New Roman"/>
              </w:rPr>
              <w:t>Соответствует</w:t>
            </w:r>
          </w:p>
        </w:tc>
      </w:tr>
      <w:tr w:rsidR="00755588" w:rsidRPr="00167199" w14:paraId="108CD453" w14:textId="77777777" w:rsidTr="00ED1D20">
        <w:tc>
          <w:tcPr>
            <w:tcW w:w="616" w:type="dxa"/>
            <w:vAlign w:val="center"/>
          </w:tcPr>
          <w:p w14:paraId="33C414D2" w14:textId="3FA514A2" w:rsidR="00755588" w:rsidRPr="007826D2" w:rsidRDefault="00755588" w:rsidP="00755588">
            <w:pPr>
              <w:pStyle w:val="a1"/>
              <w:numPr>
                <w:ilvl w:val="0"/>
                <w:numId w:val="0"/>
              </w:numPr>
              <w:rPr>
                <w:rFonts w:cs="Times New Roman"/>
                <w:lang w:val="ru-RU"/>
              </w:rPr>
            </w:pPr>
            <w:r>
              <w:rPr>
                <w:rFonts w:cs="Times New Roman"/>
                <w:lang w:val="ru-RU"/>
              </w:rPr>
              <w:t>29</w:t>
            </w:r>
          </w:p>
        </w:tc>
        <w:tc>
          <w:tcPr>
            <w:tcW w:w="5915" w:type="dxa"/>
          </w:tcPr>
          <w:p w14:paraId="045F8293" w14:textId="77777777" w:rsidR="00755588" w:rsidRPr="007826D2" w:rsidRDefault="00755588" w:rsidP="00755588">
            <w:pPr>
              <w:pStyle w:val="aa"/>
              <w:rPr>
                <w:rFonts w:eastAsiaTheme="minorEastAsia" w:cs="Times New Roman"/>
              </w:rPr>
            </w:pPr>
            <w:r w:rsidRPr="007826D2">
              <w:rPr>
                <w:rFonts w:eastAsiaTheme="minorEastAsia" w:cs="Times New Roman"/>
              </w:rPr>
              <w:t>Поставляется с гарантией производителя, срок гарантии, лет:</w:t>
            </w:r>
          </w:p>
        </w:tc>
        <w:tc>
          <w:tcPr>
            <w:tcW w:w="2825" w:type="dxa"/>
            <w:vAlign w:val="center"/>
          </w:tcPr>
          <w:p w14:paraId="5F21036A" w14:textId="4CF6F7C8" w:rsidR="00755588" w:rsidRPr="007826D2" w:rsidRDefault="000F1472" w:rsidP="00755588">
            <w:pPr>
              <w:pStyle w:val="aa"/>
              <w:jc w:val="center"/>
              <w:rPr>
                <w:rFonts w:eastAsiaTheme="minorEastAsia" w:cs="Times New Roman"/>
              </w:rPr>
            </w:pPr>
            <w:r>
              <w:t>__________</w:t>
            </w:r>
            <w:r w:rsidR="00755588" w:rsidRPr="007826D2">
              <w:rPr>
                <w:rFonts w:eastAsiaTheme="minorEastAsia" w:cs="Times New Roman"/>
              </w:rPr>
              <w:t>*</w:t>
            </w:r>
          </w:p>
        </w:tc>
      </w:tr>
      <w:tr w:rsidR="00755588" w:rsidRPr="00167199" w14:paraId="12209928" w14:textId="77777777" w:rsidTr="00ED1D20">
        <w:tc>
          <w:tcPr>
            <w:tcW w:w="616" w:type="dxa"/>
            <w:vAlign w:val="center"/>
          </w:tcPr>
          <w:p w14:paraId="05BA2D54" w14:textId="14902FEC" w:rsidR="00755588" w:rsidRPr="007826D2" w:rsidRDefault="00603D68" w:rsidP="00755588">
            <w:pPr>
              <w:pStyle w:val="a1"/>
              <w:numPr>
                <w:ilvl w:val="0"/>
                <w:numId w:val="0"/>
              </w:numPr>
              <w:rPr>
                <w:rFonts w:cs="Times New Roman"/>
                <w:lang w:val="ru-RU"/>
              </w:rPr>
            </w:pPr>
            <w:r>
              <w:rPr>
                <w:rFonts w:cs="Times New Roman"/>
                <w:lang w:val="ru-RU"/>
              </w:rPr>
              <w:t>30</w:t>
            </w:r>
          </w:p>
        </w:tc>
        <w:tc>
          <w:tcPr>
            <w:tcW w:w="5915" w:type="dxa"/>
          </w:tcPr>
          <w:p w14:paraId="52699355" w14:textId="658FDF56" w:rsidR="00755588" w:rsidRPr="007826D2" w:rsidRDefault="00755588" w:rsidP="00755588">
            <w:pPr>
              <w:pStyle w:val="aa"/>
              <w:rPr>
                <w:rFonts w:eastAsiaTheme="minorEastAsia" w:cs="Times New Roman"/>
              </w:rPr>
            </w:pPr>
            <w:r>
              <w:rPr>
                <w:rFonts w:eastAsiaTheme="minorEastAsia" w:cs="Times New Roman"/>
              </w:rPr>
              <w:t>Наличие гарантийной п</w:t>
            </w:r>
            <w:r w:rsidRPr="007826D2">
              <w:rPr>
                <w:rFonts w:eastAsiaTheme="minorEastAsia" w:cs="Times New Roman"/>
              </w:rPr>
              <w:t>оддержк</w:t>
            </w:r>
            <w:r>
              <w:rPr>
                <w:rFonts w:eastAsiaTheme="minorEastAsia" w:cs="Times New Roman"/>
              </w:rPr>
              <w:t>и</w:t>
            </w:r>
            <w:r w:rsidRPr="007826D2">
              <w:rPr>
                <w:rFonts w:eastAsiaTheme="minorEastAsia" w:cs="Times New Roman"/>
              </w:rPr>
              <w:t xml:space="preserve"> предусматрива</w:t>
            </w:r>
            <w:r>
              <w:rPr>
                <w:rFonts w:eastAsiaTheme="minorEastAsia" w:cs="Times New Roman"/>
              </w:rPr>
              <w:t>ющей</w:t>
            </w:r>
            <w:r w:rsidRPr="007826D2">
              <w:rPr>
                <w:rFonts w:eastAsiaTheme="minorEastAsia" w:cs="Times New Roman"/>
              </w:rPr>
              <w:t xml:space="preserve"> ремонт на площадке </w:t>
            </w:r>
            <w:r>
              <w:rPr>
                <w:rFonts w:eastAsiaTheme="minorEastAsia" w:cs="Times New Roman"/>
              </w:rPr>
              <w:t xml:space="preserve">Покупателя </w:t>
            </w:r>
            <w:r w:rsidRPr="007826D2">
              <w:rPr>
                <w:rFonts w:eastAsiaTheme="minorEastAsia" w:cs="Times New Roman"/>
              </w:rPr>
              <w:t>с выездом инженера</w:t>
            </w:r>
          </w:p>
        </w:tc>
        <w:tc>
          <w:tcPr>
            <w:tcW w:w="2825" w:type="dxa"/>
            <w:vAlign w:val="center"/>
          </w:tcPr>
          <w:p w14:paraId="3745F6FA" w14:textId="77777777" w:rsidR="00755588" w:rsidRPr="007826D2" w:rsidRDefault="00755588" w:rsidP="00755588">
            <w:pPr>
              <w:pStyle w:val="aa"/>
              <w:jc w:val="center"/>
              <w:rPr>
                <w:rFonts w:eastAsiaTheme="minorEastAsia" w:cs="Times New Roman"/>
              </w:rPr>
            </w:pPr>
            <w:r w:rsidRPr="007826D2">
              <w:rPr>
                <w:rFonts w:cs="Times New Roman"/>
              </w:rPr>
              <w:t>Соответствует</w:t>
            </w:r>
          </w:p>
        </w:tc>
      </w:tr>
      <w:tr w:rsidR="00755588" w:rsidRPr="00167199" w14:paraId="269772C5" w14:textId="77777777" w:rsidTr="00ED1D20">
        <w:tc>
          <w:tcPr>
            <w:tcW w:w="616" w:type="dxa"/>
            <w:vAlign w:val="center"/>
          </w:tcPr>
          <w:p w14:paraId="07A06030" w14:textId="7FDE5930" w:rsidR="00755588" w:rsidRPr="007826D2" w:rsidRDefault="00603D68" w:rsidP="00755588">
            <w:pPr>
              <w:pStyle w:val="a1"/>
              <w:numPr>
                <w:ilvl w:val="0"/>
                <w:numId w:val="0"/>
              </w:numPr>
              <w:rPr>
                <w:rFonts w:cs="Times New Roman"/>
                <w:lang w:val="ru-RU"/>
              </w:rPr>
            </w:pPr>
            <w:r>
              <w:rPr>
                <w:rFonts w:cs="Times New Roman"/>
                <w:lang w:val="ru-RU"/>
              </w:rPr>
              <w:t>31</w:t>
            </w:r>
          </w:p>
        </w:tc>
        <w:tc>
          <w:tcPr>
            <w:tcW w:w="5915" w:type="dxa"/>
          </w:tcPr>
          <w:p w14:paraId="2E96BDF2" w14:textId="5A1DD83E" w:rsidR="00755588" w:rsidRPr="007826D2" w:rsidRDefault="00755588" w:rsidP="00755588">
            <w:pPr>
              <w:pStyle w:val="aa"/>
              <w:rPr>
                <w:rFonts w:eastAsiaTheme="minorEastAsia" w:cs="Times New Roman"/>
              </w:rPr>
            </w:pPr>
            <w:r w:rsidRPr="007826D2">
              <w:rPr>
                <w:rFonts w:eastAsiaTheme="minorEastAsia" w:cs="Times New Roman"/>
              </w:rPr>
              <w:t xml:space="preserve">Режим </w:t>
            </w:r>
            <w:r>
              <w:rPr>
                <w:rFonts w:eastAsiaTheme="minorEastAsia" w:cs="Times New Roman"/>
              </w:rPr>
              <w:t xml:space="preserve">гарантийной </w:t>
            </w:r>
            <w:r w:rsidRPr="007826D2">
              <w:rPr>
                <w:rFonts w:eastAsiaTheme="minorEastAsia" w:cs="Times New Roman"/>
              </w:rPr>
              <w:t xml:space="preserve">поддержки 9x5x365 (9 часов (с 09:00 до 18:00 время московское) по рабочим дням в течение года), </w:t>
            </w:r>
            <w:r w:rsidRPr="007826D2">
              <w:rPr>
                <w:rFonts w:eastAsiaTheme="minorEastAsia" w:cs="Times New Roman"/>
                <w:lang w:val="ru"/>
              </w:rPr>
              <w:t xml:space="preserve">время восстановления работоспособности </w:t>
            </w:r>
            <w:r w:rsidRPr="007826D2">
              <w:rPr>
                <w:rFonts w:eastAsiaTheme="minorEastAsia" w:cs="Times New Roman"/>
              </w:rPr>
              <w:t xml:space="preserve">12 </w:t>
            </w:r>
            <w:r w:rsidRPr="007826D2">
              <w:rPr>
                <w:rFonts w:eastAsiaTheme="minorEastAsia" w:cs="Times New Roman"/>
                <w:lang w:val="ru"/>
              </w:rPr>
              <w:t>рабочих дней</w:t>
            </w:r>
          </w:p>
        </w:tc>
        <w:tc>
          <w:tcPr>
            <w:tcW w:w="2825" w:type="dxa"/>
            <w:vAlign w:val="center"/>
          </w:tcPr>
          <w:p w14:paraId="6801C2B4" w14:textId="77777777" w:rsidR="00755588" w:rsidRPr="007826D2" w:rsidRDefault="00755588" w:rsidP="00755588">
            <w:pPr>
              <w:pStyle w:val="aa"/>
              <w:jc w:val="center"/>
              <w:rPr>
                <w:rFonts w:eastAsiaTheme="minorEastAsia" w:cs="Times New Roman"/>
              </w:rPr>
            </w:pPr>
            <w:r w:rsidRPr="007826D2">
              <w:rPr>
                <w:rFonts w:cs="Times New Roman"/>
              </w:rPr>
              <w:t>Соответствует</w:t>
            </w:r>
          </w:p>
        </w:tc>
      </w:tr>
      <w:tr w:rsidR="00755588" w:rsidRPr="00167199" w14:paraId="0F4DAE9D" w14:textId="77777777" w:rsidTr="00ED1D20">
        <w:tc>
          <w:tcPr>
            <w:tcW w:w="9356" w:type="dxa"/>
            <w:gridSpan w:val="3"/>
          </w:tcPr>
          <w:p w14:paraId="2EA872ED" w14:textId="2BA02E1A" w:rsidR="00755588" w:rsidRPr="00905A3D" w:rsidRDefault="000F1472" w:rsidP="00755588">
            <w:pPr>
              <w:pStyle w:val="aa"/>
              <w:rPr>
                <w:rFonts w:cs="Times New Roman"/>
                <w:sz w:val="24"/>
                <w:szCs w:val="24"/>
              </w:rPr>
            </w:pPr>
            <w:r w:rsidRPr="00272C7E">
              <w:rPr>
                <w:rFonts w:cs="Times New Roman"/>
              </w:rPr>
              <w:t xml:space="preserve">* </w:t>
            </w:r>
            <w:r w:rsidRPr="00BC73FF">
              <w:t>Заполняется на основании заявки победителя в случае, если участником закупки в составе заявки представлены конкретные значения показателей предлагаемого Товара, соответствующие параметрам соответствия (экв</w:t>
            </w:r>
            <w:r>
              <w:t>ивалентности), установленным в Т</w:t>
            </w:r>
            <w:r w:rsidRPr="00BC73FF">
              <w:t>ехническом задании со знаком*</w:t>
            </w:r>
          </w:p>
        </w:tc>
      </w:tr>
    </w:tbl>
    <w:p w14:paraId="32307F93" w14:textId="77777777" w:rsidR="00582D41" w:rsidRDefault="00582D41" w:rsidP="00AB38DA">
      <w:pPr>
        <w:pStyle w:val="ConsPlusNormal"/>
        <w:ind w:firstLine="709"/>
        <w:jc w:val="both"/>
        <w:rPr>
          <w:rFonts w:ascii="Times New Roman" w:hAnsi="Times New Roman" w:cs="Times New Roman"/>
          <w:b/>
          <w:sz w:val="24"/>
          <w:szCs w:val="24"/>
        </w:rPr>
      </w:pPr>
    </w:p>
    <w:p w14:paraId="099AE945" w14:textId="77777777" w:rsidR="006812CB" w:rsidRDefault="006812CB" w:rsidP="00AB38DA">
      <w:pPr>
        <w:pStyle w:val="ConsPlusNormal"/>
        <w:ind w:firstLine="709"/>
        <w:jc w:val="both"/>
        <w:rPr>
          <w:rFonts w:ascii="Times New Roman" w:hAnsi="Times New Roman" w:cs="Times New Roman"/>
          <w:sz w:val="24"/>
          <w:szCs w:val="24"/>
        </w:rPr>
      </w:pPr>
      <w:r>
        <w:rPr>
          <w:rFonts w:ascii="Times New Roman" w:hAnsi="Times New Roman" w:cs="Times New Roman"/>
          <w:b/>
          <w:sz w:val="24"/>
          <w:szCs w:val="24"/>
        </w:rPr>
        <w:t xml:space="preserve">3.3.2. </w:t>
      </w:r>
      <w:r w:rsidRPr="00BF5807">
        <w:rPr>
          <w:rFonts w:ascii="Times New Roman" w:hAnsi="Times New Roman" w:cs="Times New Roman"/>
          <w:b/>
          <w:sz w:val="24"/>
          <w:szCs w:val="24"/>
        </w:rPr>
        <w:t xml:space="preserve">Требования к характеристикам каждой единицы </w:t>
      </w:r>
      <w:r w:rsidR="00582D41">
        <w:rPr>
          <w:rFonts w:ascii="Times New Roman" w:hAnsi="Times New Roman" w:cs="Times New Roman"/>
          <w:b/>
          <w:sz w:val="24"/>
          <w:szCs w:val="24"/>
        </w:rPr>
        <w:t>Сервера</w:t>
      </w:r>
      <w:r w:rsidRPr="00335293">
        <w:rPr>
          <w:rFonts w:ascii="Times New Roman" w:hAnsi="Times New Roman" w:cs="Times New Roman"/>
          <w:b/>
          <w:sz w:val="24"/>
          <w:szCs w:val="24"/>
        </w:rPr>
        <w:t xml:space="preserve"> тип 1</w:t>
      </w:r>
    </w:p>
    <w:p w14:paraId="1FE9BEEB" w14:textId="512C9D98" w:rsidR="00AB38DA" w:rsidRDefault="00AB38DA" w:rsidP="00546B72">
      <w:pPr>
        <w:pStyle w:val="ConsPlusNormal"/>
        <w:ind w:firstLine="0"/>
        <w:jc w:val="both"/>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954"/>
        <w:gridCol w:w="2835"/>
      </w:tblGrid>
      <w:tr w:rsidR="00AB38DA" w:rsidRPr="00167199" w14:paraId="78F13BEA" w14:textId="77777777" w:rsidTr="00ED1D20">
        <w:tc>
          <w:tcPr>
            <w:tcW w:w="567" w:type="dxa"/>
            <w:vAlign w:val="center"/>
          </w:tcPr>
          <w:p w14:paraId="654DF7D0" w14:textId="77777777" w:rsidR="00AB38DA" w:rsidRPr="00167199" w:rsidRDefault="00AB38DA" w:rsidP="00C122C9">
            <w:pPr>
              <w:pStyle w:val="a8"/>
              <w:rPr>
                <w:rFonts w:cs="Times New Roman"/>
                <w:b w:val="0"/>
                <w:sz w:val="24"/>
                <w:szCs w:val="24"/>
              </w:rPr>
            </w:pPr>
            <w:r w:rsidRPr="00EB4902">
              <w:t>№ п/п</w:t>
            </w:r>
          </w:p>
        </w:tc>
        <w:tc>
          <w:tcPr>
            <w:tcW w:w="5954" w:type="dxa"/>
            <w:vAlign w:val="center"/>
          </w:tcPr>
          <w:p w14:paraId="7B28DA79" w14:textId="77777777" w:rsidR="00AB38DA" w:rsidRPr="00167199" w:rsidRDefault="00AB38DA" w:rsidP="00C122C9">
            <w:pPr>
              <w:pStyle w:val="a8"/>
              <w:rPr>
                <w:rFonts w:cs="Times New Roman"/>
                <w:b w:val="0"/>
                <w:sz w:val="24"/>
                <w:szCs w:val="24"/>
              </w:rPr>
            </w:pPr>
            <w:r w:rsidRPr="00E63073">
              <w:t>Характеристик</w:t>
            </w:r>
            <w:r>
              <w:t>и Товара в соответствии с параметрами эквивалентности, установленными в Техническом задании</w:t>
            </w:r>
          </w:p>
        </w:tc>
        <w:tc>
          <w:tcPr>
            <w:tcW w:w="2835" w:type="dxa"/>
            <w:vAlign w:val="center"/>
          </w:tcPr>
          <w:p w14:paraId="69525415" w14:textId="77777777" w:rsidR="00AB38DA" w:rsidRDefault="00AB38DA" w:rsidP="00C122C9">
            <w:pPr>
              <w:pStyle w:val="a8"/>
            </w:pPr>
            <w:r w:rsidRPr="00E63073">
              <w:t>Значение характеристики</w:t>
            </w:r>
            <w:r w:rsidRPr="009D14D9">
              <w:t xml:space="preserve"> </w:t>
            </w:r>
            <w:r>
              <w:t xml:space="preserve">Товара в соответствии с </w:t>
            </w:r>
          </w:p>
          <w:p w14:paraId="16709AD9" w14:textId="77777777" w:rsidR="00AB38DA" w:rsidRPr="00167199" w:rsidRDefault="00AB38DA" w:rsidP="00C122C9">
            <w:pPr>
              <w:pStyle w:val="a8"/>
              <w:rPr>
                <w:rFonts w:cs="Times New Roman"/>
                <w:b w:val="0"/>
                <w:sz w:val="24"/>
                <w:szCs w:val="24"/>
              </w:rPr>
            </w:pPr>
            <w:r>
              <w:t>з</w:t>
            </w:r>
            <w:r w:rsidRPr="002E2F12">
              <w:t>начени</w:t>
            </w:r>
            <w:r>
              <w:t>ями</w:t>
            </w:r>
            <w:r w:rsidRPr="002E2F12">
              <w:t xml:space="preserve"> параметров эквивалентности Товара</w:t>
            </w:r>
            <w:r>
              <w:t>*</w:t>
            </w:r>
          </w:p>
        </w:tc>
      </w:tr>
      <w:tr w:rsidR="00AB38DA" w:rsidRPr="00167199" w14:paraId="2DFF4C49" w14:textId="77777777" w:rsidTr="00ED1D20">
        <w:trPr>
          <w:tblHeader/>
        </w:trPr>
        <w:tc>
          <w:tcPr>
            <w:tcW w:w="9356" w:type="dxa"/>
            <w:gridSpan w:val="3"/>
            <w:vAlign w:val="center"/>
          </w:tcPr>
          <w:p w14:paraId="59946BFA" w14:textId="77777777" w:rsidR="00AB38DA" w:rsidRPr="00E63073" w:rsidRDefault="004679B4" w:rsidP="00C122C9">
            <w:pPr>
              <w:pStyle w:val="a8"/>
              <w:jc w:val="left"/>
            </w:pPr>
            <w:r>
              <w:rPr>
                <w:color w:val="000000"/>
              </w:rPr>
              <w:t>Сервер тип 1</w:t>
            </w:r>
            <w:r w:rsidR="00AB38DA" w:rsidRPr="00141F5C">
              <w:rPr>
                <w:color w:val="000000"/>
              </w:rPr>
              <w:t xml:space="preserve"> </w:t>
            </w:r>
            <w:r w:rsidR="00AB38DA" w:rsidRPr="00141F5C">
              <w:t>со следующими характеристиками:</w:t>
            </w:r>
          </w:p>
        </w:tc>
      </w:tr>
      <w:tr w:rsidR="00AB38DA" w:rsidRPr="00167199" w14:paraId="5F7895A0" w14:textId="77777777" w:rsidTr="00ED1D20">
        <w:tc>
          <w:tcPr>
            <w:tcW w:w="567" w:type="dxa"/>
            <w:vAlign w:val="center"/>
          </w:tcPr>
          <w:p w14:paraId="361E46AA" w14:textId="77777777" w:rsidR="00AB38DA" w:rsidRPr="007826D2" w:rsidRDefault="00AB38DA" w:rsidP="0079513A">
            <w:pPr>
              <w:pStyle w:val="a1"/>
              <w:numPr>
                <w:ilvl w:val="0"/>
                <w:numId w:val="0"/>
              </w:numPr>
              <w:rPr>
                <w:rFonts w:cs="Times New Roman"/>
                <w:lang w:val="ru-RU"/>
              </w:rPr>
            </w:pPr>
            <w:r w:rsidRPr="007826D2">
              <w:rPr>
                <w:rFonts w:cs="Times New Roman"/>
                <w:lang w:val="ru-RU"/>
              </w:rPr>
              <w:t>1</w:t>
            </w:r>
          </w:p>
        </w:tc>
        <w:tc>
          <w:tcPr>
            <w:tcW w:w="5954" w:type="dxa"/>
            <w:vAlign w:val="center"/>
          </w:tcPr>
          <w:p w14:paraId="4289BFCC" w14:textId="77777777" w:rsidR="00AB38DA" w:rsidRPr="007826D2" w:rsidRDefault="00AB38DA" w:rsidP="00C122C9">
            <w:pPr>
              <w:pStyle w:val="aa"/>
              <w:rPr>
                <w:rFonts w:cs="Times New Roman"/>
              </w:rPr>
            </w:pPr>
            <w:r w:rsidRPr="007826D2">
              <w:rPr>
                <w:rFonts w:eastAsiaTheme="minorEastAsia" w:cs="Times New Roman"/>
              </w:rPr>
              <w:t>Двухпроцессорный сервер стандартной архитектуры x86</w:t>
            </w:r>
          </w:p>
        </w:tc>
        <w:tc>
          <w:tcPr>
            <w:tcW w:w="2835" w:type="dxa"/>
            <w:vAlign w:val="center"/>
          </w:tcPr>
          <w:p w14:paraId="398FDF5C" w14:textId="77777777" w:rsidR="00AB38DA" w:rsidRPr="007826D2" w:rsidRDefault="00AB38DA" w:rsidP="00DC34CE">
            <w:pPr>
              <w:pStyle w:val="aa"/>
              <w:jc w:val="center"/>
              <w:rPr>
                <w:rFonts w:cs="Times New Roman"/>
              </w:rPr>
            </w:pPr>
            <w:r w:rsidRPr="007826D2">
              <w:rPr>
                <w:rFonts w:cs="Times New Roman"/>
              </w:rPr>
              <w:t>Соответствует</w:t>
            </w:r>
          </w:p>
        </w:tc>
      </w:tr>
      <w:tr w:rsidR="00AB38DA" w:rsidRPr="00167199" w14:paraId="0F1E3C7C" w14:textId="77777777" w:rsidTr="00ED1D20">
        <w:tc>
          <w:tcPr>
            <w:tcW w:w="567" w:type="dxa"/>
            <w:vAlign w:val="center"/>
          </w:tcPr>
          <w:p w14:paraId="301106B9" w14:textId="77777777" w:rsidR="00AB38DA" w:rsidRPr="007826D2" w:rsidRDefault="00AB38DA" w:rsidP="0079513A">
            <w:pPr>
              <w:pStyle w:val="a1"/>
              <w:numPr>
                <w:ilvl w:val="0"/>
                <w:numId w:val="0"/>
              </w:numPr>
              <w:rPr>
                <w:rFonts w:cs="Times New Roman"/>
                <w:lang w:val="ru-RU"/>
              </w:rPr>
            </w:pPr>
            <w:r w:rsidRPr="007826D2">
              <w:rPr>
                <w:rFonts w:cs="Times New Roman"/>
                <w:lang w:val="ru-RU"/>
              </w:rPr>
              <w:t>2</w:t>
            </w:r>
          </w:p>
        </w:tc>
        <w:tc>
          <w:tcPr>
            <w:tcW w:w="5954" w:type="dxa"/>
          </w:tcPr>
          <w:p w14:paraId="183BBAC1" w14:textId="77777777" w:rsidR="00AB38DA" w:rsidRPr="007826D2" w:rsidRDefault="00AB38DA" w:rsidP="00C122C9">
            <w:pPr>
              <w:pStyle w:val="aa"/>
              <w:rPr>
                <w:rFonts w:cs="Times New Roman"/>
              </w:rPr>
            </w:pPr>
            <w:r w:rsidRPr="007826D2">
              <w:rPr>
                <w:rFonts w:eastAsiaTheme="minorEastAsia" w:cs="Times New Roman"/>
              </w:rPr>
              <w:t>Форм-фактор, юнитов:</w:t>
            </w:r>
          </w:p>
        </w:tc>
        <w:tc>
          <w:tcPr>
            <w:tcW w:w="2835" w:type="dxa"/>
            <w:vAlign w:val="center"/>
          </w:tcPr>
          <w:p w14:paraId="467845E5" w14:textId="5156EE60" w:rsidR="00AB38DA" w:rsidRPr="007826D2" w:rsidRDefault="000F1472" w:rsidP="00DC34CE">
            <w:pPr>
              <w:pStyle w:val="aa"/>
              <w:jc w:val="center"/>
              <w:rPr>
                <w:rFonts w:cs="Times New Roman"/>
              </w:rPr>
            </w:pPr>
            <w:r>
              <w:t>__________</w:t>
            </w:r>
            <w:r w:rsidR="00AB38DA" w:rsidRPr="007826D2">
              <w:rPr>
                <w:rFonts w:eastAsiaTheme="minorEastAsia" w:cs="Times New Roman"/>
              </w:rPr>
              <w:t>*</w:t>
            </w:r>
          </w:p>
        </w:tc>
      </w:tr>
      <w:tr w:rsidR="00AB38DA" w:rsidRPr="00167199" w14:paraId="0EEF9572" w14:textId="77777777" w:rsidTr="00ED1D20">
        <w:tc>
          <w:tcPr>
            <w:tcW w:w="567" w:type="dxa"/>
            <w:vAlign w:val="center"/>
          </w:tcPr>
          <w:p w14:paraId="16030FCE" w14:textId="77777777" w:rsidR="00AB38DA" w:rsidRPr="007826D2" w:rsidRDefault="00AB38DA" w:rsidP="0079513A">
            <w:pPr>
              <w:pStyle w:val="a1"/>
              <w:numPr>
                <w:ilvl w:val="0"/>
                <w:numId w:val="0"/>
              </w:numPr>
              <w:rPr>
                <w:rFonts w:cs="Times New Roman"/>
                <w:lang w:val="ru-RU"/>
              </w:rPr>
            </w:pPr>
            <w:r w:rsidRPr="007826D2">
              <w:rPr>
                <w:rFonts w:cs="Times New Roman"/>
                <w:lang w:val="ru-RU"/>
              </w:rPr>
              <w:t>3</w:t>
            </w:r>
          </w:p>
        </w:tc>
        <w:tc>
          <w:tcPr>
            <w:tcW w:w="5954" w:type="dxa"/>
          </w:tcPr>
          <w:p w14:paraId="0E821281" w14:textId="77777777" w:rsidR="00AB38DA" w:rsidRPr="007826D2" w:rsidRDefault="00AB38DA" w:rsidP="00C122C9">
            <w:pPr>
              <w:pStyle w:val="aa"/>
              <w:rPr>
                <w:rFonts w:cs="Times New Roman"/>
              </w:rPr>
            </w:pPr>
            <w:r w:rsidRPr="007826D2">
              <w:rPr>
                <w:rFonts w:eastAsiaTheme="minorEastAsia" w:cs="Times New Roman"/>
              </w:rPr>
              <w:t>2 процессора</w:t>
            </w:r>
          </w:p>
        </w:tc>
        <w:tc>
          <w:tcPr>
            <w:tcW w:w="2835" w:type="dxa"/>
            <w:vAlign w:val="center"/>
          </w:tcPr>
          <w:p w14:paraId="2F0C88F9" w14:textId="77777777" w:rsidR="00AB38DA" w:rsidRPr="007826D2" w:rsidRDefault="00AB38DA" w:rsidP="00DC34CE">
            <w:pPr>
              <w:pStyle w:val="aa"/>
              <w:jc w:val="center"/>
              <w:rPr>
                <w:rFonts w:cs="Times New Roman"/>
              </w:rPr>
            </w:pPr>
            <w:r w:rsidRPr="007826D2">
              <w:rPr>
                <w:rFonts w:cs="Times New Roman"/>
              </w:rPr>
              <w:t>Соответствует</w:t>
            </w:r>
          </w:p>
        </w:tc>
      </w:tr>
      <w:tr w:rsidR="00AB38DA" w:rsidRPr="00167199" w14:paraId="5BAAA83E" w14:textId="77777777" w:rsidTr="00ED1D20">
        <w:tc>
          <w:tcPr>
            <w:tcW w:w="567" w:type="dxa"/>
            <w:vAlign w:val="center"/>
          </w:tcPr>
          <w:p w14:paraId="1844F9DA" w14:textId="77777777" w:rsidR="00AB38DA" w:rsidRPr="007826D2" w:rsidRDefault="00AB38DA" w:rsidP="0079513A">
            <w:pPr>
              <w:pStyle w:val="a1"/>
              <w:numPr>
                <w:ilvl w:val="0"/>
                <w:numId w:val="0"/>
              </w:numPr>
              <w:rPr>
                <w:rFonts w:cs="Times New Roman"/>
                <w:lang w:val="ru-RU"/>
              </w:rPr>
            </w:pPr>
            <w:r w:rsidRPr="007826D2">
              <w:rPr>
                <w:rFonts w:cs="Times New Roman"/>
                <w:lang w:val="ru-RU"/>
              </w:rPr>
              <w:t>4</w:t>
            </w:r>
          </w:p>
        </w:tc>
        <w:tc>
          <w:tcPr>
            <w:tcW w:w="5954" w:type="dxa"/>
          </w:tcPr>
          <w:p w14:paraId="2931E5F5" w14:textId="77777777" w:rsidR="00AB38DA" w:rsidRPr="007826D2" w:rsidRDefault="00AB38DA" w:rsidP="00C122C9">
            <w:pPr>
              <w:tabs>
                <w:tab w:val="left" w:pos="250"/>
              </w:tabs>
              <w:spacing w:after="0" w:line="240" w:lineRule="auto"/>
              <w:contextualSpacing/>
              <w:jc w:val="both"/>
              <w:rPr>
                <w:rFonts w:ascii="Times New Roman" w:hAnsi="Times New Roman"/>
                <w:highlight w:val="yellow"/>
              </w:rPr>
            </w:pPr>
            <w:r w:rsidRPr="007826D2">
              <w:rPr>
                <w:rFonts w:ascii="Times New Roman" w:eastAsiaTheme="minorEastAsia" w:hAnsi="Times New Roman"/>
              </w:rPr>
              <w:t>Каждый процессор, количество ядер:</w:t>
            </w:r>
          </w:p>
        </w:tc>
        <w:tc>
          <w:tcPr>
            <w:tcW w:w="2835" w:type="dxa"/>
            <w:vAlign w:val="center"/>
          </w:tcPr>
          <w:p w14:paraId="7A4F9F99" w14:textId="1D19BA93" w:rsidR="00AB38DA" w:rsidRPr="007826D2" w:rsidRDefault="000F1472" w:rsidP="00DC34CE">
            <w:pPr>
              <w:pStyle w:val="aa"/>
              <w:jc w:val="center"/>
              <w:rPr>
                <w:rFonts w:cs="Times New Roman"/>
                <w:highlight w:val="yellow"/>
              </w:rPr>
            </w:pPr>
            <w:r>
              <w:t>__________</w:t>
            </w:r>
            <w:r w:rsidR="00AB38DA" w:rsidRPr="007826D2">
              <w:rPr>
                <w:rFonts w:cs="Times New Roman"/>
              </w:rPr>
              <w:t>*</w:t>
            </w:r>
          </w:p>
        </w:tc>
      </w:tr>
      <w:tr w:rsidR="00AB38DA" w:rsidRPr="00167199" w14:paraId="091BE9F0" w14:textId="77777777" w:rsidTr="00ED1D20">
        <w:tc>
          <w:tcPr>
            <w:tcW w:w="567" w:type="dxa"/>
            <w:vAlign w:val="center"/>
          </w:tcPr>
          <w:p w14:paraId="3D052F83" w14:textId="77777777" w:rsidR="00AB38DA" w:rsidRPr="007826D2" w:rsidRDefault="00AB38DA" w:rsidP="0079513A">
            <w:pPr>
              <w:pStyle w:val="a1"/>
              <w:numPr>
                <w:ilvl w:val="0"/>
                <w:numId w:val="0"/>
              </w:numPr>
              <w:rPr>
                <w:rFonts w:cs="Times New Roman"/>
                <w:lang w:val="ru-RU"/>
              </w:rPr>
            </w:pPr>
            <w:r w:rsidRPr="007826D2">
              <w:rPr>
                <w:rFonts w:cs="Times New Roman"/>
                <w:lang w:val="ru-RU"/>
              </w:rPr>
              <w:t>5</w:t>
            </w:r>
          </w:p>
        </w:tc>
        <w:tc>
          <w:tcPr>
            <w:tcW w:w="5954" w:type="dxa"/>
            <w:vAlign w:val="center"/>
          </w:tcPr>
          <w:p w14:paraId="0AFC7807" w14:textId="77777777" w:rsidR="00AB38DA" w:rsidRPr="007826D2" w:rsidRDefault="00AB38DA" w:rsidP="00C122C9">
            <w:pPr>
              <w:tabs>
                <w:tab w:val="left" w:pos="250"/>
              </w:tabs>
              <w:spacing w:after="0" w:line="240" w:lineRule="auto"/>
              <w:contextualSpacing/>
              <w:jc w:val="both"/>
              <w:rPr>
                <w:rFonts w:ascii="Times New Roman" w:eastAsiaTheme="minorEastAsia" w:hAnsi="Times New Roman"/>
              </w:rPr>
            </w:pPr>
            <w:r w:rsidRPr="007826D2">
              <w:rPr>
                <w:rFonts w:ascii="Times New Roman" w:eastAsiaTheme="minorEastAsia" w:hAnsi="Times New Roman"/>
              </w:rPr>
              <w:t>Каждый процессор, количество потоков:</w:t>
            </w:r>
          </w:p>
        </w:tc>
        <w:tc>
          <w:tcPr>
            <w:tcW w:w="2835" w:type="dxa"/>
            <w:vAlign w:val="center"/>
          </w:tcPr>
          <w:p w14:paraId="12956A4E" w14:textId="3B40663A" w:rsidR="00AB38DA" w:rsidRPr="007826D2" w:rsidRDefault="000F1472" w:rsidP="00DC34CE">
            <w:pPr>
              <w:pStyle w:val="aa"/>
              <w:jc w:val="center"/>
              <w:rPr>
                <w:rFonts w:cs="Times New Roman"/>
              </w:rPr>
            </w:pPr>
            <w:r>
              <w:t>__________</w:t>
            </w:r>
            <w:r w:rsidR="00AB38DA" w:rsidRPr="007826D2">
              <w:rPr>
                <w:rFonts w:cs="Times New Roman"/>
              </w:rPr>
              <w:t>*</w:t>
            </w:r>
          </w:p>
        </w:tc>
      </w:tr>
      <w:tr w:rsidR="00AB38DA" w:rsidRPr="00167199" w14:paraId="581FE2CE" w14:textId="77777777" w:rsidTr="00ED1D20">
        <w:tc>
          <w:tcPr>
            <w:tcW w:w="567" w:type="dxa"/>
            <w:vAlign w:val="center"/>
          </w:tcPr>
          <w:p w14:paraId="0EEA4720" w14:textId="77777777" w:rsidR="00AB38DA" w:rsidRPr="007826D2" w:rsidRDefault="00AB38DA" w:rsidP="0079513A">
            <w:pPr>
              <w:pStyle w:val="a1"/>
              <w:numPr>
                <w:ilvl w:val="0"/>
                <w:numId w:val="0"/>
              </w:numPr>
              <w:rPr>
                <w:rFonts w:cs="Times New Roman"/>
                <w:lang w:val="ru-RU"/>
              </w:rPr>
            </w:pPr>
            <w:r w:rsidRPr="007826D2">
              <w:rPr>
                <w:rFonts w:cs="Times New Roman"/>
                <w:lang w:val="ru-RU"/>
              </w:rPr>
              <w:t>6</w:t>
            </w:r>
          </w:p>
        </w:tc>
        <w:tc>
          <w:tcPr>
            <w:tcW w:w="5954" w:type="dxa"/>
            <w:vAlign w:val="center"/>
          </w:tcPr>
          <w:p w14:paraId="4CB74D2C" w14:textId="77777777" w:rsidR="00AB38DA" w:rsidRPr="007826D2" w:rsidRDefault="00AB38DA" w:rsidP="00C122C9">
            <w:pPr>
              <w:tabs>
                <w:tab w:val="left" w:pos="250"/>
              </w:tabs>
              <w:spacing w:after="0" w:line="240" w:lineRule="auto"/>
              <w:contextualSpacing/>
              <w:jc w:val="both"/>
              <w:rPr>
                <w:rFonts w:ascii="Times New Roman" w:eastAsiaTheme="minorEastAsia" w:hAnsi="Times New Roman"/>
              </w:rPr>
            </w:pPr>
            <w:r w:rsidRPr="007826D2">
              <w:rPr>
                <w:rFonts w:ascii="Times New Roman" w:eastAsiaTheme="minorEastAsia" w:hAnsi="Times New Roman"/>
              </w:rPr>
              <w:t>Каждый процессор, частота ГГц:</w:t>
            </w:r>
          </w:p>
        </w:tc>
        <w:tc>
          <w:tcPr>
            <w:tcW w:w="2835" w:type="dxa"/>
            <w:vAlign w:val="center"/>
          </w:tcPr>
          <w:p w14:paraId="2F1873D1" w14:textId="0F8AB10E" w:rsidR="00AB38DA" w:rsidRPr="007826D2" w:rsidRDefault="00A563D0" w:rsidP="00DC34CE">
            <w:pPr>
              <w:pStyle w:val="aa"/>
              <w:jc w:val="center"/>
              <w:rPr>
                <w:rFonts w:cs="Times New Roman"/>
              </w:rPr>
            </w:pPr>
            <w:r>
              <w:t>__________</w:t>
            </w:r>
            <w:r w:rsidR="00AB38DA" w:rsidRPr="007826D2">
              <w:rPr>
                <w:rFonts w:cs="Times New Roman"/>
              </w:rPr>
              <w:t>*</w:t>
            </w:r>
          </w:p>
        </w:tc>
      </w:tr>
      <w:tr w:rsidR="004679B4" w:rsidRPr="00167199" w14:paraId="03C32B1F" w14:textId="77777777" w:rsidTr="00ED1D20">
        <w:tc>
          <w:tcPr>
            <w:tcW w:w="567" w:type="dxa"/>
            <w:vAlign w:val="center"/>
          </w:tcPr>
          <w:p w14:paraId="5A4CD66C" w14:textId="77777777" w:rsidR="004679B4" w:rsidRPr="007826D2" w:rsidRDefault="004679B4" w:rsidP="0079513A">
            <w:pPr>
              <w:pStyle w:val="a1"/>
              <w:numPr>
                <w:ilvl w:val="0"/>
                <w:numId w:val="0"/>
              </w:numPr>
              <w:rPr>
                <w:rFonts w:cs="Times New Roman"/>
                <w:lang w:val="ru-RU"/>
              </w:rPr>
            </w:pPr>
            <w:r w:rsidRPr="007826D2">
              <w:rPr>
                <w:rFonts w:cs="Times New Roman"/>
                <w:lang w:val="ru-RU"/>
              </w:rPr>
              <w:t>7</w:t>
            </w:r>
          </w:p>
        </w:tc>
        <w:tc>
          <w:tcPr>
            <w:tcW w:w="5954" w:type="dxa"/>
            <w:vAlign w:val="center"/>
          </w:tcPr>
          <w:p w14:paraId="50CAC20D" w14:textId="77777777" w:rsidR="004679B4" w:rsidRPr="007826D2" w:rsidRDefault="004679B4" w:rsidP="00C122C9">
            <w:pPr>
              <w:tabs>
                <w:tab w:val="left" w:pos="250"/>
              </w:tabs>
              <w:spacing w:after="0" w:line="240" w:lineRule="auto"/>
              <w:contextualSpacing/>
              <w:jc w:val="both"/>
              <w:rPr>
                <w:rFonts w:ascii="Times New Roman" w:eastAsiaTheme="minorEastAsia" w:hAnsi="Times New Roman"/>
              </w:rPr>
            </w:pPr>
            <w:r w:rsidRPr="007826D2">
              <w:rPr>
                <w:rFonts w:ascii="Times New Roman" w:eastAsiaTheme="minorEastAsia" w:hAnsi="Times New Roman"/>
              </w:rPr>
              <w:t>Объём установленной оперативной памяти, ГБ:</w:t>
            </w:r>
          </w:p>
        </w:tc>
        <w:tc>
          <w:tcPr>
            <w:tcW w:w="2835" w:type="dxa"/>
            <w:vAlign w:val="center"/>
          </w:tcPr>
          <w:p w14:paraId="0D835E3E" w14:textId="5AE3F51F" w:rsidR="004679B4" w:rsidRPr="007826D2" w:rsidRDefault="00A563D0" w:rsidP="00DC34CE">
            <w:pPr>
              <w:pStyle w:val="aa"/>
              <w:jc w:val="center"/>
              <w:rPr>
                <w:rFonts w:cs="Times New Roman"/>
                <w:highlight w:val="yellow"/>
              </w:rPr>
            </w:pPr>
            <w:r>
              <w:t>__________</w:t>
            </w:r>
            <w:r w:rsidR="004679B4" w:rsidRPr="007826D2">
              <w:rPr>
                <w:rFonts w:eastAsiaTheme="minorEastAsia" w:cs="Times New Roman"/>
              </w:rPr>
              <w:t>*</w:t>
            </w:r>
          </w:p>
        </w:tc>
      </w:tr>
      <w:tr w:rsidR="004679B4" w:rsidRPr="00167199" w14:paraId="2BD09EC1" w14:textId="77777777" w:rsidTr="00ED1D20">
        <w:tc>
          <w:tcPr>
            <w:tcW w:w="567" w:type="dxa"/>
            <w:vAlign w:val="center"/>
          </w:tcPr>
          <w:p w14:paraId="7159F962" w14:textId="77777777" w:rsidR="004679B4" w:rsidRPr="007826D2" w:rsidRDefault="004679B4" w:rsidP="0079513A">
            <w:pPr>
              <w:pStyle w:val="a1"/>
              <w:numPr>
                <w:ilvl w:val="0"/>
                <w:numId w:val="0"/>
              </w:numPr>
              <w:rPr>
                <w:rFonts w:cs="Times New Roman"/>
                <w:lang w:val="ru-RU"/>
              </w:rPr>
            </w:pPr>
            <w:r w:rsidRPr="007826D2">
              <w:rPr>
                <w:rFonts w:cs="Times New Roman"/>
                <w:lang w:val="ru-RU"/>
              </w:rPr>
              <w:t>8</w:t>
            </w:r>
          </w:p>
        </w:tc>
        <w:tc>
          <w:tcPr>
            <w:tcW w:w="5954" w:type="dxa"/>
            <w:vAlign w:val="center"/>
          </w:tcPr>
          <w:p w14:paraId="23C11C7D" w14:textId="77777777" w:rsidR="004679B4" w:rsidRPr="007826D2" w:rsidRDefault="004679B4" w:rsidP="00C122C9">
            <w:pPr>
              <w:pStyle w:val="aa"/>
              <w:rPr>
                <w:rFonts w:cs="Times New Roman"/>
                <w:highlight w:val="yellow"/>
              </w:rPr>
            </w:pPr>
            <w:r w:rsidRPr="007826D2">
              <w:rPr>
                <w:rFonts w:eastAsiaTheme="minorEastAsia" w:cs="Times New Roman"/>
              </w:rPr>
              <w:t xml:space="preserve">Накопители </w:t>
            </w:r>
            <w:r w:rsidRPr="007826D2">
              <w:rPr>
                <w:rFonts w:eastAsiaTheme="minorEastAsia" w:cs="Times New Roman"/>
                <w:lang w:val="en-US"/>
              </w:rPr>
              <w:t>SSD</w:t>
            </w:r>
            <w:r w:rsidRPr="007826D2">
              <w:rPr>
                <w:rFonts w:eastAsiaTheme="minorEastAsia" w:cs="Times New Roman"/>
              </w:rPr>
              <w:t>, шт.:</w:t>
            </w:r>
          </w:p>
        </w:tc>
        <w:tc>
          <w:tcPr>
            <w:tcW w:w="2835" w:type="dxa"/>
            <w:vAlign w:val="center"/>
          </w:tcPr>
          <w:p w14:paraId="426EB2DD" w14:textId="5BF0A03C" w:rsidR="004679B4" w:rsidRPr="007826D2" w:rsidRDefault="00A563D0" w:rsidP="00DC34CE">
            <w:pPr>
              <w:pStyle w:val="aa"/>
              <w:jc w:val="center"/>
              <w:rPr>
                <w:rFonts w:cs="Times New Roman"/>
                <w:highlight w:val="yellow"/>
              </w:rPr>
            </w:pPr>
            <w:r>
              <w:t>__________</w:t>
            </w:r>
            <w:r w:rsidR="004679B4" w:rsidRPr="007826D2">
              <w:rPr>
                <w:rFonts w:eastAsiaTheme="minorEastAsia" w:cs="Times New Roman"/>
              </w:rPr>
              <w:t>*</w:t>
            </w:r>
          </w:p>
        </w:tc>
      </w:tr>
      <w:tr w:rsidR="004679B4" w:rsidRPr="00167199" w14:paraId="009DAF4C" w14:textId="77777777" w:rsidTr="00ED1D20">
        <w:tc>
          <w:tcPr>
            <w:tcW w:w="567" w:type="dxa"/>
            <w:vAlign w:val="center"/>
          </w:tcPr>
          <w:p w14:paraId="7D671D1D" w14:textId="77777777" w:rsidR="004679B4" w:rsidRPr="007826D2" w:rsidRDefault="004679B4" w:rsidP="0079513A">
            <w:pPr>
              <w:pStyle w:val="a1"/>
              <w:numPr>
                <w:ilvl w:val="0"/>
                <w:numId w:val="0"/>
              </w:numPr>
              <w:rPr>
                <w:rFonts w:cs="Times New Roman"/>
                <w:lang w:val="ru-RU"/>
              </w:rPr>
            </w:pPr>
            <w:r w:rsidRPr="007826D2">
              <w:rPr>
                <w:rFonts w:cs="Times New Roman"/>
                <w:lang w:val="ru-RU"/>
              </w:rPr>
              <w:t>9</w:t>
            </w:r>
          </w:p>
        </w:tc>
        <w:tc>
          <w:tcPr>
            <w:tcW w:w="5954" w:type="dxa"/>
            <w:vAlign w:val="center"/>
          </w:tcPr>
          <w:p w14:paraId="77D4DAEA" w14:textId="77777777" w:rsidR="004679B4" w:rsidRPr="007826D2" w:rsidRDefault="004679B4" w:rsidP="004679B4">
            <w:pPr>
              <w:pStyle w:val="aa"/>
              <w:rPr>
                <w:rFonts w:eastAsiaTheme="minorEastAsia" w:cs="Times New Roman"/>
              </w:rPr>
            </w:pPr>
            <w:r w:rsidRPr="007826D2">
              <w:rPr>
                <w:rFonts w:eastAsiaTheme="minorEastAsia" w:cs="Times New Roman"/>
              </w:rPr>
              <w:t xml:space="preserve">Объём каждого из накопителей </w:t>
            </w:r>
            <w:r w:rsidRPr="007826D2">
              <w:rPr>
                <w:rFonts w:eastAsiaTheme="minorEastAsia" w:cs="Times New Roman"/>
                <w:lang w:val="en-US"/>
              </w:rPr>
              <w:t>SSD</w:t>
            </w:r>
            <w:r w:rsidRPr="007826D2">
              <w:rPr>
                <w:rFonts w:eastAsiaTheme="minorEastAsia" w:cs="Times New Roman"/>
              </w:rPr>
              <w:t>, Тб:</w:t>
            </w:r>
          </w:p>
        </w:tc>
        <w:tc>
          <w:tcPr>
            <w:tcW w:w="2835" w:type="dxa"/>
            <w:vAlign w:val="center"/>
          </w:tcPr>
          <w:p w14:paraId="3BDF4D1A" w14:textId="020E312B" w:rsidR="004679B4" w:rsidRPr="007826D2" w:rsidRDefault="00A563D0" w:rsidP="00DC34CE">
            <w:pPr>
              <w:pStyle w:val="aa"/>
              <w:jc w:val="center"/>
              <w:rPr>
                <w:rFonts w:cs="Times New Roman"/>
                <w:highlight w:val="yellow"/>
              </w:rPr>
            </w:pPr>
            <w:r>
              <w:t>__________</w:t>
            </w:r>
            <w:r w:rsidR="004679B4" w:rsidRPr="007826D2">
              <w:rPr>
                <w:rFonts w:eastAsiaTheme="minorEastAsia" w:cs="Times New Roman"/>
              </w:rPr>
              <w:t>*</w:t>
            </w:r>
          </w:p>
        </w:tc>
      </w:tr>
      <w:tr w:rsidR="004679B4" w:rsidRPr="00167199" w14:paraId="022FF94F" w14:textId="77777777" w:rsidTr="00ED1D20">
        <w:tc>
          <w:tcPr>
            <w:tcW w:w="567" w:type="dxa"/>
            <w:vAlign w:val="center"/>
          </w:tcPr>
          <w:p w14:paraId="3C5AA9B6" w14:textId="77777777" w:rsidR="004679B4" w:rsidRPr="007826D2" w:rsidRDefault="004679B4" w:rsidP="0079513A">
            <w:pPr>
              <w:pStyle w:val="a1"/>
              <w:numPr>
                <w:ilvl w:val="0"/>
                <w:numId w:val="0"/>
              </w:numPr>
              <w:rPr>
                <w:rFonts w:cs="Times New Roman"/>
                <w:lang w:val="ru-RU"/>
              </w:rPr>
            </w:pPr>
            <w:r w:rsidRPr="007826D2">
              <w:rPr>
                <w:rFonts w:cs="Times New Roman"/>
                <w:lang w:val="ru-RU"/>
              </w:rPr>
              <w:lastRenderedPageBreak/>
              <w:t>10</w:t>
            </w:r>
          </w:p>
        </w:tc>
        <w:tc>
          <w:tcPr>
            <w:tcW w:w="5954" w:type="dxa"/>
            <w:vAlign w:val="center"/>
          </w:tcPr>
          <w:p w14:paraId="7D2D804F" w14:textId="77777777" w:rsidR="004679B4" w:rsidRPr="007826D2" w:rsidRDefault="004679B4" w:rsidP="004679B4">
            <w:pPr>
              <w:pStyle w:val="aa"/>
              <w:rPr>
                <w:rFonts w:cs="Times New Roman"/>
                <w:highlight w:val="yellow"/>
              </w:rPr>
            </w:pPr>
            <w:r w:rsidRPr="007826D2">
              <w:rPr>
                <w:rFonts w:eastAsiaTheme="minorEastAsia" w:cs="Times New Roman"/>
              </w:rPr>
              <w:t xml:space="preserve">Ресурс каждого из накопителей </w:t>
            </w:r>
            <w:r w:rsidRPr="007826D2">
              <w:rPr>
                <w:rFonts w:eastAsiaTheme="minorEastAsia" w:cs="Times New Roman"/>
                <w:lang w:val="en-US"/>
              </w:rPr>
              <w:t>SSD</w:t>
            </w:r>
            <w:r w:rsidRPr="007826D2">
              <w:rPr>
                <w:rFonts w:eastAsiaTheme="minorEastAsia" w:cs="Times New Roman"/>
              </w:rPr>
              <w:t>, DWPD (количество перезаписей всего объема накопителя в день в течении 5 лет):</w:t>
            </w:r>
          </w:p>
        </w:tc>
        <w:tc>
          <w:tcPr>
            <w:tcW w:w="2835" w:type="dxa"/>
            <w:vAlign w:val="center"/>
          </w:tcPr>
          <w:p w14:paraId="55A05028" w14:textId="2D226717" w:rsidR="004679B4" w:rsidRPr="007826D2" w:rsidRDefault="00A563D0" w:rsidP="00DC34CE">
            <w:pPr>
              <w:pStyle w:val="aa"/>
              <w:jc w:val="center"/>
              <w:rPr>
                <w:rFonts w:cs="Times New Roman"/>
                <w:highlight w:val="yellow"/>
              </w:rPr>
            </w:pPr>
            <w:r>
              <w:t>__________</w:t>
            </w:r>
            <w:r w:rsidR="004679B4" w:rsidRPr="007826D2">
              <w:rPr>
                <w:rFonts w:eastAsiaTheme="minorEastAsia" w:cs="Times New Roman"/>
              </w:rPr>
              <w:t>*</w:t>
            </w:r>
          </w:p>
        </w:tc>
      </w:tr>
      <w:tr w:rsidR="004679B4" w:rsidRPr="00167199" w14:paraId="30BF7AF7" w14:textId="77777777" w:rsidTr="00ED1D20">
        <w:tc>
          <w:tcPr>
            <w:tcW w:w="567" w:type="dxa"/>
            <w:vAlign w:val="center"/>
          </w:tcPr>
          <w:p w14:paraId="057BF8F6" w14:textId="77777777" w:rsidR="004679B4" w:rsidRPr="007826D2" w:rsidRDefault="004679B4" w:rsidP="0079513A">
            <w:pPr>
              <w:pStyle w:val="a1"/>
              <w:numPr>
                <w:ilvl w:val="0"/>
                <w:numId w:val="0"/>
              </w:numPr>
              <w:rPr>
                <w:rFonts w:cs="Times New Roman"/>
                <w:lang w:val="ru-RU"/>
              </w:rPr>
            </w:pPr>
            <w:r w:rsidRPr="007826D2">
              <w:rPr>
                <w:rFonts w:cs="Times New Roman"/>
                <w:lang w:val="ru-RU"/>
              </w:rPr>
              <w:t>11</w:t>
            </w:r>
          </w:p>
        </w:tc>
        <w:tc>
          <w:tcPr>
            <w:tcW w:w="5954" w:type="dxa"/>
            <w:vAlign w:val="center"/>
          </w:tcPr>
          <w:p w14:paraId="000A9DC3" w14:textId="77777777" w:rsidR="004679B4" w:rsidRPr="007826D2" w:rsidRDefault="004679B4" w:rsidP="004679B4">
            <w:pPr>
              <w:pStyle w:val="aa"/>
              <w:rPr>
                <w:rFonts w:eastAsiaTheme="minorEastAsia" w:cs="Times New Roman"/>
              </w:rPr>
            </w:pPr>
            <w:r w:rsidRPr="007826D2">
              <w:rPr>
                <w:rFonts w:eastAsiaTheme="minorEastAsia" w:cs="Times New Roman"/>
              </w:rPr>
              <w:t xml:space="preserve">Установленные </w:t>
            </w:r>
            <w:r w:rsidRPr="007826D2">
              <w:rPr>
                <w:rFonts w:eastAsiaTheme="minorEastAsia" w:cs="Times New Roman"/>
                <w:lang w:val="en-US"/>
              </w:rPr>
              <w:t>SSD</w:t>
            </w:r>
            <w:r w:rsidRPr="007826D2">
              <w:rPr>
                <w:rFonts w:eastAsiaTheme="minorEastAsia" w:cs="Times New Roman"/>
              </w:rPr>
              <w:t xml:space="preserve"> накопители должны иметь возможность объединения в RAID массив уровней 0, 1</w:t>
            </w:r>
          </w:p>
        </w:tc>
        <w:tc>
          <w:tcPr>
            <w:tcW w:w="2835" w:type="dxa"/>
            <w:vAlign w:val="center"/>
          </w:tcPr>
          <w:p w14:paraId="3252E247" w14:textId="77777777" w:rsidR="004679B4" w:rsidRPr="007826D2" w:rsidRDefault="004679B4" w:rsidP="00DC34CE">
            <w:pPr>
              <w:pStyle w:val="aa"/>
              <w:jc w:val="center"/>
              <w:rPr>
                <w:rFonts w:eastAsiaTheme="minorEastAsia" w:cs="Times New Roman"/>
              </w:rPr>
            </w:pPr>
            <w:r w:rsidRPr="007826D2">
              <w:rPr>
                <w:rFonts w:cs="Times New Roman"/>
              </w:rPr>
              <w:t>Соответствует</w:t>
            </w:r>
          </w:p>
        </w:tc>
      </w:tr>
      <w:tr w:rsidR="004679B4" w:rsidRPr="00167199" w14:paraId="5885F152" w14:textId="77777777" w:rsidTr="00ED1D20">
        <w:tc>
          <w:tcPr>
            <w:tcW w:w="567" w:type="dxa"/>
            <w:vAlign w:val="center"/>
          </w:tcPr>
          <w:p w14:paraId="3CDD26A7" w14:textId="77777777" w:rsidR="004679B4" w:rsidRPr="007826D2" w:rsidRDefault="004679B4" w:rsidP="0079513A">
            <w:pPr>
              <w:pStyle w:val="a1"/>
              <w:numPr>
                <w:ilvl w:val="0"/>
                <w:numId w:val="0"/>
              </w:numPr>
              <w:rPr>
                <w:rFonts w:cs="Times New Roman"/>
                <w:lang w:val="ru-RU"/>
              </w:rPr>
            </w:pPr>
            <w:r w:rsidRPr="007826D2">
              <w:rPr>
                <w:rFonts w:cs="Times New Roman"/>
                <w:lang w:val="ru-RU"/>
              </w:rPr>
              <w:t>12</w:t>
            </w:r>
          </w:p>
        </w:tc>
        <w:tc>
          <w:tcPr>
            <w:tcW w:w="5954" w:type="dxa"/>
            <w:vAlign w:val="center"/>
          </w:tcPr>
          <w:p w14:paraId="0B20B51B" w14:textId="77777777" w:rsidR="004679B4" w:rsidRPr="007826D2" w:rsidRDefault="004679B4" w:rsidP="00C122C9">
            <w:pPr>
              <w:pStyle w:val="aa"/>
              <w:rPr>
                <w:rFonts w:cs="Times New Roman"/>
                <w:highlight w:val="yellow"/>
              </w:rPr>
            </w:pPr>
            <w:r w:rsidRPr="007826D2">
              <w:rPr>
                <w:rFonts w:eastAsiaTheme="minorEastAsia" w:cs="Times New Roman"/>
              </w:rPr>
              <w:t>Количество зарезервированных блоков питания, шт.:</w:t>
            </w:r>
          </w:p>
        </w:tc>
        <w:tc>
          <w:tcPr>
            <w:tcW w:w="2835" w:type="dxa"/>
            <w:vAlign w:val="center"/>
          </w:tcPr>
          <w:p w14:paraId="00D07786" w14:textId="01AFCEAB" w:rsidR="004679B4" w:rsidRPr="007826D2" w:rsidRDefault="00A563D0" w:rsidP="00DC34CE">
            <w:pPr>
              <w:pStyle w:val="aa"/>
              <w:jc w:val="center"/>
              <w:rPr>
                <w:rFonts w:cs="Times New Roman"/>
                <w:highlight w:val="yellow"/>
              </w:rPr>
            </w:pPr>
            <w:r>
              <w:t>__________</w:t>
            </w:r>
            <w:r w:rsidR="004679B4" w:rsidRPr="007826D2">
              <w:rPr>
                <w:rFonts w:eastAsiaTheme="minorEastAsia" w:cs="Times New Roman"/>
              </w:rPr>
              <w:t>*</w:t>
            </w:r>
          </w:p>
        </w:tc>
      </w:tr>
      <w:tr w:rsidR="004679B4" w:rsidRPr="00167199" w14:paraId="488F09CE" w14:textId="77777777" w:rsidTr="00ED1D20">
        <w:tc>
          <w:tcPr>
            <w:tcW w:w="567" w:type="dxa"/>
            <w:vAlign w:val="center"/>
          </w:tcPr>
          <w:p w14:paraId="2587C5FC" w14:textId="77777777" w:rsidR="004679B4" w:rsidRPr="007826D2" w:rsidRDefault="004679B4" w:rsidP="0079513A">
            <w:pPr>
              <w:pStyle w:val="a1"/>
              <w:numPr>
                <w:ilvl w:val="0"/>
                <w:numId w:val="0"/>
              </w:numPr>
              <w:rPr>
                <w:rFonts w:cs="Times New Roman"/>
                <w:lang w:val="ru-RU"/>
              </w:rPr>
            </w:pPr>
            <w:r w:rsidRPr="007826D2">
              <w:rPr>
                <w:rFonts w:cs="Times New Roman"/>
                <w:lang w:val="ru-RU"/>
              </w:rPr>
              <w:t>13</w:t>
            </w:r>
          </w:p>
        </w:tc>
        <w:tc>
          <w:tcPr>
            <w:tcW w:w="5954" w:type="dxa"/>
            <w:vAlign w:val="center"/>
          </w:tcPr>
          <w:p w14:paraId="64C328C4" w14:textId="77777777" w:rsidR="004679B4" w:rsidRPr="007826D2" w:rsidRDefault="004679B4" w:rsidP="00C122C9">
            <w:pPr>
              <w:pStyle w:val="aa"/>
              <w:rPr>
                <w:rFonts w:cs="Times New Roman"/>
              </w:rPr>
            </w:pPr>
            <w:r w:rsidRPr="007826D2">
              <w:rPr>
                <w:rFonts w:eastAsiaTheme="minorEastAsia" w:cs="Times New Roman"/>
              </w:rPr>
              <w:t>Стандарт каждого из зарезервированных блоков питания:</w:t>
            </w:r>
          </w:p>
        </w:tc>
        <w:tc>
          <w:tcPr>
            <w:tcW w:w="2835" w:type="dxa"/>
            <w:vAlign w:val="center"/>
          </w:tcPr>
          <w:p w14:paraId="2DFFC756" w14:textId="1837CD0C" w:rsidR="004679B4" w:rsidRPr="007826D2" w:rsidRDefault="00A563D0" w:rsidP="00DC34CE">
            <w:pPr>
              <w:pStyle w:val="aa"/>
              <w:jc w:val="center"/>
              <w:rPr>
                <w:rFonts w:cs="Times New Roman"/>
              </w:rPr>
            </w:pPr>
            <w:r>
              <w:t>__________</w:t>
            </w:r>
            <w:r w:rsidR="004679B4" w:rsidRPr="007826D2">
              <w:rPr>
                <w:rFonts w:eastAsiaTheme="minorEastAsia" w:cs="Times New Roman"/>
              </w:rPr>
              <w:t>*</w:t>
            </w:r>
          </w:p>
        </w:tc>
      </w:tr>
      <w:tr w:rsidR="004679B4" w:rsidRPr="00167199" w14:paraId="06EDB455" w14:textId="77777777" w:rsidTr="00ED1D20">
        <w:tc>
          <w:tcPr>
            <w:tcW w:w="567" w:type="dxa"/>
            <w:vAlign w:val="center"/>
          </w:tcPr>
          <w:p w14:paraId="3277FC54" w14:textId="77777777" w:rsidR="004679B4" w:rsidRPr="007826D2" w:rsidRDefault="004679B4" w:rsidP="0079513A">
            <w:pPr>
              <w:pStyle w:val="a1"/>
              <w:numPr>
                <w:ilvl w:val="0"/>
                <w:numId w:val="0"/>
              </w:numPr>
              <w:rPr>
                <w:rFonts w:cs="Times New Roman"/>
                <w:lang w:val="ru-RU"/>
              </w:rPr>
            </w:pPr>
            <w:r w:rsidRPr="007826D2">
              <w:rPr>
                <w:rFonts w:cs="Times New Roman"/>
                <w:lang w:val="ru-RU"/>
              </w:rPr>
              <w:t>14</w:t>
            </w:r>
          </w:p>
        </w:tc>
        <w:tc>
          <w:tcPr>
            <w:tcW w:w="5954" w:type="dxa"/>
            <w:vAlign w:val="center"/>
          </w:tcPr>
          <w:p w14:paraId="4017E9D9" w14:textId="77777777" w:rsidR="004679B4" w:rsidRPr="007826D2" w:rsidRDefault="004679B4" w:rsidP="00C122C9">
            <w:pPr>
              <w:pStyle w:val="aa"/>
              <w:rPr>
                <w:rFonts w:eastAsiaTheme="minorEastAsia" w:cs="Times New Roman"/>
              </w:rPr>
            </w:pPr>
            <w:r w:rsidRPr="007826D2">
              <w:rPr>
                <w:rFonts w:eastAsiaTheme="minorEastAsia" w:cs="Times New Roman"/>
              </w:rPr>
              <w:t>Мощность каждого из зарезервированных блоков питания, Ватт:</w:t>
            </w:r>
          </w:p>
        </w:tc>
        <w:tc>
          <w:tcPr>
            <w:tcW w:w="2835" w:type="dxa"/>
            <w:vAlign w:val="center"/>
          </w:tcPr>
          <w:p w14:paraId="707300AC" w14:textId="069639AB" w:rsidR="004679B4" w:rsidRPr="007826D2" w:rsidRDefault="00A563D0" w:rsidP="00DC34CE">
            <w:pPr>
              <w:pStyle w:val="aa"/>
              <w:jc w:val="center"/>
              <w:rPr>
                <w:rFonts w:cs="Times New Roman"/>
              </w:rPr>
            </w:pPr>
            <w:r>
              <w:t>__________</w:t>
            </w:r>
            <w:r w:rsidR="004679B4" w:rsidRPr="007826D2">
              <w:rPr>
                <w:rFonts w:eastAsiaTheme="minorEastAsia" w:cs="Times New Roman"/>
              </w:rPr>
              <w:t>*</w:t>
            </w:r>
          </w:p>
        </w:tc>
      </w:tr>
      <w:tr w:rsidR="00502092" w:rsidRPr="00167199" w14:paraId="500ED776" w14:textId="77777777" w:rsidTr="00ED1D20">
        <w:tc>
          <w:tcPr>
            <w:tcW w:w="567" w:type="dxa"/>
            <w:vAlign w:val="center"/>
          </w:tcPr>
          <w:p w14:paraId="682BDF71" w14:textId="77777777" w:rsidR="00502092" w:rsidRPr="007826D2" w:rsidRDefault="00502092" w:rsidP="0079513A">
            <w:pPr>
              <w:pStyle w:val="a1"/>
              <w:numPr>
                <w:ilvl w:val="0"/>
                <w:numId w:val="0"/>
              </w:numPr>
              <w:rPr>
                <w:rFonts w:cs="Times New Roman"/>
                <w:lang w:val="ru-RU"/>
              </w:rPr>
            </w:pPr>
            <w:r w:rsidRPr="007826D2">
              <w:rPr>
                <w:rFonts w:cs="Times New Roman"/>
                <w:lang w:val="ru-RU"/>
              </w:rPr>
              <w:t>15</w:t>
            </w:r>
          </w:p>
        </w:tc>
        <w:tc>
          <w:tcPr>
            <w:tcW w:w="5954" w:type="dxa"/>
            <w:vAlign w:val="center"/>
          </w:tcPr>
          <w:p w14:paraId="7627E596" w14:textId="77777777" w:rsidR="00502092" w:rsidRPr="007826D2" w:rsidRDefault="00502092" w:rsidP="00502092">
            <w:pPr>
              <w:pStyle w:val="aa"/>
              <w:rPr>
                <w:rFonts w:eastAsiaTheme="minorEastAsia" w:cs="Times New Roman"/>
              </w:rPr>
            </w:pPr>
            <w:r w:rsidRPr="007826D2">
              <w:rPr>
                <w:rFonts w:eastAsiaTheme="minorEastAsia" w:cs="Times New Roman"/>
              </w:rPr>
              <w:t>Тип разъема кабеля питания в комплекте</w:t>
            </w:r>
          </w:p>
        </w:tc>
        <w:tc>
          <w:tcPr>
            <w:tcW w:w="2835" w:type="dxa"/>
            <w:vAlign w:val="center"/>
          </w:tcPr>
          <w:p w14:paraId="739FAF23" w14:textId="77777777" w:rsidR="00502092" w:rsidRPr="007826D2" w:rsidRDefault="00502092" w:rsidP="00DC34CE">
            <w:pPr>
              <w:pStyle w:val="aa"/>
              <w:jc w:val="center"/>
              <w:rPr>
                <w:rFonts w:eastAsiaTheme="minorEastAsia" w:cs="Times New Roman"/>
              </w:rPr>
            </w:pPr>
            <w:r w:rsidRPr="007826D2">
              <w:rPr>
                <w:rFonts w:eastAsiaTheme="minorEastAsia" w:cs="Times New Roman"/>
              </w:rPr>
              <w:t>C13/C14</w:t>
            </w:r>
          </w:p>
        </w:tc>
      </w:tr>
      <w:tr w:rsidR="00502092" w:rsidRPr="00167199" w14:paraId="1B8DCE10" w14:textId="77777777" w:rsidTr="00ED1D20">
        <w:tc>
          <w:tcPr>
            <w:tcW w:w="567" w:type="dxa"/>
            <w:vAlign w:val="center"/>
          </w:tcPr>
          <w:p w14:paraId="646CAC8C" w14:textId="77777777" w:rsidR="00502092" w:rsidRPr="007826D2" w:rsidRDefault="00502092" w:rsidP="0079513A">
            <w:pPr>
              <w:pStyle w:val="a1"/>
              <w:numPr>
                <w:ilvl w:val="0"/>
                <w:numId w:val="0"/>
              </w:numPr>
              <w:rPr>
                <w:rFonts w:cs="Times New Roman"/>
                <w:lang w:val="ru-RU"/>
              </w:rPr>
            </w:pPr>
            <w:r w:rsidRPr="007826D2">
              <w:rPr>
                <w:rFonts w:cs="Times New Roman"/>
                <w:lang w:val="ru-RU"/>
              </w:rPr>
              <w:t>16</w:t>
            </w:r>
          </w:p>
        </w:tc>
        <w:tc>
          <w:tcPr>
            <w:tcW w:w="5954" w:type="dxa"/>
            <w:vAlign w:val="center"/>
          </w:tcPr>
          <w:p w14:paraId="3824592B" w14:textId="77777777" w:rsidR="00502092" w:rsidRPr="007826D2" w:rsidRDefault="00502092" w:rsidP="00502092">
            <w:pPr>
              <w:pStyle w:val="aa"/>
              <w:rPr>
                <w:rFonts w:eastAsiaTheme="minorEastAsia" w:cs="Times New Roman"/>
              </w:rPr>
            </w:pPr>
            <w:r w:rsidRPr="007826D2">
              <w:rPr>
                <w:rFonts w:eastAsia="Times New Roman" w:cs="Times New Roman"/>
                <w:color w:val="000000"/>
                <w:lang w:eastAsia="ar-SA"/>
              </w:rPr>
              <w:t>Наличие индикаторов неисправности на корпусе или дисплея для отображения диагностических кодов</w:t>
            </w:r>
          </w:p>
        </w:tc>
        <w:tc>
          <w:tcPr>
            <w:tcW w:w="2835" w:type="dxa"/>
            <w:vAlign w:val="center"/>
          </w:tcPr>
          <w:p w14:paraId="657D8615" w14:textId="77777777" w:rsidR="00502092" w:rsidRPr="007826D2" w:rsidRDefault="00502092" w:rsidP="00DC34CE">
            <w:pPr>
              <w:pStyle w:val="aa"/>
              <w:jc w:val="center"/>
              <w:rPr>
                <w:rFonts w:cs="Times New Roman"/>
              </w:rPr>
            </w:pPr>
            <w:r w:rsidRPr="007826D2">
              <w:rPr>
                <w:rFonts w:cs="Times New Roman"/>
              </w:rPr>
              <w:t>Наличие</w:t>
            </w:r>
          </w:p>
        </w:tc>
      </w:tr>
      <w:tr w:rsidR="00502092" w:rsidRPr="00167199" w14:paraId="0E182B2F" w14:textId="77777777" w:rsidTr="00ED1D20">
        <w:tc>
          <w:tcPr>
            <w:tcW w:w="567" w:type="dxa"/>
            <w:vAlign w:val="center"/>
          </w:tcPr>
          <w:p w14:paraId="2A270E03" w14:textId="77777777" w:rsidR="00502092" w:rsidRPr="007826D2" w:rsidRDefault="00502092" w:rsidP="0079513A">
            <w:pPr>
              <w:pStyle w:val="a1"/>
              <w:numPr>
                <w:ilvl w:val="0"/>
                <w:numId w:val="0"/>
              </w:numPr>
              <w:rPr>
                <w:rFonts w:cs="Times New Roman"/>
                <w:lang w:val="ru-RU"/>
              </w:rPr>
            </w:pPr>
            <w:r w:rsidRPr="007826D2">
              <w:rPr>
                <w:rFonts w:cs="Times New Roman"/>
                <w:lang w:val="ru-RU"/>
              </w:rPr>
              <w:t>17</w:t>
            </w:r>
          </w:p>
        </w:tc>
        <w:tc>
          <w:tcPr>
            <w:tcW w:w="5954" w:type="dxa"/>
            <w:vAlign w:val="center"/>
          </w:tcPr>
          <w:p w14:paraId="37514688" w14:textId="77777777" w:rsidR="00502092" w:rsidRPr="007826D2" w:rsidRDefault="00502092" w:rsidP="00502092">
            <w:pPr>
              <w:pStyle w:val="aa"/>
              <w:rPr>
                <w:rFonts w:eastAsiaTheme="minorEastAsia" w:cs="Times New Roman"/>
              </w:rPr>
            </w:pPr>
            <w:r w:rsidRPr="007826D2">
              <w:rPr>
                <w:rFonts w:eastAsiaTheme="minorEastAsia" w:cs="Times New Roman"/>
              </w:rPr>
              <w:t>Количество портов Ethernet 25Гб/с SFP+, с установленными трансиверами Multi-mode (850 nm, LC), шт.:</w:t>
            </w:r>
          </w:p>
        </w:tc>
        <w:tc>
          <w:tcPr>
            <w:tcW w:w="2835" w:type="dxa"/>
            <w:vAlign w:val="center"/>
          </w:tcPr>
          <w:p w14:paraId="440BA726" w14:textId="6E1F073F" w:rsidR="00502092" w:rsidRPr="007826D2" w:rsidRDefault="00A563D0" w:rsidP="00DC34CE">
            <w:pPr>
              <w:pStyle w:val="aa"/>
              <w:jc w:val="center"/>
              <w:rPr>
                <w:rFonts w:cs="Times New Roman"/>
              </w:rPr>
            </w:pPr>
            <w:r>
              <w:t>__________</w:t>
            </w:r>
            <w:r w:rsidR="00502092" w:rsidRPr="007826D2">
              <w:rPr>
                <w:rFonts w:eastAsiaTheme="minorEastAsia" w:cs="Times New Roman"/>
              </w:rPr>
              <w:t>*</w:t>
            </w:r>
          </w:p>
        </w:tc>
      </w:tr>
      <w:tr w:rsidR="00502092" w:rsidRPr="00167199" w14:paraId="091496F4" w14:textId="77777777" w:rsidTr="00ED1D20">
        <w:tc>
          <w:tcPr>
            <w:tcW w:w="567" w:type="dxa"/>
            <w:vAlign w:val="center"/>
          </w:tcPr>
          <w:p w14:paraId="503D5D66" w14:textId="77777777" w:rsidR="00502092" w:rsidRPr="007826D2" w:rsidRDefault="00502092" w:rsidP="0079513A">
            <w:pPr>
              <w:pStyle w:val="a1"/>
              <w:numPr>
                <w:ilvl w:val="0"/>
                <w:numId w:val="0"/>
              </w:numPr>
              <w:rPr>
                <w:rFonts w:cs="Times New Roman"/>
                <w:lang w:val="ru-RU"/>
              </w:rPr>
            </w:pPr>
            <w:r w:rsidRPr="007826D2">
              <w:rPr>
                <w:rFonts w:cs="Times New Roman"/>
                <w:lang w:val="ru-RU"/>
              </w:rPr>
              <w:t>18</w:t>
            </w:r>
          </w:p>
        </w:tc>
        <w:tc>
          <w:tcPr>
            <w:tcW w:w="5954" w:type="dxa"/>
            <w:vAlign w:val="center"/>
          </w:tcPr>
          <w:p w14:paraId="5D34FC27" w14:textId="77777777" w:rsidR="00502092" w:rsidRPr="007826D2" w:rsidRDefault="00502092" w:rsidP="00502092">
            <w:pPr>
              <w:pStyle w:val="aa"/>
              <w:rPr>
                <w:rFonts w:eastAsiaTheme="minorEastAsia" w:cs="Times New Roman"/>
              </w:rPr>
            </w:pPr>
            <w:r w:rsidRPr="007826D2">
              <w:rPr>
                <w:rFonts w:eastAsiaTheme="minorEastAsia" w:cs="Times New Roman"/>
              </w:rPr>
              <w:t xml:space="preserve">Для портов Ethernet 25Гб/с SFP+ - дальность передачи каждого из трансиверов Multi-mode (850 nm, LC), </w:t>
            </w:r>
            <w:r w:rsidRPr="007826D2">
              <w:rPr>
                <w:rFonts w:eastAsiaTheme="minorEastAsia" w:cs="Times New Roman"/>
                <w:lang w:val="en-US"/>
              </w:rPr>
              <w:t>km</w:t>
            </w:r>
            <w:r w:rsidRPr="007826D2">
              <w:rPr>
                <w:rFonts w:eastAsiaTheme="minorEastAsia" w:cs="Times New Roman"/>
              </w:rPr>
              <w:t>:</w:t>
            </w:r>
          </w:p>
        </w:tc>
        <w:tc>
          <w:tcPr>
            <w:tcW w:w="2835" w:type="dxa"/>
            <w:vAlign w:val="center"/>
          </w:tcPr>
          <w:p w14:paraId="54BA45CC" w14:textId="35F7BFF1" w:rsidR="00502092" w:rsidRPr="007826D2" w:rsidRDefault="00A563D0" w:rsidP="00DC34CE">
            <w:pPr>
              <w:pStyle w:val="aa"/>
              <w:jc w:val="center"/>
              <w:rPr>
                <w:rFonts w:cs="Times New Roman"/>
              </w:rPr>
            </w:pPr>
            <w:r>
              <w:t>__________</w:t>
            </w:r>
            <w:r w:rsidR="00502092" w:rsidRPr="007826D2">
              <w:rPr>
                <w:rFonts w:eastAsiaTheme="minorEastAsia" w:cs="Times New Roman"/>
              </w:rPr>
              <w:t>*</w:t>
            </w:r>
          </w:p>
        </w:tc>
      </w:tr>
      <w:tr w:rsidR="00502092" w:rsidRPr="00167199" w14:paraId="24380321" w14:textId="77777777" w:rsidTr="00ED1D20">
        <w:tc>
          <w:tcPr>
            <w:tcW w:w="567" w:type="dxa"/>
            <w:vAlign w:val="center"/>
          </w:tcPr>
          <w:p w14:paraId="75EFBB12" w14:textId="77777777" w:rsidR="00502092" w:rsidRPr="007826D2" w:rsidRDefault="00502092" w:rsidP="0079513A">
            <w:pPr>
              <w:pStyle w:val="a1"/>
              <w:numPr>
                <w:ilvl w:val="0"/>
                <w:numId w:val="0"/>
              </w:numPr>
              <w:rPr>
                <w:rFonts w:cs="Times New Roman"/>
                <w:lang w:val="ru-RU"/>
              </w:rPr>
            </w:pPr>
            <w:r w:rsidRPr="007826D2">
              <w:rPr>
                <w:rFonts w:cs="Times New Roman"/>
                <w:lang w:val="ru-RU"/>
              </w:rPr>
              <w:t>19</w:t>
            </w:r>
          </w:p>
        </w:tc>
        <w:tc>
          <w:tcPr>
            <w:tcW w:w="5954" w:type="dxa"/>
            <w:vAlign w:val="center"/>
          </w:tcPr>
          <w:p w14:paraId="08E896BB" w14:textId="77777777" w:rsidR="00502092" w:rsidRPr="007826D2" w:rsidRDefault="00502092" w:rsidP="00502092">
            <w:pPr>
              <w:pStyle w:val="aa"/>
              <w:rPr>
                <w:rFonts w:eastAsiaTheme="minorEastAsia" w:cs="Times New Roman"/>
              </w:rPr>
            </w:pPr>
            <w:r w:rsidRPr="007826D2">
              <w:rPr>
                <w:rFonts w:eastAsiaTheme="minorEastAsia" w:cs="Times New Roman"/>
              </w:rPr>
              <w:t>Для портов Ethernet 25Гб/с SFP+ - наличие в комплекте многомодовых оптических патчкордов duplex LC-LC длиной 3 метра, шт.:</w:t>
            </w:r>
          </w:p>
        </w:tc>
        <w:tc>
          <w:tcPr>
            <w:tcW w:w="2835" w:type="dxa"/>
            <w:vAlign w:val="center"/>
          </w:tcPr>
          <w:p w14:paraId="5DEB3AB4" w14:textId="1080EC8F" w:rsidR="00502092" w:rsidRPr="007826D2" w:rsidRDefault="00A563D0" w:rsidP="00DC34CE">
            <w:pPr>
              <w:pStyle w:val="aa"/>
              <w:jc w:val="center"/>
              <w:rPr>
                <w:rFonts w:cs="Times New Roman"/>
              </w:rPr>
            </w:pPr>
            <w:r>
              <w:t>__________</w:t>
            </w:r>
            <w:r w:rsidR="00502092" w:rsidRPr="007826D2">
              <w:rPr>
                <w:rFonts w:eastAsiaTheme="minorEastAsia" w:cs="Times New Roman"/>
              </w:rPr>
              <w:t>*</w:t>
            </w:r>
          </w:p>
        </w:tc>
      </w:tr>
      <w:tr w:rsidR="00502092" w:rsidRPr="00167199" w14:paraId="50C0DD18" w14:textId="77777777" w:rsidTr="00ED1D20">
        <w:tc>
          <w:tcPr>
            <w:tcW w:w="567" w:type="dxa"/>
            <w:vAlign w:val="center"/>
          </w:tcPr>
          <w:p w14:paraId="13DCC682" w14:textId="77777777" w:rsidR="00502092" w:rsidRPr="007826D2" w:rsidRDefault="00502092" w:rsidP="0079513A">
            <w:pPr>
              <w:pStyle w:val="a1"/>
              <w:numPr>
                <w:ilvl w:val="0"/>
                <w:numId w:val="0"/>
              </w:numPr>
              <w:rPr>
                <w:rFonts w:cs="Times New Roman"/>
                <w:lang w:val="ru-RU"/>
              </w:rPr>
            </w:pPr>
            <w:r w:rsidRPr="007826D2">
              <w:rPr>
                <w:rFonts w:cs="Times New Roman"/>
                <w:lang w:val="ru-RU"/>
              </w:rPr>
              <w:t>20</w:t>
            </w:r>
          </w:p>
        </w:tc>
        <w:tc>
          <w:tcPr>
            <w:tcW w:w="5954" w:type="dxa"/>
            <w:vAlign w:val="center"/>
          </w:tcPr>
          <w:p w14:paraId="17B82193" w14:textId="77777777" w:rsidR="00502092" w:rsidRPr="007826D2" w:rsidRDefault="00502092" w:rsidP="00502092">
            <w:pPr>
              <w:pStyle w:val="aa"/>
              <w:rPr>
                <w:rFonts w:cs="Times New Roman"/>
                <w:highlight w:val="yellow"/>
              </w:rPr>
            </w:pPr>
            <w:r w:rsidRPr="007826D2">
              <w:rPr>
                <w:rFonts w:eastAsiaTheme="minorEastAsia" w:cs="Times New Roman"/>
              </w:rPr>
              <w:t>1 выделенный порт удаленного управления 1 Гб/с, удаленная графическая консоль управления, поддержка удаленного монтирования ISO образов</w:t>
            </w:r>
          </w:p>
        </w:tc>
        <w:tc>
          <w:tcPr>
            <w:tcW w:w="2835" w:type="dxa"/>
            <w:vAlign w:val="center"/>
          </w:tcPr>
          <w:p w14:paraId="0DECCEA9" w14:textId="77777777" w:rsidR="00502092" w:rsidRPr="007826D2" w:rsidRDefault="00502092" w:rsidP="00DC34CE">
            <w:pPr>
              <w:pStyle w:val="aa"/>
              <w:jc w:val="center"/>
              <w:rPr>
                <w:rFonts w:cs="Times New Roman"/>
                <w:highlight w:val="yellow"/>
              </w:rPr>
            </w:pPr>
            <w:r w:rsidRPr="007826D2">
              <w:rPr>
                <w:rFonts w:cs="Times New Roman"/>
              </w:rPr>
              <w:t>Наличие</w:t>
            </w:r>
          </w:p>
        </w:tc>
      </w:tr>
      <w:tr w:rsidR="00E110A1" w:rsidRPr="00167199" w14:paraId="5F496D3F" w14:textId="77777777" w:rsidTr="00ED1D20">
        <w:tc>
          <w:tcPr>
            <w:tcW w:w="567" w:type="dxa"/>
            <w:vAlign w:val="center"/>
          </w:tcPr>
          <w:p w14:paraId="157E05AE" w14:textId="018715BC" w:rsidR="00E110A1" w:rsidRPr="007826D2" w:rsidRDefault="00E110A1" w:rsidP="00E110A1">
            <w:pPr>
              <w:pStyle w:val="a1"/>
              <w:numPr>
                <w:ilvl w:val="0"/>
                <w:numId w:val="0"/>
              </w:numPr>
              <w:rPr>
                <w:rFonts w:cs="Times New Roman"/>
                <w:lang w:val="ru-RU"/>
              </w:rPr>
            </w:pPr>
            <w:r w:rsidRPr="007826D2">
              <w:rPr>
                <w:rFonts w:cs="Times New Roman"/>
                <w:lang w:val="ru-RU"/>
              </w:rPr>
              <w:t>21</w:t>
            </w:r>
          </w:p>
        </w:tc>
        <w:tc>
          <w:tcPr>
            <w:tcW w:w="5954" w:type="dxa"/>
            <w:vAlign w:val="center"/>
          </w:tcPr>
          <w:p w14:paraId="2D955458" w14:textId="77777777" w:rsidR="00E110A1" w:rsidRPr="00547329" w:rsidRDefault="00E110A1" w:rsidP="00E110A1">
            <w:pPr>
              <w:spacing w:line="240" w:lineRule="auto"/>
              <w:contextualSpacing/>
              <w:rPr>
                <w:rFonts w:ascii="Times New Roman" w:eastAsiaTheme="minorEastAsia" w:hAnsi="Times New Roman"/>
                <w:lang w:val="en-US"/>
              </w:rPr>
            </w:pPr>
            <w:r w:rsidRPr="00547329">
              <w:rPr>
                <w:rFonts w:ascii="Times New Roman" w:eastAsiaTheme="minorEastAsia" w:hAnsi="Times New Roman"/>
              </w:rPr>
              <w:t>Поддержка</w:t>
            </w:r>
            <w:r w:rsidRPr="00547329">
              <w:rPr>
                <w:rFonts w:ascii="Times New Roman" w:eastAsiaTheme="minorEastAsia" w:hAnsi="Times New Roman"/>
                <w:lang w:val="en-US"/>
              </w:rPr>
              <w:t xml:space="preserve"> </w:t>
            </w:r>
            <w:r w:rsidRPr="00547329">
              <w:rPr>
                <w:rFonts w:ascii="Times New Roman" w:eastAsiaTheme="minorEastAsia" w:hAnsi="Times New Roman"/>
              </w:rPr>
              <w:t>ОС:</w:t>
            </w:r>
            <w:r w:rsidRPr="00547329">
              <w:rPr>
                <w:rFonts w:ascii="Times New Roman" w:eastAsiaTheme="minorEastAsia" w:hAnsi="Times New Roman"/>
                <w:lang w:val="en-US"/>
              </w:rPr>
              <w:t xml:space="preserve">  </w:t>
            </w:r>
          </w:p>
          <w:p w14:paraId="54D17262" w14:textId="77777777" w:rsidR="00E110A1" w:rsidRPr="00547329" w:rsidRDefault="00E110A1" w:rsidP="00E110A1">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547329">
              <w:rPr>
                <w:rFonts w:ascii="Times New Roman" w:eastAsiaTheme="minorEastAsia" w:hAnsi="Times New Roman"/>
              </w:rPr>
              <w:t>А</w:t>
            </w:r>
            <w:r w:rsidRPr="00547329">
              <w:rPr>
                <w:rFonts w:ascii="Times New Roman" w:eastAsiaTheme="minorEastAsia" w:hAnsi="Times New Roman"/>
                <w:lang w:val="en-US"/>
              </w:rPr>
              <w:t>stra Linux</w:t>
            </w:r>
          </w:p>
          <w:p w14:paraId="1EACB24A" w14:textId="210CA51D" w:rsidR="00E110A1" w:rsidRPr="003453A6" w:rsidRDefault="00E110A1" w:rsidP="00E110A1">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3453A6">
              <w:rPr>
                <w:rFonts w:ascii="Times New Roman" w:eastAsiaTheme="minorEastAsia" w:hAnsi="Times New Roman"/>
              </w:rPr>
              <w:t>РЕД ОС</w:t>
            </w:r>
          </w:p>
        </w:tc>
        <w:tc>
          <w:tcPr>
            <w:tcW w:w="2835" w:type="dxa"/>
            <w:vAlign w:val="center"/>
          </w:tcPr>
          <w:p w14:paraId="62407EB2" w14:textId="13910E70" w:rsidR="00E110A1" w:rsidRPr="007826D2" w:rsidRDefault="00E110A1" w:rsidP="00E110A1">
            <w:pPr>
              <w:pStyle w:val="aa"/>
              <w:jc w:val="center"/>
              <w:rPr>
                <w:rFonts w:cs="Times New Roman"/>
              </w:rPr>
            </w:pPr>
            <w:r w:rsidRPr="00547329">
              <w:rPr>
                <w:rFonts w:cs="Times New Roman"/>
              </w:rPr>
              <w:t>Соответствует</w:t>
            </w:r>
          </w:p>
        </w:tc>
      </w:tr>
      <w:tr w:rsidR="00E110A1" w:rsidRPr="00167199" w14:paraId="2DE8DFDD" w14:textId="77777777" w:rsidTr="00ED1D20">
        <w:tc>
          <w:tcPr>
            <w:tcW w:w="567" w:type="dxa"/>
            <w:vAlign w:val="center"/>
          </w:tcPr>
          <w:p w14:paraId="11EEC84C" w14:textId="20245AD5" w:rsidR="00E110A1" w:rsidRPr="007826D2" w:rsidRDefault="00E110A1" w:rsidP="00E110A1">
            <w:pPr>
              <w:pStyle w:val="a1"/>
              <w:numPr>
                <w:ilvl w:val="0"/>
                <w:numId w:val="0"/>
              </w:numPr>
              <w:rPr>
                <w:rFonts w:cs="Times New Roman"/>
                <w:lang w:val="ru-RU"/>
              </w:rPr>
            </w:pPr>
            <w:r w:rsidRPr="007826D2">
              <w:rPr>
                <w:rFonts w:cs="Times New Roman"/>
                <w:lang w:val="ru-RU"/>
              </w:rPr>
              <w:t>22</w:t>
            </w:r>
          </w:p>
        </w:tc>
        <w:tc>
          <w:tcPr>
            <w:tcW w:w="5954" w:type="dxa"/>
          </w:tcPr>
          <w:p w14:paraId="1086D8A4" w14:textId="77777777" w:rsidR="00E110A1" w:rsidRPr="007826D2" w:rsidRDefault="00E110A1" w:rsidP="00E110A1">
            <w:pPr>
              <w:pStyle w:val="aa"/>
              <w:rPr>
                <w:rFonts w:cs="Times New Roman"/>
                <w:highlight w:val="yellow"/>
              </w:rPr>
            </w:pPr>
            <w:r w:rsidRPr="007826D2">
              <w:rPr>
                <w:rFonts w:eastAsiaTheme="minorEastAsia" w:cs="Times New Roman"/>
              </w:rPr>
              <w:t>Поставляется с гарантией производителя, срок гарантии, лет:</w:t>
            </w:r>
          </w:p>
        </w:tc>
        <w:tc>
          <w:tcPr>
            <w:tcW w:w="2835" w:type="dxa"/>
            <w:vAlign w:val="center"/>
          </w:tcPr>
          <w:p w14:paraId="2031B491" w14:textId="694F972F" w:rsidR="00E110A1" w:rsidRPr="007826D2" w:rsidRDefault="00A563D0" w:rsidP="00E110A1">
            <w:pPr>
              <w:pStyle w:val="aa"/>
              <w:jc w:val="center"/>
              <w:rPr>
                <w:rFonts w:cs="Times New Roman"/>
                <w:highlight w:val="yellow"/>
              </w:rPr>
            </w:pPr>
            <w:r>
              <w:t>__________</w:t>
            </w:r>
            <w:r w:rsidR="00E110A1" w:rsidRPr="007826D2">
              <w:rPr>
                <w:rFonts w:eastAsiaTheme="minorEastAsia" w:cs="Times New Roman"/>
              </w:rPr>
              <w:t>*</w:t>
            </w:r>
          </w:p>
        </w:tc>
      </w:tr>
      <w:tr w:rsidR="00E110A1" w:rsidRPr="00167199" w14:paraId="054F8611" w14:textId="77777777" w:rsidTr="00ED1D20">
        <w:tc>
          <w:tcPr>
            <w:tcW w:w="567" w:type="dxa"/>
            <w:vAlign w:val="center"/>
          </w:tcPr>
          <w:p w14:paraId="59E0FC2C" w14:textId="56126DDB" w:rsidR="00E110A1" w:rsidRPr="007826D2" w:rsidRDefault="00E110A1" w:rsidP="00E110A1">
            <w:pPr>
              <w:pStyle w:val="a1"/>
              <w:numPr>
                <w:ilvl w:val="0"/>
                <w:numId w:val="0"/>
              </w:numPr>
              <w:rPr>
                <w:rFonts w:cs="Times New Roman"/>
                <w:lang w:val="ru-RU"/>
              </w:rPr>
            </w:pPr>
            <w:r w:rsidRPr="007826D2">
              <w:rPr>
                <w:rFonts w:cs="Times New Roman"/>
                <w:lang w:val="ru-RU"/>
              </w:rPr>
              <w:t>23</w:t>
            </w:r>
          </w:p>
        </w:tc>
        <w:tc>
          <w:tcPr>
            <w:tcW w:w="5954" w:type="dxa"/>
          </w:tcPr>
          <w:p w14:paraId="27370A7D" w14:textId="2C3F0830" w:rsidR="00E110A1" w:rsidRPr="007826D2" w:rsidRDefault="00E110A1" w:rsidP="00E110A1">
            <w:pPr>
              <w:pStyle w:val="aa"/>
              <w:rPr>
                <w:rFonts w:eastAsiaTheme="minorEastAsia" w:cs="Times New Roman"/>
              </w:rPr>
            </w:pPr>
            <w:r>
              <w:rPr>
                <w:rFonts w:eastAsiaTheme="minorEastAsia" w:cs="Times New Roman"/>
              </w:rPr>
              <w:t>Наличие гарантийной п</w:t>
            </w:r>
            <w:r w:rsidRPr="007826D2">
              <w:rPr>
                <w:rFonts w:eastAsiaTheme="minorEastAsia" w:cs="Times New Roman"/>
              </w:rPr>
              <w:t>оддержк</w:t>
            </w:r>
            <w:r>
              <w:rPr>
                <w:rFonts w:eastAsiaTheme="minorEastAsia" w:cs="Times New Roman"/>
              </w:rPr>
              <w:t>и</w:t>
            </w:r>
            <w:r w:rsidRPr="007826D2">
              <w:rPr>
                <w:rFonts w:eastAsiaTheme="minorEastAsia" w:cs="Times New Roman"/>
              </w:rPr>
              <w:t xml:space="preserve"> предусматрива</w:t>
            </w:r>
            <w:r>
              <w:rPr>
                <w:rFonts w:eastAsiaTheme="minorEastAsia" w:cs="Times New Roman"/>
              </w:rPr>
              <w:t>ющей</w:t>
            </w:r>
            <w:r w:rsidRPr="007826D2">
              <w:rPr>
                <w:rFonts w:eastAsiaTheme="minorEastAsia" w:cs="Times New Roman"/>
              </w:rPr>
              <w:t xml:space="preserve"> ремонт на площадке </w:t>
            </w:r>
            <w:r>
              <w:rPr>
                <w:rFonts w:eastAsiaTheme="minorEastAsia" w:cs="Times New Roman"/>
              </w:rPr>
              <w:t xml:space="preserve">Покупателя </w:t>
            </w:r>
            <w:r w:rsidRPr="007826D2">
              <w:rPr>
                <w:rFonts w:eastAsiaTheme="minorEastAsia" w:cs="Times New Roman"/>
              </w:rPr>
              <w:t>с выездом инженера</w:t>
            </w:r>
          </w:p>
        </w:tc>
        <w:tc>
          <w:tcPr>
            <w:tcW w:w="2835" w:type="dxa"/>
            <w:vAlign w:val="center"/>
          </w:tcPr>
          <w:p w14:paraId="059A2379" w14:textId="77777777" w:rsidR="00E110A1" w:rsidRPr="007826D2" w:rsidRDefault="00E110A1" w:rsidP="00E110A1">
            <w:pPr>
              <w:pStyle w:val="aa"/>
              <w:jc w:val="center"/>
              <w:rPr>
                <w:rFonts w:cs="Times New Roman"/>
                <w:highlight w:val="yellow"/>
              </w:rPr>
            </w:pPr>
            <w:r w:rsidRPr="007826D2">
              <w:rPr>
                <w:rFonts w:cs="Times New Roman"/>
              </w:rPr>
              <w:t>Соответствует</w:t>
            </w:r>
          </w:p>
        </w:tc>
      </w:tr>
      <w:tr w:rsidR="00E110A1" w:rsidRPr="00167199" w14:paraId="71BF1BF4" w14:textId="77777777" w:rsidTr="00ED1D20">
        <w:tc>
          <w:tcPr>
            <w:tcW w:w="567" w:type="dxa"/>
            <w:vAlign w:val="center"/>
          </w:tcPr>
          <w:p w14:paraId="56D6FAFD" w14:textId="2FDE9022" w:rsidR="00E110A1" w:rsidRPr="007826D2" w:rsidRDefault="00E110A1" w:rsidP="00E110A1">
            <w:pPr>
              <w:pStyle w:val="a1"/>
              <w:numPr>
                <w:ilvl w:val="0"/>
                <w:numId w:val="0"/>
              </w:numPr>
              <w:rPr>
                <w:rFonts w:cs="Times New Roman"/>
                <w:lang w:val="ru-RU"/>
              </w:rPr>
            </w:pPr>
            <w:r>
              <w:rPr>
                <w:rFonts w:cs="Times New Roman"/>
                <w:lang w:val="ru-RU"/>
              </w:rPr>
              <w:t>24</w:t>
            </w:r>
          </w:p>
        </w:tc>
        <w:tc>
          <w:tcPr>
            <w:tcW w:w="5954" w:type="dxa"/>
          </w:tcPr>
          <w:p w14:paraId="10679A53" w14:textId="69D6E83C" w:rsidR="00E110A1" w:rsidRPr="007826D2" w:rsidRDefault="00E110A1" w:rsidP="00E110A1">
            <w:pPr>
              <w:pStyle w:val="aa"/>
              <w:rPr>
                <w:rFonts w:eastAsiaTheme="minorEastAsia" w:cs="Times New Roman"/>
              </w:rPr>
            </w:pPr>
            <w:r w:rsidRPr="007826D2">
              <w:rPr>
                <w:rFonts w:eastAsiaTheme="minorEastAsia" w:cs="Times New Roman"/>
              </w:rPr>
              <w:t xml:space="preserve">Режим </w:t>
            </w:r>
            <w:r>
              <w:rPr>
                <w:rFonts w:eastAsiaTheme="minorEastAsia" w:cs="Times New Roman"/>
              </w:rPr>
              <w:t xml:space="preserve">гарантийной </w:t>
            </w:r>
            <w:r w:rsidRPr="007826D2">
              <w:rPr>
                <w:rFonts w:eastAsiaTheme="minorEastAsia" w:cs="Times New Roman"/>
              </w:rPr>
              <w:t xml:space="preserve">поддержки 9x5x365 (9 часов (с 09:00 до 18:00 время московское) по рабочим дням в течение года), </w:t>
            </w:r>
            <w:r w:rsidRPr="007826D2">
              <w:rPr>
                <w:rFonts w:eastAsiaTheme="minorEastAsia" w:cs="Times New Roman"/>
                <w:color w:val="000000" w:themeColor="text1"/>
              </w:rPr>
              <w:t>время восстановления работоспособности следующий рабочий день.</w:t>
            </w:r>
          </w:p>
        </w:tc>
        <w:tc>
          <w:tcPr>
            <w:tcW w:w="2835" w:type="dxa"/>
            <w:vAlign w:val="center"/>
          </w:tcPr>
          <w:p w14:paraId="71981088" w14:textId="77777777" w:rsidR="00E110A1" w:rsidRPr="007826D2" w:rsidRDefault="00E110A1" w:rsidP="00E110A1">
            <w:pPr>
              <w:pStyle w:val="aa"/>
              <w:jc w:val="center"/>
              <w:rPr>
                <w:rFonts w:cs="Times New Roman"/>
                <w:highlight w:val="yellow"/>
              </w:rPr>
            </w:pPr>
            <w:r w:rsidRPr="007826D2">
              <w:rPr>
                <w:rFonts w:cs="Times New Roman"/>
              </w:rPr>
              <w:t>Соответствует</w:t>
            </w:r>
          </w:p>
        </w:tc>
      </w:tr>
      <w:tr w:rsidR="00E110A1" w:rsidRPr="00167199" w14:paraId="7CB545F5" w14:textId="77777777" w:rsidTr="00ED1D20">
        <w:tc>
          <w:tcPr>
            <w:tcW w:w="9356" w:type="dxa"/>
            <w:gridSpan w:val="3"/>
          </w:tcPr>
          <w:p w14:paraId="7ACBEFA3" w14:textId="26C78DAE" w:rsidR="00E110A1" w:rsidRPr="00D353A2" w:rsidRDefault="00A563D0" w:rsidP="00E110A1">
            <w:pPr>
              <w:pStyle w:val="aa"/>
              <w:rPr>
                <w:rFonts w:cs="Times New Roman"/>
                <w:sz w:val="24"/>
                <w:szCs w:val="24"/>
              </w:rPr>
            </w:pPr>
            <w:r w:rsidRPr="00272C7E">
              <w:rPr>
                <w:rFonts w:cs="Times New Roman"/>
              </w:rPr>
              <w:t xml:space="preserve">* </w:t>
            </w:r>
            <w:r w:rsidRPr="00BC73FF">
              <w:t>Заполняется на основании заявки победителя в случае, если участником закупки в составе заявки представлены конкретные значения показателей предлагаемого Товара, соответствующие параметрам соответствия (экв</w:t>
            </w:r>
            <w:r>
              <w:t>ивалентности), установленным в Т</w:t>
            </w:r>
            <w:r w:rsidRPr="00BC73FF">
              <w:t>ехническом задании со знаком*</w:t>
            </w:r>
          </w:p>
        </w:tc>
      </w:tr>
    </w:tbl>
    <w:p w14:paraId="5149D10C" w14:textId="77777777" w:rsidR="003E1318" w:rsidRDefault="003E1318" w:rsidP="004679B4">
      <w:pPr>
        <w:pStyle w:val="ConsPlusNormal"/>
        <w:ind w:firstLine="709"/>
        <w:jc w:val="both"/>
        <w:rPr>
          <w:rFonts w:ascii="Times New Roman" w:hAnsi="Times New Roman" w:cs="Times New Roman"/>
          <w:b/>
          <w:sz w:val="24"/>
          <w:szCs w:val="24"/>
        </w:rPr>
      </w:pPr>
    </w:p>
    <w:p w14:paraId="17E59BBE" w14:textId="77777777" w:rsidR="006812CB" w:rsidRDefault="006812CB" w:rsidP="004679B4">
      <w:pPr>
        <w:pStyle w:val="ConsPlusNormal"/>
        <w:ind w:firstLine="709"/>
        <w:jc w:val="both"/>
        <w:rPr>
          <w:rFonts w:ascii="Times New Roman" w:hAnsi="Times New Roman" w:cs="Times New Roman"/>
          <w:sz w:val="24"/>
          <w:szCs w:val="24"/>
        </w:rPr>
      </w:pPr>
      <w:r>
        <w:rPr>
          <w:rFonts w:ascii="Times New Roman" w:hAnsi="Times New Roman" w:cs="Times New Roman"/>
          <w:b/>
          <w:sz w:val="24"/>
          <w:szCs w:val="24"/>
        </w:rPr>
        <w:t xml:space="preserve">3.3.3. </w:t>
      </w:r>
      <w:r w:rsidRPr="00BF5807">
        <w:rPr>
          <w:rFonts w:ascii="Times New Roman" w:hAnsi="Times New Roman" w:cs="Times New Roman"/>
          <w:b/>
          <w:sz w:val="24"/>
          <w:szCs w:val="24"/>
        </w:rPr>
        <w:t xml:space="preserve">Требования к характеристикам каждой единицы </w:t>
      </w:r>
      <w:r w:rsidR="00582D41">
        <w:rPr>
          <w:rFonts w:ascii="Times New Roman" w:hAnsi="Times New Roman" w:cs="Times New Roman"/>
          <w:b/>
          <w:sz w:val="24"/>
          <w:szCs w:val="24"/>
        </w:rPr>
        <w:t>Сервера</w:t>
      </w:r>
      <w:r w:rsidRPr="00335293">
        <w:rPr>
          <w:rFonts w:ascii="Times New Roman" w:hAnsi="Times New Roman" w:cs="Times New Roman"/>
          <w:b/>
          <w:sz w:val="24"/>
          <w:szCs w:val="24"/>
        </w:rPr>
        <w:t xml:space="preserve"> </w:t>
      </w:r>
      <w:r w:rsidR="00582D41">
        <w:rPr>
          <w:rFonts w:ascii="Times New Roman" w:hAnsi="Times New Roman" w:cs="Times New Roman"/>
          <w:b/>
          <w:sz w:val="24"/>
          <w:szCs w:val="24"/>
        </w:rPr>
        <w:t>тип 2</w:t>
      </w:r>
    </w:p>
    <w:p w14:paraId="0429EE75" w14:textId="5DC890AA" w:rsidR="004679B4" w:rsidRDefault="004679B4" w:rsidP="008171A7">
      <w:pPr>
        <w:pStyle w:val="ConsPlusNormal"/>
        <w:ind w:firstLine="0"/>
        <w:jc w:val="both"/>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954"/>
        <w:gridCol w:w="2835"/>
      </w:tblGrid>
      <w:tr w:rsidR="004679B4" w:rsidRPr="00293A59" w14:paraId="59ACFED2" w14:textId="77777777" w:rsidTr="00ED1D20">
        <w:tc>
          <w:tcPr>
            <w:tcW w:w="567" w:type="dxa"/>
            <w:vAlign w:val="center"/>
          </w:tcPr>
          <w:p w14:paraId="57ADAAB6" w14:textId="77777777" w:rsidR="004679B4" w:rsidRPr="00293A59" w:rsidRDefault="004679B4" w:rsidP="00C122C9">
            <w:pPr>
              <w:pStyle w:val="a8"/>
              <w:rPr>
                <w:rFonts w:cs="Times New Roman"/>
                <w:b w:val="0"/>
              </w:rPr>
            </w:pPr>
            <w:r w:rsidRPr="00293A59">
              <w:rPr>
                <w:rFonts w:cs="Times New Roman"/>
              </w:rPr>
              <w:t>№ п/п</w:t>
            </w:r>
          </w:p>
        </w:tc>
        <w:tc>
          <w:tcPr>
            <w:tcW w:w="5954" w:type="dxa"/>
            <w:vAlign w:val="center"/>
          </w:tcPr>
          <w:p w14:paraId="3C7AE867" w14:textId="77777777" w:rsidR="004679B4" w:rsidRPr="00293A59" w:rsidRDefault="004679B4" w:rsidP="00C122C9">
            <w:pPr>
              <w:pStyle w:val="a8"/>
              <w:rPr>
                <w:rFonts w:cs="Times New Roman"/>
                <w:b w:val="0"/>
              </w:rPr>
            </w:pPr>
            <w:r w:rsidRPr="00293A59">
              <w:rPr>
                <w:rFonts w:cs="Times New Roman"/>
              </w:rPr>
              <w:t>Характеристики Товара в соответствии с параметрами эквивалентности, установленными в Техническом задании</w:t>
            </w:r>
          </w:p>
        </w:tc>
        <w:tc>
          <w:tcPr>
            <w:tcW w:w="2835" w:type="dxa"/>
            <w:vAlign w:val="center"/>
          </w:tcPr>
          <w:p w14:paraId="52327A8E" w14:textId="77777777" w:rsidR="004679B4" w:rsidRPr="00293A59" w:rsidRDefault="004679B4" w:rsidP="00C122C9">
            <w:pPr>
              <w:pStyle w:val="a8"/>
              <w:rPr>
                <w:rFonts w:cs="Times New Roman"/>
              </w:rPr>
            </w:pPr>
            <w:r w:rsidRPr="00293A59">
              <w:rPr>
                <w:rFonts w:cs="Times New Roman"/>
              </w:rPr>
              <w:t xml:space="preserve">Значение характеристики Товара в соответствии с </w:t>
            </w:r>
          </w:p>
          <w:p w14:paraId="759469D5" w14:textId="77777777" w:rsidR="004679B4" w:rsidRPr="00293A59" w:rsidRDefault="004679B4" w:rsidP="00C122C9">
            <w:pPr>
              <w:pStyle w:val="a8"/>
              <w:rPr>
                <w:rFonts w:cs="Times New Roman"/>
                <w:b w:val="0"/>
              </w:rPr>
            </w:pPr>
            <w:r w:rsidRPr="00293A59">
              <w:rPr>
                <w:rFonts w:cs="Times New Roman"/>
              </w:rPr>
              <w:t>значениями параметров эквивалентности Товара*</w:t>
            </w:r>
          </w:p>
        </w:tc>
      </w:tr>
      <w:tr w:rsidR="004679B4" w:rsidRPr="00293A59" w14:paraId="34F54A84" w14:textId="77777777" w:rsidTr="00ED1D20">
        <w:trPr>
          <w:tblHeader/>
        </w:trPr>
        <w:tc>
          <w:tcPr>
            <w:tcW w:w="9356" w:type="dxa"/>
            <w:gridSpan w:val="3"/>
            <w:vAlign w:val="center"/>
          </w:tcPr>
          <w:p w14:paraId="5CB8B499" w14:textId="77777777" w:rsidR="004679B4" w:rsidRPr="00293A59" w:rsidRDefault="004679B4" w:rsidP="00C122C9">
            <w:pPr>
              <w:pStyle w:val="a8"/>
              <w:jc w:val="left"/>
              <w:rPr>
                <w:rFonts w:cs="Times New Roman"/>
              </w:rPr>
            </w:pPr>
            <w:r w:rsidRPr="00293A59">
              <w:rPr>
                <w:rFonts w:cs="Times New Roman"/>
                <w:color w:val="000000"/>
              </w:rPr>
              <w:t xml:space="preserve">Сервер тип 2 </w:t>
            </w:r>
            <w:r w:rsidRPr="00293A59">
              <w:rPr>
                <w:rFonts w:cs="Times New Roman"/>
              </w:rPr>
              <w:t>со следующими характеристиками:</w:t>
            </w:r>
          </w:p>
        </w:tc>
      </w:tr>
      <w:tr w:rsidR="004679B4" w:rsidRPr="00293A59" w14:paraId="03325802" w14:textId="77777777" w:rsidTr="00ED1D20">
        <w:tc>
          <w:tcPr>
            <w:tcW w:w="567" w:type="dxa"/>
            <w:vAlign w:val="center"/>
          </w:tcPr>
          <w:p w14:paraId="41388A3C" w14:textId="77777777" w:rsidR="004679B4" w:rsidRPr="00293A59" w:rsidRDefault="004679B4" w:rsidP="0079513A">
            <w:pPr>
              <w:pStyle w:val="a1"/>
              <w:numPr>
                <w:ilvl w:val="0"/>
                <w:numId w:val="0"/>
              </w:numPr>
              <w:rPr>
                <w:rFonts w:cs="Times New Roman"/>
                <w:lang w:val="ru-RU"/>
              </w:rPr>
            </w:pPr>
            <w:r w:rsidRPr="00293A59">
              <w:rPr>
                <w:rFonts w:cs="Times New Roman"/>
                <w:lang w:val="ru-RU"/>
              </w:rPr>
              <w:t>1</w:t>
            </w:r>
          </w:p>
        </w:tc>
        <w:tc>
          <w:tcPr>
            <w:tcW w:w="5954" w:type="dxa"/>
            <w:vAlign w:val="center"/>
          </w:tcPr>
          <w:p w14:paraId="311C094C" w14:textId="77777777" w:rsidR="004679B4" w:rsidRPr="00293A59" w:rsidRDefault="004679B4" w:rsidP="00C122C9">
            <w:pPr>
              <w:pStyle w:val="aa"/>
              <w:rPr>
                <w:rFonts w:cs="Times New Roman"/>
              </w:rPr>
            </w:pPr>
            <w:r w:rsidRPr="00293A59">
              <w:rPr>
                <w:rFonts w:eastAsiaTheme="minorEastAsia" w:cs="Times New Roman"/>
              </w:rPr>
              <w:t>Двухпроцессорный сервер стандартной архитектуры x86</w:t>
            </w:r>
          </w:p>
        </w:tc>
        <w:tc>
          <w:tcPr>
            <w:tcW w:w="2835" w:type="dxa"/>
            <w:vAlign w:val="center"/>
          </w:tcPr>
          <w:p w14:paraId="1B9D78DC" w14:textId="77777777" w:rsidR="004679B4" w:rsidRPr="00293A59" w:rsidRDefault="004679B4" w:rsidP="00DC34CE">
            <w:pPr>
              <w:pStyle w:val="aa"/>
              <w:jc w:val="center"/>
              <w:rPr>
                <w:rFonts w:cs="Times New Roman"/>
              </w:rPr>
            </w:pPr>
            <w:r w:rsidRPr="00293A59">
              <w:rPr>
                <w:rFonts w:cs="Times New Roman"/>
              </w:rPr>
              <w:t>Соответствует</w:t>
            </w:r>
          </w:p>
        </w:tc>
      </w:tr>
      <w:tr w:rsidR="004679B4" w:rsidRPr="00293A59" w14:paraId="477531BE" w14:textId="77777777" w:rsidTr="00ED1D20">
        <w:tc>
          <w:tcPr>
            <w:tcW w:w="567" w:type="dxa"/>
            <w:vAlign w:val="center"/>
          </w:tcPr>
          <w:p w14:paraId="3D66EE2A" w14:textId="77777777" w:rsidR="004679B4" w:rsidRPr="00293A59" w:rsidRDefault="004679B4" w:rsidP="0079513A">
            <w:pPr>
              <w:pStyle w:val="a1"/>
              <w:numPr>
                <w:ilvl w:val="0"/>
                <w:numId w:val="0"/>
              </w:numPr>
              <w:rPr>
                <w:rFonts w:cs="Times New Roman"/>
                <w:lang w:val="ru-RU"/>
              </w:rPr>
            </w:pPr>
            <w:r w:rsidRPr="00293A59">
              <w:rPr>
                <w:rFonts w:cs="Times New Roman"/>
                <w:lang w:val="ru-RU"/>
              </w:rPr>
              <w:t>2</w:t>
            </w:r>
          </w:p>
        </w:tc>
        <w:tc>
          <w:tcPr>
            <w:tcW w:w="5954" w:type="dxa"/>
          </w:tcPr>
          <w:p w14:paraId="30CB85E5" w14:textId="77777777" w:rsidR="004679B4" w:rsidRPr="00293A59" w:rsidRDefault="004679B4" w:rsidP="00C122C9">
            <w:pPr>
              <w:pStyle w:val="aa"/>
              <w:rPr>
                <w:rFonts w:cs="Times New Roman"/>
              </w:rPr>
            </w:pPr>
            <w:r w:rsidRPr="00293A59">
              <w:rPr>
                <w:rFonts w:eastAsiaTheme="minorEastAsia" w:cs="Times New Roman"/>
              </w:rPr>
              <w:t>Форм-фактор, юнитов:</w:t>
            </w:r>
          </w:p>
        </w:tc>
        <w:tc>
          <w:tcPr>
            <w:tcW w:w="2835" w:type="dxa"/>
            <w:vAlign w:val="center"/>
          </w:tcPr>
          <w:p w14:paraId="0ADC7B5C" w14:textId="2AEB0204" w:rsidR="004679B4" w:rsidRPr="00293A59" w:rsidRDefault="00BB1C95" w:rsidP="00DC34CE">
            <w:pPr>
              <w:pStyle w:val="aa"/>
              <w:jc w:val="center"/>
              <w:rPr>
                <w:rFonts w:cs="Times New Roman"/>
              </w:rPr>
            </w:pPr>
            <w:r>
              <w:t>__________</w:t>
            </w:r>
            <w:r w:rsidR="004679B4" w:rsidRPr="00293A59">
              <w:rPr>
                <w:rFonts w:eastAsiaTheme="minorEastAsia" w:cs="Times New Roman"/>
              </w:rPr>
              <w:t>*</w:t>
            </w:r>
          </w:p>
        </w:tc>
      </w:tr>
      <w:tr w:rsidR="004679B4" w:rsidRPr="00293A59" w14:paraId="206B2E20" w14:textId="77777777" w:rsidTr="00ED1D20">
        <w:tc>
          <w:tcPr>
            <w:tcW w:w="567" w:type="dxa"/>
            <w:vAlign w:val="center"/>
          </w:tcPr>
          <w:p w14:paraId="76021E23" w14:textId="77777777" w:rsidR="004679B4" w:rsidRPr="00293A59" w:rsidRDefault="004679B4" w:rsidP="0079513A">
            <w:pPr>
              <w:pStyle w:val="a1"/>
              <w:numPr>
                <w:ilvl w:val="0"/>
                <w:numId w:val="0"/>
              </w:numPr>
              <w:rPr>
                <w:rFonts w:cs="Times New Roman"/>
                <w:lang w:val="ru-RU"/>
              </w:rPr>
            </w:pPr>
            <w:r w:rsidRPr="00293A59">
              <w:rPr>
                <w:rFonts w:cs="Times New Roman"/>
                <w:lang w:val="ru-RU"/>
              </w:rPr>
              <w:t>3</w:t>
            </w:r>
          </w:p>
        </w:tc>
        <w:tc>
          <w:tcPr>
            <w:tcW w:w="5954" w:type="dxa"/>
          </w:tcPr>
          <w:p w14:paraId="4A4B15EE" w14:textId="77777777" w:rsidR="004679B4" w:rsidRPr="00293A59" w:rsidRDefault="004679B4" w:rsidP="00C122C9">
            <w:pPr>
              <w:pStyle w:val="aa"/>
              <w:rPr>
                <w:rFonts w:cs="Times New Roman"/>
              </w:rPr>
            </w:pPr>
            <w:r w:rsidRPr="00293A59">
              <w:rPr>
                <w:rFonts w:eastAsiaTheme="minorEastAsia" w:cs="Times New Roman"/>
              </w:rPr>
              <w:t>2 процессора</w:t>
            </w:r>
          </w:p>
        </w:tc>
        <w:tc>
          <w:tcPr>
            <w:tcW w:w="2835" w:type="dxa"/>
            <w:vAlign w:val="center"/>
          </w:tcPr>
          <w:p w14:paraId="3D9536FC" w14:textId="77777777" w:rsidR="004679B4" w:rsidRPr="00293A59" w:rsidRDefault="004679B4" w:rsidP="00DC34CE">
            <w:pPr>
              <w:pStyle w:val="aa"/>
              <w:jc w:val="center"/>
              <w:rPr>
                <w:rFonts w:cs="Times New Roman"/>
              </w:rPr>
            </w:pPr>
            <w:r w:rsidRPr="00293A59">
              <w:rPr>
                <w:rFonts w:cs="Times New Roman"/>
              </w:rPr>
              <w:t>Соответствует</w:t>
            </w:r>
          </w:p>
        </w:tc>
      </w:tr>
      <w:tr w:rsidR="004679B4" w:rsidRPr="00293A59" w14:paraId="0D6FB74A" w14:textId="77777777" w:rsidTr="00ED1D20">
        <w:tc>
          <w:tcPr>
            <w:tcW w:w="567" w:type="dxa"/>
            <w:vAlign w:val="center"/>
          </w:tcPr>
          <w:p w14:paraId="4AD54D87" w14:textId="77777777" w:rsidR="004679B4" w:rsidRPr="00293A59" w:rsidRDefault="004679B4" w:rsidP="0079513A">
            <w:pPr>
              <w:pStyle w:val="a1"/>
              <w:numPr>
                <w:ilvl w:val="0"/>
                <w:numId w:val="0"/>
              </w:numPr>
              <w:rPr>
                <w:rFonts w:cs="Times New Roman"/>
                <w:lang w:val="ru-RU"/>
              </w:rPr>
            </w:pPr>
            <w:r w:rsidRPr="00293A59">
              <w:rPr>
                <w:rFonts w:cs="Times New Roman"/>
                <w:lang w:val="ru-RU"/>
              </w:rPr>
              <w:t>4</w:t>
            </w:r>
          </w:p>
        </w:tc>
        <w:tc>
          <w:tcPr>
            <w:tcW w:w="5954" w:type="dxa"/>
          </w:tcPr>
          <w:p w14:paraId="740C0DF4" w14:textId="77777777" w:rsidR="004679B4" w:rsidRPr="00293A59" w:rsidRDefault="004679B4" w:rsidP="00C122C9">
            <w:pPr>
              <w:tabs>
                <w:tab w:val="left" w:pos="250"/>
              </w:tabs>
              <w:spacing w:after="0" w:line="240" w:lineRule="auto"/>
              <w:contextualSpacing/>
              <w:jc w:val="both"/>
              <w:rPr>
                <w:rFonts w:ascii="Times New Roman" w:hAnsi="Times New Roman"/>
                <w:highlight w:val="yellow"/>
              </w:rPr>
            </w:pPr>
            <w:r w:rsidRPr="00293A59">
              <w:rPr>
                <w:rFonts w:ascii="Times New Roman" w:eastAsiaTheme="minorEastAsia" w:hAnsi="Times New Roman"/>
              </w:rPr>
              <w:t>Каждый процессор, количество ядер:</w:t>
            </w:r>
          </w:p>
        </w:tc>
        <w:tc>
          <w:tcPr>
            <w:tcW w:w="2835" w:type="dxa"/>
            <w:vAlign w:val="center"/>
          </w:tcPr>
          <w:p w14:paraId="0D8048A6" w14:textId="7F4D4096" w:rsidR="004679B4" w:rsidRPr="00293A59" w:rsidRDefault="00BB1C95" w:rsidP="00DC34CE">
            <w:pPr>
              <w:pStyle w:val="aa"/>
              <w:jc w:val="center"/>
              <w:rPr>
                <w:rFonts w:cs="Times New Roman"/>
                <w:highlight w:val="yellow"/>
              </w:rPr>
            </w:pPr>
            <w:r>
              <w:t>__________</w:t>
            </w:r>
            <w:r w:rsidR="004679B4" w:rsidRPr="00293A59">
              <w:rPr>
                <w:rFonts w:cs="Times New Roman"/>
              </w:rPr>
              <w:t>*</w:t>
            </w:r>
          </w:p>
        </w:tc>
      </w:tr>
      <w:tr w:rsidR="004679B4" w:rsidRPr="00293A59" w14:paraId="1C679AD8" w14:textId="77777777" w:rsidTr="00ED1D20">
        <w:tc>
          <w:tcPr>
            <w:tcW w:w="567" w:type="dxa"/>
            <w:vAlign w:val="center"/>
          </w:tcPr>
          <w:p w14:paraId="11D74117" w14:textId="77777777" w:rsidR="004679B4" w:rsidRPr="00293A59" w:rsidRDefault="004679B4" w:rsidP="0079513A">
            <w:pPr>
              <w:pStyle w:val="a1"/>
              <w:numPr>
                <w:ilvl w:val="0"/>
                <w:numId w:val="0"/>
              </w:numPr>
              <w:rPr>
                <w:rFonts w:cs="Times New Roman"/>
                <w:lang w:val="ru-RU"/>
              </w:rPr>
            </w:pPr>
            <w:r w:rsidRPr="00293A59">
              <w:rPr>
                <w:rFonts w:cs="Times New Roman"/>
                <w:lang w:val="ru-RU"/>
              </w:rPr>
              <w:t>5</w:t>
            </w:r>
          </w:p>
        </w:tc>
        <w:tc>
          <w:tcPr>
            <w:tcW w:w="5954" w:type="dxa"/>
            <w:vAlign w:val="center"/>
          </w:tcPr>
          <w:p w14:paraId="09E8D378" w14:textId="77777777" w:rsidR="004679B4" w:rsidRPr="00293A59" w:rsidRDefault="004679B4" w:rsidP="00C122C9">
            <w:pPr>
              <w:tabs>
                <w:tab w:val="left" w:pos="250"/>
              </w:tabs>
              <w:spacing w:after="0" w:line="240" w:lineRule="auto"/>
              <w:contextualSpacing/>
              <w:jc w:val="both"/>
              <w:rPr>
                <w:rFonts w:ascii="Times New Roman" w:eastAsiaTheme="minorEastAsia" w:hAnsi="Times New Roman"/>
              </w:rPr>
            </w:pPr>
            <w:r w:rsidRPr="00293A59">
              <w:rPr>
                <w:rFonts w:ascii="Times New Roman" w:eastAsiaTheme="minorEastAsia" w:hAnsi="Times New Roman"/>
              </w:rPr>
              <w:t>Каждый процессор, количество потоков:</w:t>
            </w:r>
          </w:p>
        </w:tc>
        <w:tc>
          <w:tcPr>
            <w:tcW w:w="2835" w:type="dxa"/>
            <w:vAlign w:val="center"/>
          </w:tcPr>
          <w:p w14:paraId="44055A57" w14:textId="06BF680A" w:rsidR="004679B4" w:rsidRPr="00293A59" w:rsidRDefault="00BB1C95" w:rsidP="00DC34CE">
            <w:pPr>
              <w:pStyle w:val="aa"/>
              <w:jc w:val="center"/>
              <w:rPr>
                <w:rFonts w:cs="Times New Roman"/>
              </w:rPr>
            </w:pPr>
            <w:r>
              <w:t>__________</w:t>
            </w:r>
            <w:r w:rsidR="004679B4" w:rsidRPr="00293A59">
              <w:rPr>
                <w:rFonts w:cs="Times New Roman"/>
              </w:rPr>
              <w:t>*</w:t>
            </w:r>
          </w:p>
        </w:tc>
      </w:tr>
      <w:tr w:rsidR="004679B4" w:rsidRPr="00293A59" w14:paraId="7282C155" w14:textId="77777777" w:rsidTr="00ED1D20">
        <w:tc>
          <w:tcPr>
            <w:tcW w:w="567" w:type="dxa"/>
            <w:vAlign w:val="center"/>
          </w:tcPr>
          <w:p w14:paraId="4DABFEC6" w14:textId="77777777" w:rsidR="004679B4" w:rsidRPr="00293A59" w:rsidRDefault="004679B4" w:rsidP="0079513A">
            <w:pPr>
              <w:pStyle w:val="a1"/>
              <w:numPr>
                <w:ilvl w:val="0"/>
                <w:numId w:val="0"/>
              </w:numPr>
              <w:rPr>
                <w:rFonts w:cs="Times New Roman"/>
                <w:lang w:val="ru-RU"/>
              </w:rPr>
            </w:pPr>
            <w:r w:rsidRPr="00293A59">
              <w:rPr>
                <w:rFonts w:cs="Times New Roman"/>
                <w:lang w:val="ru-RU"/>
              </w:rPr>
              <w:t>6</w:t>
            </w:r>
          </w:p>
        </w:tc>
        <w:tc>
          <w:tcPr>
            <w:tcW w:w="5954" w:type="dxa"/>
            <w:vAlign w:val="center"/>
          </w:tcPr>
          <w:p w14:paraId="5A59D582" w14:textId="77777777" w:rsidR="004679B4" w:rsidRPr="00293A59" w:rsidRDefault="004679B4" w:rsidP="00C122C9">
            <w:pPr>
              <w:tabs>
                <w:tab w:val="left" w:pos="250"/>
              </w:tabs>
              <w:spacing w:after="0" w:line="240" w:lineRule="auto"/>
              <w:contextualSpacing/>
              <w:jc w:val="both"/>
              <w:rPr>
                <w:rFonts w:ascii="Times New Roman" w:eastAsiaTheme="minorEastAsia" w:hAnsi="Times New Roman"/>
              </w:rPr>
            </w:pPr>
            <w:r w:rsidRPr="00293A59">
              <w:rPr>
                <w:rFonts w:ascii="Times New Roman" w:eastAsiaTheme="minorEastAsia" w:hAnsi="Times New Roman"/>
              </w:rPr>
              <w:t>Каждый процессор, частота ГГц:</w:t>
            </w:r>
          </w:p>
        </w:tc>
        <w:tc>
          <w:tcPr>
            <w:tcW w:w="2835" w:type="dxa"/>
            <w:vAlign w:val="center"/>
          </w:tcPr>
          <w:p w14:paraId="4360C56D" w14:textId="30FA81C1" w:rsidR="004679B4" w:rsidRPr="00293A59" w:rsidRDefault="00BB1C95" w:rsidP="00DC34CE">
            <w:pPr>
              <w:pStyle w:val="aa"/>
              <w:jc w:val="center"/>
              <w:rPr>
                <w:rFonts w:cs="Times New Roman"/>
              </w:rPr>
            </w:pPr>
            <w:r>
              <w:t>__________</w:t>
            </w:r>
            <w:r w:rsidR="004679B4" w:rsidRPr="00293A59">
              <w:rPr>
                <w:rFonts w:cs="Times New Roman"/>
              </w:rPr>
              <w:t>*</w:t>
            </w:r>
          </w:p>
        </w:tc>
      </w:tr>
      <w:tr w:rsidR="004679B4" w:rsidRPr="00293A59" w14:paraId="2A976659" w14:textId="77777777" w:rsidTr="00ED1D20">
        <w:tc>
          <w:tcPr>
            <w:tcW w:w="567" w:type="dxa"/>
            <w:vAlign w:val="center"/>
          </w:tcPr>
          <w:p w14:paraId="1D3FD8CF" w14:textId="77777777" w:rsidR="004679B4" w:rsidRPr="00293A59" w:rsidRDefault="004679B4" w:rsidP="0079513A">
            <w:pPr>
              <w:pStyle w:val="a1"/>
              <w:numPr>
                <w:ilvl w:val="0"/>
                <w:numId w:val="0"/>
              </w:numPr>
              <w:rPr>
                <w:rFonts w:cs="Times New Roman"/>
                <w:lang w:val="ru-RU"/>
              </w:rPr>
            </w:pPr>
            <w:r w:rsidRPr="00293A59">
              <w:rPr>
                <w:rFonts w:cs="Times New Roman"/>
                <w:lang w:val="ru-RU"/>
              </w:rPr>
              <w:t>7</w:t>
            </w:r>
          </w:p>
        </w:tc>
        <w:tc>
          <w:tcPr>
            <w:tcW w:w="5954" w:type="dxa"/>
            <w:vAlign w:val="center"/>
          </w:tcPr>
          <w:p w14:paraId="356D4BA6" w14:textId="77777777" w:rsidR="004679B4" w:rsidRPr="00293A59" w:rsidRDefault="004679B4" w:rsidP="00C122C9">
            <w:pPr>
              <w:tabs>
                <w:tab w:val="left" w:pos="250"/>
              </w:tabs>
              <w:spacing w:after="0" w:line="240" w:lineRule="auto"/>
              <w:contextualSpacing/>
              <w:jc w:val="both"/>
              <w:rPr>
                <w:rFonts w:ascii="Times New Roman" w:eastAsiaTheme="minorEastAsia" w:hAnsi="Times New Roman"/>
              </w:rPr>
            </w:pPr>
            <w:r w:rsidRPr="00293A59">
              <w:rPr>
                <w:rFonts w:ascii="Times New Roman" w:eastAsiaTheme="minorEastAsia" w:hAnsi="Times New Roman"/>
              </w:rPr>
              <w:t>Объём установленной оперативной памяти, ГБ:</w:t>
            </w:r>
          </w:p>
        </w:tc>
        <w:tc>
          <w:tcPr>
            <w:tcW w:w="2835" w:type="dxa"/>
            <w:vAlign w:val="center"/>
          </w:tcPr>
          <w:p w14:paraId="3CFBFFF6" w14:textId="5A9DC8B3" w:rsidR="004679B4" w:rsidRPr="00293A59" w:rsidRDefault="00BB1C95" w:rsidP="00DC34CE">
            <w:pPr>
              <w:pStyle w:val="aa"/>
              <w:jc w:val="center"/>
              <w:rPr>
                <w:rFonts w:cs="Times New Roman"/>
                <w:highlight w:val="yellow"/>
              </w:rPr>
            </w:pPr>
            <w:r>
              <w:t>__________</w:t>
            </w:r>
            <w:r w:rsidR="004679B4" w:rsidRPr="00293A59">
              <w:rPr>
                <w:rFonts w:eastAsiaTheme="minorEastAsia" w:cs="Times New Roman"/>
              </w:rPr>
              <w:t>*</w:t>
            </w:r>
          </w:p>
        </w:tc>
      </w:tr>
      <w:tr w:rsidR="004679B4" w:rsidRPr="00293A59" w14:paraId="561890BE" w14:textId="77777777" w:rsidTr="00ED1D20">
        <w:tc>
          <w:tcPr>
            <w:tcW w:w="567" w:type="dxa"/>
            <w:shd w:val="clear" w:color="auto" w:fill="auto"/>
            <w:vAlign w:val="center"/>
          </w:tcPr>
          <w:p w14:paraId="0D3E1FFA" w14:textId="77777777" w:rsidR="004679B4" w:rsidRPr="00755588" w:rsidRDefault="004679B4" w:rsidP="0079513A">
            <w:pPr>
              <w:pStyle w:val="a1"/>
              <w:numPr>
                <w:ilvl w:val="0"/>
                <w:numId w:val="0"/>
              </w:numPr>
              <w:rPr>
                <w:rFonts w:cs="Times New Roman"/>
                <w:lang w:val="ru-RU"/>
              </w:rPr>
            </w:pPr>
            <w:r w:rsidRPr="00755588">
              <w:rPr>
                <w:rFonts w:cs="Times New Roman"/>
                <w:lang w:val="ru-RU"/>
              </w:rPr>
              <w:t>8</w:t>
            </w:r>
          </w:p>
        </w:tc>
        <w:tc>
          <w:tcPr>
            <w:tcW w:w="5954" w:type="dxa"/>
            <w:shd w:val="clear" w:color="auto" w:fill="auto"/>
            <w:vAlign w:val="center"/>
          </w:tcPr>
          <w:p w14:paraId="235D83C7" w14:textId="300736A0" w:rsidR="004679B4" w:rsidRPr="00755588" w:rsidRDefault="004679B4" w:rsidP="00C122C9">
            <w:pPr>
              <w:pStyle w:val="aa"/>
              <w:rPr>
                <w:rFonts w:cs="Times New Roman"/>
              </w:rPr>
            </w:pPr>
            <w:r w:rsidRPr="00755588">
              <w:rPr>
                <w:rFonts w:eastAsiaTheme="minorEastAsia" w:cs="Times New Roman"/>
              </w:rPr>
              <w:t xml:space="preserve">Накопители </w:t>
            </w:r>
            <w:r w:rsidRPr="00755588">
              <w:rPr>
                <w:rFonts w:eastAsiaTheme="minorEastAsia" w:cs="Times New Roman"/>
                <w:lang w:val="en-US"/>
              </w:rPr>
              <w:t>SSD</w:t>
            </w:r>
            <w:r w:rsidR="00755588" w:rsidRPr="00755588">
              <w:rPr>
                <w:rFonts w:eastAsiaTheme="minorEastAsia" w:cs="Times New Roman"/>
              </w:rPr>
              <w:t xml:space="preserve"> тип 1</w:t>
            </w:r>
            <w:r w:rsidRPr="00755588">
              <w:rPr>
                <w:rFonts w:eastAsiaTheme="minorEastAsia" w:cs="Times New Roman"/>
              </w:rPr>
              <w:t>, шт.:</w:t>
            </w:r>
          </w:p>
        </w:tc>
        <w:tc>
          <w:tcPr>
            <w:tcW w:w="2835" w:type="dxa"/>
            <w:shd w:val="clear" w:color="auto" w:fill="auto"/>
            <w:vAlign w:val="center"/>
          </w:tcPr>
          <w:p w14:paraId="5595277C" w14:textId="6D51E3D7" w:rsidR="004679B4" w:rsidRPr="00755588" w:rsidRDefault="00BB1C95" w:rsidP="00DC34CE">
            <w:pPr>
              <w:pStyle w:val="aa"/>
              <w:jc w:val="center"/>
              <w:rPr>
                <w:rFonts w:cs="Times New Roman"/>
              </w:rPr>
            </w:pPr>
            <w:r>
              <w:t>__________</w:t>
            </w:r>
            <w:r w:rsidR="004679B4" w:rsidRPr="00755588">
              <w:rPr>
                <w:rFonts w:eastAsiaTheme="minorEastAsia" w:cs="Times New Roman"/>
              </w:rPr>
              <w:t>*</w:t>
            </w:r>
          </w:p>
        </w:tc>
      </w:tr>
      <w:tr w:rsidR="004679B4" w:rsidRPr="00293A59" w14:paraId="1D8DA302" w14:textId="77777777" w:rsidTr="00ED1D20">
        <w:tc>
          <w:tcPr>
            <w:tcW w:w="567" w:type="dxa"/>
            <w:shd w:val="clear" w:color="auto" w:fill="auto"/>
            <w:vAlign w:val="center"/>
          </w:tcPr>
          <w:p w14:paraId="0775BAEB" w14:textId="77777777" w:rsidR="004679B4" w:rsidRPr="00755588" w:rsidRDefault="004679B4" w:rsidP="0079513A">
            <w:pPr>
              <w:pStyle w:val="a1"/>
              <w:numPr>
                <w:ilvl w:val="0"/>
                <w:numId w:val="0"/>
              </w:numPr>
              <w:rPr>
                <w:rFonts w:cs="Times New Roman"/>
                <w:lang w:val="ru-RU"/>
              </w:rPr>
            </w:pPr>
            <w:r w:rsidRPr="00755588">
              <w:rPr>
                <w:rFonts w:cs="Times New Roman"/>
                <w:lang w:val="ru-RU"/>
              </w:rPr>
              <w:t>9</w:t>
            </w:r>
          </w:p>
        </w:tc>
        <w:tc>
          <w:tcPr>
            <w:tcW w:w="5954" w:type="dxa"/>
            <w:shd w:val="clear" w:color="auto" w:fill="auto"/>
            <w:vAlign w:val="center"/>
          </w:tcPr>
          <w:p w14:paraId="4A908071" w14:textId="3EBE51C7" w:rsidR="004679B4" w:rsidRPr="00755588" w:rsidRDefault="004679B4" w:rsidP="00C122C9">
            <w:pPr>
              <w:pStyle w:val="aa"/>
              <w:rPr>
                <w:rFonts w:eastAsiaTheme="minorEastAsia" w:cs="Times New Roman"/>
              </w:rPr>
            </w:pPr>
            <w:r w:rsidRPr="00755588">
              <w:rPr>
                <w:rFonts w:eastAsiaTheme="minorEastAsia" w:cs="Times New Roman"/>
              </w:rPr>
              <w:t xml:space="preserve">Объём каждого из накопителей </w:t>
            </w:r>
            <w:r w:rsidRPr="00755588">
              <w:rPr>
                <w:rFonts w:eastAsiaTheme="minorEastAsia" w:cs="Times New Roman"/>
                <w:lang w:val="en-US"/>
              </w:rPr>
              <w:t>SSD</w:t>
            </w:r>
            <w:r w:rsidR="00755588" w:rsidRPr="00755588">
              <w:rPr>
                <w:rFonts w:eastAsiaTheme="minorEastAsia" w:cs="Times New Roman"/>
              </w:rPr>
              <w:t xml:space="preserve"> тип 1</w:t>
            </w:r>
            <w:r w:rsidRPr="00755588">
              <w:rPr>
                <w:rFonts w:eastAsiaTheme="minorEastAsia" w:cs="Times New Roman"/>
              </w:rPr>
              <w:t>, Гб:</w:t>
            </w:r>
          </w:p>
        </w:tc>
        <w:tc>
          <w:tcPr>
            <w:tcW w:w="2835" w:type="dxa"/>
            <w:shd w:val="clear" w:color="auto" w:fill="auto"/>
            <w:vAlign w:val="center"/>
          </w:tcPr>
          <w:p w14:paraId="249C5C4C" w14:textId="2D20A513" w:rsidR="004679B4" w:rsidRPr="00755588" w:rsidRDefault="00BB1C95" w:rsidP="00DC34CE">
            <w:pPr>
              <w:pStyle w:val="aa"/>
              <w:jc w:val="center"/>
              <w:rPr>
                <w:rFonts w:cs="Times New Roman"/>
              </w:rPr>
            </w:pPr>
            <w:r>
              <w:t>__________</w:t>
            </w:r>
            <w:r w:rsidR="004679B4" w:rsidRPr="00755588">
              <w:rPr>
                <w:rFonts w:eastAsiaTheme="minorEastAsia" w:cs="Times New Roman"/>
              </w:rPr>
              <w:t>*</w:t>
            </w:r>
          </w:p>
        </w:tc>
      </w:tr>
      <w:tr w:rsidR="004679B4" w:rsidRPr="00293A59" w14:paraId="360090DA" w14:textId="77777777" w:rsidTr="00ED1D20">
        <w:tc>
          <w:tcPr>
            <w:tcW w:w="567" w:type="dxa"/>
            <w:vAlign w:val="center"/>
          </w:tcPr>
          <w:p w14:paraId="5DB33D92" w14:textId="77777777" w:rsidR="004679B4" w:rsidRPr="00293A59" w:rsidRDefault="004679B4" w:rsidP="0079513A">
            <w:pPr>
              <w:pStyle w:val="a1"/>
              <w:numPr>
                <w:ilvl w:val="0"/>
                <w:numId w:val="0"/>
              </w:numPr>
              <w:rPr>
                <w:rFonts w:cs="Times New Roman"/>
                <w:lang w:val="ru-RU"/>
              </w:rPr>
            </w:pPr>
            <w:r w:rsidRPr="00293A59">
              <w:rPr>
                <w:rFonts w:cs="Times New Roman"/>
                <w:lang w:val="ru-RU"/>
              </w:rPr>
              <w:t>10</w:t>
            </w:r>
          </w:p>
        </w:tc>
        <w:tc>
          <w:tcPr>
            <w:tcW w:w="5954" w:type="dxa"/>
            <w:vAlign w:val="center"/>
          </w:tcPr>
          <w:p w14:paraId="404DEC92" w14:textId="74BC921D" w:rsidR="004679B4" w:rsidRPr="00293A59" w:rsidRDefault="004679B4" w:rsidP="004679B4">
            <w:pPr>
              <w:pStyle w:val="aa"/>
              <w:rPr>
                <w:rFonts w:cs="Times New Roman"/>
                <w:highlight w:val="yellow"/>
              </w:rPr>
            </w:pPr>
            <w:r w:rsidRPr="00293A59">
              <w:rPr>
                <w:rFonts w:eastAsiaTheme="minorEastAsia" w:cs="Times New Roman"/>
              </w:rPr>
              <w:t xml:space="preserve">Накопители </w:t>
            </w:r>
            <w:r w:rsidRPr="00293A59">
              <w:rPr>
                <w:rFonts w:eastAsiaTheme="minorEastAsia" w:cs="Times New Roman"/>
                <w:lang w:val="en-US"/>
              </w:rPr>
              <w:t>SSD</w:t>
            </w:r>
            <w:r w:rsidR="00755588">
              <w:rPr>
                <w:rFonts w:eastAsiaTheme="minorEastAsia" w:cs="Times New Roman"/>
              </w:rPr>
              <w:t xml:space="preserve"> тип 2</w:t>
            </w:r>
            <w:r w:rsidRPr="00293A59">
              <w:rPr>
                <w:rFonts w:eastAsiaTheme="minorEastAsia" w:cs="Times New Roman"/>
              </w:rPr>
              <w:t>, шт.:</w:t>
            </w:r>
          </w:p>
        </w:tc>
        <w:tc>
          <w:tcPr>
            <w:tcW w:w="2835" w:type="dxa"/>
            <w:vAlign w:val="center"/>
          </w:tcPr>
          <w:p w14:paraId="08797169" w14:textId="7E685F1A" w:rsidR="004679B4" w:rsidRPr="00293A59" w:rsidRDefault="00BB1C95" w:rsidP="00DC34CE">
            <w:pPr>
              <w:pStyle w:val="aa"/>
              <w:jc w:val="center"/>
              <w:rPr>
                <w:rFonts w:cs="Times New Roman"/>
                <w:highlight w:val="yellow"/>
              </w:rPr>
            </w:pPr>
            <w:r>
              <w:t>__________</w:t>
            </w:r>
            <w:r w:rsidR="004679B4" w:rsidRPr="00293A59">
              <w:rPr>
                <w:rFonts w:eastAsiaTheme="minorEastAsia" w:cs="Times New Roman"/>
              </w:rPr>
              <w:t>*</w:t>
            </w:r>
          </w:p>
        </w:tc>
      </w:tr>
      <w:tr w:rsidR="004679B4" w:rsidRPr="00293A59" w14:paraId="31E12B49" w14:textId="77777777" w:rsidTr="00ED1D20">
        <w:tc>
          <w:tcPr>
            <w:tcW w:w="567" w:type="dxa"/>
            <w:vAlign w:val="center"/>
          </w:tcPr>
          <w:p w14:paraId="4EC1CE84" w14:textId="77777777" w:rsidR="004679B4" w:rsidRPr="00293A59" w:rsidRDefault="004679B4" w:rsidP="0079513A">
            <w:pPr>
              <w:pStyle w:val="a1"/>
              <w:numPr>
                <w:ilvl w:val="0"/>
                <w:numId w:val="0"/>
              </w:numPr>
              <w:rPr>
                <w:rFonts w:cs="Times New Roman"/>
                <w:lang w:val="ru-RU"/>
              </w:rPr>
            </w:pPr>
            <w:r w:rsidRPr="00293A59">
              <w:rPr>
                <w:rFonts w:cs="Times New Roman"/>
                <w:lang w:val="ru-RU"/>
              </w:rPr>
              <w:t>11</w:t>
            </w:r>
          </w:p>
        </w:tc>
        <w:tc>
          <w:tcPr>
            <w:tcW w:w="5954" w:type="dxa"/>
            <w:vAlign w:val="center"/>
          </w:tcPr>
          <w:p w14:paraId="7C1C7730" w14:textId="6B015356" w:rsidR="004679B4" w:rsidRPr="00293A59" w:rsidRDefault="004679B4" w:rsidP="004679B4">
            <w:pPr>
              <w:pStyle w:val="aa"/>
              <w:rPr>
                <w:rFonts w:eastAsiaTheme="minorEastAsia" w:cs="Times New Roman"/>
              </w:rPr>
            </w:pPr>
            <w:r w:rsidRPr="00293A59">
              <w:rPr>
                <w:rFonts w:eastAsiaTheme="minorEastAsia" w:cs="Times New Roman"/>
              </w:rPr>
              <w:t xml:space="preserve">Объём каждого из накопителей </w:t>
            </w:r>
            <w:r w:rsidRPr="00293A59">
              <w:rPr>
                <w:rFonts w:eastAsiaTheme="minorEastAsia" w:cs="Times New Roman"/>
                <w:lang w:val="en-US"/>
              </w:rPr>
              <w:t>SSD</w:t>
            </w:r>
            <w:r w:rsidR="00755588">
              <w:rPr>
                <w:rFonts w:eastAsiaTheme="minorEastAsia" w:cs="Times New Roman"/>
              </w:rPr>
              <w:t xml:space="preserve"> тип 2</w:t>
            </w:r>
            <w:r w:rsidRPr="00293A59">
              <w:rPr>
                <w:rFonts w:eastAsiaTheme="minorEastAsia" w:cs="Times New Roman"/>
              </w:rPr>
              <w:t>, Тб:</w:t>
            </w:r>
          </w:p>
        </w:tc>
        <w:tc>
          <w:tcPr>
            <w:tcW w:w="2835" w:type="dxa"/>
            <w:vAlign w:val="center"/>
          </w:tcPr>
          <w:p w14:paraId="6B157973" w14:textId="7679BC14" w:rsidR="004679B4" w:rsidRPr="00293A59" w:rsidRDefault="00BB1C95" w:rsidP="00DC34CE">
            <w:pPr>
              <w:pStyle w:val="aa"/>
              <w:jc w:val="center"/>
              <w:rPr>
                <w:rFonts w:cs="Times New Roman"/>
                <w:highlight w:val="yellow"/>
              </w:rPr>
            </w:pPr>
            <w:r>
              <w:t>__________</w:t>
            </w:r>
            <w:r w:rsidR="004679B4" w:rsidRPr="00293A59">
              <w:rPr>
                <w:rFonts w:eastAsiaTheme="minorEastAsia" w:cs="Times New Roman"/>
              </w:rPr>
              <w:t>*</w:t>
            </w:r>
          </w:p>
        </w:tc>
      </w:tr>
      <w:tr w:rsidR="004679B4" w:rsidRPr="00293A59" w14:paraId="244EA8DA" w14:textId="77777777" w:rsidTr="00ED1D20">
        <w:tc>
          <w:tcPr>
            <w:tcW w:w="567" w:type="dxa"/>
            <w:vAlign w:val="center"/>
          </w:tcPr>
          <w:p w14:paraId="264668C3" w14:textId="77777777" w:rsidR="004679B4" w:rsidRPr="00293A59" w:rsidRDefault="004679B4" w:rsidP="0079513A">
            <w:pPr>
              <w:pStyle w:val="a1"/>
              <w:numPr>
                <w:ilvl w:val="0"/>
                <w:numId w:val="0"/>
              </w:numPr>
              <w:rPr>
                <w:rFonts w:cs="Times New Roman"/>
                <w:lang w:val="ru-RU"/>
              </w:rPr>
            </w:pPr>
            <w:r w:rsidRPr="00293A59">
              <w:rPr>
                <w:rFonts w:cs="Times New Roman"/>
                <w:lang w:val="ru-RU"/>
              </w:rPr>
              <w:t>12</w:t>
            </w:r>
          </w:p>
        </w:tc>
        <w:tc>
          <w:tcPr>
            <w:tcW w:w="5954" w:type="dxa"/>
            <w:vAlign w:val="center"/>
          </w:tcPr>
          <w:p w14:paraId="762DC120" w14:textId="77777777" w:rsidR="004679B4" w:rsidRPr="00293A59" w:rsidRDefault="004679B4" w:rsidP="004679B4">
            <w:pPr>
              <w:pStyle w:val="aa"/>
              <w:rPr>
                <w:rFonts w:cs="Times New Roman"/>
                <w:highlight w:val="yellow"/>
              </w:rPr>
            </w:pPr>
            <w:r w:rsidRPr="00293A59">
              <w:rPr>
                <w:rFonts w:eastAsiaTheme="minorEastAsia" w:cs="Times New Roman"/>
              </w:rPr>
              <w:t xml:space="preserve">Ресурс каждого из накопителей </w:t>
            </w:r>
            <w:r w:rsidRPr="00293A59">
              <w:rPr>
                <w:rFonts w:eastAsiaTheme="minorEastAsia" w:cs="Times New Roman"/>
                <w:lang w:val="en-US"/>
              </w:rPr>
              <w:t>SSD</w:t>
            </w:r>
            <w:r w:rsidRPr="00293A59">
              <w:rPr>
                <w:rFonts w:eastAsiaTheme="minorEastAsia" w:cs="Times New Roman"/>
              </w:rPr>
              <w:t>, DWPD (количество перезаписей всего объема накопителя в день в течении 5 лет):</w:t>
            </w:r>
          </w:p>
        </w:tc>
        <w:tc>
          <w:tcPr>
            <w:tcW w:w="2835" w:type="dxa"/>
            <w:vAlign w:val="center"/>
          </w:tcPr>
          <w:p w14:paraId="5456E2FB" w14:textId="3B96C440" w:rsidR="004679B4" w:rsidRPr="00293A59" w:rsidRDefault="00BB1C95" w:rsidP="00DC34CE">
            <w:pPr>
              <w:pStyle w:val="aa"/>
              <w:jc w:val="center"/>
              <w:rPr>
                <w:rFonts w:cs="Times New Roman"/>
                <w:highlight w:val="yellow"/>
              </w:rPr>
            </w:pPr>
            <w:r>
              <w:t>__________</w:t>
            </w:r>
            <w:r w:rsidR="004679B4" w:rsidRPr="00293A59">
              <w:rPr>
                <w:rFonts w:eastAsiaTheme="minorEastAsia" w:cs="Times New Roman"/>
              </w:rPr>
              <w:t>*</w:t>
            </w:r>
          </w:p>
        </w:tc>
      </w:tr>
      <w:tr w:rsidR="004679B4" w:rsidRPr="00293A59" w14:paraId="506085CF" w14:textId="77777777" w:rsidTr="00ED1D20">
        <w:tc>
          <w:tcPr>
            <w:tcW w:w="567" w:type="dxa"/>
            <w:vAlign w:val="center"/>
          </w:tcPr>
          <w:p w14:paraId="78B07BB9" w14:textId="77777777" w:rsidR="004679B4" w:rsidRPr="00293A59" w:rsidRDefault="004679B4" w:rsidP="0079513A">
            <w:pPr>
              <w:pStyle w:val="a1"/>
              <w:numPr>
                <w:ilvl w:val="0"/>
                <w:numId w:val="0"/>
              </w:numPr>
              <w:rPr>
                <w:rFonts w:cs="Times New Roman"/>
                <w:lang w:val="ru-RU"/>
              </w:rPr>
            </w:pPr>
            <w:r w:rsidRPr="00293A59">
              <w:rPr>
                <w:rFonts w:cs="Times New Roman"/>
                <w:lang w:val="ru-RU"/>
              </w:rPr>
              <w:t>13</w:t>
            </w:r>
          </w:p>
        </w:tc>
        <w:tc>
          <w:tcPr>
            <w:tcW w:w="5954" w:type="dxa"/>
            <w:vAlign w:val="center"/>
          </w:tcPr>
          <w:p w14:paraId="258761D1" w14:textId="77777777" w:rsidR="004679B4" w:rsidRPr="00293A59" w:rsidRDefault="004679B4" w:rsidP="004679B4">
            <w:pPr>
              <w:pStyle w:val="aa"/>
              <w:rPr>
                <w:rFonts w:eastAsiaTheme="minorEastAsia" w:cs="Times New Roman"/>
              </w:rPr>
            </w:pPr>
            <w:r w:rsidRPr="00293A59">
              <w:rPr>
                <w:rFonts w:eastAsiaTheme="minorEastAsia" w:cs="Times New Roman"/>
              </w:rPr>
              <w:t xml:space="preserve">Установленные </w:t>
            </w:r>
            <w:r w:rsidRPr="00293A59">
              <w:rPr>
                <w:rFonts w:eastAsiaTheme="minorEastAsia" w:cs="Times New Roman"/>
                <w:lang w:val="en-US"/>
              </w:rPr>
              <w:t>SSD</w:t>
            </w:r>
            <w:r w:rsidRPr="00293A59">
              <w:rPr>
                <w:rFonts w:eastAsiaTheme="minorEastAsia" w:cs="Times New Roman"/>
              </w:rPr>
              <w:t xml:space="preserve"> накопители должны иметь возможность объединения в RAID массив уровней 0, 1, 10, 5</w:t>
            </w:r>
          </w:p>
        </w:tc>
        <w:tc>
          <w:tcPr>
            <w:tcW w:w="2835" w:type="dxa"/>
            <w:vAlign w:val="center"/>
          </w:tcPr>
          <w:p w14:paraId="55C06145" w14:textId="77777777" w:rsidR="004679B4" w:rsidRPr="00293A59" w:rsidRDefault="004679B4" w:rsidP="00DC34CE">
            <w:pPr>
              <w:pStyle w:val="aa"/>
              <w:jc w:val="center"/>
              <w:rPr>
                <w:rFonts w:eastAsiaTheme="minorEastAsia" w:cs="Times New Roman"/>
              </w:rPr>
            </w:pPr>
            <w:r w:rsidRPr="00293A59">
              <w:rPr>
                <w:rFonts w:cs="Times New Roman"/>
              </w:rPr>
              <w:t>Соответствует</w:t>
            </w:r>
          </w:p>
        </w:tc>
      </w:tr>
      <w:tr w:rsidR="004679B4" w:rsidRPr="00293A59" w14:paraId="3EB2BFD0" w14:textId="77777777" w:rsidTr="00ED1D20">
        <w:tc>
          <w:tcPr>
            <w:tcW w:w="567" w:type="dxa"/>
            <w:vAlign w:val="center"/>
          </w:tcPr>
          <w:p w14:paraId="21FA25B3" w14:textId="77777777" w:rsidR="004679B4" w:rsidRPr="00293A59" w:rsidRDefault="004679B4" w:rsidP="0079513A">
            <w:pPr>
              <w:pStyle w:val="a1"/>
              <w:numPr>
                <w:ilvl w:val="0"/>
                <w:numId w:val="0"/>
              </w:numPr>
              <w:rPr>
                <w:rFonts w:cs="Times New Roman"/>
                <w:lang w:val="ru-RU"/>
              </w:rPr>
            </w:pPr>
            <w:r w:rsidRPr="00293A59">
              <w:rPr>
                <w:rFonts w:cs="Times New Roman"/>
                <w:lang w:val="ru-RU"/>
              </w:rPr>
              <w:t>14</w:t>
            </w:r>
          </w:p>
        </w:tc>
        <w:tc>
          <w:tcPr>
            <w:tcW w:w="5954" w:type="dxa"/>
            <w:vAlign w:val="center"/>
          </w:tcPr>
          <w:p w14:paraId="14851328" w14:textId="77777777" w:rsidR="004679B4" w:rsidRPr="00293A59" w:rsidRDefault="004679B4" w:rsidP="004679B4">
            <w:pPr>
              <w:pStyle w:val="aa"/>
              <w:rPr>
                <w:rFonts w:cs="Times New Roman"/>
                <w:highlight w:val="yellow"/>
              </w:rPr>
            </w:pPr>
            <w:r w:rsidRPr="00293A59">
              <w:rPr>
                <w:rFonts w:eastAsiaTheme="minorEastAsia" w:cs="Times New Roman"/>
              </w:rPr>
              <w:t>Количество зарезервированных блоков питания, шт.:</w:t>
            </w:r>
          </w:p>
        </w:tc>
        <w:tc>
          <w:tcPr>
            <w:tcW w:w="2835" w:type="dxa"/>
            <w:vAlign w:val="center"/>
          </w:tcPr>
          <w:p w14:paraId="503C91D0" w14:textId="27057B22" w:rsidR="004679B4" w:rsidRPr="00293A59" w:rsidRDefault="00BB1C95" w:rsidP="00DC34CE">
            <w:pPr>
              <w:pStyle w:val="aa"/>
              <w:jc w:val="center"/>
              <w:rPr>
                <w:rFonts w:cs="Times New Roman"/>
                <w:highlight w:val="yellow"/>
              </w:rPr>
            </w:pPr>
            <w:r>
              <w:t>__________</w:t>
            </w:r>
            <w:r w:rsidR="004679B4" w:rsidRPr="00293A59">
              <w:rPr>
                <w:rFonts w:eastAsiaTheme="minorEastAsia" w:cs="Times New Roman"/>
              </w:rPr>
              <w:t>*</w:t>
            </w:r>
          </w:p>
        </w:tc>
      </w:tr>
      <w:tr w:rsidR="004679B4" w:rsidRPr="00293A59" w14:paraId="00D5FCD8" w14:textId="77777777" w:rsidTr="00ED1D20">
        <w:tc>
          <w:tcPr>
            <w:tcW w:w="567" w:type="dxa"/>
            <w:vAlign w:val="center"/>
          </w:tcPr>
          <w:p w14:paraId="6A7573F0" w14:textId="77777777" w:rsidR="004679B4" w:rsidRPr="00293A59" w:rsidRDefault="004679B4" w:rsidP="0079513A">
            <w:pPr>
              <w:pStyle w:val="a1"/>
              <w:numPr>
                <w:ilvl w:val="0"/>
                <w:numId w:val="0"/>
              </w:numPr>
              <w:rPr>
                <w:rFonts w:cs="Times New Roman"/>
                <w:lang w:val="ru-RU"/>
              </w:rPr>
            </w:pPr>
            <w:r w:rsidRPr="00293A59">
              <w:rPr>
                <w:rFonts w:cs="Times New Roman"/>
                <w:lang w:val="ru-RU"/>
              </w:rPr>
              <w:t>15</w:t>
            </w:r>
          </w:p>
        </w:tc>
        <w:tc>
          <w:tcPr>
            <w:tcW w:w="5954" w:type="dxa"/>
            <w:vAlign w:val="center"/>
          </w:tcPr>
          <w:p w14:paraId="36EDB52D" w14:textId="77777777" w:rsidR="004679B4" w:rsidRPr="00293A59" w:rsidRDefault="004679B4" w:rsidP="004679B4">
            <w:pPr>
              <w:pStyle w:val="aa"/>
              <w:rPr>
                <w:rFonts w:cs="Times New Roman"/>
              </w:rPr>
            </w:pPr>
            <w:r w:rsidRPr="00293A59">
              <w:rPr>
                <w:rFonts w:eastAsiaTheme="minorEastAsia" w:cs="Times New Roman"/>
              </w:rPr>
              <w:t>Стандарт каждого из зарезервированных блоков питания:</w:t>
            </w:r>
          </w:p>
        </w:tc>
        <w:tc>
          <w:tcPr>
            <w:tcW w:w="2835" w:type="dxa"/>
            <w:vAlign w:val="center"/>
          </w:tcPr>
          <w:p w14:paraId="584C43E8" w14:textId="06790318" w:rsidR="004679B4" w:rsidRPr="00293A59" w:rsidRDefault="00A515B5" w:rsidP="00DC34CE">
            <w:pPr>
              <w:pStyle w:val="aa"/>
              <w:jc w:val="center"/>
              <w:rPr>
                <w:rFonts w:cs="Times New Roman"/>
              </w:rPr>
            </w:pPr>
            <w:r>
              <w:t>__________</w:t>
            </w:r>
            <w:r w:rsidR="004679B4" w:rsidRPr="00293A59">
              <w:rPr>
                <w:rFonts w:eastAsiaTheme="minorEastAsia" w:cs="Times New Roman"/>
              </w:rPr>
              <w:t>*</w:t>
            </w:r>
          </w:p>
        </w:tc>
      </w:tr>
      <w:tr w:rsidR="004679B4" w:rsidRPr="00293A59" w14:paraId="2C70C933" w14:textId="77777777" w:rsidTr="00ED1D20">
        <w:tc>
          <w:tcPr>
            <w:tcW w:w="567" w:type="dxa"/>
            <w:vAlign w:val="center"/>
          </w:tcPr>
          <w:p w14:paraId="2C518A9D" w14:textId="77777777" w:rsidR="004679B4" w:rsidRPr="00293A59" w:rsidRDefault="004679B4" w:rsidP="0079513A">
            <w:pPr>
              <w:pStyle w:val="a1"/>
              <w:numPr>
                <w:ilvl w:val="0"/>
                <w:numId w:val="0"/>
              </w:numPr>
              <w:rPr>
                <w:rFonts w:cs="Times New Roman"/>
                <w:lang w:val="ru-RU"/>
              </w:rPr>
            </w:pPr>
            <w:r w:rsidRPr="00293A59">
              <w:rPr>
                <w:rFonts w:cs="Times New Roman"/>
                <w:lang w:val="ru-RU"/>
              </w:rPr>
              <w:t>16</w:t>
            </w:r>
          </w:p>
        </w:tc>
        <w:tc>
          <w:tcPr>
            <w:tcW w:w="5954" w:type="dxa"/>
            <w:vAlign w:val="center"/>
          </w:tcPr>
          <w:p w14:paraId="4F3F7FF4" w14:textId="77777777" w:rsidR="004679B4" w:rsidRPr="00293A59" w:rsidRDefault="004679B4" w:rsidP="004679B4">
            <w:pPr>
              <w:pStyle w:val="aa"/>
              <w:rPr>
                <w:rFonts w:eastAsiaTheme="minorEastAsia" w:cs="Times New Roman"/>
              </w:rPr>
            </w:pPr>
            <w:r w:rsidRPr="00293A59">
              <w:rPr>
                <w:rFonts w:eastAsiaTheme="minorEastAsia" w:cs="Times New Roman"/>
              </w:rPr>
              <w:t>Мощность каждого из зарезервированных блоков питания, Ватт:</w:t>
            </w:r>
          </w:p>
        </w:tc>
        <w:tc>
          <w:tcPr>
            <w:tcW w:w="2835" w:type="dxa"/>
            <w:vAlign w:val="center"/>
          </w:tcPr>
          <w:p w14:paraId="521C8D97" w14:textId="236B018D" w:rsidR="004679B4" w:rsidRPr="00293A59" w:rsidRDefault="00A515B5" w:rsidP="00DC34CE">
            <w:pPr>
              <w:pStyle w:val="aa"/>
              <w:jc w:val="center"/>
              <w:rPr>
                <w:rFonts w:cs="Times New Roman"/>
              </w:rPr>
            </w:pPr>
            <w:r>
              <w:t>__________</w:t>
            </w:r>
            <w:r w:rsidR="004679B4" w:rsidRPr="00293A59">
              <w:rPr>
                <w:rFonts w:eastAsiaTheme="minorEastAsia" w:cs="Times New Roman"/>
              </w:rPr>
              <w:t>*</w:t>
            </w:r>
          </w:p>
        </w:tc>
      </w:tr>
      <w:tr w:rsidR="00502092" w:rsidRPr="00293A59" w14:paraId="2E3513EC" w14:textId="77777777" w:rsidTr="00ED1D20">
        <w:tc>
          <w:tcPr>
            <w:tcW w:w="567" w:type="dxa"/>
            <w:vAlign w:val="center"/>
          </w:tcPr>
          <w:p w14:paraId="7DE38037" w14:textId="77777777" w:rsidR="00502092" w:rsidRPr="00293A59" w:rsidRDefault="00502092" w:rsidP="0079513A">
            <w:pPr>
              <w:pStyle w:val="a1"/>
              <w:numPr>
                <w:ilvl w:val="0"/>
                <w:numId w:val="0"/>
              </w:numPr>
              <w:rPr>
                <w:rFonts w:cs="Times New Roman"/>
                <w:lang w:val="ru-RU"/>
              </w:rPr>
            </w:pPr>
            <w:r w:rsidRPr="00293A59">
              <w:rPr>
                <w:rFonts w:cs="Times New Roman"/>
                <w:lang w:val="ru-RU"/>
              </w:rPr>
              <w:t>17</w:t>
            </w:r>
          </w:p>
        </w:tc>
        <w:tc>
          <w:tcPr>
            <w:tcW w:w="5954" w:type="dxa"/>
            <w:vAlign w:val="center"/>
          </w:tcPr>
          <w:p w14:paraId="1BBAC441" w14:textId="77777777" w:rsidR="00502092" w:rsidRPr="00293A59" w:rsidRDefault="00502092" w:rsidP="00502092">
            <w:pPr>
              <w:pStyle w:val="aa"/>
              <w:rPr>
                <w:rFonts w:eastAsiaTheme="minorEastAsia" w:cs="Times New Roman"/>
              </w:rPr>
            </w:pPr>
            <w:r w:rsidRPr="00293A59">
              <w:rPr>
                <w:rFonts w:eastAsiaTheme="minorEastAsia" w:cs="Times New Roman"/>
              </w:rPr>
              <w:t>Тип разъема кабеля питания в комплекте</w:t>
            </w:r>
          </w:p>
        </w:tc>
        <w:tc>
          <w:tcPr>
            <w:tcW w:w="2835" w:type="dxa"/>
            <w:vAlign w:val="center"/>
          </w:tcPr>
          <w:p w14:paraId="6707B845" w14:textId="77777777" w:rsidR="00502092" w:rsidRPr="00293A59" w:rsidRDefault="00502092" w:rsidP="00DC34CE">
            <w:pPr>
              <w:pStyle w:val="aa"/>
              <w:jc w:val="center"/>
              <w:rPr>
                <w:rFonts w:eastAsiaTheme="minorEastAsia" w:cs="Times New Roman"/>
              </w:rPr>
            </w:pPr>
            <w:r w:rsidRPr="00293A59">
              <w:rPr>
                <w:rFonts w:eastAsiaTheme="minorEastAsia" w:cs="Times New Roman"/>
              </w:rPr>
              <w:t>C13/C14</w:t>
            </w:r>
          </w:p>
        </w:tc>
      </w:tr>
      <w:tr w:rsidR="00502092" w:rsidRPr="00293A59" w14:paraId="4F919759" w14:textId="77777777" w:rsidTr="00ED1D20">
        <w:tc>
          <w:tcPr>
            <w:tcW w:w="567" w:type="dxa"/>
            <w:vAlign w:val="center"/>
          </w:tcPr>
          <w:p w14:paraId="454A0AF1" w14:textId="77777777" w:rsidR="00502092" w:rsidRPr="00293A59" w:rsidRDefault="00502092" w:rsidP="0079513A">
            <w:pPr>
              <w:pStyle w:val="a1"/>
              <w:numPr>
                <w:ilvl w:val="0"/>
                <w:numId w:val="0"/>
              </w:numPr>
              <w:rPr>
                <w:rFonts w:cs="Times New Roman"/>
                <w:lang w:val="ru-RU"/>
              </w:rPr>
            </w:pPr>
            <w:r w:rsidRPr="00293A59">
              <w:rPr>
                <w:rFonts w:cs="Times New Roman"/>
                <w:lang w:val="ru-RU"/>
              </w:rPr>
              <w:lastRenderedPageBreak/>
              <w:t>18</w:t>
            </w:r>
          </w:p>
        </w:tc>
        <w:tc>
          <w:tcPr>
            <w:tcW w:w="5954" w:type="dxa"/>
            <w:vAlign w:val="center"/>
          </w:tcPr>
          <w:p w14:paraId="4492A0F5" w14:textId="77777777" w:rsidR="00502092" w:rsidRPr="00293A59" w:rsidRDefault="00502092" w:rsidP="00502092">
            <w:pPr>
              <w:pStyle w:val="aa"/>
              <w:rPr>
                <w:rFonts w:eastAsiaTheme="minorEastAsia" w:cs="Times New Roman"/>
              </w:rPr>
            </w:pPr>
            <w:r w:rsidRPr="00293A59">
              <w:rPr>
                <w:rFonts w:eastAsia="Times New Roman" w:cs="Times New Roman"/>
                <w:color w:val="000000"/>
                <w:lang w:eastAsia="ar-SA"/>
              </w:rPr>
              <w:t>Наличие индикаторов неисправности на корпусе или дисплея для отображения диагностических кодов</w:t>
            </w:r>
          </w:p>
        </w:tc>
        <w:tc>
          <w:tcPr>
            <w:tcW w:w="2835" w:type="dxa"/>
            <w:vAlign w:val="center"/>
          </w:tcPr>
          <w:p w14:paraId="4835B5F0" w14:textId="77777777" w:rsidR="00502092" w:rsidRPr="00293A59" w:rsidRDefault="00502092" w:rsidP="00DC34CE">
            <w:pPr>
              <w:pStyle w:val="aa"/>
              <w:jc w:val="center"/>
              <w:rPr>
                <w:rFonts w:cs="Times New Roman"/>
              </w:rPr>
            </w:pPr>
            <w:r w:rsidRPr="00293A59">
              <w:rPr>
                <w:rFonts w:cs="Times New Roman"/>
              </w:rPr>
              <w:t>Наличие</w:t>
            </w:r>
          </w:p>
        </w:tc>
      </w:tr>
      <w:tr w:rsidR="00502092" w:rsidRPr="00293A59" w14:paraId="6AE912AF" w14:textId="77777777" w:rsidTr="00ED1D20">
        <w:tc>
          <w:tcPr>
            <w:tcW w:w="567" w:type="dxa"/>
            <w:vAlign w:val="center"/>
          </w:tcPr>
          <w:p w14:paraId="1F67FF09" w14:textId="77777777" w:rsidR="00502092" w:rsidRPr="00293A59" w:rsidRDefault="00502092" w:rsidP="0079513A">
            <w:pPr>
              <w:pStyle w:val="a1"/>
              <w:numPr>
                <w:ilvl w:val="0"/>
                <w:numId w:val="0"/>
              </w:numPr>
              <w:rPr>
                <w:rFonts w:cs="Times New Roman"/>
                <w:lang w:val="ru-RU"/>
              </w:rPr>
            </w:pPr>
            <w:r w:rsidRPr="00293A59">
              <w:rPr>
                <w:rFonts w:cs="Times New Roman"/>
                <w:lang w:val="ru-RU"/>
              </w:rPr>
              <w:t>19</w:t>
            </w:r>
          </w:p>
        </w:tc>
        <w:tc>
          <w:tcPr>
            <w:tcW w:w="5954" w:type="dxa"/>
            <w:vAlign w:val="center"/>
          </w:tcPr>
          <w:p w14:paraId="73AFBD9B" w14:textId="77777777" w:rsidR="00502092" w:rsidRPr="00293A59" w:rsidRDefault="00502092" w:rsidP="00502092">
            <w:pPr>
              <w:pStyle w:val="aa"/>
              <w:rPr>
                <w:rFonts w:eastAsiaTheme="minorEastAsia" w:cs="Times New Roman"/>
              </w:rPr>
            </w:pPr>
            <w:r w:rsidRPr="00293A59">
              <w:rPr>
                <w:rFonts w:eastAsiaTheme="minorEastAsia" w:cs="Times New Roman"/>
              </w:rPr>
              <w:t>Количество портов Ethernet 25Гб/с SFP+, с установленными трансиверами Multi-mode (850 nm, LC), шт.:</w:t>
            </w:r>
          </w:p>
        </w:tc>
        <w:tc>
          <w:tcPr>
            <w:tcW w:w="2835" w:type="dxa"/>
            <w:vAlign w:val="center"/>
          </w:tcPr>
          <w:p w14:paraId="3809CC22" w14:textId="77BCFF42" w:rsidR="00502092" w:rsidRPr="00293A59" w:rsidRDefault="00A515B5" w:rsidP="00DC34CE">
            <w:pPr>
              <w:pStyle w:val="aa"/>
              <w:jc w:val="center"/>
              <w:rPr>
                <w:rFonts w:cs="Times New Roman"/>
              </w:rPr>
            </w:pPr>
            <w:r>
              <w:t>__________</w:t>
            </w:r>
            <w:r w:rsidR="00502092" w:rsidRPr="00293A59">
              <w:rPr>
                <w:rFonts w:eastAsiaTheme="minorEastAsia" w:cs="Times New Roman"/>
              </w:rPr>
              <w:t>*</w:t>
            </w:r>
          </w:p>
        </w:tc>
      </w:tr>
      <w:tr w:rsidR="00502092" w:rsidRPr="00293A59" w14:paraId="0E2DE9A0" w14:textId="77777777" w:rsidTr="00ED1D20">
        <w:tc>
          <w:tcPr>
            <w:tcW w:w="567" w:type="dxa"/>
            <w:vAlign w:val="center"/>
          </w:tcPr>
          <w:p w14:paraId="0A7EB7B7" w14:textId="77777777" w:rsidR="00502092" w:rsidRPr="00293A59" w:rsidRDefault="00502092" w:rsidP="0079513A">
            <w:pPr>
              <w:pStyle w:val="a1"/>
              <w:numPr>
                <w:ilvl w:val="0"/>
                <w:numId w:val="0"/>
              </w:numPr>
              <w:rPr>
                <w:rFonts w:cs="Times New Roman"/>
                <w:lang w:val="ru-RU"/>
              </w:rPr>
            </w:pPr>
            <w:r w:rsidRPr="00293A59">
              <w:rPr>
                <w:rFonts w:cs="Times New Roman"/>
                <w:lang w:val="ru-RU"/>
              </w:rPr>
              <w:t>20</w:t>
            </w:r>
          </w:p>
        </w:tc>
        <w:tc>
          <w:tcPr>
            <w:tcW w:w="5954" w:type="dxa"/>
            <w:vAlign w:val="center"/>
          </w:tcPr>
          <w:p w14:paraId="3A5AAFF0" w14:textId="77777777" w:rsidR="00502092" w:rsidRPr="00293A59" w:rsidRDefault="00502092" w:rsidP="00502092">
            <w:pPr>
              <w:pStyle w:val="aa"/>
              <w:rPr>
                <w:rFonts w:eastAsiaTheme="minorEastAsia" w:cs="Times New Roman"/>
              </w:rPr>
            </w:pPr>
            <w:r w:rsidRPr="00293A59">
              <w:rPr>
                <w:rFonts w:eastAsiaTheme="minorEastAsia" w:cs="Times New Roman"/>
              </w:rPr>
              <w:t xml:space="preserve">Для портов Ethernet 25Гб/с SFP+ - дальность передачи каждого из трансиверов Multi-mode (850 nm, LC), </w:t>
            </w:r>
            <w:r w:rsidRPr="00293A59">
              <w:rPr>
                <w:rFonts w:eastAsiaTheme="minorEastAsia" w:cs="Times New Roman"/>
                <w:lang w:val="en-US"/>
              </w:rPr>
              <w:t>km</w:t>
            </w:r>
            <w:r w:rsidRPr="00293A59">
              <w:rPr>
                <w:rFonts w:eastAsiaTheme="minorEastAsia" w:cs="Times New Roman"/>
              </w:rPr>
              <w:t>:</w:t>
            </w:r>
          </w:p>
        </w:tc>
        <w:tc>
          <w:tcPr>
            <w:tcW w:w="2835" w:type="dxa"/>
            <w:vAlign w:val="center"/>
          </w:tcPr>
          <w:p w14:paraId="441C5677" w14:textId="6E9B1743" w:rsidR="00502092" w:rsidRPr="00293A59" w:rsidRDefault="00A515B5" w:rsidP="00DC34CE">
            <w:pPr>
              <w:pStyle w:val="aa"/>
              <w:jc w:val="center"/>
              <w:rPr>
                <w:rFonts w:cs="Times New Roman"/>
              </w:rPr>
            </w:pPr>
            <w:r>
              <w:t>__________</w:t>
            </w:r>
            <w:r w:rsidR="00502092" w:rsidRPr="00293A59">
              <w:rPr>
                <w:rFonts w:eastAsiaTheme="minorEastAsia" w:cs="Times New Roman"/>
              </w:rPr>
              <w:t>*</w:t>
            </w:r>
          </w:p>
        </w:tc>
      </w:tr>
      <w:tr w:rsidR="00502092" w:rsidRPr="00293A59" w14:paraId="588E656B" w14:textId="77777777" w:rsidTr="00ED1D20">
        <w:tc>
          <w:tcPr>
            <w:tcW w:w="567" w:type="dxa"/>
            <w:vAlign w:val="center"/>
          </w:tcPr>
          <w:p w14:paraId="1268632A" w14:textId="77777777" w:rsidR="00502092" w:rsidRPr="00293A59" w:rsidRDefault="00502092" w:rsidP="0079513A">
            <w:pPr>
              <w:pStyle w:val="a1"/>
              <w:numPr>
                <w:ilvl w:val="0"/>
                <w:numId w:val="0"/>
              </w:numPr>
              <w:rPr>
                <w:rFonts w:cs="Times New Roman"/>
                <w:lang w:val="ru-RU"/>
              </w:rPr>
            </w:pPr>
            <w:r w:rsidRPr="00293A59">
              <w:rPr>
                <w:rFonts w:cs="Times New Roman"/>
                <w:lang w:val="ru-RU"/>
              </w:rPr>
              <w:t>21</w:t>
            </w:r>
          </w:p>
        </w:tc>
        <w:tc>
          <w:tcPr>
            <w:tcW w:w="5954" w:type="dxa"/>
            <w:vAlign w:val="center"/>
          </w:tcPr>
          <w:p w14:paraId="49B0F309" w14:textId="77777777" w:rsidR="00502092" w:rsidRPr="00293A59" w:rsidRDefault="00502092" w:rsidP="00502092">
            <w:pPr>
              <w:pStyle w:val="aa"/>
              <w:rPr>
                <w:rFonts w:eastAsiaTheme="minorEastAsia" w:cs="Times New Roman"/>
              </w:rPr>
            </w:pPr>
            <w:r w:rsidRPr="00293A59">
              <w:rPr>
                <w:rFonts w:eastAsiaTheme="minorEastAsia" w:cs="Times New Roman"/>
              </w:rPr>
              <w:t>Для портов Ethernet 25Гб/с SFP+ - наличие в комплекте многомодовых оптических патчкордов duplex LC-LC длиной 3 метра, шт.:</w:t>
            </w:r>
          </w:p>
        </w:tc>
        <w:tc>
          <w:tcPr>
            <w:tcW w:w="2835" w:type="dxa"/>
            <w:vAlign w:val="center"/>
          </w:tcPr>
          <w:p w14:paraId="246883A0" w14:textId="6FF2C7B4" w:rsidR="00502092" w:rsidRPr="00293A59" w:rsidRDefault="00A515B5" w:rsidP="00DC34CE">
            <w:pPr>
              <w:pStyle w:val="aa"/>
              <w:jc w:val="center"/>
              <w:rPr>
                <w:rFonts w:cs="Times New Roman"/>
              </w:rPr>
            </w:pPr>
            <w:r>
              <w:t>__________</w:t>
            </w:r>
            <w:r w:rsidR="00502092" w:rsidRPr="00293A59">
              <w:rPr>
                <w:rFonts w:eastAsiaTheme="minorEastAsia" w:cs="Times New Roman"/>
              </w:rPr>
              <w:t>*</w:t>
            </w:r>
          </w:p>
        </w:tc>
      </w:tr>
      <w:tr w:rsidR="00502092" w:rsidRPr="00293A59" w14:paraId="5184C20B" w14:textId="77777777" w:rsidTr="00ED1D20">
        <w:tc>
          <w:tcPr>
            <w:tcW w:w="567" w:type="dxa"/>
            <w:vAlign w:val="center"/>
          </w:tcPr>
          <w:p w14:paraId="69D5A0F8" w14:textId="77777777" w:rsidR="00502092" w:rsidRPr="00293A59" w:rsidRDefault="00502092" w:rsidP="0079513A">
            <w:pPr>
              <w:pStyle w:val="a1"/>
              <w:numPr>
                <w:ilvl w:val="0"/>
                <w:numId w:val="0"/>
              </w:numPr>
              <w:rPr>
                <w:rFonts w:cs="Times New Roman"/>
                <w:lang w:val="ru-RU"/>
              </w:rPr>
            </w:pPr>
            <w:r w:rsidRPr="00293A59">
              <w:rPr>
                <w:rFonts w:cs="Times New Roman"/>
                <w:lang w:val="ru-RU"/>
              </w:rPr>
              <w:t>22</w:t>
            </w:r>
          </w:p>
        </w:tc>
        <w:tc>
          <w:tcPr>
            <w:tcW w:w="5954" w:type="dxa"/>
            <w:vAlign w:val="center"/>
          </w:tcPr>
          <w:p w14:paraId="438D47E6" w14:textId="77777777" w:rsidR="00502092" w:rsidRPr="00293A59" w:rsidRDefault="00502092" w:rsidP="00502092">
            <w:pPr>
              <w:pStyle w:val="aa"/>
              <w:rPr>
                <w:rFonts w:cs="Times New Roman"/>
                <w:highlight w:val="yellow"/>
              </w:rPr>
            </w:pPr>
            <w:r w:rsidRPr="00293A59">
              <w:rPr>
                <w:rFonts w:eastAsiaTheme="minorEastAsia" w:cs="Times New Roman"/>
              </w:rPr>
              <w:t>1 выделенный порт удаленного управления 1 Гб/с, удаленная графическая консоль управления, поддержка удаленного монтирования ISO образов</w:t>
            </w:r>
          </w:p>
        </w:tc>
        <w:tc>
          <w:tcPr>
            <w:tcW w:w="2835" w:type="dxa"/>
            <w:vAlign w:val="center"/>
          </w:tcPr>
          <w:p w14:paraId="1E0C1B6C" w14:textId="77777777" w:rsidR="00502092" w:rsidRPr="00293A59" w:rsidRDefault="00502092" w:rsidP="00DC34CE">
            <w:pPr>
              <w:pStyle w:val="aa"/>
              <w:jc w:val="center"/>
              <w:rPr>
                <w:rFonts w:cs="Times New Roman"/>
                <w:highlight w:val="yellow"/>
              </w:rPr>
            </w:pPr>
            <w:r w:rsidRPr="00293A59">
              <w:rPr>
                <w:rFonts w:cs="Times New Roman"/>
              </w:rPr>
              <w:t>Наличие</w:t>
            </w:r>
          </w:p>
        </w:tc>
      </w:tr>
      <w:tr w:rsidR="003453A6" w:rsidRPr="00293A59" w14:paraId="2D48D1B3" w14:textId="77777777" w:rsidTr="00ED1D20">
        <w:tc>
          <w:tcPr>
            <w:tcW w:w="567" w:type="dxa"/>
            <w:vAlign w:val="center"/>
          </w:tcPr>
          <w:p w14:paraId="2040ABE7" w14:textId="2652167B" w:rsidR="003453A6" w:rsidRPr="00293A59" w:rsidRDefault="003453A6" w:rsidP="003453A6">
            <w:pPr>
              <w:pStyle w:val="a1"/>
              <w:numPr>
                <w:ilvl w:val="0"/>
                <w:numId w:val="0"/>
              </w:numPr>
              <w:rPr>
                <w:rFonts w:cs="Times New Roman"/>
                <w:lang w:val="ru-RU"/>
              </w:rPr>
            </w:pPr>
            <w:r w:rsidRPr="00293A59">
              <w:rPr>
                <w:rFonts w:cs="Times New Roman"/>
                <w:lang w:val="ru-RU"/>
              </w:rPr>
              <w:t>23</w:t>
            </w:r>
          </w:p>
        </w:tc>
        <w:tc>
          <w:tcPr>
            <w:tcW w:w="5954" w:type="dxa"/>
            <w:vAlign w:val="center"/>
          </w:tcPr>
          <w:p w14:paraId="605B2449" w14:textId="77777777" w:rsidR="003453A6" w:rsidRPr="00547329" w:rsidRDefault="003453A6" w:rsidP="003453A6">
            <w:pPr>
              <w:spacing w:line="240" w:lineRule="auto"/>
              <w:contextualSpacing/>
              <w:rPr>
                <w:rFonts w:ascii="Times New Roman" w:eastAsiaTheme="minorEastAsia" w:hAnsi="Times New Roman"/>
                <w:lang w:val="en-US"/>
              </w:rPr>
            </w:pPr>
            <w:r w:rsidRPr="00547329">
              <w:rPr>
                <w:rFonts w:ascii="Times New Roman" w:eastAsiaTheme="minorEastAsia" w:hAnsi="Times New Roman"/>
              </w:rPr>
              <w:t>Поддержка</w:t>
            </w:r>
            <w:r w:rsidRPr="00547329">
              <w:rPr>
                <w:rFonts w:ascii="Times New Roman" w:eastAsiaTheme="minorEastAsia" w:hAnsi="Times New Roman"/>
                <w:lang w:val="en-US"/>
              </w:rPr>
              <w:t xml:space="preserve"> </w:t>
            </w:r>
            <w:r w:rsidRPr="00547329">
              <w:rPr>
                <w:rFonts w:ascii="Times New Roman" w:eastAsiaTheme="minorEastAsia" w:hAnsi="Times New Roman"/>
              </w:rPr>
              <w:t>ОС:</w:t>
            </w:r>
            <w:r w:rsidRPr="00547329">
              <w:rPr>
                <w:rFonts w:ascii="Times New Roman" w:eastAsiaTheme="minorEastAsia" w:hAnsi="Times New Roman"/>
                <w:lang w:val="en-US"/>
              </w:rPr>
              <w:t xml:space="preserve">  </w:t>
            </w:r>
          </w:p>
          <w:p w14:paraId="238BDE96" w14:textId="65408939" w:rsidR="003453A6" w:rsidRDefault="003453A6" w:rsidP="003453A6">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547329">
              <w:rPr>
                <w:rFonts w:ascii="Times New Roman" w:eastAsiaTheme="minorEastAsia" w:hAnsi="Times New Roman"/>
              </w:rPr>
              <w:t>А</w:t>
            </w:r>
            <w:r w:rsidRPr="00547329">
              <w:rPr>
                <w:rFonts w:ascii="Times New Roman" w:eastAsiaTheme="minorEastAsia" w:hAnsi="Times New Roman"/>
                <w:lang w:val="en-US"/>
              </w:rPr>
              <w:t>stra Linux</w:t>
            </w:r>
          </w:p>
          <w:p w14:paraId="6C0F6D65" w14:textId="3D90D6BD" w:rsidR="003453A6" w:rsidRPr="003453A6" w:rsidRDefault="003453A6" w:rsidP="003453A6">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3453A6">
              <w:rPr>
                <w:rFonts w:ascii="Times New Roman" w:eastAsiaTheme="minorEastAsia" w:hAnsi="Times New Roman"/>
              </w:rPr>
              <w:t>РЕД ОС</w:t>
            </w:r>
          </w:p>
        </w:tc>
        <w:tc>
          <w:tcPr>
            <w:tcW w:w="2835" w:type="dxa"/>
            <w:vAlign w:val="center"/>
          </w:tcPr>
          <w:p w14:paraId="26E4A98A" w14:textId="7F474CC7" w:rsidR="003453A6" w:rsidRPr="00293A59" w:rsidRDefault="003453A6" w:rsidP="003453A6">
            <w:pPr>
              <w:pStyle w:val="aa"/>
              <w:jc w:val="center"/>
              <w:rPr>
                <w:rFonts w:cs="Times New Roman"/>
              </w:rPr>
            </w:pPr>
            <w:r w:rsidRPr="00547329">
              <w:rPr>
                <w:rFonts w:cs="Times New Roman"/>
              </w:rPr>
              <w:t>Соответствует</w:t>
            </w:r>
          </w:p>
        </w:tc>
      </w:tr>
      <w:tr w:rsidR="003453A6" w:rsidRPr="00293A59" w14:paraId="57E3E498" w14:textId="77777777" w:rsidTr="00ED1D20">
        <w:tc>
          <w:tcPr>
            <w:tcW w:w="567" w:type="dxa"/>
            <w:vAlign w:val="center"/>
          </w:tcPr>
          <w:p w14:paraId="6D150898" w14:textId="30110BB4" w:rsidR="003453A6" w:rsidRPr="00293A59" w:rsidRDefault="003453A6" w:rsidP="003453A6">
            <w:pPr>
              <w:pStyle w:val="a1"/>
              <w:numPr>
                <w:ilvl w:val="0"/>
                <w:numId w:val="0"/>
              </w:numPr>
              <w:rPr>
                <w:rFonts w:cs="Times New Roman"/>
                <w:lang w:val="ru-RU"/>
              </w:rPr>
            </w:pPr>
            <w:r w:rsidRPr="00293A59">
              <w:rPr>
                <w:rFonts w:cs="Times New Roman"/>
                <w:lang w:val="ru-RU"/>
              </w:rPr>
              <w:t>24</w:t>
            </w:r>
          </w:p>
        </w:tc>
        <w:tc>
          <w:tcPr>
            <w:tcW w:w="5954" w:type="dxa"/>
          </w:tcPr>
          <w:p w14:paraId="5AF79EEF" w14:textId="77777777" w:rsidR="003453A6" w:rsidRPr="00293A59" w:rsidRDefault="003453A6" w:rsidP="003453A6">
            <w:pPr>
              <w:pStyle w:val="aa"/>
              <w:rPr>
                <w:rFonts w:cs="Times New Roman"/>
                <w:highlight w:val="yellow"/>
              </w:rPr>
            </w:pPr>
            <w:r w:rsidRPr="00293A59">
              <w:rPr>
                <w:rFonts w:eastAsiaTheme="minorEastAsia" w:cs="Times New Roman"/>
              </w:rPr>
              <w:t>Поставляется с гарантией производителя, срок гарантии, лет:</w:t>
            </w:r>
          </w:p>
        </w:tc>
        <w:tc>
          <w:tcPr>
            <w:tcW w:w="2835" w:type="dxa"/>
            <w:vAlign w:val="center"/>
          </w:tcPr>
          <w:p w14:paraId="6899306E" w14:textId="7E9E787A" w:rsidR="003453A6" w:rsidRPr="00293A59" w:rsidRDefault="00A515B5" w:rsidP="003453A6">
            <w:pPr>
              <w:pStyle w:val="aa"/>
              <w:jc w:val="center"/>
              <w:rPr>
                <w:rFonts w:cs="Times New Roman"/>
                <w:highlight w:val="yellow"/>
              </w:rPr>
            </w:pPr>
            <w:r>
              <w:t>__________</w:t>
            </w:r>
            <w:r w:rsidR="003453A6" w:rsidRPr="00293A59">
              <w:rPr>
                <w:rFonts w:eastAsiaTheme="minorEastAsia" w:cs="Times New Roman"/>
              </w:rPr>
              <w:t>*</w:t>
            </w:r>
          </w:p>
        </w:tc>
      </w:tr>
      <w:tr w:rsidR="003453A6" w:rsidRPr="00293A59" w14:paraId="02380AB9" w14:textId="77777777" w:rsidTr="00ED1D20">
        <w:tc>
          <w:tcPr>
            <w:tcW w:w="567" w:type="dxa"/>
            <w:vAlign w:val="center"/>
          </w:tcPr>
          <w:p w14:paraId="5CC585FD" w14:textId="692C356E" w:rsidR="003453A6" w:rsidRPr="00293A59" w:rsidRDefault="003453A6" w:rsidP="003453A6">
            <w:pPr>
              <w:pStyle w:val="a1"/>
              <w:numPr>
                <w:ilvl w:val="0"/>
                <w:numId w:val="0"/>
              </w:numPr>
              <w:rPr>
                <w:rFonts w:cs="Times New Roman"/>
                <w:lang w:val="ru-RU"/>
              </w:rPr>
            </w:pPr>
            <w:r w:rsidRPr="00293A59">
              <w:rPr>
                <w:rFonts w:cs="Times New Roman"/>
                <w:lang w:val="ru-RU"/>
              </w:rPr>
              <w:t>25</w:t>
            </w:r>
          </w:p>
        </w:tc>
        <w:tc>
          <w:tcPr>
            <w:tcW w:w="5954" w:type="dxa"/>
          </w:tcPr>
          <w:p w14:paraId="20B234E5" w14:textId="6DCE569F" w:rsidR="003453A6" w:rsidRPr="00293A59" w:rsidRDefault="003453A6" w:rsidP="003453A6">
            <w:pPr>
              <w:pStyle w:val="aa"/>
              <w:rPr>
                <w:rFonts w:eastAsiaTheme="minorEastAsia" w:cs="Times New Roman"/>
              </w:rPr>
            </w:pPr>
            <w:r>
              <w:rPr>
                <w:rFonts w:eastAsiaTheme="minorEastAsia" w:cs="Times New Roman"/>
              </w:rPr>
              <w:t>Наличие гарантийной</w:t>
            </w:r>
            <w:r w:rsidRPr="00293A59">
              <w:rPr>
                <w:rFonts w:eastAsiaTheme="minorEastAsia" w:cs="Times New Roman"/>
              </w:rPr>
              <w:t xml:space="preserve"> </w:t>
            </w:r>
            <w:r>
              <w:rPr>
                <w:rFonts w:eastAsiaTheme="minorEastAsia" w:cs="Times New Roman"/>
              </w:rPr>
              <w:t>п</w:t>
            </w:r>
            <w:r w:rsidRPr="00293A59">
              <w:rPr>
                <w:rFonts w:eastAsiaTheme="minorEastAsia" w:cs="Times New Roman"/>
              </w:rPr>
              <w:t>оддержк</w:t>
            </w:r>
            <w:r>
              <w:rPr>
                <w:rFonts w:eastAsiaTheme="minorEastAsia" w:cs="Times New Roman"/>
              </w:rPr>
              <w:t>и</w:t>
            </w:r>
            <w:r w:rsidRPr="00293A59">
              <w:rPr>
                <w:rFonts w:eastAsiaTheme="minorEastAsia" w:cs="Times New Roman"/>
              </w:rPr>
              <w:t xml:space="preserve"> предусматрива</w:t>
            </w:r>
            <w:r>
              <w:rPr>
                <w:rFonts w:eastAsiaTheme="minorEastAsia" w:cs="Times New Roman"/>
              </w:rPr>
              <w:t>ющей</w:t>
            </w:r>
            <w:r w:rsidRPr="00293A59">
              <w:rPr>
                <w:rFonts w:eastAsiaTheme="minorEastAsia" w:cs="Times New Roman"/>
              </w:rPr>
              <w:t xml:space="preserve"> ремонт на площадке </w:t>
            </w:r>
            <w:r>
              <w:rPr>
                <w:rFonts w:eastAsiaTheme="minorEastAsia" w:cs="Times New Roman"/>
              </w:rPr>
              <w:t xml:space="preserve">Покупателя </w:t>
            </w:r>
            <w:r w:rsidRPr="00293A59">
              <w:rPr>
                <w:rFonts w:eastAsiaTheme="minorEastAsia" w:cs="Times New Roman"/>
              </w:rPr>
              <w:t>с выездом инженера</w:t>
            </w:r>
          </w:p>
        </w:tc>
        <w:tc>
          <w:tcPr>
            <w:tcW w:w="2835" w:type="dxa"/>
            <w:vAlign w:val="center"/>
          </w:tcPr>
          <w:p w14:paraId="6FA403F0" w14:textId="77777777" w:rsidR="003453A6" w:rsidRPr="00293A59" w:rsidRDefault="003453A6" w:rsidP="003453A6">
            <w:pPr>
              <w:pStyle w:val="aa"/>
              <w:jc w:val="center"/>
              <w:rPr>
                <w:rFonts w:cs="Times New Roman"/>
                <w:highlight w:val="yellow"/>
              </w:rPr>
            </w:pPr>
            <w:r w:rsidRPr="00293A59">
              <w:rPr>
                <w:rFonts w:cs="Times New Roman"/>
              </w:rPr>
              <w:t>Соответствует</w:t>
            </w:r>
          </w:p>
        </w:tc>
      </w:tr>
      <w:tr w:rsidR="003453A6" w:rsidRPr="00293A59" w14:paraId="21A429F6" w14:textId="77777777" w:rsidTr="00ED1D20">
        <w:tc>
          <w:tcPr>
            <w:tcW w:w="567" w:type="dxa"/>
            <w:vAlign w:val="center"/>
          </w:tcPr>
          <w:p w14:paraId="3B000A7D" w14:textId="1694CB1B" w:rsidR="003453A6" w:rsidRPr="00293A59" w:rsidRDefault="003453A6" w:rsidP="003453A6">
            <w:pPr>
              <w:pStyle w:val="a1"/>
              <w:numPr>
                <w:ilvl w:val="0"/>
                <w:numId w:val="0"/>
              </w:numPr>
              <w:rPr>
                <w:rFonts w:cs="Times New Roman"/>
                <w:lang w:val="ru-RU"/>
              </w:rPr>
            </w:pPr>
            <w:r w:rsidRPr="00293A59">
              <w:rPr>
                <w:rFonts w:cs="Times New Roman"/>
                <w:lang w:val="ru-RU"/>
              </w:rPr>
              <w:t>2</w:t>
            </w:r>
            <w:r>
              <w:rPr>
                <w:rFonts w:cs="Times New Roman"/>
                <w:lang w:val="ru-RU"/>
              </w:rPr>
              <w:t>6</w:t>
            </w:r>
          </w:p>
        </w:tc>
        <w:tc>
          <w:tcPr>
            <w:tcW w:w="5954" w:type="dxa"/>
          </w:tcPr>
          <w:p w14:paraId="0B9F287F" w14:textId="1C95A583" w:rsidR="003453A6" w:rsidRPr="00293A59" w:rsidRDefault="003453A6" w:rsidP="003453A6">
            <w:pPr>
              <w:pStyle w:val="aa"/>
              <w:rPr>
                <w:rFonts w:eastAsiaTheme="minorEastAsia" w:cs="Times New Roman"/>
              </w:rPr>
            </w:pPr>
            <w:r w:rsidRPr="00293A59">
              <w:rPr>
                <w:rFonts w:eastAsiaTheme="minorEastAsia" w:cs="Times New Roman"/>
              </w:rPr>
              <w:t xml:space="preserve">Режим </w:t>
            </w:r>
            <w:r>
              <w:rPr>
                <w:rFonts w:eastAsiaTheme="minorEastAsia" w:cs="Times New Roman"/>
              </w:rPr>
              <w:t xml:space="preserve">гарантийной </w:t>
            </w:r>
            <w:r w:rsidRPr="00293A59">
              <w:rPr>
                <w:rFonts w:eastAsiaTheme="minorEastAsia" w:cs="Times New Roman"/>
              </w:rPr>
              <w:t xml:space="preserve">поддержки 9x5x365 (9 часов (с 09:00 до 18:00 время московское) по рабочим дням в течение года), </w:t>
            </w:r>
            <w:r w:rsidRPr="00293A59">
              <w:rPr>
                <w:rFonts w:eastAsiaTheme="minorEastAsia" w:cs="Times New Roman"/>
                <w:color w:val="000000" w:themeColor="text1"/>
              </w:rPr>
              <w:t>время восстановления работоспособности следующий рабочий день.</w:t>
            </w:r>
          </w:p>
        </w:tc>
        <w:tc>
          <w:tcPr>
            <w:tcW w:w="2835" w:type="dxa"/>
            <w:vAlign w:val="center"/>
          </w:tcPr>
          <w:p w14:paraId="73E13466" w14:textId="77777777" w:rsidR="003453A6" w:rsidRPr="00293A59" w:rsidRDefault="003453A6" w:rsidP="003453A6">
            <w:pPr>
              <w:pStyle w:val="aa"/>
              <w:jc w:val="center"/>
              <w:rPr>
                <w:rFonts w:cs="Times New Roman"/>
                <w:highlight w:val="yellow"/>
              </w:rPr>
            </w:pPr>
            <w:r w:rsidRPr="00293A59">
              <w:rPr>
                <w:rFonts w:cs="Times New Roman"/>
              </w:rPr>
              <w:t>Соответствует</w:t>
            </w:r>
          </w:p>
        </w:tc>
      </w:tr>
      <w:tr w:rsidR="003453A6" w:rsidRPr="00293A59" w14:paraId="5FCB82A4" w14:textId="77777777" w:rsidTr="00ED1D20">
        <w:tc>
          <w:tcPr>
            <w:tcW w:w="9356" w:type="dxa"/>
            <w:gridSpan w:val="3"/>
          </w:tcPr>
          <w:p w14:paraId="0DC5293B" w14:textId="356A31F3" w:rsidR="003453A6" w:rsidRPr="00293A59" w:rsidRDefault="00A563D0" w:rsidP="003453A6">
            <w:pPr>
              <w:pStyle w:val="aa"/>
              <w:rPr>
                <w:rFonts w:cs="Times New Roman"/>
              </w:rPr>
            </w:pPr>
            <w:r w:rsidRPr="00272C7E">
              <w:rPr>
                <w:rFonts w:cs="Times New Roman"/>
              </w:rPr>
              <w:t xml:space="preserve">* </w:t>
            </w:r>
            <w:r w:rsidRPr="00BC73FF">
              <w:t>Заполняется на основании заявки победителя в случае, если участником закупки в составе заявки представлены конкретные значения показателей предлагаемого Товара, соответствующие параметрам соответствия (экв</w:t>
            </w:r>
            <w:r>
              <w:t>ивалентности), установленным в Т</w:t>
            </w:r>
            <w:r w:rsidRPr="00BC73FF">
              <w:t>ехническом задании со знаком*</w:t>
            </w:r>
          </w:p>
        </w:tc>
      </w:tr>
    </w:tbl>
    <w:p w14:paraId="1D5FAEFD" w14:textId="77777777" w:rsidR="00E9188C" w:rsidRDefault="00E9188C" w:rsidP="00C122C9">
      <w:pPr>
        <w:pStyle w:val="ConsPlusNormal"/>
        <w:ind w:firstLine="709"/>
        <w:jc w:val="both"/>
        <w:rPr>
          <w:rFonts w:ascii="Times New Roman" w:hAnsi="Times New Roman" w:cs="Times New Roman"/>
          <w:b/>
          <w:sz w:val="24"/>
          <w:szCs w:val="24"/>
        </w:rPr>
      </w:pPr>
    </w:p>
    <w:p w14:paraId="7AC8D87A" w14:textId="77777777" w:rsidR="006812CB" w:rsidRDefault="006812CB" w:rsidP="00C122C9">
      <w:pPr>
        <w:pStyle w:val="ConsPlusNormal"/>
        <w:ind w:firstLine="709"/>
        <w:jc w:val="both"/>
        <w:rPr>
          <w:rFonts w:ascii="Times New Roman" w:hAnsi="Times New Roman" w:cs="Times New Roman"/>
          <w:sz w:val="24"/>
          <w:szCs w:val="24"/>
        </w:rPr>
      </w:pPr>
      <w:r>
        <w:rPr>
          <w:rFonts w:ascii="Times New Roman" w:hAnsi="Times New Roman" w:cs="Times New Roman"/>
          <w:b/>
          <w:sz w:val="24"/>
          <w:szCs w:val="24"/>
        </w:rPr>
        <w:t xml:space="preserve">3.3.4. </w:t>
      </w:r>
      <w:r w:rsidRPr="00BF5807">
        <w:rPr>
          <w:rFonts w:ascii="Times New Roman" w:hAnsi="Times New Roman" w:cs="Times New Roman"/>
          <w:b/>
          <w:sz w:val="24"/>
          <w:szCs w:val="24"/>
        </w:rPr>
        <w:t xml:space="preserve">Требования к характеристикам каждой единицы </w:t>
      </w:r>
      <w:r w:rsidR="00582D41">
        <w:rPr>
          <w:rFonts w:ascii="Times New Roman" w:hAnsi="Times New Roman" w:cs="Times New Roman"/>
          <w:b/>
          <w:sz w:val="24"/>
          <w:szCs w:val="24"/>
        </w:rPr>
        <w:t>Сервера</w:t>
      </w:r>
      <w:r w:rsidRPr="00335293">
        <w:rPr>
          <w:rFonts w:ascii="Times New Roman" w:hAnsi="Times New Roman" w:cs="Times New Roman"/>
          <w:b/>
          <w:sz w:val="24"/>
          <w:szCs w:val="24"/>
        </w:rPr>
        <w:t xml:space="preserve"> </w:t>
      </w:r>
      <w:r w:rsidR="00582D41">
        <w:rPr>
          <w:rFonts w:ascii="Times New Roman" w:hAnsi="Times New Roman" w:cs="Times New Roman"/>
          <w:b/>
          <w:sz w:val="24"/>
          <w:szCs w:val="24"/>
        </w:rPr>
        <w:t>тип 3</w:t>
      </w:r>
    </w:p>
    <w:p w14:paraId="7223BD51" w14:textId="6E3F4B90" w:rsidR="00C122C9" w:rsidRDefault="00C122C9" w:rsidP="00AB0FBD">
      <w:pPr>
        <w:pStyle w:val="ConsPlusNormal"/>
        <w:ind w:firstLine="0"/>
        <w:jc w:val="both"/>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954"/>
        <w:gridCol w:w="2835"/>
      </w:tblGrid>
      <w:tr w:rsidR="00C122C9" w:rsidRPr="000A2AD1" w14:paraId="79B42683" w14:textId="77777777" w:rsidTr="00ED1D20">
        <w:tc>
          <w:tcPr>
            <w:tcW w:w="567" w:type="dxa"/>
            <w:vAlign w:val="center"/>
          </w:tcPr>
          <w:p w14:paraId="6022C210" w14:textId="77777777" w:rsidR="00C122C9" w:rsidRPr="000A2AD1" w:rsidRDefault="00C122C9" w:rsidP="00C122C9">
            <w:pPr>
              <w:pStyle w:val="a8"/>
              <w:rPr>
                <w:rFonts w:cs="Times New Roman"/>
                <w:b w:val="0"/>
              </w:rPr>
            </w:pPr>
            <w:r w:rsidRPr="000A2AD1">
              <w:rPr>
                <w:rFonts w:cs="Times New Roman"/>
              </w:rPr>
              <w:t>№ п/п</w:t>
            </w:r>
          </w:p>
        </w:tc>
        <w:tc>
          <w:tcPr>
            <w:tcW w:w="5954" w:type="dxa"/>
            <w:vAlign w:val="center"/>
          </w:tcPr>
          <w:p w14:paraId="307BC08C" w14:textId="77777777" w:rsidR="00C122C9" w:rsidRPr="000A2AD1" w:rsidRDefault="00C122C9" w:rsidP="00C122C9">
            <w:pPr>
              <w:pStyle w:val="a8"/>
              <w:rPr>
                <w:rFonts w:cs="Times New Roman"/>
                <w:b w:val="0"/>
              </w:rPr>
            </w:pPr>
            <w:r w:rsidRPr="000A2AD1">
              <w:rPr>
                <w:rFonts w:cs="Times New Roman"/>
              </w:rPr>
              <w:t>Характеристики Товара в соответствии с параметрами эквивалентности, установленными в Техническом задании</w:t>
            </w:r>
          </w:p>
        </w:tc>
        <w:tc>
          <w:tcPr>
            <w:tcW w:w="2835" w:type="dxa"/>
            <w:vAlign w:val="center"/>
          </w:tcPr>
          <w:p w14:paraId="16968172" w14:textId="77777777" w:rsidR="00C122C9" w:rsidRPr="000A2AD1" w:rsidRDefault="00C122C9" w:rsidP="00C122C9">
            <w:pPr>
              <w:pStyle w:val="a8"/>
              <w:rPr>
                <w:rFonts w:cs="Times New Roman"/>
              </w:rPr>
            </w:pPr>
            <w:r w:rsidRPr="000A2AD1">
              <w:rPr>
                <w:rFonts w:cs="Times New Roman"/>
              </w:rPr>
              <w:t xml:space="preserve">Значение характеристики Товара в соответствии с </w:t>
            </w:r>
          </w:p>
          <w:p w14:paraId="26F0A9F0" w14:textId="77777777" w:rsidR="00C122C9" w:rsidRPr="000A2AD1" w:rsidRDefault="00C122C9" w:rsidP="00C122C9">
            <w:pPr>
              <w:pStyle w:val="a8"/>
              <w:rPr>
                <w:rFonts w:cs="Times New Roman"/>
                <w:b w:val="0"/>
              </w:rPr>
            </w:pPr>
            <w:r w:rsidRPr="000A2AD1">
              <w:rPr>
                <w:rFonts w:cs="Times New Roman"/>
              </w:rPr>
              <w:t>значениями параметров эквивалентности Товара*</w:t>
            </w:r>
          </w:p>
        </w:tc>
      </w:tr>
      <w:tr w:rsidR="00C122C9" w:rsidRPr="000A2AD1" w14:paraId="377F8414" w14:textId="77777777" w:rsidTr="00ED1D20">
        <w:trPr>
          <w:tblHeader/>
        </w:trPr>
        <w:tc>
          <w:tcPr>
            <w:tcW w:w="9356" w:type="dxa"/>
            <w:gridSpan w:val="3"/>
            <w:vAlign w:val="center"/>
          </w:tcPr>
          <w:p w14:paraId="0F3676FD" w14:textId="77777777" w:rsidR="00C122C9" w:rsidRPr="000A2AD1" w:rsidRDefault="00C122C9" w:rsidP="00C122C9">
            <w:pPr>
              <w:pStyle w:val="a8"/>
              <w:jc w:val="left"/>
              <w:rPr>
                <w:rFonts w:cs="Times New Roman"/>
              </w:rPr>
            </w:pPr>
            <w:r w:rsidRPr="000A2AD1">
              <w:rPr>
                <w:rFonts w:cs="Times New Roman"/>
                <w:color w:val="000000"/>
              </w:rPr>
              <w:t xml:space="preserve">Сервер тип 3 </w:t>
            </w:r>
            <w:r w:rsidRPr="000A2AD1">
              <w:rPr>
                <w:rFonts w:cs="Times New Roman"/>
              </w:rPr>
              <w:t>со следующими характеристиками:</w:t>
            </w:r>
          </w:p>
        </w:tc>
      </w:tr>
      <w:tr w:rsidR="00C122C9" w:rsidRPr="000A2AD1" w14:paraId="20CE7654" w14:textId="77777777" w:rsidTr="00ED1D20">
        <w:tc>
          <w:tcPr>
            <w:tcW w:w="567" w:type="dxa"/>
            <w:vAlign w:val="center"/>
          </w:tcPr>
          <w:p w14:paraId="31FAC7A3" w14:textId="77777777" w:rsidR="00C122C9" w:rsidRPr="000A2AD1" w:rsidRDefault="00C122C9" w:rsidP="0079513A">
            <w:pPr>
              <w:pStyle w:val="a1"/>
              <w:numPr>
                <w:ilvl w:val="0"/>
                <w:numId w:val="0"/>
              </w:numPr>
              <w:rPr>
                <w:rFonts w:cs="Times New Roman"/>
                <w:lang w:val="ru-RU"/>
              </w:rPr>
            </w:pPr>
            <w:r w:rsidRPr="000A2AD1">
              <w:rPr>
                <w:rFonts w:cs="Times New Roman"/>
                <w:lang w:val="ru-RU"/>
              </w:rPr>
              <w:t>1</w:t>
            </w:r>
          </w:p>
        </w:tc>
        <w:tc>
          <w:tcPr>
            <w:tcW w:w="5954" w:type="dxa"/>
            <w:vAlign w:val="center"/>
          </w:tcPr>
          <w:p w14:paraId="7CC97FEB" w14:textId="77777777" w:rsidR="00C122C9" w:rsidRPr="000A2AD1" w:rsidRDefault="00C122C9" w:rsidP="00C122C9">
            <w:pPr>
              <w:pStyle w:val="aa"/>
              <w:rPr>
                <w:rFonts w:cs="Times New Roman"/>
              </w:rPr>
            </w:pPr>
            <w:r w:rsidRPr="000A2AD1">
              <w:rPr>
                <w:rFonts w:eastAsiaTheme="minorEastAsia" w:cs="Times New Roman"/>
              </w:rPr>
              <w:t>Двухпроцессорный сервер стандартной архитектуры x86</w:t>
            </w:r>
          </w:p>
        </w:tc>
        <w:tc>
          <w:tcPr>
            <w:tcW w:w="2835" w:type="dxa"/>
            <w:vAlign w:val="center"/>
          </w:tcPr>
          <w:p w14:paraId="593D540E" w14:textId="77777777" w:rsidR="00C122C9" w:rsidRPr="000A2AD1" w:rsidRDefault="00C122C9" w:rsidP="00DC34CE">
            <w:pPr>
              <w:pStyle w:val="aa"/>
              <w:jc w:val="center"/>
              <w:rPr>
                <w:rFonts w:cs="Times New Roman"/>
              </w:rPr>
            </w:pPr>
            <w:r w:rsidRPr="000A2AD1">
              <w:rPr>
                <w:rFonts w:cs="Times New Roman"/>
              </w:rPr>
              <w:t>Соответствует</w:t>
            </w:r>
          </w:p>
        </w:tc>
      </w:tr>
      <w:tr w:rsidR="00C122C9" w:rsidRPr="000A2AD1" w14:paraId="51D6063C" w14:textId="77777777" w:rsidTr="00ED1D20">
        <w:tc>
          <w:tcPr>
            <w:tcW w:w="567" w:type="dxa"/>
            <w:vAlign w:val="center"/>
          </w:tcPr>
          <w:p w14:paraId="2B9E34CE" w14:textId="77777777" w:rsidR="00C122C9" w:rsidRPr="000A2AD1" w:rsidRDefault="00C122C9" w:rsidP="0079513A">
            <w:pPr>
              <w:pStyle w:val="a1"/>
              <w:numPr>
                <w:ilvl w:val="0"/>
                <w:numId w:val="0"/>
              </w:numPr>
              <w:rPr>
                <w:rFonts w:cs="Times New Roman"/>
                <w:lang w:val="ru-RU"/>
              </w:rPr>
            </w:pPr>
            <w:r w:rsidRPr="000A2AD1">
              <w:rPr>
                <w:rFonts w:cs="Times New Roman"/>
                <w:lang w:val="ru-RU"/>
              </w:rPr>
              <w:t>2</w:t>
            </w:r>
          </w:p>
        </w:tc>
        <w:tc>
          <w:tcPr>
            <w:tcW w:w="5954" w:type="dxa"/>
          </w:tcPr>
          <w:p w14:paraId="6F5C96D4" w14:textId="77777777" w:rsidR="00C122C9" w:rsidRPr="000A2AD1" w:rsidRDefault="00C122C9" w:rsidP="00C122C9">
            <w:pPr>
              <w:pStyle w:val="aa"/>
              <w:rPr>
                <w:rFonts w:cs="Times New Roman"/>
              </w:rPr>
            </w:pPr>
            <w:r w:rsidRPr="000A2AD1">
              <w:rPr>
                <w:rFonts w:eastAsiaTheme="minorEastAsia" w:cs="Times New Roman"/>
              </w:rPr>
              <w:t>Форм-фактор, юнитов:</w:t>
            </w:r>
          </w:p>
        </w:tc>
        <w:tc>
          <w:tcPr>
            <w:tcW w:w="2835" w:type="dxa"/>
            <w:vAlign w:val="center"/>
          </w:tcPr>
          <w:p w14:paraId="4E13349B" w14:textId="732DE641" w:rsidR="00C122C9" w:rsidRPr="000A2AD1" w:rsidRDefault="00A515B5" w:rsidP="00DC34CE">
            <w:pPr>
              <w:pStyle w:val="aa"/>
              <w:jc w:val="center"/>
              <w:rPr>
                <w:rFonts w:cs="Times New Roman"/>
              </w:rPr>
            </w:pPr>
            <w:r>
              <w:t>__________</w:t>
            </w:r>
            <w:r w:rsidR="00C122C9" w:rsidRPr="000A2AD1">
              <w:rPr>
                <w:rFonts w:eastAsiaTheme="minorEastAsia" w:cs="Times New Roman"/>
              </w:rPr>
              <w:t>*</w:t>
            </w:r>
          </w:p>
        </w:tc>
      </w:tr>
      <w:tr w:rsidR="00C122C9" w:rsidRPr="000A2AD1" w14:paraId="0CB95919" w14:textId="77777777" w:rsidTr="00ED1D20">
        <w:tc>
          <w:tcPr>
            <w:tcW w:w="567" w:type="dxa"/>
            <w:vAlign w:val="center"/>
          </w:tcPr>
          <w:p w14:paraId="1ABA032A" w14:textId="77777777" w:rsidR="00C122C9" w:rsidRPr="000A2AD1" w:rsidRDefault="00C122C9" w:rsidP="0079513A">
            <w:pPr>
              <w:pStyle w:val="a1"/>
              <w:numPr>
                <w:ilvl w:val="0"/>
                <w:numId w:val="0"/>
              </w:numPr>
              <w:rPr>
                <w:rFonts w:cs="Times New Roman"/>
                <w:lang w:val="ru-RU"/>
              </w:rPr>
            </w:pPr>
            <w:r w:rsidRPr="000A2AD1">
              <w:rPr>
                <w:rFonts w:cs="Times New Roman"/>
                <w:lang w:val="ru-RU"/>
              </w:rPr>
              <w:t>3</w:t>
            </w:r>
          </w:p>
        </w:tc>
        <w:tc>
          <w:tcPr>
            <w:tcW w:w="5954" w:type="dxa"/>
          </w:tcPr>
          <w:p w14:paraId="6D183427" w14:textId="77777777" w:rsidR="00C122C9" w:rsidRPr="000A2AD1" w:rsidRDefault="00C122C9" w:rsidP="00C122C9">
            <w:pPr>
              <w:pStyle w:val="aa"/>
              <w:rPr>
                <w:rFonts w:cs="Times New Roman"/>
              </w:rPr>
            </w:pPr>
            <w:r w:rsidRPr="000A2AD1">
              <w:rPr>
                <w:rFonts w:eastAsiaTheme="minorEastAsia" w:cs="Times New Roman"/>
              </w:rPr>
              <w:t>2 процессора</w:t>
            </w:r>
          </w:p>
        </w:tc>
        <w:tc>
          <w:tcPr>
            <w:tcW w:w="2835" w:type="dxa"/>
            <w:vAlign w:val="center"/>
          </w:tcPr>
          <w:p w14:paraId="5495AA76" w14:textId="77777777" w:rsidR="00C122C9" w:rsidRPr="000A2AD1" w:rsidRDefault="00C122C9" w:rsidP="00DC34CE">
            <w:pPr>
              <w:pStyle w:val="aa"/>
              <w:jc w:val="center"/>
              <w:rPr>
                <w:rFonts w:cs="Times New Roman"/>
              </w:rPr>
            </w:pPr>
            <w:r w:rsidRPr="000A2AD1">
              <w:rPr>
                <w:rFonts w:cs="Times New Roman"/>
              </w:rPr>
              <w:t>Соответствует</w:t>
            </w:r>
          </w:p>
        </w:tc>
      </w:tr>
      <w:tr w:rsidR="00D16801" w:rsidRPr="000A2AD1" w14:paraId="326AA651" w14:textId="77777777" w:rsidTr="00ED1D20">
        <w:tc>
          <w:tcPr>
            <w:tcW w:w="567" w:type="dxa"/>
            <w:vAlign w:val="center"/>
          </w:tcPr>
          <w:p w14:paraId="3D9BBA98" w14:textId="77777777" w:rsidR="00D16801" w:rsidRPr="000A2AD1" w:rsidRDefault="00D16801" w:rsidP="00D16801">
            <w:pPr>
              <w:pStyle w:val="a1"/>
              <w:numPr>
                <w:ilvl w:val="0"/>
                <w:numId w:val="0"/>
              </w:numPr>
              <w:rPr>
                <w:rFonts w:cs="Times New Roman"/>
                <w:lang w:val="ru-RU"/>
              </w:rPr>
            </w:pPr>
            <w:r w:rsidRPr="000A2AD1">
              <w:rPr>
                <w:rFonts w:cs="Times New Roman"/>
                <w:lang w:val="ru-RU"/>
              </w:rPr>
              <w:t>4</w:t>
            </w:r>
          </w:p>
        </w:tc>
        <w:tc>
          <w:tcPr>
            <w:tcW w:w="5954" w:type="dxa"/>
          </w:tcPr>
          <w:p w14:paraId="1A5240FF" w14:textId="77777777" w:rsidR="00D16801" w:rsidRPr="000A2AD1" w:rsidRDefault="00D16801" w:rsidP="00D16801">
            <w:pPr>
              <w:tabs>
                <w:tab w:val="left" w:pos="250"/>
              </w:tabs>
              <w:spacing w:after="0" w:line="240" w:lineRule="auto"/>
              <w:contextualSpacing/>
              <w:jc w:val="both"/>
              <w:rPr>
                <w:rFonts w:ascii="Times New Roman" w:hAnsi="Times New Roman"/>
                <w:highlight w:val="yellow"/>
              </w:rPr>
            </w:pPr>
            <w:r w:rsidRPr="000A2AD1">
              <w:rPr>
                <w:rFonts w:ascii="Times New Roman" w:eastAsiaTheme="minorEastAsia" w:hAnsi="Times New Roman"/>
              </w:rPr>
              <w:t>Каждый процессор, количество ядер:</w:t>
            </w:r>
          </w:p>
        </w:tc>
        <w:tc>
          <w:tcPr>
            <w:tcW w:w="2835" w:type="dxa"/>
            <w:vAlign w:val="center"/>
          </w:tcPr>
          <w:p w14:paraId="60944011" w14:textId="0E778AC1" w:rsidR="00D16801" w:rsidRPr="000A2AD1" w:rsidRDefault="00D16801" w:rsidP="00D16801">
            <w:pPr>
              <w:pStyle w:val="aa"/>
              <w:jc w:val="center"/>
              <w:rPr>
                <w:rFonts w:cs="Times New Roman"/>
                <w:highlight w:val="yellow"/>
              </w:rPr>
            </w:pPr>
            <w:r>
              <w:t>__________</w:t>
            </w:r>
            <w:r w:rsidRPr="00293A59">
              <w:rPr>
                <w:rFonts w:cs="Times New Roman"/>
              </w:rPr>
              <w:t>*</w:t>
            </w:r>
          </w:p>
        </w:tc>
      </w:tr>
      <w:tr w:rsidR="00D16801" w:rsidRPr="000A2AD1" w14:paraId="6F34D170" w14:textId="77777777" w:rsidTr="00ED1D20">
        <w:tc>
          <w:tcPr>
            <w:tcW w:w="567" w:type="dxa"/>
            <w:vAlign w:val="center"/>
          </w:tcPr>
          <w:p w14:paraId="407B389C" w14:textId="77777777" w:rsidR="00D16801" w:rsidRPr="000A2AD1" w:rsidRDefault="00D16801" w:rsidP="00D16801">
            <w:pPr>
              <w:pStyle w:val="a1"/>
              <w:numPr>
                <w:ilvl w:val="0"/>
                <w:numId w:val="0"/>
              </w:numPr>
              <w:rPr>
                <w:rFonts w:cs="Times New Roman"/>
                <w:lang w:val="ru-RU"/>
              </w:rPr>
            </w:pPr>
            <w:r w:rsidRPr="000A2AD1">
              <w:rPr>
                <w:rFonts w:cs="Times New Roman"/>
                <w:lang w:val="ru-RU"/>
              </w:rPr>
              <w:t>5</w:t>
            </w:r>
          </w:p>
        </w:tc>
        <w:tc>
          <w:tcPr>
            <w:tcW w:w="5954" w:type="dxa"/>
            <w:vAlign w:val="center"/>
          </w:tcPr>
          <w:p w14:paraId="52378194" w14:textId="77777777" w:rsidR="00D16801" w:rsidRPr="000A2AD1" w:rsidRDefault="00D16801" w:rsidP="00D16801">
            <w:pPr>
              <w:tabs>
                <w:tab w:val="left" w:pos="250"/>
              </w:tabs>
              <w:spacing w:after="0" w:line="240" w:lineRule="auto"/>
              <w:contextualSpacing/>
              <w:jc w:val="both"/>
              <w:rPr>
                <w:rFonts w:ascii="Times New Roman" w:eastAsiaTheme="minorEastAsia" w:hAnsi="Times New Roman"/>
              </w:rPr>
            </w:pPr>
            <w:r w:rsidRPr="000A2AD1">
              <w:rPr>
                <w:rFonts w:ascii="Times New Roman" w:eastAsiaTheme="minorEastAsia" w:hAnsi="Times New Roman"/>
              </w:rPr>
              <w:t>Каждый процессор, количество потоков:</w:t>
            </w:r>
          </w:p>
        </w:tc>
        <w:tc>
          <w:tcPr>
            <w:tcW w:w="2835" w:type="dxa"/>
            <w:vAlign w:val="center"/>
          </w:tcPr>
          <w:p w14:paraId="3672DA7E" w14:textId="37B6A541" w:rsidR="00D16801" w:rsidRPr="000A2AD1" w:rsidRDefault="00D16801" w:rsidP="00D16801">
            <w:pPr>
              <w:pStyle w:val="aa"/>
              <w:jc w:val="center"/>
              <w:rPr>
                <w:rFonts w:cs="Times New Roman"/>
              </w:rPr>
            </w:pPr>
            <w:r>
              <w:t>__________</w:t>
            </w:r>
            <w:r w:rsidRPr="00293A59">
              <w:rPr>
                <w:rFonts w:cs="Times New Roman"/>
              </w:rPr>
              <w:t>*</w:t>
            </w:r>
          </w:p>
        </w:tc>
      </w:tr>
      <w:tr w:rsidR="00D16801" w:rsidRPr="000A2AD1" w14:paraId="1094F7EA" w14:textId="77777777" w:rsidTr="00ED1D20">
        <w:tc>
          <w:tcPr>
            <w:tcW w:w="567" w:type="dxa"/>
            <w:vAlign w:val="center"/>
          </w:tcPr>
          <w:p w14:paraId="5853A255" w14:textId="77777777" w:rsidR="00D16801" w:rsidRPr="000A2AD1" w:rsidRDefault="00D16801" w:rsidP="00D16801">
            <w:pPr>
              <w:pStyle w:val="a1"/>
              <w:numPr>
                <w:ilvl w:val="0"/>
                <w:numId w:val="0"/>
              </w:numPr>
              <w:rPr>
                <w:rFonts w:cs="Times New Roman"/>
                <w:lang w:val="ru-RU"/>
              </w:rPr>
            </w:pPr>
            <w:r w:rsidRPr="000A2AD1">
              <w:rPr>
                <w:rFonts w:cs="Times New Roman"/>
                <w:lang w:val="ru-RU"/>
              </w:rPr>
              <w:t>6</w:t>
            </w:r>
          </w:p>
        </w:tc>
        <w:tc>
          <w:tcPr>
            <w:tcW w:w="5954" w:type="dxa"/>
            <w:vAlign w:val="center"/>
          </w:tcPr>
          <w:p w14:paraId="1B877F68" w14:textId="77777777" w:rsidR="00D16801" w:rsidRPr="000A2AD1" w:rsidRDefault="00D16801" w:rsidP="00D16801">
            <w:pPr>
              <w:tabs>
                <w:tab w:val="left" w:pos="250"/>
              </w:tabs>
              <w:spacing w:after="0" w:line="240" w:lineRule="auto"/>
              <w:contextualSpacing/>
              <w:jc w:val="both"/>
              <w:rPr>
                <w:rFonts w:ascii="Times New Roman" w:eastAsiaTheme="minorEastAsia" w:hAnsi="Times New Roman"/>
              </w:rPr>
            </w:pPr>
            <w:r w:rsidRPr="000A2AD1">
              <w:rPr>
                <w:rFonts w:ascii="Times New Roman" w:eastAsiaTheme="minorEastAsia" w:hAnsi="Times New Roman"/>
              </w:rPr>
              <w:t>Каждый процессор, частота ГГц:</w:t>
            </w:r>
          </w:p>
        </w:tc>
        <w:tc>
          <w:tcPr>
            <w:tcW w:w="2835" w:type="dxa"/>
            <w:vAlign w:val="center"/>
          </w:tcPr>
          <w:p w14:paraId="382F7B2B" w14:textId="7E29597B" w:rsidR="00D16801" w:rsidRPr="000A2AD1" w:rsidRDefault="00D16801" w:rsidP="00D16801">
            <w:pPr>
              <w:pStyle w:val="aa"/>
              <w:jc w:val="center"/>
              <w:rPr>
                <w:rFonts w:cs="Times New Roman"/>
              </w:rPr>
            </w:pPr>
            <w:r>
              <w:t>__________</w:t>
            </w:r>
            <w:r w:rsidRPr="00293A59">
              <w:rPr>
                <w:rFonts w:cs="Times New Roman"/>
              </w:rPr>
              <w:t>*</w:t>
            </w:r>
          </w:p>
        </w:tc>
      </w:tr>
      <w:tr w:rsidR="00D16801" w:rsidRPr="000A2AD1" w14:paraId="531DA87D" w14:textId="77777777" w:rsidTr="00ED1D20">
        <w:tc>
          <w:tcPr>
            <w:tcW w:w="567" w:type="dxa"/>
            <w:vAlign w:val="center"/>
          </w:tcPr>
          <w:p w14:paraId="3DF796F0" w14:textId="77777777" w:rsidR="00D16801" w:rsidRPr="000A2AD1" w:rsidRDefault="00D16801" w:rsidP="00D16801">
            <w:pPr>
              <w:pStyle w:val="a1"/>
              <w:numPr>
                <w:ilvl w:val="0"/>
                <w:numId w:val="0"/>
              </w:numPr>
              <w:rPr>
                <w:rFonts w:cs="Times New Roman"/>
                <w:lang w:val="ru-RU"/>
              </w:rPr>
            </w:pPr>
            <w:r w:rsidRPr="000A2AD1">
              <w:rPr>
                <w:rFonts w:cs="Times New Roman"/>
                <w:lang w:val="ru-RU"/>
              </w:rPr>
              <w:t>7</w:t>
            </w:r>
          </w:p>
        </w:tc>
        <w:tc>
          <w:tcPr>
            <w:tcW w:w="5954" w:type="dxa"/>
            <w:vAlign w:val="center"/>
          </w:tcPr>
          <w:p w14:paraId="5E66413D" w14:textId="77777777" w:rsidR="00D16801" w:rsidRPr="000A2AD1" w:rsidRDefault="00D16801" w:rsidP="00D16801">
            <w:pPr>
              <w:tabs>
                <w:tab w:val="left" w:pos="250"/>
              </w:tabs>
              <w:spacing w:after="0" w:line="240" w:lineRule="auto"/>
              <w:contextualSpacing/>
              <w:jc w:val="both"/>
              <w:rPr>
                <w:rFonts w:ascii="Times New Roman" w:eastAsiaTheme="minorEastAsia" w:hAnsi="Times New Roman"/>
              </w:rPr>
            </w:pPr>
            <w:r w:rsidRPr="000A2AD1">
              <w:rPr>
                <w:rFonts w:ascii="Times New Roman" w:eastAsiaTheme="minorEastAsia" w:hAnsi="Times New Roman"/>
              </w:rPr>
              <w:t>Объём установленной оперативной памяти, ГБ:</w:t>
            </w:r>
          </w:p>
        </w:tc>
        <w:tc>
          <w:tcPr>
            <w:tcW w:w="2835" w:type="dxa"/>
            <w:vAlign w:val="center"/>
          </w:tcPr>
          <w:p w14:paraId="13E1A904" w14:textId="1C6A2998" w:rsidR="00D16801" w:rsidRPr="000A2AD1" w:rsidRDefault="00D16801" w:rsidP="00D16801">
            <w:pPr>
              <w:pStyle w:val="aa"/>
              <w:jc w:val="center"/>
              <w:rPr>
                <w:rFonts w:cs="Times New Roman"/>
                <w:highlight w:val="yellow"/>
              </w:rPr>
            </w:pPr>
            <w:r>
              <w:t>__________</w:t>
            </w:r>
            <w:r w:rsidRPr="00293A59">
              <w:rPr>
                <w:rFonts w:eastAsiaTheme="minorEastAsia" w:cs="Times New Roman"/>
              </w:rPr>
              <w:t>*</w:t>
            </w:r>
          </w:p>
        </w:tc>
      </w:tr>
      <w:tr w:rsidR="00D16801" w:rsidRPr="000A2AD1" w14:paraId="2FBF5383" w14:textId="77777777" w:rsidTr="00ED1D20">
        <w:tc>
          <w:tcPr>
            <w:tcW w:w="567" w:type="dxa"/>
            <w:shd w:val="clear" w:color="auto" w:fill="auto"/>
            <w:vAlign w:val="center"/>
          </w:tcPr>
          <w:p w14:paraId="33D5996E" w14:textId="77777777" w:rsidR="00D16801" w:rsidRPr="000A2AD1" w:rsidRDefault="00D16801" w:rsidP="00D16801">
            <w:pPr>
              <w:pStyle w:val="a1"/>
              <w:numPr>
                <w:ilvl w:val="0"/>
                <w:numId w:val="0"/>
              </w:numPr>
              <w:rPr>
                <w:rFonts w:cs="Times New Roman"/>
                <w:lang w:val="ru-RU"/>
              </w:rPr>
            </w:pPr>
            <w:r w:rsidRPr="000A2AD1">
              <w:rPr>
                <w:rFonts w:cs="Times New Roman"/>
                <w:lang w:val="ru-RU"/>
              </w:rPr>
              <w:t>8</w:t>
            </w:r>
          </w:p>
        </w:tc>
        <w:tc>
          <w:tcPr>
            <w:tcW w:w="5954" w:type="dxa"/>
            <w:shd w:val="clear" w:color="auto" w:fill="auto"/>
            <w:vAlign w:val="center"/>
          </w:tcPr>
          <w:p w14:paraId="246BD885" w14:textId="42D40C8A" w:rsidR="00D16801" w:rsidRPr="000A2AD1" w:rsidRDefault="00D16801" w:rsidP="00D16801">
            <w:pPr>
              <w:pStyle w:val="aa"/>
              <w:rPr>
                <w:rFonts w:cs="Times New Roman"/>
                <w:highlight w:val="yellow"/>
              </w:rPr>
            </w:pPr>
            <w:r w:rsidRPr="000A2AD1">
              <w:rPr>
                <w:rFonts w:eastAsiaTheme="minorEastAsia" w:cs="Times New Roman"/>
              </w:rPr>
              <w:t xml:space="preserve">Накопители </w:t>
            </w:r>
            <w:r w:rsidRPr="000A2AD1">
              <w:rPr>
                <w:rFonts w:eastAsiaTheme="minorEastAsia" w:cs="Times New Roman"/>
                <w:lang w:val="en-US"/>
              </w:rPr>
              <w:t>SSD</w:t>
            </w:r>
            <w:r>
              <w:rPr>
                <w:rFonts w:eastAsiaTheme="minorEastAsia" w:cs="Times New Roman"/>
              </w:rPr>
              <w:t xml:space="preserve"> тип 1</w:t>
            </w:r>
            <w:r w:rsidRPr="000A2AD1">
              <w:rPr>
                <w:rFonts w:eastAsiaTheme="minorEastAsia" w:cs="Times New Roman"/>
              </w:rPr>
              <w:t>, шт.:</w:t>
            </w:r>
          </w:p>
        </w:tc>
        <w:tc>
          <w:tcPr>
            <w:tcW w:w="2835" w:type="dxa"/>
            <w:shd w:val="clear" w:color="auto" w:fill="auto"/>
            <w:vAlign w:val="center"/>
          </w:tcPr>
          <w:p w14:paraId="585E2BB3" w14:textId="02B4969B" w:rsidR="00D16801" w:rsidRPr="000A2AD1" w:rsidRDefault="00D16801" w:rsidP="00D16801">
            <w:pPr>
              <w:pStyle w:val="aa"/>
              <w:jc w:val="center"/>
              <w:rPr>
                <w:rFonts w:cs="Times New Roman"/>
                <w:highlight w:val="yellow"/>
              </w:rPr>
            </w:pPr>
            <w:r>
              <w:t>__________</w:t>
            </w:r>
            <w:r w:rsidRPr="00755588">
              <w:rPr>
                <w:rFonts w:eastAsiaTheme="minorEastAsia" w:cs="Times New Roman"/>
              </w:rPr>
              <w:t>*</w:t>
            </w:r>
          </w:p>
        </w:tc>
      </w:tr>
      <w:tr w:rsidR="00D16801" w:rsidRPr="000A2AD1" w14:paraId="71DD60BA" w14:textId="77777777" w:rsidTr="00ED1D20">
        <w:tc>
          <w:tcPr>
            <w:tcW w:w="567" w:type="dxa"/>
            <w:shd w:val="clear" w:color="auto" w:fill="auto"/>
            <w:vAlign w:val="center"/>
          </w:tcPr>
          <w:p w14:paraId="59F38821" w14:textId="77777777" w:rsidR="00D16801" w:rsidRPr="000A2AD1" w:rsidRDefault="00D16801" w:rsidP="00D16801">
            <w:pPr>
              <w:pStyle w:val="a1"/>
              <w:numPr>
                <w:ilvl w:val="0"/>
                <w:numId w:val="0"/>
              </w:numPr>
              <w:rPr>
                <w:rFonts w:cs="Times New Roman"/>
                <w:lang w:val="ru-RU"/>
              </w:rPr>
            </w:pPr>
            <w:r w:rsidRPr="000A2AD1">
              <w:rPr>
                <w:rFonts w:cs="Times New Roman"/>
                <w:lang w:val="ru-RU"/>
              </w:rPr>
              <w:t>9</w:t>
            </w:r>
          </w:p>
        </w:tc>
        <w:tc>
          <w:tcPr>
            <w:tcW w:w="5954" w:type="dxa"/>
            <w:shd w:val="clear" w:color="auto" w:fill="auto"/>
            <w:vAlign w:val="center"/>
          </w:tcPr>
          <w:p w14:paraId="6EBA3506" w14:textId="00E6D39A" w:rsidR="00D16801" w:rsidRPr="000A2AD1" w:rsidRDefault="00D16801" w:rsidP="00D16801">
            <w:pPr>
              <w:pStyle w:val="aa"/>
              <w:rPr>
                <w:rFonts w:eastAsiaTheme="minorEastAsia" w:cs="Times New Roman"/>
              </w:rPr>
            </w:pPr>
            <w:r w:rsidRPr="000A2AD1">
              <w:rPr>
                <w:rFonts w:eastAsiaTheme="minorEastAsia" w:cs="Times New Roman"/>
              </w:rPr>
              <w:t xml:space="preserve">Объём каждого из накопителей </w:t>
            </w:r>
            <w:r w:rsidRPr="000A2AD1">
              <w:rPr>
                <w:rFonts w:eastAsiaTheme="minorEastAsia" w:cs="Times New Roman"/>
                <w:lang w:val="en-US"/>
              </w:rPr>
              <w:t>SSD</w:t>
            </w:r>
            <w:r>
              <w:rPr>
                <w:rFonts w:eastAsiaTheme="minorEastAsia" w:cs="Times New Roman"/>
              </w:rPr>
              <w:t xml:space="preserve"> тип 1</w:t>
            </w:r>
            <w:r w:rsidRPr="000A2AD1">
              <w:rPr>
                <w:rFonts w:eastAsiaTheme="minorEastAsia" w:cs="Times New Roman"/>
              </w:rPr>
              <w:t>, Гб:</w:t>
            </w:r>
          </w:p>
        </w:tc>
        <w:tc>
          <w:tcPr>
            <w:tcW w:w="2835" w:type="dxa"/>
            <w:shd w:val="clear" w:color="auto" w:fill="auto"/>
            <w:vAlign w:val="center"/>
          </w:tcPr>
          <w:p w14:paraId="78911B9D" w14:textId="29582AE9" w:rsidR="00D16801" w:rsidRPr="000A2AD1" w:rsidRDefault="00D16801" w:rsidP="00D16801">
            <w:pPr>
              <w:pStyle w:val="aa"/>
              <w:jc w:val="center"/>
              <w:rPr>
                <w:rFonts w:cs="Times New Roman"/>
                <w:highlight w:val="yellow"/>
              </w:rPr>
            </w:pPr>
            <w:r>
              <w:t>__________</w:t>
            </w:r>
            <w:r w:rsidRPr="00755588">
              <w:rPr>
                <w:rFonts w:eastAsiaTheme="minorEastAsia" w:cs="Times New Roman"/>
              </w:rPr>
              <w:t>*</w:t>
            </w:r>
          </w:p>
        </w:tc>
      </w:tr>
      <w:tr w:rsidR="00D16801" w:rsidRPr="000A2AD1" w14:paraId="5362C367" w14:textId="77777777" w:rsidTr="00ED1D20">
        <w:tc>
          <w:tcPr>
            <w:tcW w:w="567" w:type="dxa"/>
            <w:shd w:val="clear" w:color="auto" w:fill="auto"/>
            <w:vAlign w:val="center"/>
          </w:tcPr>
          <w:p w14:paraId="54D4A1CD" w14:textId="77777777" w:rsidR="00D16801" w:rsidRPr="000A2AD1" w:rsidRDefault="00D16801" w:rsidP="00D16801">
            <w:pPr>
              <w:pStyle w:val="a1"/>
              <w:numPr>
                <w:ilvl w:val="0"/>
                <w:numId w:val="0"/>
              </w:numPr>
              <w:rPr>
                <w:rFonts w:cs="Times New Roman"/>
                <w:lang w:val="ru-RU"/>
              </w:rPr>
            </w:pPr>
            <w:r w:rsidRPr="000A2AD1">
              <w:rPr>
                <w:rFonts w:cs="Times New Roman"/>
                <w:lang w:val="ru-RU"/>
              </w:rPr>
              <w:t>10</w:t>
            </w:r>
          </w:p>
        </w:tc>
        <w:tc>
          <w:tcPr>
            <w:tcW w:w="5954" w:type="dxa"/>
            <w:shd w:val="clear" w:color="auto" w:fill="auto"/>
            <w:vAlign w:val="center"/>
          </w:tcPr>
          <w:p w14:paraId="7C501467" w14:textId="11AFDC62" w:rsidR="00D16801" w:rsidRPr="000A2AD1" w:rsidRDefault="00D16801" w:rsidP="00D16801">
            <w:pPr>
              <w:pStyle w:val="aa"/>
              <w:rPr>
                <w:rFonts w:cs="Times New Roman"/>
                <w:highlight w:val="yellow"/>
              </w:rPr>
            </w:pPr>
            <w:r w:rsidRPr="000A2AD1">
              <w:rPr>
                <w:rFonts w:eastAsiaTheme="minorEastAsia" w:cs="Times New Roman"/>
              </w:rPr>
              <w:t xml:space="preserve">Накопители </w:t>
            </w:r>
            <w:r w:rsidRPr="000A2AD1">
              <w:rPr>
                <w:rFonts w:eastAsiaTheme="minorEastAsia" w:cs="Times New Roman"/>
                <w:lang w:val="en-US"/>
              </w:rPr>
              <w:t>SSD</w:t>
            </w:r>
            <w:r>
              <w:rPr>
                <w:rFonts w:eastAsiaTheme="minorEastAsia" w:cs="Times New Roman"/>
              </w:rPr>
              <w:t xml:space="preserve"> тип 2</w:t>
            </w:r>
            <w:r w:rsidRPr="000A2AD1">
              <w:rPr>
                <w:rFonts w:eastAsiaTheme="minorEastAsia" w:cs="Times New Roman"/>
              </w:rPr>
              <w:t>, шт.:</w:t>
            </w:r>
          </w:p>
        </w:tc>
        <w:tc>
          <w:tcPr>
            <w:tcW w:w="2835" w:type="dxa"/>
            <w:shd w:val="clear" w:color="auto" w:fill="auto"/>
            <w:vAlign w:val="center"/>
          </w:tcPr>
          <w:p w14:paraId="272BB8F1" w14:textId="73936E53" w:rsidR="00D16801" w:rsidRPr="000A2AD1" w:rsidRDefault="00D16801" w:rsidP="00D16801">
            <w:pPr>
              <w:pStyle w:val="aa"/>
              <w:jc w:val="center"/>
              <w:rPr>
                <w:rFonts w:cs="Times New Roman"/>
                <w:highlight w:val="yellow"/>
              </w:rPr>
            </w:pPr>
            <w:r>
              <w:t>__________</w:t>
            </w:r>
            <w:r w:rsidRPr="00293A59">
              <w:rPr>
                <w:rFonts w:eastAsiaTheme="minorEastAsia" w:cs="Times New Roman"/>
              </w:rPr>
              <w:t>*</w:t>
            </w:r>
          </w:p>
        </w:tc>
      </w:tr>
      <w:tr w:rsidR="00D16801" w:rsidRPr="000A2AD1" w14:paraId="4F6A404C" w14:textId="77777777" w:rsidTr="00ED1D20">
        <w:tc>
          <w:tcPr>
            <w:tcW w:w="567" w:type="dxa"/>
            <w:shd w:val="clear" w:color="auto" w:fill="auto"/>
            <w:vAlign w:val="center"/>
          </w:tcPr>
          <w:p w14:paraId="0EEF15B2" w14:textId="77777777" w:rsidR="00D16801" w:rsidRPr="000A2AD1" w:rsidRDefault="00D16801" w:rsidP="00D16801">
            <w:pPr>
              <w:pStyle w:val="a1"/>
              <w:numPr>
                <w:ilvl w:val="0"/>
                <w:numId w:val="0"/>
              </w:numPr>
              <w:rPr>
                <w:rFonts w:cs="Times New Roman"/>
                <w:lang w:val="ru-RU"/>
              </w:rPr>
            </w:pPr>
            <w:r w:rsidRPr="000A2AD1">
              <w:rPr>
                <w:rFonts w:cs="Times New Roman"/>
                <w:lang w:val="ru-RU"/>
              </w:rPr>
              <w:t>11</w:t>
            </w:r>
          </w:p>
        </w:tc>
        <w:tc>
          <w:tcPr>
            <w:tcW w:w="5954" w:type="dxa"/>
            <w:shd w:val="clear" w:color="auto" w:fill="auto"/>
            <w:vAlign w:val="center"/>
          </w:tcPr>
          <w:p w14:paraId="052007E3" w14:textId="753DFCB2" w:rsidR="00D16801" w:rsidRPr="000A2AD1" w:rsidRDefault="00D16801" w:rsidP="00D16801">
            <w:pPr>
              <w:pStyle w:val="aa"/>
              <w:rPr>
                <w:rFonts w:eastAsiaTheme="minorEastAsia" w:cs="Times New Roman"/>
              </w:rPr>
            </w:pPr>
            <w:r w:rsidRPr="000A2AD1">
              <w:rPr>
                <w:rFonts w:eastAsiaTheme="minorEastAsia" w:cs="Times New Roman"/>
              </w:rPr>
              <w:t xml:space="preserve">Объём каждого из накопителей </w:t>
            </w:r>
            <w:r w:rsidRPr="000A2AD1">
              <w:rPr>
                <w:rFonts w:eastAsiaTheme="minorEastAsia" w:cs="Times New Roman"/>
                <w:lang w:val="en-US"/>
              </w:rPr>
              <w:t>SSD</w:t>
            </w:r>
            <w:r>
              <w:rPr>
                <w:rFonts w:eastAsiaTheme="minorEastAsia" w:cs="Times New Roman"/>
              </w:rPr>
              <w:t xml:space="preserve"> тип 2</w:t>
            </w:r>
            <w:r w:rsidRPr="000A2AD1">
              <w:rPr>
                <w:rFonts w:eastAsiaTheme="minorEastAsia" w:cs="Times New Roman"/>
              </w:rPr>
              <w:t>, Тб:</w:t>
            </w:r>
          </w:p>
        </w:tc>
        <w:tc>
          <w:tcPr>
            <w:tcW w:w="2835" w:type="dxa"/>
            <w:shd w:val="clear" w:color="auto" w:fill="auto"/>
            <w:vAlign w:val="center"/>
          </w:tcPr>
          <w:p w14:paraId="38DB481D" w14:textId="5EAB33F3" w:rsidR="00D16801" w:rsidRPr="000A2AD1" w:rsidRDefault="00D16801" w:rsidP="00D16801">
            <w:pPr>
              <w:pStyle w:val="aa"/>
              <w:jc w:val="center"/>
              <w:rPr>
                <w:rFonts w:cs="Times New Roman"/>
                <w:highlight w:val="yellow"/>
              </w:rPr>
            </w:pPr>
            <w:r>
              <w:t>__________</w:t>
            </w:r>
            <w:r w:rsidRPr="00293A59">
              <w:rPr>
                <w:rFonts w:eastAsiaTheme="minorEastAsia" w:cs="Times New Roman"/>
              </w:rPr>
              <w:t>*</w:t>
            </w:r>
          </w:p>
        </w:tc>
      </w:tr>
      <w:tr w:rsidR="00D16801" w:rsidRPr="000A2AD1" w14:paraId="39DFF2AA" w14:textId="77777777" w:rsidTr="00ED1D20">
        <w:tc>
          <w:tcPr>
            <w:tcW w:w="567" w:type="dxa"/>
            <w:vAlign w:val="center"/>
          </w:tcPr>
          <w:p w14:paraId="3A31938E" w14:textId="77777777" w:rsidR="00D16801" w:rsidRPr="000A2AD1" w:rsidRDefault="00D16801" w:rsidP="00D16801">
            <w:pPr>
              <w:pStyle w:val="a1"/>
              <w:numPr>
                <w:ilvl w:val="0"/>
                <w:numId w:val="0"/>
              </w:numPr>
              <w:rPr>
                <w:rFonts w:cs="Times New Roman"/>
                <w:lang w:val="ru-RU"/>
              </w:rPr>
            </w:pPr>
            <w:r w:rsidRPr="000A2AD1">
              <w:rPr>
                <w:rFonts w:cs="Times New Roman"/>
                <w:lang w:val="ru-RU"/>
              </w:rPr>
              <w:t>12</w:t>
            </w:r>
          </w:p>
        </w:tc>
        <w:tc>
          <w:tcPr>
            <w:tcW w:w="5954" w:type="dxa"/>
            <w:vAlign w:val="center"/>
          </w:tcPr>
          <w:p w14:paraId="1AF6704D" w14:textId="77777777" w:rsidR="00D16801" w:rsidRPr="000A2AD1" w:rsidRDefault="00D16801" w:rsidP="00D16801">
            <w:pPr>
              <w:pStyle w:val="aa"/>
              <w:rPr>
                <w:rFonts w:cs="Times New Roman"/>
                <w:highlight w:val="yellow"/>
              </w:rPr>
            </w:pPr>
            <w:r w:rsidRPr="000A2AD1">
              <w:rPr>
                <w:rFonts w:eastAsiaTheme="minorEastAsia" w:cs="Times New Roman"/>
              </w:rPr>
              <w:t xml:space="preserve">Ресурс каждого из накопителей </w:t>
            </w:r>
            <w:r w:rsidRPr="000A2AD1">
              <w:rPr>
                <w:rFonts w:eastAsiaTheme="minorEastAsia" w:cs="Times New Roman"/>
                <w:lang w:val="en-US"/>
              </w:rPr>
              <w:t>SSD</w:t>
            </w:r>
            <w:r w:rsidRPr="000A2AD1">
              <w:rPr>
                <w:rFonts w:eastAsiaTheme="minorEastAsia" w:cs="Times New Roman"/>
              </w:rPr>
              <w:t>, DWPD (количество перезаписей всего объема накопителя в день в течении 5 лет):</w:t>
            </w:r>
          </w:p>
        </w:tc>
        <w:tc>
          <w:tcPr>
            <w:tcW w:w="2835" w:type="dxa"/>
            <w:vAlign w:val="center"/>
          </w:tcPr>
          <w:p w14:paraId="7B3EF8E9" w14:textId="12159017" w:rsidR="00D16801" w:rsidRPr="000A2AD1" w:rsidRDefault="00D16801" w:rsidP="00D16801">
            <w:pPr>
              <w:pStyle w:val="aa"/>
              <w:jc w:val="center"/>
              <w:rPr>
                <w:rFonts w:cs="Times New Roman"/>
                <w:highlight w:val="yellow"/>
              </w:rPr>
            </w:pPr>
            <w:r>
              <w:t>__________</w:t>
            </w:r>
            <w:r w:rsidRPr="00293A59">
              <w:rPr>
                <w:rFonts w:eastAsiaTheme="minorEastAsia" w:cs="Times New Roman"/>
              </w:rPr>
              <w:t>*</w:t>
            </w:r>
          </w:p>
        </w:tc>
      </w:tr>
      <w:tr w:rsidR="00C122C9" w:rsidRPr="000A2AD1" w14:paraId="0C928970" w14:textId="77777777" w:rsidTr="00ED1D20">
        <w:tc>
          <w:tcPr>
            <w:tcW w:w="567" w:type="dxa"/>
            <w:vAlign w:val="center"/>
          </w:tcPr>
          <w:p w14:paraId="5F6D2C83" w14:textId="77777777" w:rsidR="00C122C9" w:rsidRPr="000A2AD1" w:rsidRDefault="00C122C9" w:rsidP="0079513A">
            <w:pPr>
              <w:pStyle w:val="a1"/>
              <w:numPr>
                <w:ilvl w:val="0"/>
                <w:numId w:val="0"/>
              </w:numPr>
              <w:rPr>
                <w:rFonts w:cs="Times New Roman"/>
                <w:lang w:val="ru-RU"/>
              </w:rPr>
            </w:pPr>
            <w:r w:rsidRPr="000A2AD1">
              <w:rPr>
                <w:rFonts w:cs="Times New Roman"/>
                <w:lang w:val="ru-RU"/>
              </w:rPr>
              <w:t>13</w:t>
            </w:r>
          </w:p>
        </w:tc>
        <w:tc>
          <w:tcPr>
            <w:tcW w:w="5954" w:type="dxa"/>
            <w:vAlign w:val="center"/>
          </w:tcPr>
          <w:p w14:paraId="7A5185BD" w14:textId="77777777" w:rsidR="00C122C9" w:rsidRPr="000A2AD1" w:rsidRDefault="00C122C9" w:rsidP="00C122C9">
            <w:pPr>
              <w:pStyle w:val="aa"/>
              <w:rPr>
                <w:rFonts w:eastAsiaTheme="minorEastAsia" w:cs="Times New Roman"/>
              </w:rPr>
            </w:pPr>
            <w:r w:rsidRPr="000A2AD1">
              <w:rPr>
                <w:rFonts w:eastAsiaTheme="minorEastAsia" w:cs="Times New Roman"/>
              </w:rPr>
              <w:t xml:space="preserve">Установленные </w:t>
            </w:r>
            <w:r w:rsidRPr="000A2AD1">
              <w:rPr>
                <w:rFonts w:eastAsiaTheme="minorEastAsia" w:cs="Times New Roman"/>
                <w:lang w:val="en-US"/>
              </w:rPr>
              <w:t>SSD</w:t>
            </w:r>
            <w:r w:rsidRPr="000A2AD1">
              <w:rPr>
                <w:rFonts w:eastAsiaTheme="minorEastAsia" w:cs="Times New Roman"/>
              </w:rPr>
              <w:t xml:space="preserve"> накопители должны иметь возможность объединения в RAID массив уровней 0, 1, 10, 5</w:t>
            </w:r>
          </w:p>
        </w:tc>
        <w:tc>
          <w:tcPr>
            <w:tcW w:w="2835" w:type="dxa"/>
            <w:vAlign w:val="center"/>
          </w:tcPr>
          <w:p w14:paraId="24848FEF" w14:textId="77777777" w:rsidR="00C122C9" w:rsidRPr="000A2AD1" w:rsidRDefault="00C122C9" w:rsidP="00DC34CE">
            <w:pPr>
              <w:pStyle w:val="aa"/>
              <w:jc w:val="center"/>
              <w:rPr>
                <w:rFonts w:eastAsiaTheme="minorEastAsia" w:cs="Times New Roman"/>
              </w:rPr>
            </w:pPr>
            <w:r w:rsidRPr="000A2AD1">
              <w:rPr>
                <w:rFonts w:cs="Times New Roman"/>
              </w:rPr>
              <w:t>Соответствует</w:t>
            </w:r>
          </w:p>
        </w:tc>
      </w:tr>
      <w:tr w:rsidR="00C122C9" w:rsidRPr="000A2AD1" w14:paraId="5E1626BA" w14:textId="77777777" w:rsidTr="00ED1D20">
        <w:tc>
          <w:tcPr>
            <w:tcW w:w="567" w:type="dxa"/>
            <w:vAlign w:val="center"/>
          </w:tcPr>
          <w:p w14:paraId="6CAF3758" w14:textId="77777777" w:rsidR="00C122C9" w:rsidRPr="000A2AD1" w:rsidRDefault="00C122C9" w:rsidP="0079513A">
            <w:pPr>
              <w:pStyle w:val="a1"/>
              <w:numPr>
                <w:ilvl w:val="0"/>
                <w:numId w:val="0"/>
              </w:numPr>
              <w:rPr>
                <w:rFonts w:cs="Times New Roman"/>
                <w:lang w:val="ru-RU"/>
              </w:rPr>
            </w:pPr>
            <w:r w:rsidRPr="000A2AD1">
              <w:rPr>
                <w:rFonts w:cs="Times New Roman"/>
                <w:lang w:val="ru-RU"/>
              </w:rPr>
              <w:t>14</w:t>
            </w:r>
          </w:p>
        </w:tc>
        <w:tc>
          <w:tcPr>
            <w:tcW w:w="5954" w:type="dxa"/>
            <w:vAlign w:val="center"/>
          </w:tcPr>
          <w:p w14:paraId="18EB2AE0" w14:textId="77777777" w:rsidR="00C122C9" w:rsidRPr="000A2AD1" w:rsidRDefault="00C122C9" w:rsidP="00C122C9">
            <w:pPr>
              <w:pStyle w:val="aa"/>
              <w:rPr>
                <w:rFonts w:cs="Times New Roman"/>
                <w:highlight w:val="yellow"/>
              </w:rPr>
            </w:pPr>
            <w:r w:rsidRPr="000A2AD1">
              <w:rPr>
                <w:rFonts w:eastAsiaTheme="minorEastAsia" w:cs="Times New Roman"/>
              </w:rPr>
              <w:t>Количество зарезервированных блоков питания, шт.:</w:t>
            </w:r>
          </w:p>
        </w:tc>
        <w:tc>
          <w:tcPr>
            <w:tcW w:w="2835" w:type="dxa"/>
            <w:vAlign w:val="center"/>
          </w:tcPr>
          <w:p w14:paraId="10D88940" w14:textId="317A24EB" w:rsidR="00C122C9" w:rsidRPr="000A2AD1" w:rsidRDefault="00D16801" w:rsidP="00DC34CE">
            <w:pPr>
              <w:pStyle w:val="aa"/>
              <w:jc w:val="center"/>
              <w:rPr>
                <w:rFonts w:cs="Times New Roman"/>
                <w:highlight w:val="yellow"/>
              </w:rPr>
            </w:pPr>
            <w:r>
              <w:t>__________</w:t>
            </w:r>
            <w:r w:rsidR="00C122C9" w:rsidRPr="000A2AD1">
              <w:rPr>
                <w:rFonts w:eastAsiaTheme="minorEastAsia" w:cs="Times New Roman"/>
              </w:rPr>
              <w:t>*</w:t>
            </w:r>
          </w:p>
        </w:tc>
      </w:tr>
      <w:tr w:rsidR="00C122C9" w:rsidRPr="000A2AD1" w14:paraId="07CD41D6" w14:textId="77777777" w:rsidTr="00ED1D20">
        <w:tc>
          <w:tcPr>
            <w:tcW w:w="567" w:type="dxa"/>
            <w:vAlign w:val="center"/>
          </w:tcPr>
          <w:p w14:paraId="12D89C8B" w14:textId="77777777" w:rsidR="00C122C9" w:rsidRPr="000A2AD1" w:rsidRDefault="00C122C9" w:rsidP="0079513A">
            <w:pPr>
              <w:pStyle w:val="a1"/>
              <w:numPr>
                <w:ilvl w:val="0"/>
                <w:numId w:val="0"/>
              </w:numPr>
              <w:rPr>
                <w:rFonts w:cs="Times New Roman"/>
                <w:lang w:val="ru-RU"/>
              </w:rPr>
            </w:pPr>
            <w:r w:rsidRPr="000A2AD1">
              <w:rPr>
                <w:rFonts w:cs="Times New Roman"/>
                <w:lang w:val="ru-RU"/>
              </w:rPr>
              <w:t>15</w:t>
            </w:r>
          </w:p>
        </w:tc>
        <w:tc>
          <w:tcPr>
            <w:tcW w:w="5954" w:type="dxa"/>
            <w:vAlign w:val="center"/>
          </w:tcPr>
          <w:p w14:paraId="1AFA3459" w14:textId="77777777" w:rsidR="00C122C9" w:rsidRPr="000A2AD1" w:rsidRDefault="00C122C9" w:rsidP="00C122C9">
            <w:pPr>
              <w:pStyle w:val="aa"/>
              <w:rPr>
                <w:rFonts w:cs="Times New Roman"/>
              </w:rPr>
            </w:pPr>
            <w:r w:rsidRPr="000A2AD1">
              <w:rPr>
                <w:rFonts w:eastAsiaTheme="minorEastAsia" w:cs="Times New Roman"/>
              </w:rPr>
              <w:t>Стандарт каждого из зарезервированных блоков питания:</w:t>
            </w:r>
          </w:p>
        </w:tc>
        <w:tc>
          <w:tcPr>
            <w:tcW w:w="2835" w:type="dxa"/>
            <w:vAlign w:val="center"/>
          </w:tcPr>
          <w:p w14:paraId="0BB7087C" w14:textId="3C8A95B2" w:rsidR="00C122C9" w:rsidRPr="000A2AD1" w:rsidRDefault="00D16801" w:rsidP="00DC34CE">
            <w:pPr>
              <w:pStyle w:val="aa"/>
              <w:jc w:val="center"/>
              <w:rPr>
                <w:rFonts w:cs="Times New Roman"/>
              </w:rPr>
            </w:pPr>
            <w:r>
              <w:t>__________</w:t>
            </w:r>
            <w:r w:rsidR="00C122C9" w:rsidRPr="000A2AD1">
              <w:rPr>
                <w:rFonts w:eastAsiaTheme="minorEastAsia" w:cs="Times New Roman"/>
              </w:rPr>
              <w:t>*</w:t>
            </w:r>
          </w:p>
        </w:tc>
      </w:tr>
      <w:tr w:rsidR="00C122C9" w:rsidRPr="000A2AD1" w14:paraId="6C412C55" w14:textId="77777777" w:rsidTr="00ED1D20">
        <w:tc>
          <w:tcPr>
            <w:tcW w:w="567" w:type="dxa"/>
            <w:vAlign w:val="center"/>
          </w:tcPr>
          <w:p w14:paraId="6863587A" w14:textId="77777777" w:rsidR="00C122C9" w:rsidRPr="000A2AD1" w:rsidRDefault="00C122C9" w:rsidP="0079513A">
            <w:pPr>
              <w:pStyle w:val="a1"/>
              <w:numPr>
                <w:ilvl w:val="0"/>
                <w:numId w:val="0"/>
              </w:numPr>
              <w:rPr>
                <w:rFonts w:cs="Times New Roman"/>
                <w:lang w:val="ru-RU"/>
              </w:rPr>
            </w:pPr>
            <w:r w:rsidRPr="000A2AD1">
              <w:rPr>
                <w:rFonts w:cs="Times New Roman"/>
                <w:lang w:val="ru-RU"/>
              </w:rPr>
              <w:t>16</w:t>
            </w:r>
          </w:p>
        </w:tc>
        <w:tc>
          <w:tcPr>
            <w:tcW w:w="5954" w:type="dxa"/>
            <w:vAlign w:val="center"/>
          </w:tcPr>
          <w:p w14:paraId="464620D4" w14:textId="77777777" w:rsidR="00C122C9" w:rsidRPr="000A2AD1" w:rsidRDefault="00C122C9" w:rsidP="00C122C9">
            <w:pPr>
              <w:pStyle w:val="aa"/>
              <w:rPr>
                <w:rFonts w:eastAsiaTheme="minorEastAsia" w:cs="Times New Roman"/>
              </w:rPr>
            </w:pPr>
            <w:r w:rsidRPr="000A2AD1">
              <w:rPr>
                <w:rFonts w:eastAsiaTheme="minorEastAsia" w:cs="Times New Roman"/>
              </w:rPr>
              <w:t>Мощность каждого из зарезервированных блоков питания, Ватт:</w:t>
            </w:r>
          </w:p>
        </w:tc>
        <w:tc>
          <w:tcPr>
            <w:tcW w:w="2835" w:type="dxa"/>
            <w:vAlign w:val="center"/>
          </w:tcPr>
          <w:p w14:paraId="0B663D0F" w14:textId="031E4A88" w:rsidR="00C122C9" w:rsidRPr="000A2AD1" w:rsidRDefault="00D16801" w:rsidP="00DC34CE">
            <w:pPr>
              <w:pStyle w:val="aa"/>
              <w:jc w:val="center"/>
              <w:rPr>
                <w:rFonts w:cs="Times New Roman"/>
              </w:rPr>
            </w:pPr>
            <w:r>
              <w:t>__________</w:t>
            </w:r>
            <w:r w:rsidR="00C122C9" w:rsidRPr="000A2AD1">
              <w:rPr>
                <w:rFonts w:eastAsiaTheme="minorEastAsia" w:cs="Times New Roman"/>
              </w:rPr>
              <w:t>*</w:t>
            </w:r>
          </w:p>
        </w:tc>
      </w:tr>
      <w:tr w:rsidR="00502092" w:rsidRPr="000A2AD1" w14:paraId="79B71DE2" w14:textId="77777777" w:rsidTr="00ED1D20">
        <w:tc>
          <w:tcPr>
            <w:tcW w:w="567" w:type="dxa"/>
            <w:vAlign w:val="center"/>
          </w:tcPr>
          <w:p w14:paraId="1B4EA873" w14:textId="77777777" w:rsidR="00502092" w:rsidRPr="000A2AD1" w:rsidRDefault="00502092" w:rsidP="0079513A">
            <w:pPr>
              <w:pStyle w:val="a1"/>
              <w:numPr>
                <w:ilvl w:val="0"/>
                <w:numId w:val="0"/>
              </w:numPr>
              <w:rPr>
                <w:rFonts w:cs="Times New Roman"/>
                <w:lang w:val="ru-RU"/>
              </w:rPr>
            </w:pPr>
            <w:r w:rsidRPr="000A2AD1">
              <w:rPr>
                <w:rFonts w:cs="Times New Roman"/>
                <w:lang w:val="ru-RU"/>
              </w:rPr>
              <w:t>17</w:t>
            </w:r>
          </w:p>
        </w:tc>
        <w:tc>
          <w:tcPr>
            <w:tcW w:w="5954" w:type="dxa"/>
            <w:vAlign w:val="center"/>
          </w:tcPr>
          <w:p w14:paraId="33A10916" w14:textId="77777777" w:rsidR="00502092" w:rsidRPr="000A2AD1" w:rsidRDefault="00502092" w:rsidP="00502092">
            <w:pPr>
              <w:pStyle w:val="aa"/>
              <w:rPr>
                <w:rFonts w:eastAsiaTheme="minorEastAsia" w:cs="Times New Roman"/>
              </w:rPr>
            </w:pPr>
            <w:r w:rsidRPr="000A2AD1">
              <w:rPr>
                <w:rFonts w:eastAsiaTheme="minorEastAsia" w:cs="Times New Roman"/>
              </w:rPr>
              <w:t>Тип разъема кабеля питания в комплекте</w:t>
            </w:r>
          </w:p>
        </w:tc>
        <w:tc>
          <w:tcPr>
            <w:tcW w:w="2835" w:type="dxa"/>
            <w:vAlign w:val="center"/>
          </w:tcPr>
          <w:p w14:paraId="43E66B81" w14:textId="77777777" w:rsidR="00502092" w:rsidRPr="000A2AD1" w:rsidRDefault="00502092" w:rsidP="00DC34CE">
            <w:pPr>
              <w:pStyle w:val="aa"/>
              <w:jc w:val="center"/>
              <w:rPr>
                <w:rFonts w:eastAsiaTheme="minorEastAsia" w:cs="Times New Roman"/>
              </w:rPr>
            </w:pPr>
            <w:r w:rsidRPr="000A2AD1">
              <w:rPr>
                <w:rFonts w:eastAsiaTheme="minorEastAsia" w:cs="Times New Roman"/>
              </w:rPr>
              <w:t>C13/C14</w:t>
            </w:r>
          </w:p>
        </w:tc>
      </w:tr>
      <w:tr w:rsidR="00502092" w:rsidRPr="000A2AD1" w14:paraId="0A0C819A" w14:textId="77777777" w:rsidTr="00ED1D20">
        <w:tc>
          <w:tcPr>
            <w:tcW w:w="567" w:type="dxa"/>
            <w:vAlign w:val="center"/>
          </w:tcPr>
          <w:p w14:paraId="01026822" w14:textId="77777777" w:rsidR="00502092" w:rsidRPr="000A2AD1" w:rsidRDefault="00502092" w:rsidP="0079513A">
            <w:pPr>
              <w:pStyle w:val="a1"/>
              <w:numPr>
                <w:ilvl w:val="0"/>
                <w:numId w:val="0"/>
              </w:numPr>
              <w:rPr>
                <w:rFonts w:cs="Times New Roman"/>
                <w:lang w:val="ru-RU"/>
              </w:rPr>
            </w:pPr>
            <w:r w:rsidRPr="000A2AD1">
              <w:rPr>
                <w:rFonts w:cs="Times New Roman"/>
                <w:lang w:val="ru-RU"/>
              </w:rPr>
              <w:t>18</w:t>
            </w:r>
          </w:p>
        </w:tc>
        <w:tc>
          <w:tcPr>
            <w:tcW w:w="5954" w:type="dxa"/>
            <w:vAlign w:val="center"/>
          </w:tcPr>
          <w:p w14:paraId="54618BBC" w14:textId="77777777" w:rsidR="00502092" w:rsidRPr="000A2AD1" w:rsidRDefault="00502092" w:rsidP="00502092">
            <w:pPr>
              <w:pStyle w:val="aa"/>
              <w:rPr>
                <w:rFonts w:eastAsiaTheme="minorEastAsia" w:cs="Times New Roman"/>
              </w:rPr>
            </w:pPr>
            <w:r w:rsidRPr="000A2AD1">
              <w:rPr>
                <w:rFonts w:eastAsia="Times New Roman" w:cs="Times New Roman"/>
                <w:color w:val="000000"/>
                <w:lang w:eastAsia="ar-SA"/>
              </w:rPr>
              <w:t>Наличие индикаторов неисправности на корпусе или дисплея для отображения диагностических кодов</w:t>
            </w:r>
          </w:p>
        </w:tc>
        <w:tc>
          <w:tcPr>
            <w:tcW w:w="2835" w:type="dxa"/>
            <w:vAlign w:val="center"/>
          </w:tcPr>
          <w:p w14:paraId="3D3A8BA8" w14:textId="77777777" w:rsidR="00502092" w:rsidRPr="000A2AD1" w:rsidRDefault="00502092" w:rsidP="00DC34CE">
            <w:pPr>
              <w:pStyle w:val="aa"/>
              <w:jc w:val="center"/>
              <w:rPr>
                <w:rFonts w:cs="Times New Roman"/>
              </w:rPr>
            </w:pPr>
            <w:r w:rsidRPr="000A2AD1">
              <w:rPr>
                <w:rFonts w:cs="Times New Roman"/>
              </w:rPr>
              <w:t>Наличие</w:t>
            </w:r>
          </w:p>
        </w:tc>
      </w:tr>
      <w:tr w:rsidR="00D16801" w:rsidRPr="000A2AD1" w14:paraId="77FA5EB8" w14:textId="77777777" w:rsidTr="00ED1D20">
        <w:tc>
          <w:tcPr>
            <w:tcW w:w="567" w:type="dxa"/>
            <w:vAlign w:val="center"/>
          </w:tcPr>
          <w:p w14:paraId="1CD4B50F" w14:textId="77777777" w:rsidR="00D16801" w:rsidRPr="000A2AD1" w:rsidRDefault="00D16801" w:rsidP="00D16801">
            <w:pPr>
              <w:pStyle w:val="a1"/>
              <w:numPr>
                <w:ilvl w:val="0"/>
                <w:numId w:val="0"/>
              </w:numPr>
              <w:rPr>
                <w:rFonts w:cs="Times New Roman"/>
                <w:lang w:val="ru-RU"/>
              </w:rPr>
            </w:pPr>
            <w:r w:rsidRPr="000A2AD1">
              <w:rPr>
                <w:rFonts w:cs="Times New Roman"/>
                <w:lang w:val="ru-RU"/>
              </w:rPr>
              <w:t>19</w:t>
            </w:r>
          </w:p>
        </w:tc>
        <w:tc>
          <w:tcPr>
            <w:tcW w:w="5954" w:type="dxa"/>
            <w:vAlign w:val="center"/>
          </w:tcPr>
          <w:p w14:paraId="2732B833" w14:textId="77777777" w:rsidR="00D16801" w:rsidRPr="000A2AD1" w:rsidRDefault="00D16801" w:rsidP="00D16801">
            <w:pPr>
              <w:pStyle w:val="aa"/>
              <w:rPr>
                <w:rFonts w:eastAsiaTheme="minorEastAsia" w:cs="Times New Roman"/>
              </w:rPr>
            </w:pPr>
            <w:r w:rsidRPr="000A2AD1">
              <w:rPr>
                <w:rFonts w:eastAsiaTheme="minorEastAsia" w:cs="Times New Roman"/>
              </w:rPr>
              <w:t>Количество портов Ethernet 25Гб/с SFP+, с установленными трансиверами Multi-mode (850 nm, LC), шт.:</w:t>
            </w:r>
          </w:p>
        </w:tc>
        <w:tc>
          <w:tcPr>
            <w:tcW w:w="2835" w:type="dxa"/>
            <w:vAlign w:val="center"/>
          </w:tcPr>
          <w:p w14:paraId="5FD13565" w14:textId="7E3EE53E" w:rsidR="00D16801" w:rsidRPr="000A2AD1" w:rsidRDefault="00D16801" w:rsidP="00D16801">
            <w:pPr>
              <w:pStyle w:val="aa"/>
              <w:jc w:val="center"/>
              <w:rPr>
                <w:rFonts w:cs="Times New Roman"/>
              </w:rPr>
            </w:pPr>
            <w:r>
              <w:t>__________</w:t>
            </w:r>
            <w:r w:rsidRPr="000A2AD1">
              <w:rPr>
                <w:rFonts w:eastAsiaTheme="minorEastAsia" w:cs="Times New Roman"/>
              </w:rPr>
              <w:t>*</w:t>
            </w:r>
          </w:p>
        </w:tc>
      </w:tr>
      <w:tr w:rsidR="00D16801" w:rsidRPr="000A2AD1" w14:paraId="5DFD5D15" w14:textId="77777777" w:rsidTr="00ED1D20">
        <w:tc>
          <w:tcPr>
            <w:tcW w:w="567" w:type="dxa"/>
            <w:vAlign w:val="center"/>
          </w:tcPr>
          <w:p w14:paraId="5B10C2C9" w14:textId="77777777" w:rsidR="00D16801" w:rsidRPr="000A2AD1" w:rsidRDefault="00D16801" w:rsidP="00D16801">
            <w:pPr>
              <w:pStyle w:val="a1"/>
              <w:numPr>
                <w:ilvl w:val="0"/>
                <w:numId w:val="0"/>
              </w:numPr>
              <w:rPr>
                <w:rFonts w:cs="Times New Roman"/>
                <w:lang w:val="ru-RU"/>
              </w:rPr>
            </w:pPr>
            <w:r w:rsidRPr="000A2AD1">
              <w:rPr>
                <w:rFonts w:cs="Times New Roman"/>
                <w:lang w:val="ru-RU"/>
              </w:rPr>
              <w:t>20</w:t>
            </w:r>
          </w:p>
        </w:tc>
        <w:tc>
          <w:tcPr>
            <w:tcW w:w="5954" w:type="dxa"/>
            <w:vAlign w:val="center"/>
          </w:tcPr>
          <w:p w14:paraId="2D0D824C" w14:textId="77777777" w:rsidR="00D16801" w:rsidRPr="000A2AD1" w:rsidRDefault="00D16801" w:rsidP="00D16801">
            <w:pPr>
              <w:pStyle w:val="aa"/>
              <w:rPr>
                <w:rFonts w:eastAsiaTheme="minorEastAsia" w:cs="Times New Roman"/>
              </w:rPr>
            </w:pPr>
            <w:r w:rsidRPr="000A2AD1">
              <w:rPr>
                <w:rFonts w:eastAsiaTheme="minorEastAsia" w:cs="Times New Roman"/>
              </w:rPr>
              <w:t xml:space="preserve">Для портов Ethernet 25Гб/с SFP+ - дальность передачи каждого из трансиверов Multi-mode (850 nm, LC), </w:t>
            </w:r>
            <w:r w:rsidRPr="000A2AD1">
              <w:rPr>
                <w:rFonts w:eastAsiaTheme="minorEastAsia" w:cs="Times New Roman"/>
                <w:lang w:val="en-US"/>
              </w:rPr>
              <w:t>km</w:t>
            </w:r>
            <w:r w:rsidRPr="000A2AD1">
              <w:rPr>
                <w:rFonts w:eastAsiaTheme="minorEastAsia" w:cs="Times New Roman"/>
              </w:rPr>
              <w:t>:</w:t>
            </w:r>
          </w:p>
        </w:tc>
        <w:tc>
          <w:tcPr>
            <w:tcW w:w="2835" w:type="dxa"/>
            <w:vAlign w:val="center"/>
          </w:tcPr>
          <w:p w14:paraId="7A4C58F3" w14:textId="29321198" w:rsidR="00D16801" w:rsidRPr="000A2AD1" w:rsidRDefault="00D16801" w:rsidP="00D16801">
            <w:pPr>
              <w:pStyle w:val="aa"/>
              <w:jc w:val="center"/>
              <w:rPr>
                <w:rFonts w:cs="Times New Roman"/>
              </w:rPr>
            </w:pPr>
            <w:r>
              <w:t>__________</w:t>
            </w:r>
            <w:r w:rsidRPr="000A2AD1">
              <w:rPr>
                <w:rFonts w:eastAsiaTheme="minorEastAsia" w:cs="Times New Roman"/>
              </w:rPr>
              <w:t>*</w:t>
            </w:r>
          </w:p>
        </w:tc>
      </w:tr>
      <w:tr w:rsidR="00D16801" w:rsidRPr="000A2AD1" w14:paraId="09C0EFC1" w14:textId="77777777" w:rsidTr="00ED1D20">
        <w:tc>
          <w:tcPr>
            <w:tcW w:w="567" w:type="dxa"/>
            <w:vAlign w:val="center"/>
          </w:tcPr>
          <w:p w14:paraId="5BE8E3BE" w14:textId="77777777" w:rsidR="00D16801" w:rsidRPr="000A2AD1" w:rsidRDefault="00D16801" w:rsidP="00D16801">
            <w:pPr>
              <w:pStyle w:val="a1"/>
              <w:numPr>
                <w:ilvl w:val="0"/>
                <w:numId w:val="0"/>
              </w:numPr>
              <w:rPr>
                <w:rFonts w:cs="Times New Roman"/>
                <w:lang w:val="ru-RU"/>
              </w:rPr>
            </w:pPr>
            <w:r w:rsidRPr="000A2AD1">
              <w:rPr>
                <w:rFonts w:cs="Times New Roman"/>
                <w:lang w:val="ru-RU"/>
              </w:rPr>
              <w:t>21</w:t>
            </w:r>
          </w:p>
        </w:tc>
        <w:tc>
          <w:tcPr>
            <w:tcW w:w="5954" w:type="dxa"/>
            <w:vAlign w:val="center"/>
          </w:tcPr>
          <w:p w14:paraId="1075C632" w14:textId="77777777" w:rsidR="00D16801" w:rsidRPr="000A2AD1" w:rsidRDefault="00D16801" w:rsidP="00D16801">
            <w:pPr>
              <w:pStyle w:val="aa"/>
              <w:rPr>
                <w:rFonts w:eastAsiaTheme="minorEastAsia" w:cs="Times New Roman"/>
              </w:rPr>
            </w:pPr>
            <w:r w:rsidRPr="000A2AD1">
              <w:rPr>
                <w:rFonts w:eastAsiaTheme="minorEastAsia" w:cs="Times New Roman"/>
              </w:rPr>
              <w:t>Для портов Ethernet 25Гб/с SFP+ - наличие в комплекте многомодовых оптических патчкордов duplex LC-LC длиной 3 метра, шт.:</w:t>
            </w:r>
          </w:p>
        </w:tc>
        <w:tc>
          <w:tcPr>
            <w:tcW w:w="2835" w:type="dxa"/>
            <w:vAlign w:val="center"/>
          </w:tcPr>
          <w:p w14:paraId="11411B4C" w14:textId="3CAF1F0C" w:rsidR="00D16801" w:rsidRPr="000A2AD1" w:rsidRDefault="00D16801" w:rsidP="00D16801">
            <w:pPr>
              <w:pStyle w:val="aa"/>
              <w:jc w:val="center"/>
              <w:rPr>
                <w:rFonts w:cs="Times New Roman"/>
              </w:rPr>
            </w:pPr>
            <w:r>
              <w:t>__________</w:t>
            </w:r>
            <w:r w:rsidRPr="000A2AD1">
              <w:rPr>
                <w:rFonts w:eastAsiaTheme="minorEastAsia" w:cs="Times New Roman"/>
              </w:rPr>
              <w:t>*</w:t>
            </w:r>
          </w:p>
        </w:tc>
      </w:tr>
      <w:tr w:rsidR="00502092" w:rsidRPr="000A2AD1" w14:paraId="682F8742" w14:textId="77777777" w:rsidTr="00ED1D20">
        <w:tc>
          <w:tcPr>
            <w:tcW w:w="567" w:type="dxa"/>
            <w:vAlign w:val="center"/>
          </w:tcPr>
          <w:p w14:paraId="49BA7AFB" w14:textId="77777777" w:rsidR="00502092" w:rsidRPr="000A2AD1" w:rsidRDefault="00502092" w:rsidP="0079513A">
            <w:pPr>
              <w:pStyle w:val="a1"/>
              <w:numPr>
                <w:ilvl w:val="0"/>
                <w:numId w:val="0"/>
              </w:numPr>
              <w:rPr>
                <w:rFonts w:cs="Times New Roman"/>
                <w:lang w:val="ru-RU"/>
              </w:rPr>
            </w:pPr>
            <w:r w:rsidRPr="000A2AD1">
              <w:rPr>
                <w:rFonts w:cs="Times New Roman"/>
                <w:lang w:val="ru-RU"/>
              </w:rPr>
              <w:lastRenderedPageBreak/>
              <w:t>22</w:t>
            </w:r>
          </w:p>
        </w:tc>
        <w:tc>
          <w:tcPr>
            <w:tcW w:w="5954" w:type="dxa"/>
            <w:vAlign w:val="center"/>
          </w:tcPr>
          <w:p w14:paraId="120CCE0C" w14:textId="77777777" w:rsidR="00502092" w:rsidRPr="000A2AD1" w:rsidRDefault="00502092" w:rsidP="00502092">
            <w:pPr>
              <w:pStyle w:val="aa"/>
              <w:rPr>
                <w:rFonts w:cs="Times New Roman"/>
                <w:highlight w:val="yellow"/>
              </w:rPr>
            </w:pPr>
            <w:r w:rsidRPr="000A2AD1">
              <w:rPr>
                <w:rFonts w:eastAsiaTheme="minorEastAsia" w:cs="Times New Roman"/>
              </w:rPr>
              <w:t>1 выделенный порт удаленного управления 1 Гб/с, удаленная графическая консоль управления, поддержка удаленного монтирования ISO образов</w:t>
            </w:r>
          </w:p>
        </w:tc>
        <w:tc>
          <w:tcPr>
            <w:tcW w:w="2835" w:type="dxa"/>
            <w:vAlign w:val="center"/>
          </w:tcPr>
          <w:p w14:paraId="10495431" w14:textId="77777777" w:rsidR="00502092" w:rsidRPr="000A2AD1" w:rsidRDefault="00502092" w:rsidP="00DC34CE">
            <w:pPr>
              <w:pStyle w:val="aa"/>
              <w:jc w:val="center"/>
              <w:rPr>
                <w:rFonts w:cs="Times New Roman"/>
                <w:highlight w:val="yellow"/>
              </w:rPr>
            </w:pPr>
            <w:r w:rsidRPr="000A2AD1">
              <w:rPr>
                <w:rFonts w:cs="Times New Roman"/>
              </w:rPr>
              <w:t>Наличие</w:t>
            </w:r>
          </w:p>
        </w:tc>
      </w:tr>
      <w:tr w:rsidR="003453A6" w:rsidRPr="000A2AD1" w14:paraId="0CAEFA9D" w14:textId="77777777" w:rsidTr="00ED1D20">
        <w:tc>
          <w:tcPr>
            <w:tcW w:w="567" w:type="dxa"/>
            <w:vAlign w:val="center"/>
          </w:tcPr>
          <w:p w14:paraId="124D29B0" w14:textId="21E3CDF5" w:rsidR="003453A6" w:rsidRPr="000A2AD1" w:rsidRDefault="003453A6" w:rsidP="003453A6">
            <w:pPr>
              <w:pStyle w:val="a1"/>
              <w:numPr>
                <w:ilvl w:val="0"/>
                <w:numId w:val="0"/>
              </w:numPr>
              <w:rPr>
                <w:rFonts w:cs="Times New Roman"/>
                <w:lang w:val="ru-RU"/>
              </w:rPr>
            </w:pPr>
            <w:r w:rsidRPr="00293A59">
              <w:rPr>
                <w:rFonts w:cs="Times New Roman"/>
                <w:lang w:val="ru-RU"/>
              </w:rPr>
              <w:t>23</w:t>
            </w:r>
          </w:p>
        </w:tc>
        <w:tc>
          <w:tcPr>
            <w:tcW w:w="5954" w:type="dxa"/>
            <w:vAlign w:val="center"/>
          </w:tcPr>
          <w:p w14:paraId="3B60F4DD" w14:textId="77777777" w:rsidR="003453A6" w:rsidRPr="00547329" w:rsidRDefault="003453A6" w:rsidP="003453A6">
            <w:pPr>
              <w:spacing w:line="240" w:lineRule="auto"/>
              <w:contextualSpacing/>
              <w:rPr>
                <w:rFonts w:ascii="Times New Roman" w:eastAsiaTheme="minorEastAsia" w:hAnsi="Times New Roman"/>
                <w:lang w:val="en-US"/>
              </w:rPr>
            </w:pPr>
            <w:r w:rsidRPr="00547329">
              <w:rPr>
                <w:rFonts w:ascii="Times New Roman" w:eastAsiaTheme="minorEastAsia" w:hAnsi="Times New Roman"/>
              </w:rPr>
              <w:t>Поддержка</w:t>
            </w:r>
            <w:r w:rsidRPr="00547329">
              <w:rPr>
                <w:rFonts w:ascii="Times New Roman" w:eastAsiaTheme="minorEastAsia" w:hAnsi="Times New Roman"/>
                <w:lang w:val="en-US"/>
              </w:rPr>
              <w:t xml:space="preserve"> </w:t>
            </w:r>
            <w:r w:rsidRPr="00547329">
              <w:rPr>
                <w:rFonts w:ascii="Times New Roman" w:eastAsiaTheme="minorEastAsia" w:hAnsi="Times New Roman"/>
              </w:rPr>
              <w:t>ОС:</w:t>
            </w:r>
            <w:r w:rsidRPr="00547329">
              <w:rPr>
                <w:rFonts w:ascii="Times New Roman" w:eastAsiaTheme="minorEastAsia" w:hAnsi="Times New Roman"/>
                <w:lang w:val="en-US"/>
              </w:rPr>
              <w:t xml:space="preserve">  </w:t>
            </w:r>
          </w:p>
          <w:p w14:paraId="119E995B" w14:textId="4C97B0B9" w:rsidR="003453A6" w:rsidRDefault="003453A6" w:rsidP="003453A6">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547329">
              <w:rPr>
                <w:rFonts w:ascii="Times New Roman" w:eastAsiaTheme="minorEastAsia" w:hAnsi="Times New Roman"/>
              </w:rPr>
              <w:t>А</w:t>
            </w:r>
            <w:r w:rsidRPr="00547329">
              <w:rPr>
                <w:rFonts w:ascii="Times New Roman" w:eastAsiaTheme="minorEastAsia" w:hAnsi="Times New Roman"/>
                <w:lang w:val="en-US"/>
              </w:rPr>
              <w:t>stra Linux</w:t>
            </w:r>
          </w:p>
          <w:p w14:paraId="35450DFE" w14:textId="191A95D5" w:rsidR="003453A6" w:rsidRPr="003453A6" w:rsidRDefault="003453A6" w:rsidP="003453A6">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3453A6">
              <w:rPr>
                <w:rFonts w:ascii="Times New Roman" w:eastAsiaTheme="minorEastAsia" w:hAnsi="Times New Roman"/>
              </w:rPr>
              <w:t>РЕД ОС</w:t>
            </w:r>
          </w:p>
        </w:tc>
        <w:tc>
          <w:tcPr>
            <w:tcW w:w="2835" w:type="dxa"/>
            <w:vAlign w:val="center"/>
          </w:tcPr>
          <w:p w14:paraId="3536A6EF" w14:textId="7053740B" w:rsidR="003453A6" w:rsidRPr="000A2AD1" w:rsidRDefault="003453A6" w:rsidP="003453A6">
            <w:pPr>
              <w:pStyle w:val="aa"/>
              <w:jc w:val="center"/>
              <w:rPr>
                <w:rFonts w:cs="Times New Roman"/>
              </w:rPr>
            </w:pPr>
            <w:r w:rsidRPr="00547329">
              <w:rPr>
                <w:rFonts w:cs="Times New Roman"/>
              </w:rPr>
              <w:t>Соответствует</w:t>
            </w:r>
          </w:p>
        </w:tc>
      </w:tr>
      <w:tr w:rsidR="003453A6" w:rsidRPr="000A2AD1" w14:paraId="40F3EB2F" w14:textId="77777777" w:rsidTr="00ED1D20">
        <w:tc>
          <w:tcPr>
            <w:tcW w:w="567" w:type="dxa"/>
            <w:vAlign w:val="center"/>
          </w:tcPr>
          <w:p w14:paraId="0264D64F" w14:textId="1CBC6EF4" w:rsidR="003453A6" w:rsidRPr="000A2AD1" w:rsidRDefault="003453A6" w:rsidP="003453A6">
            <w:pPr>
              <w:pStyle w:val="a1"/>
              <w:numPr>
                <w:ilvl w:val="0"/>
                <w:numId w:val="0"/>
              </w:numPr>
              <w:rPr>
                <w:rFonts w:cs="Times New Roman"/>
                <w:lang w:val="ru-RU"/>
              </w:rPr>
            </w:pPr>
            <w:r w:rsidRPr="000A2AD1">
              <w:rPr>
                <w:rFonts w:cs="Times New Roman"/>
                <w:lang w:val="ru-RU"/>
              </w:rPr>
              <w:t>2</w:t>
            </w:r>
            <w:r>
              <w:rPr>
                <w:rFonts w:cs="Times New Roman"/>
                <w:lang w:val="ru-RU"/>
              </w:rPr>
              <w:t>4</w:t>
            </w:r>
          </w:p>
        </w:tc>
        <w:tc>
          <w:tcPr>
            <w:tcW w:w="5954" w:type="dxa"/>
          </w:tcPr>
          <w:p w14:paraId="717E3451" w14:textId="77777777" w:rsidR="003453A6" w:rsidRPr="000A2AD1" w:rsidRDefault="003453A6" w:rsidP="003453A6">
            <w:pPr>
              <w:pStyle w:val="aa"/>
              <w:rPr>
                <w:rFonts w:cs="Times New Roman"/>
                <w:highlight w:val="yellow"/>
              </w:rPr>
            </w:pPr>
            <w:r w:rsidRPr="000A2AD1">
              <w:rPr>
                <w:rFonts w:eastAsiaTheme="minorEastAsia" w:cs="Times New Roman"/>
              </w:rPr>
              <w:t>Поставляется с гарантией производителя, срок гарантии, лет:</w:t>
            </w:r>
          </w:p>
        </w:tc>
        <w:tc>
          <w:tcPr>
            <w:tcW w:w="2835" w:type="dxa"/>
            <w:vAlign w:val="center"/>
          </w:tcPr>
          <w:p w14:paraId="11A9FA4C" w14:textId="48B17651" w:rsidR="003453A6" w:rsidRPr="000A2AD1" w:rsidRDefault="00D16801" w:rsidP="003453A6">
            <w:pPr>
              <w:pStyle w:val="aa"/>
              <w:jc w:val="center"/>
              <w:rPr>
                <w:rFonts w:cs="Times New Roman"/>
                <w:highlight w:val="yellow"/>
              </w:rPr>
            </w:pPr>
            <w:r>
              <w:t>__________</w:t>
            </w:r>
            <w:r w:rsidR="003453A6" w:rsidRPr="000A2AD1">
              <w:rPr>
                <w:rFonts w:eastAsiaTheme="minorEastAsia" w:cs="Times New Roman"/>
              </w:rPr>
              <w:t>*</w:t>
            </w:r>
          </w:p>
        </w:tc>
      </w:tr>
      <w:tr w:rsidR="003453A6" w:rsidRPr="000A2AD1" w14:paraId="419501FE" w14:textId="77777777" w:rsidTr="00ED1D20">
        <w:tc>
          <w:tcPr>
            <w:tcW w:w="567" w:type="dxa"/>
            <w:vAlign w:val="center"/>
          </w:tcPr>
          <w:p w14:paraId="68923F0A" w14:textId="46AB7BE9" w:rsidR="003453A6" w:rsidRPr="000A2AD1" w:rsidRDefault="003453A6" w:rsidP="003453A6">
            <w:pPr>
              <w:pStyle w:val="a1"/>
              <w:numPr>
                <w:ilvl w:val="0"/>
                <w:numId w:val="0"/>
              </w:numPr>
              <w:rPr>
                <w:rFonts w:cs="Times New Roman"/>
                <w:lang w:val="ru-RU"/>
              </w:rPr>
            </w:pPr>
            <w:r>
              <w:rPr>
                <w:rFonts w:cs="Times New Roman"/>
                <w:lang w:val="ru-RU"/>
              </w:rPr>
              <w:t>25</w:t>
            </w:r>
          </w:p>
        </w:tc>
        <w:tc>
          <w:tcPr>
            <w:tcW w:w="5954" w:type="dxa"/>
          </w:tcPr>
          <w:p w14:paraId="4D896216" w14:textId="14E3E9B5" w:rsidR="003453A6" w:rsidRPr="000A2AD1" w:rsidRDefault="003453A6" w:rsidP="003453A6">
            <w:pPr>
              <w:pStyle w:val="aa"/>
              <w:rPr>
                <w:rFonts w:eastAsiaTheme="minorEastAsia" w:cs="Times New Roman"/>
              </w:rPr>
            </w:pPr>
            <w:r>
              <w:rPr>
                <w:rFonts w:eastAsiaTheme="minorEastAsia" w:cs="Times New Roman"/>
              </w:rPr>
              <w:t>Наличие гарантийной п</w:t>
            </w:r>
            <w:r w:rsidRPr="000A2AD1">
              <w:rPr>
                <w:rFonts w:eastAsiaTheme="minorEastAsia" w:cs="Times New Roman"/>
              </w:rPr>
              <w:t>оддержк</w:t>
            </w:r>
            <w:r>
              <w:rPr>
                <w:rFonts w:eastAsiaTheme="minorEastAsia" w:cs="Times New Roman"/>
              </w:rPr>
              <w:t>и</w:t>
            </w:r>
            <w:r w:rsidRPr="000A2AD1">
              <w:rPr>
                <w:rFonts w:eastAsiaTheme="minorEastAsia" w:cs="Times New Roman"/>
              </w:rPr>
              <w:t xml:space="preserve"> предусматрива</w:t>
            </w:r>
            <w:r>
              <w:rPr>
                <w:rFonts w:eastAsiaTheme="minorEastAsia" w:cs="Times New Roman"/>
              </w:rPr>
              <w:t>ющей</w:t>
            </w:r>
            <w:r w:rsidRPr="000A2AD1">
              <w:rPr>
                <w:rFonts w:eastAsiaTheme="minorEastAsia" w:cs="Times New Roman"/>
              </w:rPr>
              <w:t xml:space="preserve"> ремонт на площадке </w:t>
            </w:r>
            <w:r>
              <w:rPr>
                <w:rFonts w:eastAsiaTheme="minorEastAsia" w:cs="Times New Roman"/>
              </w:rPr>
              <w:t xml:space="preserve">Покупателя </w:t>
            </w:r>
            <w:r w:rsidRPr="000A2AD1">
              <w:rPr>
                <w:rFonts w:eastAsiaTheme="minorEastAsia" w:cs="Times New Roman"/>
              </w:rPr>
              <w:t>с выездом инженера</w:t>
            </w:r>
          </w:p>
        </w:tc>
        <w:tc>
          <w:tcPr>
            <w:tcW w:w="2835" w:type="dxa"/>
            <w:vAlign w:val="center"/>
          </w:tcPr>
          <w:p w14:paraId="2A84BEB5" w14:textId="77777777" w:rsidR="003453A6" w:rsidRPr="000A2AD1" w:rsidRDefault="003453A6" w:rsidP="003453A6">
            <w:pPr>
              <w:pStyle w:val="aa"/>
              <w:jc w:val="center"/>
              <w:rPr>
                <w:rFonts w:cs="Times New Roman"/>
                <w:highlight w:val="yellow"/>
              </w:rPr>
            </w:pPr>
            <w:r w:rsidRPr="000A2AD1">
              <w:rPr>
                <w:rFonts w:cs="Times New Roman"/>
              </w:rPr>
              <w:t>Соответствует</w:t>
            </w:r>
          </w:p>
        </w:tc>
      </w:tr>
      <w:tr w:rsidR="003453A6" w:rsidRPr="000A2AD1" w14:paraId="70EA0D99" w14:textId="77777777" w:rsidTr="00ED1D20">
        <w:tc>
          <w:tcPr>
            <w:tcW w:w="567" w:type="dxa"/>
            <w:vAlign w:val="center"/>
          </w:tcPr>
          <w:p w14:paraId="0C7A37C1" w14:textId="25941588" w:rsidR="003453A6" w:rsidRPr="000A2AD1" w:rsidRDefault="003453A6" w:rsidP="003453A6">
            <w:pPr>
              <w:pStyle w:val="a1"/>
              <w:numPr>
                <w:ilvl w:val="0"/>
                <w:numId w:val="0"/>
              </w:numPr>
              <w:rPr>
                <w:rFonts w:cs="Times New Roman"/>
                <w:lang w:val="ru-RU"/>
              </w:rPr>
            </w:pPr>
            <w:r>
              <w:rPr>
                <w:rFonts w:cs="Times New Roman"/>
                <w:lang w:val="ru-RU"/>
              </w:rPr>
              <w:t>26</w:t>
            </w:r>
          </w:p>
        </w:tc>
        <w:tc>
          <w:tcPr>
            <w:tcW w:w="5954" w:type="dxa"/>
          </w:tcPr>
          <w:p w14:paraId="47B9AFB8" w14:textId="3D40F17E" w:rsidR="003453A6" w:rsidRPr="000A2AD1" w:rsidRDefault="003453A6" w:rsidP="003453A6">
            <w:pPr>
              <w:pStyle w:val="aa"/>
              <w:rPr>
                <w:rFonts w:eastAsiaTheme="minorEastAsia" w:cs="Times New Roman"/>
              </w:rPr>
            </w:pPr>
            <w:r w:rsidRPr="000A2AD1">
              <w:rPr>
                <w:rFonts w:eastAsiaTheme="minorEastAsia" w:cs="Times New Roman"/>
              </w:rPr>
              <w:t xml:space="preserve">Режим </w:t>
            </w:r>
            <w:r>
              <w:rPr>
                <w:rFonts w:eastAsiaTheme="minorEastAsia" w:cs="Times New Roman"/>
              </w:rPr>
              <w:t xml:space="preserve">гарантийной </w:t>
            </w:r>
            <w:r w:rsidRPr="000A2AD1">
              <w:rPr>
                <w:rFonts w:eastAsiaTheme="minorEastAsia" w:cs="Times New Roman"/>
              </w:rPr>
              <w:t xml:space="preserve">поддержки 9x5x365 (9 часов (с 09:00 до 18:00 время московское) по рабочим дням в течение года), </w:t>
            </w:r>
            <w:r w:rsidRPr="000A2AD1">
              <w:rPr>
                <w:rFonts w:eastAsiaTheme="minorEastAsia" w:cs="Times New Roman"/>
                <w:color w:val="000000" w:themeColor="text1"/>
              </w:rPr>
              <w:t>время восстановления работоспособности следующий рабочий день.</w:t>
            </w:r>
          </w:p>
        </w:tc>
        <w:tc>
          <w:tcPr>
            <w:tcW w:w="2835" w:type="dxa"/>
            <w:vAlign w:val="center"/>
          </w:tcPr>
          <w:p w14:paraId="3997000F" w14:textId="77777777" w:rsidR="003453A6" w:rsidRPr="000A2AD1" w:rsidRDefault="003453A6" w:rsidP="003453A6">
            <w:pPr>
              <w:pStyle w:val="aa"/>
              <w:jc w:val="center"/>
              <w:rPr>
                <w:rFonts w:cs="Times New Roman"/>
                <w:highlight w:val="yellow"/>
              </w:rPr>
            </w:pPr>
            <w:r w:rsidRPr="000A2AD1">
              <w:rPr>
                <w:rFonts w:cs="Times New Roman"/>
              </w:rPr>
              <w:t>Соответствует</w:t>
            </w:r>
          </w:p>
        </w:tc>
      </w:tr>
      <w:tr w:rsidR="003453A6" w:rsidRPr="000A2AD1" w14:paraId="6224428C" w14:textId="77777777" w:rsidTr="00ED1D20">
        <w:tc>
          <w:tcPr>
            <w:tcW w:w="9356" w:type="dxa"/>
            <w:gridSpan w:val="3"/>
          </w:tcPr>
          <w:p w14:paraId="33C9DCB1" w14:textId="32C1B061" w:rsidR="003453A6" w:rsidRPr="000A2AD1" w:rsidRDefault="00A563D0" w:rsidP="003453A6">
            <w:pPr>
              <w:pStyle w:val="aa"/>
              <w:rPr>
                <w:rFonts w:cs="Times New Roman"/>
              </w:rPr>
            </w:pPr>
            <w:r w:rsidRPr="00272C7E">
              <w:rPr>
                <w:rFonts w:cs="Times New Roman"/>
              </w:rPr>
              <w:t xml:space="preserve">* </w:t>
            </w:r>
            <w:r w:rsidRPr="00BC73FF">
              <w:t>Заполняется на основании заявки победителя в случае, если участником закупки в составе заявки представлены конкретные значения показателей предлагаемого Товара, соответствующие параметрам соответствия (экв</w:t>
            </w:r>
            <w:r>
              <w:t>ивалентности), установленным в Т</w:t>
            </w:r>
            <w:r w:rsidRPr="00BC73FF">
              <w:t>ехническом задании со знаком*</w:t>
            </w:r>
          </w:p>
        </w:tc>
      </w:tr>
    </w:tbl>
    <w:p w14:paraId="2419E34E" w14:textId="77777777" w:rsidR="00E9188C" w:rsidRDefault="00E9188C" w:rsidP="00C122C9">
      <w:pPr>
        <w:pStyle w:val="ConsPlusNormal"/>
        <w:ind w:firstLine="709"/>
        <w:jc w:val="both"/>
        <w:rPr>
          <w:rFonts w:ascii="Times New Roman" w:hAnsi="Times New Roman" w:cs="Times New Roman"/>
          <w:b/>
          <w:sz w:val="24"/>
          <w:szCs w:val="24"/>
        </w:rPr>
      </w:pPr>
    </w:p>
    <w:p w14:paraId="1031F723" w14:textId="77777777" w:rsidR="006812CB" w:rsidRDefault="006812CB" w:rsidP="00C122C9">
      <w:pPr>
        <w:pStyle w:val="ConsPlusNormal"/>
        <w:ind w:firstLine="709"/>
        <w:jc w:val="both"/>
        <w:rPr>
          <w:rFonts w:ascii="Times New Roman" w:hAnsi="Times New Roman" w:cs="Times New Roman"/>
          <w:sz w:val="24"/>
          <w:szCs w:val="24"/>
        </w:rPr>
      </w:pPr>
      <w:r>
        <w:rPr>
          <w:rFonts w:ascii="Times New Roman" w:hAnsi="Times New Roman" w:cs="Times New Roman"/>
          <w:b/>
          <w:sz w:val="24"/>
          <w:szCs w:val="24"/>
        </w:rPr>
        <w:t xml:space="preserve">3.3.5. </w:t>
      </w:r>
      <w:r w:rsidRPr="00BF5807">
        <w:rPr>
          <w:rFonts w:ascii="Times New Roman" w:hAnsi="Times New Roman" w:cs="Times New Roman"/>
          <w:b/>
          <w:sz w:val="24"/>
          <w:szCs w:val="24"/>
        </w:rPr>
        <w:t xml:space="preserve">Требования к характеристикам каждой единицы </w:t>
      </w:r>
      <w:r w:rsidR="00976514">
        <w:rPr>
          <w:rFonts w:ascii="Times New Roman" w:hAnsi="Times New Roman" w:cs="Times New Roman"/>
          <w:b/>
          <w:sz w:val="24"/>
          <w:szCs w:val="24"/>
        </w:rPr>
        <w:t>Сервера</w:t>
      </w:r>
      <w:r w:rsidRPr="00335293">
        <w:rPr>
          <w:rFonts w:ascii="Times New Roman" w:hAnsi="Times New Roman" w:cs="Times New Roman"/>
          <w:b/>
          <w:sz w:val="24"/>
          <w:szCs w:val="24"/>
        </w:rPr>
        <w:t xml:space="preserve"> </w:t>
      </w:r>
      <w:r w:rsidR="00976514">
        <w:rPr>
          <w:rFonts w:ascii="Times New Roman" w:hAnsi="Times New Roman" w:cs="Times New Roman"/>
          <w:b/>
          <w:sz w:val="24"/>
          <w:szCs w:val="24"/>
        </w:rPr>
        <w:t>тип 4</w:t>
      </w:r>
    </w:p>
    <w:p w14:paraId="00AD44DC" w14:textId="03AAE23F" w:rsidR="00C122C9" w:rsidRDefault="00C122C9" w:rsidP="00B63A9E">
      <w:pPr>
        <w:pStyle w:val="ConsPlusNormal"/>
        <w:ind w:firstLine="0"/>
        <w:jc w:val="both"/>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954"/>
        <w:gridCol w:w="2835"/>
      </w:tblGrid>
      <w:tr w:rsidR="00C122C9" w:rsidRPr="00A02AD8" w14:paraId="3CEC938E" w14:textId="77777777" w:rsidTr="00ED1D20">
        <w:tc>
          <w:tcPr>
            <w:tcW w:w="567" w:type="dxa"/>
            <w:vAlign w:val="center"/>
          </w:tcPr>
          <w:p w14:paraId="12376E50" w14:textId="77777777" w:rsidR="00C122C9" w:rsidRPr="00A02AD8" w:rsidRDefault="00C122C9" w:rsidP="00C122C9">
            <w:pPr>
              <w:pStyle w:val="a8"/>
              <w:rPr>
                <w:rFonts w:cs="Times New Roman"/>
                <w:b w:val="0"/>
              </w:rPr>
            </w:pPr>
            <w:r w:rsidRPr="00A02AD8">
              <w:rPr>
                <w:rFonts w:cs="Times New Roman"/>
              </w:rPr>
              <w:t>№ п/п</w:t>
            </w:r>
          </w:p>
        </w:tc>
        <w:tc>
          <w:tcPr>
            <w:tcW w:w="5954" w:type="dxa"/>
            <w:vAlign w:val="center"/>
          </w:tcPr>
          <w:p w14:paraId="738FA3FD" w14:textId="77777777" w:rsidR="00C122C9" w:rsidRPr="00A02AD8" w:rsidRDefault="00C122C9" w:rsidP="00C122C9">
            <w:pPr>
              <w:pStyle w:val="a8"/>
              <w:rPr>
                <w:rFonts w:cs="Times New Roman"/>
                <w:b w:val="0"/>
              </w:rPr>
            </w:pPr>
            <w:r w:rsidRPr="00A02AD8">
              <w:rPr>
                <w:rFonts w:cs="Times New Roman"/>
              </w:rPr>
              <w:t>Характеристики Товара в соответствии с параметрами эквивалентности, установленными в Техническом задании</w:t>
            </w:r>
          </w:p>
        </w:tc>
        <w:tc>
          <w:tcPr>
            <w:tcW w:w="2835" w:type="dxa"/>
            <w:vAlign w:val="center"/>
          </w:tcPr>
          <w:p w14:paraId="68931DB3" w14:textId="77777777" w:rsidR="00C122C9" w:rsidRPr="00A02AD8" w:rsidRDefault="00C122C9" w:rsidP="00C122C9">
            <w:pPr>
              <w:pStyle w:val="a8"/>
              <w:rPr>
                <w:rFonts w:cs="Times New Roman"/>
              </w:rPr>
            </w:pPr>
            <w:r w:rsidRPr="00A02AD8">
              <w:rPr>
                <w:rFonts w:cs="Times New Roman"/>
              </w:rPr>
              <w:t xml:space="preserve">Значение характеристики Товара в соответствии с </w:t>
            </w:r>
          </w:p>
          <w:p w14:paraId="6EE75D20" w14:textId="77777777" w:rsidR="00C122C9" w:rsidRPr="00A02AD8" w:rsidRDefault="00C122C9" w:rsidP="00C122C9">
            <w:pPr>
              <w:pStyle w:val="a8"/>
              <w:rPr>
                <w:rFonts w:cs="Times New Roman"/>
                <w:b w:val="0"/>
              </w:rPr>
            </w:pPr>
            <w:r w:rsidRPr="00A02AD8">
              <w:rPr>
                <w:rFonts w:cs="Times New Roman"/>
              </w:rPr>
              <w:t>значениями параметров эквивалентности Товара*</w:t>
            </w:r>
          </w:p>
        </w:tc>
      </w:tr>
      <w:tr w:rsidR="00C122C9" w:rsidRPr="00A02AD8" w14:paraId="30FAA2EE" w14:textId="77777777" w:rsidTr="00ED1D20">
        <w:trPr>
          <w:tblHeader/>
        </w:trPr>
        <w:tc>
          <w:tcPr>
            <w:tcW w:w="9356" w:type="dxa"/>
            <w:gridSpan w:val="3"/>
            <w:vAlign w:val="center"/>
          </w:tcPr>
          <w:p w14:paraId="5AE57D09" w14:textId="77777777" w:rsidR="00C122C9" w:rsidRPr="00A02AD8" w:rsidRDefault="00C122C9" w:rsidP="00C122C9">
            <w:pPr>
              <w:pStyle w:val="a8"/>
              <w:jc w:val="left"/>
              <w:rPr>
                <w:rFonts w:cs="Times New Roman"/>
              </w:rPr>
            </w:pPr>
            <w:r w:rsidRPr="00A02AD8">
              <w:rPr>
                <w:rFonts w:cs="Times New Roman"/>
                <w:color w:val="000000"/>
              </w:rPr>
              <w:t xml:space="preserve">Сервер тип 4 </w:t>
            </w:r>
            <w:r w:rsidRPr="00A02AD8">
              <w:rPr>
                <w:rFonts w:cs="Times New Roman"/>
              </w:rPr>
              <w:t>со следующими характеристиками:</w:t>
            </w:r>
          </w:p>
        </w:tc>
      </w:tr>
      <w:tr w:rsidR="00C122C9" w:rsidRPr="00A02AD8" w14:paraId="7E699422" w14:textId="77777777" w:rsidTr="00ED1D20">
        <w:tc>
          <w:tcPr>
            <w:tcW w:w="567" w:type="dxa"/>
            <w:vAlign w:val="center"/>
          </w:tcPr>
          <w:p w14:paraId="1A494414" w14:textId="77777777" w:rsidR="00C122C9" w:rsidRPr="00A02AD8" w:rsidRDefault="00C122C9" w:rsidP="0079513A">
            <w:pPr>
              <w:pStyle w:val="a1"/>
              <w:numPr>
                <w:ilvl w:val="0"/>
                <w:numId w:val="0"/>
              </w:numPr>
              <w:rPr>
                <w:rFonts w:cs="Times New Roman"/>
                <w:lang w:val="ru-RU"/>
              </w:rPr>
            </w:pPr>
            <w:r w:rsidRPr="00A02AD8">
              <w:rPr>
                <w:rFonts w:cs="Times New Roman"/>
                <w:lang w:val="ru-RU"/>
              </w:rPr>
              <w:t>1</w:t>
            </w:r>
          </w:p>
        </w:tc>
        <w:tc>
          <w:tcPr>
            <w:tcW w:w="5954" w:type="dxa"/>
            <w:vAlign w:val="center"/>
          </w:tcPr>
          <w:p w14:paraId="07C56EEA" w14:textId="77777777" w:rsidR="00C122C9" w:rsidRPr="00A02AD8" w:rsidRDefault="00C122C9" w:rsidP="00C122C9">
            <w:pPr>
              <w:pStyle w:val="aa"/>
              <w:rPr>
                <w:rFonts w:cs="Times New Roman"/>
              </w:rPr>
            </w:pPr>
            <w:r w:rsidRPr="00A02AD8">
              <w:rPr>
                <w:rFonts w:eastAsiaTheme="minorEastAsia" w:cs="Times New Roman"/>
              </w:rPr>
              <w:t>Сервер стандартной архитектуры x86</w:t>
            </w:r>
          </w:p>
        </w:tc>
        <w:tc>
          <w:tcPr>
            <w:tcW w:w="2835" w:type="dxa"/>
            <w:vAlign w:val="center"/>
          </w:tcPr>
          <w:p w14:paraId="3C3CAA99" w14:textId="77777777" w:rsidR="00C122C9" w:rsidRPr="00A02AD8" w:rsidRDefault="00C122C9" w:rsidP="00DC34CE">
            <w:pPr>
              <w:pStyle w:val="aa"/>
              <w:jc w:val="center"/>
              <w:rPr>
                <w:rFonts w:cs="Times New Roman"/>
              </w:rPr>
            </w:pPr>
            <w:r w:rsidRPr="00A02AD8">
              <w:rPr>
                <w:rFonts w:cs="Times New Roman"/>
              </w:rPr>
              <w:t>Соответствует</w:t>
            </w:r>
          </w:p>
        </w:tc>
      </w:tr>
      <w:tr w:rsidR="00C122C9" w:rsidRPr="00A02AD8" w14:paraId="7066AB86" w14:textId="77777777" w:rsidTr="00ED1D20">
        <w:tc>
          <w:tcPr>
            <w:tcW w:w="567" w:type="dxa"/>
            <w:vAlign w:val="center"/>
          </w:tcPr>
          <w:p w14:paraId="3364D36A" w14:textId="77777777" w:rsidR="00C122C9" w:rsidRPr="00A02AD8" w:rsidRDefault="00C122C9" w:rsidP="0079513A">
            <w:pPr>
              <w:pStyle w:val="a1"/>
              <w:numPr>
                <w:ilvl w:val="0"/>
                <w:numId w:val="0"/>
              </w:numPr>
              <w:rPr>
                <w:rFonts w:cs="Times New Roman"/>
                <w:lang w:val="ru-RU"/>
              </w:rPr>
            </w:pPr>
            <w:r w:rsidRPr="00A02AD8">
              <w:rPr>
                <w:rFonts w:cs="Times New Roman"/>
                <w:lang w:val="ru-RU"/>
              </w:rPr>
              <w:t>2</w:t>
            </w:r>
          </w:p>
        </w:tc>
        <w:tc>
          <w:tcPr>
            <w:tcW w:w="5954" w:type="dxa"/>
          </w:tcPr>
          <w:p w14:paraId="3E0F551C" w14:textId="77777777" w:rsidR="00C122C9" w:rsidRPr="00A02AD8" w:rsidRDefault="00C122C9" w:rsidP="00C122C9">
            <w:pPr>
              <w:pStyle w:val="aa"/>
              <w:rPr>
                <w:rFonts w:cs="Times New Roman"/>
              </w:rPr>
            </w:pPr>
            <w:r w:rsidRPr="00A02AD8">
              <w:rPr>
                <w:rFonts w:eastAsiaTheme="minorEastAsia" w:cs="Times New Roman"/>
              </w:rPr>
              <w:t>Форм-фактор, юнитов:</w:t>
            </w:r>
          </w:p>
        </w:tc>
        <w:tc>
          <w:tcPr>
            <w:tcW w:w="2835" w:type="dxa"/>
            <w:vAlign w:val="center"/>
          </w:tcPr>
          <w:p w14:paraId="6D40F793" w14:textId="6EDB1C08" w:rsidR="00C122C9" w:rsidRPr="00A02AD8" w:rsidRDefault="00166F06" w:rsidP="00DC34CE">
            <w:pPr>
              <w:pStyle w:val="aa"/>
              <w:jc w:val="center"/>
              <w:rPr>
                <w:rFonts w:cs="Times New Roman"/>
              </w:rPr>
            </w:pPr>
            <w:r>
              <w:t>__________</w:t>
            </w:r>
            <w:r w:rsidR="00C122C9" w:rsidRPr="00A02AD8">
              <w:rPr>
                <w:rFonts w:eastAsiaTheme="minorEastAsia" w:cs="Times New Roman"/>
              </w:rPr>
              <w:t>*</w:t>
            </w:r>
          </w:p>
        </w:tc>
      </w:tr>
      <w:tr w:rsidR="00C122C9" w:rsidRPr="00A02AD8" w14:paraId="5D7528AF" w14:textId="77777777" w:rsidTr="00ED1D20">
        <w:tc>
          <w:tcPr>
            <w:tcW w:w="567" w:type="dxa"/>
            <w:vAlign w:val="center"/>
          </w:tcPr>
          <w:p w14:paraId="2DCF2DE4" w14:textId="77777777" w:rsidR="00C122C9" w:rsidRPr="00A02AD8" w:rsidRDefault="00C122C9" w:rsidP="0079513A">
            <w:pPr>
              <w:pStyle w:val="a1"/>
              <w:numPr>
                <w:ilvl w:val="0"/>
                <w:numId w:val="0"/>
              </w:numPr>
              <w:rPr>
                <w:rFonts w:cs="Times New Roman"/>
                <w:lang w:val="ru-RU"/>
              </w:rPr>
            </w:pPr>
            <w:r w:rsidRPr="00A02AD8">
              <w:rPr>
                <w:rFonts w:cs="Times New Roman"/>
                <w:lang w:val="ru-RU"/>
              </w:rPr>
              <w:t>3</w:t>
            </w:r>
          </w:p>
        </w:tc>
        <w:tc>
          <w:tcPr>
            <w:tcW w:w="5954" w:type="dxa"/>
          </w:tcPr>
          <w:p w14:paraId="00204133" w14:textId="77777777" w:rsidR="00C122C9" w:rsidRPr="00A02AD8" w:rsidRDefault="00C122C9" w:rsidP="00C122C9">
            <w:pPr>
              <w:pStyle w:val="aa"/>
              <w:rPr>
                <w:rFonts w:cs="Times New Roman"/>
              </w:rPr>
            </w:pPr>
            <w:r w:rsidRPr="00A02AD8">
              <w:rPr>
                <w:rFonts w:eastAsiaTheme="minorEastAsia" w:cs="Times New Roman"/>
              </w:rPr>
              <w:t>1 процессор</w:t>
            </w:r>
          </w:p>
        </w:tc>
        <w:tc>
          <w:tcPr>
            <w:tcW w:w="2835" w:type="dxa"/>
            <w:vAlign w:val="center"/>
          </w:tcPr>
          <w:p w14:paraId="7071EBEF" w14:textId="77777777" w:rsidR="00C122C9" w:rsidRPr="00A02AD8" w:rsidRDefault="00C122C9" w:rsidP="00DC34CE">
            <w:pPr>
              <w:pStyle w:val="aa"/>
              <w:jc w:val="center"/>
              <w:rPr>
                <w:rFonts w:cs="Times New Roman"/>
              </w:rPr>
            </w:pPr>
            <w:r w:rsidRPr="00A02AD8">
              <w:rPr>
                <w:rFonts w:cs="Times New Roman"/>
              </w:rPr>
              <w:t>Соответствует</w:t>
            </w:r>
          </w:p>
        </w:tc>
      </w:tr>
      <w:tr w:rsidR="00166F06" w:rsidRPr="00A02AD8" w14:paraId="32A95A76" w14:textId="77777777" w:rsidTr="00ED1D20">
        <w:tc>
          <w:tcPr>
            <w:tcW w:w="567" w:type="dxa"/>
            <w:vAlign w:val="center"/>
          </w:tcPr>
          <w:p w14:paraId="72A6A959" w14:textId="77777777" w:rsidR="00166F06" w:rsidRPr="00A02AD8" w:rsidRDefault="00166F06" w:rsidP="00166F06">
            <w:pPr>
              <w:pStyle w:val="a1"/>
              <w:numPr>
                <w:ilvl w:val="0"/>
                <w:numId w:val="0"/>
              </w:numPr>
              <w:rPr>
                <w:rFonts w:cs="Times New Roman"/>
                <w:lang w:val="ru-RU"/>
              </w:rPr>
            </w:pPr>
            <w:r w:rsidRPr="00A02AD8">
              <w:rPr>
                <w:rFonts w:cs="Times New Roman"/>
                <w:lang w:val="ru-RU"/>
              </w:rPr>
              <w:t>4</w:t>
            </w:r>
          </w:p>
        </w:tc>
        <w:tc>
          <w:tcPr>
            <w:tcW w:w="5954" w:type="dxa"/>
          </w:tcPr>
          <w:p w14:paraId="7EBBAB1F" w14:textId="77777777" w:rsidR="00166F06" w:rsidRPr="00A02AD8" w:rsidRDefault="00166F06" w:rsidP="00166F06">
            <w:pPr>
              <w:tabs>
                <w:tab w:val="left" w:pos="250"/>
              </w:tabs>
              <w:spacing w:after="0" w:line="240" w:lineRule="auto"/>
              <w:contextualSpacing/>
              <w:jc w:val="both"/>
              <w:rPr>
                <w:rFonts w:ascii="Times New Roman" w:hAnsi="Times New Roman"/>
                <w:highlight w:val="yellow"/>
              </w:rPr>
            </w:pPr>
            <w:r w:rsidRPr="00A02AD8">
              <w:rPr>
                <w:rFonts w:ascii="Times New Roman" w:eastAsiaTheme="minorEastAsia" w:hAnsi="Times New Roman"/>
              </w:rPr>
              <w:t>Каждый процессор, количество ядер:</w:t>
            </w:r>
          </w:p>
        </w:tc>
        <w:tc>
          <w:tcPr>
            <w:tcW w:w="2835" w:type="dxa"/>
            <w:vAlign w:val="center"/>
          </w:tcPr>
          <w:p w14:paraId="00A0C4C5" w14:textId="74D485D3" w:rsidR="00166F06" w:rsidRPr="00A02AD8" w:rsidRDefault="00166F06" w:rsidP="00166F06">
            <w:pPr>
              <w:pStyle w:val="aa"/>
              <w:jc w:val="center"/>
              <w:rPr>
                <w:rFonts w:cs="Times New Roman"/>
                <w:highlight w:val="yellow"/>
              </w:rPr>
            </w:pPr>
            <w:r>
              <w:t>__________</w:t>
            </w:r>
            <w:r w:rsidRPr="00293A59">
              <w:rPr>
                <w:rFonts w:cs="Times New Roman"/>
              </w:rPr>
              <w:t>*</w:t>
            </w:r>
          </w:p>
        </w:tc>
      </w:tr>
      <w:tr w:rsidR="00166F06" w:rsidRPr="00A02AD8" w14:paraId="09CD9C6D" w14:textId="77777777" w:rsidTr="00ED1D20">
        <w:tc>
          <w:tcPr>
            <w:tcW w:w="567" w:type="dxa"/>
            <w:vAlign w:val="center"/>
          </w:tcPr>
          <w:p w14:paraId="260030BE" w14:textId="77777777" w:rsidR="00166F06" w:rsidRPr="00A02AD8" w:rsidRDefault="00166F06" w:rsidP="00166F06">
            <w:pPr>
              <w:pStyle w:val="a1"/>
              <w:numPr>
                <w:ilvl w:val="0"/>
                <w:numId w:val="0"/>
              </w:numPr>
              <w:rPr>
                <w:rFonts w:cs="Times New Roman"/>
                <w:lang w:val="ru-RU"/>
              </w:rPr>
            </w:pPr>
            <w:r w:rsidRPr="00A02AD8">
              <w:rPr>
                <w:rFonts w:cs="Times New Roman"/>
                <w:lang w:val="ru-RU"/>
              </w:rPr>
              <w:t>5</w:t>
            </w:r>
          </w:p>
        </w:tc>
        <w:tc>
          <w:tcPr>
            <w:tcW w:w="5954" w:type="dxa"/>
            <w:vAlign w:val="center"/>
          </w:tcPr>
          <w:p w14:paraId="705AC020" w14:textId="77777777" w:rsidR="00166F06" w:rsidRPr="00A02AD8" w:rsidRDefault="00166F06" w:rsidP="00166F06">
            <w:pPr>
              <w:tabs>
                <w:tab w:val="left" w:pos="250"/>
              </w:tabs>
              <w:spacing w:after="0" w:line="240" w:lineRule="auto"/>
              <w:contextualSpacing/>
              <w:jc w:val="both"/>
              <w:rPr>
                <w:rFonts w:ascii="Times New Roman" w:eastAsiaTheme="minorEastAsia" w:hAnsi="Times New Roman"/>
              </w:rPr>
            </w:pPr>
            <w:r w:rsidRPr="00A02AD8">
              <w:rPr>
                <w:rFonts w:ascii="Times New Roman" w:eastAsiaTheme="minorEastAsia" w:hAnsi="Times New Roman"/>
              </w:rPr>
              <w:t>Каждый процессор, количество потоков:</w:t>
            </w:r>
          </w:p>
        </w:tc>
        <w:tc>
          <w:tcPr>
            <w:tcW w:w="2835" w:type="dxa"/>
            <w:vAlign w:val="center"/>
          </w:tcPr>
          <w:p w14:paraId="64897EAD" w14:textId="71B4469E" w:rsidR="00166F06" w:rsidRPr="00A02AD8" w:rsidRDefault="00166F06" w:rsidP="00166F06">
            <w:pPr>
              <w:pStyle w:val="aa"/>
              <w:jc w:val="center"/>
              <w:rPr>
                <w:rFonts w:cs="Times New Roman"/>
              </w:rPr>
            </w:pPr>
            <w:r>
              <w:t>__________</w:t>
            </w:r>
            <w:r w:rsidRPr="00293A59">
              <w:rPr>
                <w:rFonts w:cs="Times New Roman"/>
              </w:rPr>
              <w:t>*</w:t>
            </w:r>
          </w:p>
        </w:tc>
      </w:tr>
      <w:tr w:rsidR="00166F06" w:rsidRPr="00A02AD8" w14:paraId="32AFA5E0" w14:textId="77777777" w:rsidTr="00ED1D20">
        <w:tc>
          <w:tcPr>
            <w:tcW w:w="567" w:type="dxa"/>
            <w:vAlign w:val="center"/>
          </w:tcPr>
          <w:p w14:paraId="2FF6B274" w14:textId="77777777" w:rsidR="00166F06" w:rsidRPr="00A02AD8" w:rsidRDefault="00166F06" w:rsidP="00166F06">
            <w:pPr>
              <w:pStyle w:val="a1"/>
              <w:numPr>
                <w:ilvl w:val="0"/>
                <w:numId w:val="0"/>
              </w:numPr>
              <w:rPr>
                <w:rFonts w:cs="Times New Roman"/>
                <w:lang w:val="ru-RU"/>
              </w:rPr>
            </w:pPr>
            <w:r w:rsidRPr="00A02AD8">
              <w:rPr>
                <w:rFonts w:cs="Times New Roman"/>
                <w:lang w:val="ru-RU"/>
              </w:rPr>
              <w:t>6</w:t>
            </w:r>
          </w:p>
        </w:tc>
        <w:tc>
          <w:tcPr>
            <w:tcW w:w="5954" w:type="dxa"/>
            <w:vAlign w:val="center"/>
          </w:tcPr>
          <w:p w14:paraId="2628D01A" w14:textId="77777777" w:rsidR="00166F06" w:rsidRPr="00A02AD8" w:rsidRDefault="00166F06" w:rsidP="00166F06">
            <w:pPr>
              <w:tabs>
                <w:tab w:val="left" w:pos="250"/>
              </w:tabs>
              <w:spacing w:after="0" w:line="240" w:lineRule="auto"/>
              <w:contextualSpacing/>
              <w:jc w:val="both"/>
              <w:rPr>
                <w:rFonts w:ascii="Times New Roman" w:eastAsiaTheme="minorEastAsia" w:hAnsi="Times New Roman"/>
              </w:rPr>
            </w:pPr>
            <w:r w:rsidRPr="00A02AD8">
              <w:rPr>
                <w:rFonts w:ascii="Times New Roman" w:eastAsiaTheme="minorEastAsia" w:hAnsi="Times New Roman"/>
              </w:rPr>
              <w:t>Каждый процессор, частота ГГц:</w:t>
            </w:r>
          </w:p>
        </w:tc>
        <w:tc>
          <w:tcPr>
            <w:tcW w:w="2835" w:type="dxa"/>
            <w:vAlign w:val="center"/>
          </w:tcPr>
          <w:p w14:paraId="06C4459F" w14:textId="7E07FB2C" w:rsidR="00166F06" w:rsidRPr="00A02AD8" w:rsidRDefault="00166F06" w:rsidP="00166F06">
            <w:pPr>
              <w:pStyle w:val="aa"/>
              <w:jc w:val="center"/>
              <w:rPr>
                <w:rFonts w:cs="Times New Roman"/>
              </w:rPr>
            </w:pPr>
            <w:r>
              <w:t>__________</w:t>
            </w:r>
            <w:r w:rsidRPr="00293A59">
              <w:rPr>
                <w:rFonts w:cs="Times New Roman"/>
              </w:rPr>
              <w:t>*</w:t>
            </w:r>
          </w:p>
        </w:tc>
      </w:tr>
      <w:tr w:rsidR="00166F06" w:rsidRPr="00A02AD8" w14:paraId="3C6940CE" w14:textId="77777777" w:rsidTr="00ED1D20">
        <w:tc>
          <w:tcPr>
            <w:tcW w:w="567" w:type="dxa"/>
            <w:vAlign w:val="center"/>
          </w:tcPr>
          <w:p w14:paraId="177B564C" w14:textId="77777777" w:rsidR="00166F06" w:rsidRPr="00A02AD8" w:rsidRDefault="00166F06" w:rsidP="00166F06">
            <w:pPr>
              <w:pStyle w:val="a1"/>
              <w:numPr>
                <w:ilvl w:val="0"/>
                <w:numId w:val="0"/>
              </w:numPr>
              <w:rPr>
                <w:rFonts w:cs="Times New Roman"/>
                <w:lang w:val="ru-RU"/>
              </w:rPr>
            </w:pPr>
            <w:r w:rsidRPr="00A02AD8">
              <w:rPr>
                <w:rFonts w:cs="Times New Roman"/>
                <w:lang w:val="ru-RU"/>
              </w:rPr>
              <w:t>7</w:t>
            </w:r>
          </w:p>
        </w:tc>
        <w:tc>
          <w:tcPr>
            <w:tcW w:w="5954" w:type="dxa"/>
            <w:vAlign w:val="center"/>
          </w:tcPr>
          <w:p w14:paraId="71AA65DE" w14:textId="77777777" w:rsidR="00166F06" w:rsidRPr="00A02AD8" w:rsidRDefault="00166F06" w:rsidP="00166F06">
            <w:pPr>
              <w:tabs>
                <w:tab w:val="left" w:pos="250"/>
              </w:tabs>
              <w:spacing w:after="0" w:line="240" w:lineRule="auto"/>
              <w:contextualSpacing/>
              <w:jc w:val="both"/>
              <w:rPr>
                <w:rFonts w:ascii="Times New Roman" w:eastAsiaTheme="minorEastAsia" w:hAnsi="Times New Roman"/>
              </w:rPr>
            </w:pPr>
            <w:r w:rsidRPr="00A02AD8">
              <w:rPr>
                <w:rFonts w:ascii="Times New Roman" w:eastAsiaTheme="minorEastAsia" w:hAnsi="Times New Roman"/>
              </w:rPr>
              <w:t>Объём установленной оперативной памяти, ГБ:</w:t>
            </w:r>
          </w:p>
        </w:tc>
        <w:tc>
          <w:tcPr>
            <w:tcW w:w="2835" w:type="dxa"/>
            <w:vAlign w:val="center"/>
          </w:tcPr>
          <w:p w14:paraId="3112E1B2" w14:textId="78CDDD50" w:rsidR="00166F06" w:rsidRPr="00A02AD8" w:rsidRDefault="00166F06" w:rsidP="00166F06">
            <w:pPr>
              <w:pStyle w:val="aa"/>
              <w:jc w:val="center"/>
              <w:rPr>
                <w:rFonts w:cs="Times New Roman"/>
                <w:highlight w:val="yellow"/>
              </w:rPr>
            </w:pPr>
            <w:r>
              <w:t>__________</w:t>
            </w:r>
            <w:r w:rsidRPr="00293A59">
              <w:rPr>
                <w:rFonts w:eastAsiaTheme="minorEastAsia" w:cs="Times New Roman"/>
              </w:rPr>
              <w:t>*</w:t>
            </w:r>
          </w:p>
        </w:tc>
      </w:tr>
      <w:tr w:rsidR="00166F06" w:rsidRPr="00A02AD8" w14:paraId="266F08BB" w14:textId="77777777" w:rsidTr="00ED1D20">
        <w:tc>
          <w:tcPr>
            <w:tcW w:w="567" w:type="dxa"/>
            <w:vAlign w:val="center"/>
          </w:tcPr>
          <w:p w14:paraId="2CE80231" w14:textId="77777777" w:rsidR="00166F06" w:rsidRPr="00A02AD8" w:rsidRDefault="00166F06" w:rsidP="00166F06">
            <w:pPr>
              <w:pStyle w:val="a1"/>
              <w:numPr>
                <w:ilvl w:val="0"/>
                <w:numId w:val="0"/>
              </w:numPr>
              <w:rPr>
                <w:rFonts w:cs="Times New Roman"/>
                <w:lang w:val="ru-RU"/>
              </w:rPr>
            </w:pPr>
            <w:r w:rsidRPr="00A02AD8">
              <w:rPr>
                <w:rFonts w:cs="Times New Roman"/>
                <w:lang w:val="ru-RU"/>
              </w:rPr>
              <w:t>8</w:t>
            </w:r>
          </w:p>
        </w:tc>
        <w:tc>
          <w:tcPr>
            <w:tcW w:w="5954" w:type="dxa"/>
            <w:vAlign w:val="center"/>
          </w:tcPr>
          <w:p w14:paraId="5BA8E618" w14:textId="77777777" w:rsidR="00166F06" w:rsidRPr="00A02AD8" w:rsidRDefault="00166F06" w:rsidP="00166F06">
            <w:pPr>
              <w:pStyle w:val="aa"/>
              <w:rPr>
                <w:rFonts w:eastAsiaTheme="minorEastAsia" w:cs="Times New Roman"/>
              </w:rPr>
            </w:pPr>
            <w:r w:rsidRPr="00A02AD8">
              <w:rPr>
                <w:rFonts w:eastAsiaTheme="minorEastAsia" w:cs="Times New Roman"/>
              </w:rPr>
              <w:t>Тип установленной оперативной памяти:</w:t>
            </w:r>
          </w:p>
        </w:tc>
        <w:tc>
          <w:tcPr>
            <w:tcW w:w="2835" w:type="dxa"/>
            <w:vAlign w:val="center"/>
          </w:tcPr>
          <w:p w14:paraId="79900DD1" w14:textId="631F7E08" w:rsidR="00166F06" w:rsidRPr="00A02AD8" w:rsidRDefault="00166F06" w:rsidP="00166F06">
            <w:pPr>
              <w:pStyle w:val="aa"/>
              <w:jc w:val="center"/>
              <w:rPr>
                <w:rFonts w:cs="Times New Roman"/>
                <w:highlight w:val="yellow"/>
              </w:rPr>
            </w:pPr>
            <w:r>
              <w:t>__________</w:t>
            </w:r>
            <w:r w:rsidRPr="00755588">
              <w:rPr>
                <w:rFonts w:eastAsiaTheme="minorEastAsia" w:cs="Times New Roman"/>
              </w:rPr>
              <w:t>*</w:t>
            </w:r>
          </w:p>
        </w:tc>
      </w:tr>
      <w:tr w:rsidR="00166F06" w:rsidRPr="00A02AD8" w14:paraId="6A481008" w14:textId="77777777" w:rsidTr="00ED1D20">
        <w:tc>
          <w:tcPr>
            <w:tcW w:w="567" w:type="dxa"/>
            <w:vAlign w:val="center"/>
          </w:tcPr>
          <w:p w14:paraId="0CAEC6E0" w14:textId="77777777" w:rsidR="00166F06" w:rsidRPr="00A02AD8" w:rsidRDefault="00166F06" w:rsidP="00166F06">
            <w:pPr>
              <w:pStyle w:val="a1"/>
              <w:numPr>
                <w:ilvl w:val="0"/>
                <w:numId w:val="0"/>
              </w:numPr>
              <w:rPr>
                <w:rFonts w:cs="Times New Roman"/>
                <w:lang w:val="ru-RU"/>
              </w:rPr>
            </w:pPr>
            <w:r w:rsidRPr="00A02AD8">
              <w:rPr>
                <w:rFonts w:cs="Times New Roman"/>
                <w:lang w:val="ru-RU"/>
              </w:rPr>
              <w:t>9</w:t>
            </w:r>
          </w:p>
        </w:tc>
        <w:tc>
          <w:tcPr>
            <w:tcW w:w="5954" w:type="dxa"/>
            <w:vAlign w:val="center"/>
          </w:tcPr>
          <w:p w14:paraId="28104A28" w14:textId="77777777" w:rsidR="00166F06" w:rsidRPr="00A02AD8" w:rsidRDefault="00166F06" w:rsidP="00166F06">
            <w:pPr>
              <w:pStyle w:val="aa"/>
              <w:rPr>
                <w:rFonts w:cs="Times New Roman"/>
                <w:highlight w:val="yellow"/>
              </w:rPr>
            </w:pPr>
            <w:r w:rsidRPr="00A02AD8">
              <w:rPr>
                <w:rFonts w:eastAsiaTheme="minorEastAsia" w:cs="Times New Roman"/>
              </w:rPr>
              <w:t xml:space="preserve">Накопители </w:t>
            </w:r>
            <w:r w:rsidRPr="00A02AD8">
              <w:rPr>
                <w:rFonts w:eastAsiaTheme="minorEastAsia" w:cs="Times New Roman"/>
                <w:lang w:val="en-US"/>
              </w:rPr>
              <w:t>NVMe</w:t>
            </w:r>
            <w:r w:rsidRPr="00A02AD8">
              <w:rPr>
                <w:rFonts w:eastAsiaTheme="minorEastAsia" w:cs="Times New Roman"/>
              </w:rPr>
              <w:t>, шт.:</w:t>
            </w:r>
          </w:p>
        </w:tc>
        <w:tc>
          <w:tcPr>
            <w:tcW w:w="2835" w:type="dxa"/>
            <w:vAlign w:val="center"/>
          </w:tcPr>
          <w:p w14:paraId="13F99EA6" w14:textId="1ABD5BB5" w:rsidR="00166F06" w:rsidRPr="00A02AD8" w:rsidRDefault="00166F06" w:rsidP="00166F06">
            <w:pPr>
              <w:pStyle w:val="aa"/>
              <w:jc w:val="center"/>
              <w:rPr>
                <w:rFonts w:cs="Times New Roman"/>
                <w:highlight w:val="yellow"/>
              </w:rPr>
            </w:pPr>
            <w:r>
              <w:t>__________</w:t>
            </w:r>
            <w:r w:rsidRPr="00755588">
              <w:rPr>
                <w:rFonts w:eastAsiaTheme="minorEastAsia" w:cs="Times New Roman"/>
              </w:rPr>
              <w:t>*</w:t>
            </w:r>
          </w:p>
        </w:tc>
      </w:tr>
      <w:tr w:rsidR="00166F06" w:rsidRPr="00A02AD8" w14:paraId="68308F92" w14:textId="77777777" w:rsidTr="00ED1D20">
        <w:tc>
          <w:tcPr>
            <w:tcW w:w="567" w:type="dxa"/>
            <w:vAlign w:val="center"/>
          </w:tcPr>
          <w:p w14:paraId="699BF8EB" w14:textId="77777777" w:rsidR="00166F06" w:rsidRPr="00A02AD8" w:rsidRDefault="00166F06" w:rsidP="00166F06">
            <w:pPr>
              <w:pStyle w:val="a1"/>
              <w:numPr>
                <w:ilvl w:val="0"/>
                <w:numId w:val="0"/>
              </w:numPr>
              <w:rPr>
                <w:rFonts w:cs="Times New Roman"/>
                <w:lang w:val="ru-RU"/>
              </w:rPr>
            </w:pPr>
            <w:r w:rsidRPr="00A02AD8">
              <w:rPr>
                <w:rFonts w:cs="Times New Roman"/>
                <w:lang w:val="ru-RU"/>
              </w:rPr>
              <w:t>10</w:t>
            </w:r>
          </w:p>
        </w:tc>
        <w:tc>
          <w:tcPr>
            <w:tcW w:w="5954" w:type="dxa"/>
            <w:vAlign w:val="center"/>
          </w:tcPr>
          <w:p w14:paraId="1FA92C6F" w14:textId="77777777" w:rsidR="00166F06" w:rsidRPr="00A02AD8" w:rsidRDefault="00166F06" w:rsidP="00166F06">
            <w:pPr>
              <w:pStyle w:val="aa"/>
              <w:rPr>
                <w:rFonts w:eastAsiaTheme="minorEastAsia" w:cs="Times New Roman"/>
              </w:rPr>
            </w:pPr>
            <w:r w:rsidRPr="00A02AD8">
              <w:rPr>
                <w:rFonts w:eastAsiaTheme="minorEastAsia" w:cs="Times New Roman"/>
              </w:rPr>
              <w:t xml:space="preserve">Объём каждого из накопителей </w:t>
            </w:r>
            <w:r w:rsidRPr="00A02AD8">
              <w:rPr>
                <w:rFonts w:eastAsiaTheme="minorEastAsia" w:cs="Times New Roman"/>
                <w:lang w:val="en-US"/>
              </w:rPr>
              <w:t>NVMe</w:t>
            </w:r>
            <w:r w:rsidRPr="00A02AD8">
              <w:rPr>
                <w:rFonts w:eastAsiaTheme="minorEastAsia" w:cs="Times New Roman"/>
              </w:rPr>
              <w:t>, Гб:</w:t>
            </w:r>
          </w:p>
        </w:tc>
        <w:tc>
          <w:tcPr>
            <w:tcW w:w="2835" w:type="dxa"/>
            <w:vAlign w:val="center"/>
          </w:tcPr>
          <w:p w14:paraId="381A68BB" w14:textId="14C00052" w:rsidR="00166F06" w:rsidRPr="00A02AD8" w:rsidRDefault="00166F06" w:rsidP="00166F06">
            <w:pPr>
              <w:pStyle w:val="aa"/>
              <w:jc w:val="center"/>
              <w:rPr>
                <w:rFonts w:cs="Times New Roman"/>
                <w:highlight w:val="yellow"/>
              </w:rPr>
            </w:pPr>
            <w:r>
              <w:t>__________</w:t>
            </w:r>
            <w:r w:rsidRPr="00293A59">
              <w:rPr>
                <w:rFonts w:eastAsiaTheme="minorEastAsia" w:cs="Times New Roman"/>
              </w:rPr>
              <w:t>*</w:t>
            </w:r>
          </w:p>
        </w:tc>
      </w:tr>
      <w:tr w:rsidR="00166F06" w:rsidRPr="00A02AD8" w14:paraId="525E353C" w14:textId="77777777" w:rsidTr="00ED1D20">
        <w:tc>
          <w:tcPr>
            <w:tcW w:w="567" w:type="dxa"/>
            <w:vAlign w:val="center"/>
          </w:tcPr>
          <w:p w14:paraId="2A00B260" w14:textId="77777777" w:rsidR="00166F06" w:rsidRPr="00A02AD8" w:rsidRDefault="00166F06" w:rsidP="00166F06">
            <w:pPr>
              <w:pStyle w:val="a1"/>
              <w:numPr>
                <w:ilvl w:val="0"/>
                <w:numId w:val="0"/>
              </w:numPr>
              <w:rPr>
                <w:rFonts w:cs="Times New Roman"/>
                <w:lang w:val="ru-RU"/>
              </w:rPr>
            </w:pPr>
            <w:r w:rsidRPr="00A02AD8">
              <w:rPr>
                <w:rFonts w:cs="Times New Roman"/>
                <w:lang w:val="ru-RU"/>
              </w:rPr>
              <w:t>11</w:t>
            </w:r>
          </w:p>
        </w:tc>
        <w:tc>
          <w:tcPr>
            <w:tcW w:w="5954" w:type="dxa"/>
            <w:vAlign w:val="center"/>
          </w:tcPr>
          <w:p w14:paraId="77C7DAA6" w14:textId="77777777" w:rsidR="00166F06" w:rsidRPr="00A02AD8" w:rsidRDefault="00166F06" w:rsidP="00166F06">
            <w:pPr>
              <w:pStyle w:val="aa"/>
              <w:rPr>
                <w:rFonts w:cs="Times New Roman"/>
                <w:highlight w:val="yellow"/>
              </w:rPr>
            </w:pPr>
            <w:r w:rsidRPr="00A02AD8">
              <w:rPr>
                <w:rFonts w:eastAsiaTheme="minorEastAsia" w:cs="Times New Roman"/>
              </w:rPr>
              <w:t xml:space="preserve">Ресурс каждого из накопителей </w:t>
            </w:r>
            <w:r w:rsidRPr="00A02AD8">
              <w:rPr>
                <w:rFonts w:eastAsiaTheme="minorEastAsia" w:cs="Times New Roman"/>
                <w:lang w:val="en-US"/>
              </w:rPr>
              <w:t>NVMe</w:t>
            </w:r>
            <w:r w:rsidRPr="00A02AD8">
              <w:rPr>
                <w:rFonts w:eastAsiaTheme="minorEastAsia" w:cs="Times New Roman"/>
              </w:rPr>
              <w:t>, DWPD (количество перезаписей всего объема накопителя в день в течении 5 лет):</w:t>
            </w:r>
          </w:p>
        </w:tc>
        <w:tc>
          <w:tcPr>
            <w:tcW w:w="2835" w:type="dxa"/>
            <w:vAlign w:val="center"/>
          </w:tcPr>
          <w:p w14:paraId="491C00F9" w14:textId="3402E52B" w:rsidR="00166F06" w:rsidRPr="00A02AD8" w:rsidRDefault="00166F06" w:rsidP="00166F06">
            <w:pPr>
              <w:pStyle w:val="aa"/>
              <w:jc w:val="center"/>
              <w:rPr>
                <w:rFonts w:cs="Times New Roman"/>
                <w:highlight w:val="yellow"/>
              </w:rPr>
            </w:pPr>
            <w:r>
              <w:t>__________</w:t>
            </w:r>
            <w:r w:rsidRPr="00293A59">
              <w:rPr>
                <w:rFonts w:eastAsiaTheme="minorEastAsia" w:cs="Times New Roman"/>
              </w:rPr>
              <w:t>*</w:t>
            </w:r>
          </w:p>
        </w:tc>
      </w:tr>
      <w:tr w:rsidR="00C122C9" w:rsidRPr="00A02AD8" w14:paraId="197455B3" w14:textId="77777777" w:rsidTr="00ED1D20">
        <w:tc>
          <w:tcPr>
            <w:tcW w:w="567" w:type="dxa"/>
            <w:vAlign w:val="center"/>
          </w:tcPr>
          <w:p w14:paraId="032D2467" w14:textId="77777777" w:rsidR="00C122C9" w:rsidRPr="00A02AD8" w:rsidRDefault="00C122C9" w:rsidP="0079513A">
            <w:pPr>
              <w:pStyle w:val="a1"/>
              <w:numPr>
                <w:ilvl w:val="0"/>
                <w:numId w:val="0"/>
              </w:numPr>
              <w:rPr>
                <w:rFonts w:cs="Times New Roman"/>
                <w:lang w:val="ru-RU"/>
              </w:rPr>
            </w:pPr>
            <w:r w:rsidRPr="00A02AD8">
              <w:rPr>
                <w:rFonts w:cs="Times New Roman"/>
                <w:lang w:val="ru-RU"/>
              </w:rPr>
              <w:t>12</w:t>
            </w:r>
          </w:p>
        </w:tc>
        <w:tc>
          <w:tcPr>
            <w:tcW w:w="5954" w:type="dxa"/>
            <w:vAlign w:val="center"/>
          </w:tcPr>
          <w:p w14:paraId="75DA4294" w14:textId="77777777" w:rsidR="00C122C9" w:rsidRPr="00A02AD8" w:rsidRDefault="00C122C9" w:rsidP="00C122C9">
            <w:pPr>
              <w:pStyle w:val="aa"/>
              <w:rPr>
                <w:rFonts w:eastAsiaTheme="minorEastAsia" w:cs="Times New Roman"/>
              </w:rPr>
            </w:pPr>
            <w:r w:rsidRPr="00A02AD8">
              <w:rPr>
                <w:rFonts w:eastAsiaTheme="minorEastAsia" w:cs="Times New Roman"/>
              </w:rPr>
              <w:t xml:space="preserve">Установленные </w:t>
            </w:r>
            <w:r w:rsidRPr="00A02AD8">
              <w:rPr>
                <w:rFonts w:eastAsiaTheme="minorEastAsia" w:cs="Times New Roman"/>
                <w:lang w:val="en-US"/>
              </w:rPr>
              <w:t>NVMe</w:t>
            </w:r>
            <w:r w:rsidRPr="00A02AD8">
              <w:rPr>
                <w:rFonts w:eastAsiaTheme="minorEastAsia" w:cs="Times New Roman"/>
              </w:rPr>
              <w:t xml:space="preserve"> накопители должны иметь возможность объединения в RAID массив уровней 10</w:t>
            </w:r>
          </w:p>
        </w:tc>
        <w:tc>
          <w:tcPr>
            <w:tcW w:w="2835" w:type="dxa"/>
            <w:vAlign w:val="center"/>
          </w:tcPr>
          <w:p w14:paraId="51392CB1" w14:textId="77777777" w:rsidR="00C122C9" w:rsidRPr="00A02AD8" w:rsidRDefault="00C122C9" w:rsidP="00DC34CE">
            <w:pPr>
              <w:pStyle w:val="aa"/>
              <w:jc w:val="center"/>
              <w:rPr>
                <w:rFonts w:cs="Times New Roman"/>
                <w:highlight w:val="yellow"/>
              </w:rPr>
            </w:pPr>
            <w:r w:rsidRPr="00A02AD8">
              <w:rPr>
                <w:rFonts w:cs="Times New Roman"/>
              </w:rPr>
              <w:t>Соответствует</w:t>
            </w:r>
          </w:p>
        </w:tc>
      </w:tr>
      <w:tr w:rsidR="00166F06" w:rsidRPr="00A02AD8" w14:paraId="75DDAA5A" w14:textId="77777777" w:rsidTr="00ED1D20">
        <w:tc>
          <w:tcPr>
            <w:tcW w:w="567" w:type="dxa"/>
            <w:vAlign w:val="center"/>
          </w:tcPr>
          <w:p w14:paraId="1F086DE0" w14:textId="77777777" w:rsidR="00166F06" w:rsidRPr="00A02AD8" w:rsidRDefault="00166F06" w:rsidP="00166F06">
            <w:pPr>
              <w:pStyle w:val="a1"/>
              <w:numPr>
                <w:ilvl w:val="0"/>
                <w:numId w:val="0"/>
              </w:numPr>
              <w:rPr>
                <w:rFonts w:cs="Times New Roman"/>
                <w:lang w:val="ru-RU"/>
              </w:rPr>
            </w:pPr>
            <w:r w:rsidRPr="00A02AD8">
              <w:rPr>
                <w:rFonts w:cs="Times New Roman"/>
                <w:lang w:val="ru-RU"/>
              </w:rPr>
              <w:t>13</w:t>
            </w:r>
          </w:p>
        </w:tc>
        <w:tc>
          <w:tcPr>
            <w:tcW w:w="5954" w:type="dxa"/>
            <w:vAlign w:val="center"/>
          </w:tcPr>
          <w:p w14:paraId="216BE68B" w14:textId="77777777" w:rsidR="00166F06" w:rsidRPr="00A02AD8" w:rsidRDefault="00166F06" w:rsidP="00166F06">
            <w:pPr>
              <w:pStyle w:val="aa"/>
              <w:rPr>
                <w:rFonts w:cs="Times New Roman"/>
                <w:highlight w:val="yellow"/>
              </w:rPr>
            </w:pPr>
            <w:r w:rsidRPr="00A02AD8">
              <w:rPr>
                <w:rFonts w:eastAsiaTheme="minorEastAsia" w:cs="Times New Roman"/>
              </w:rPr>
              <w:t>Количество зарезервированных блоков питания, шт.:</w:t>
            </w:r>
          </w:p>
        </w:tc>
        <w:tc>
          <w:tcPr>
            <w:tcW w:w="2835" w:type="dxa"/>
            <w:vAlign w:val="center"/>
          </w:tcPr>
          <w:p w14:paraId="437836DE" w14:textId="4EEAFF23" w:rsidR="00166F06" w:rsidRPr="00A02AD8" w:rsidRDefault="00166F06" w:rsidP="00166F06">
            <w:pPr>
              <w:pStyle w:val="aa"/>
              <w:jc w:val="center"/>
              <w:rPr>
                <w:rFonts w:cs="Times New Roman"/>
                <w:highlight w:val="yellow"/>
              </w:rPr>
            </w:pPr>
            <w:r>
              <w:t>__________</w:t>
            </w:r>
            <w:r w:rsidRPr="00293A59">
              <w:rPr>
                <w:rFonts w:cs="Times New Roman"/>
              </w:rPr>
              <w:t>*</w:t>
            </w:r>
          </w:p>
        </w:tc>
      </w:tr>
      <w:tr w:rsidR="00166F06" w:rsidRPr="00A02AD8" w14:paraId="5345E473" w14:textId="77777777" w:rsidTr="00ED1D20">
        <w:tc>
          <w:tcPr>
            <w:tcW w:w="567" w:type="dxa"/>
            <w:vAlign w:val="center"/>
          </w:tcPr>
          <w:p w14:paraId="53DD3861" w14:textId="77777777" w:rsidR="00166F06" w:rsidRPr="00A02AD8" w:rsidRDefault="00166F06" w:rsidP="00166F06">
            <w:pPr>
              <w:pStyle w:val="a1"/>
              <w:numPr>
                <w:ilvl w:val="0"/>
                <w:numId w:val="0"/>
              </w:numPr>
              <w:rPr>
                <w:rFonts w:cs="Times New Roman"/>
                <w:lang w:val="ru-RU"/>
              </w:rPr>
            </w:pPr>
            <w:r w:rsidRPr="00A02AD8">
              <w:rPr>
                <w:rFonts w:cs="Times New Roman"/>
                <w:lang w:val="ru-RU"/>
              </w:rPr>
              <w:t>14</w:t>
            </w:r>
          </w:p>
        </w:tc>
        <w:tc>
          <w:tcPr>
            <w:tcW w:w="5954" w:type="dxa"/>
            <w:vAlign w:val="center"/>
          </w:tcPr>
          <w:p w14:paraId="68C8BA7A" w14:textId="77777777" w:rsidR="00166F06" w:rsidRPr="00A02AD8" w:rsidRDefault="00166F06" w:rsidP="00166F06">
            <w:pPr>
              <w:pStyle w:val="aa"/>
              <w:rPr>
                <w:rFonts w:eastAsiaTheme="minorEastAsia" w:cs="Times New Roman"/>
              </w:rPr>
            </w:pPr>
            <w:r w:rsidRPr="00A02AD8">
              <w:rPr>
                <w:rFonts w:eastAsiaTheme="minorEastAsia" w:cs="Times New Roman"/>
              </w:rPr>
              <w:t>Стандарт каждого из зарезервированных блоков питания:</w:t>
            </w:r>
          </w:p>
        </w:tc>
        <w:tc>
          <w:tcPr>
            <w:tcW w:w="2835" w:type="dxa"/>
            <w:vAlign w:val="center"/>
          </w:tcPr>
          <w:p w14:paraId="77A6C0F8" w14:textId="54D67618" w:rsidR="00166F06" w:rsidRPr="00A02AD8" w:rsidRDefault="00166F06" w:rsidP="00166F06">
            <w:pPr>
              <w:pStyle w:val="aa"/>
              <w:jc w:val="center"/>
              <w:rPr>
                <w:rFonts w:eastAsiaTheme="minorEastAsia" w:cs="Times New Roman"/>
              </w:rPr>
            </w:pPr>
            <w:r>
              <w:t>__________</w:t>
            </w:r>
            <w:r w:rsidRPr="00293A59">
              <w:rPr>
                <w:rFonts w:cs="Times New Roman"/>
              </w:rPr>
              <w:t>*</w:t>
            </w:r>
          </w:p>
        </w:tc>
      </w:tr>
      <w:tr w:rsidR="00166F06" w:rsidRPr="00A02AD8" w14:paraId="4B77DC2A" w14:textId="77777777" w:rsidTr="00ED1D20">
        <w:tc>
          <w:tcPr>
            <w:tcW w:w="567" w:type="dxa"/>
            <w:vAlign w:val="center"/>
          </w:tcPr>
          <w:p w14:paraId="3B5A0172" w14:textId="77777777" w:rsidR="00166F06" w:rsidRPr="00A02AD8" w:rsidRDefault="00166F06" w:rsidP="00166F06">
            <w:pPr>
              <w:pStyle w:val="a1"/>
              <w:numPr>
                <w:ilvl w:val="0"/>
                <w:numId w:val="0"/>
              </w:numPr>
              <w:rPr>
                <w:rFonts w:cs="Times New Roman"/>
                <w:lang w:val="ru-RU"/>
              </w:rPr>
            </w:pPr>
            <w:r w:rsidRPr="00A02AD8">
              <w:rPr>
                <w:rFonts w:cs="Times New Roman"/>
                <w:lang w:val="ru-RU"/>
              </w:rPr>
              <w:t>15</w:t>
            </w:r>
          </w:p>
        </w:tc>
        <w:tc>
          <w:tcPr>
            <w:tcW w:w="5954" w:type="dxa"/>
            <w:vAlign w:val="center"/>
          </w:tcPr>
          <w:p w14:paraId="06F63AF3" w14:textId="77777777" w:rsidR="00166F06" w:rsidRPr="00A02AD8" w:rsidRDefault="00166F06" w:rsidP="00166F06">
            <w:pPr>
              <w:pStyle w:val="aa"/>
              <w:rPr>
                <w:rFonts w:cs="Times New Roman"/>
                <w:highlight w:val="yellow"/>
              </w:rPr>
            </w:pPr>
            <w:r w:rsidRPr="00A02AD8">
              <w:rPr>
                <w:rFonts w:eastAsiaTheme="minorEastAsia" w:cs="Times New Roman"/>
              </w:rPr>
              <w:t>Мощность каждого из зарезервированных блоков питания, Ватт:</w:t>
            </w:r>
          </w:p>
        </w:tc>
        <w:tc>
          <w:tcPr>
            <w:tcW w:w="2835" w:type="dxa"/>
            <w:vAlign w:val="center"/>
          </w:tcPr>
          <w:p w14:paraId="2F402929" w14:textId="5F4E4FAD" w:rsidR="00166F06" w:rsidRPr="00A02AD8" w:rsidRDefault="00166F06" w:rsidP="00166F06">
            <w:pPr>
              <w:pStyle w:val="aa"/>
              <w:jc w:val="center"/>
              <w:rPr>
                <w:rFonts w:cs="Times New Roman"/>
                <w:highlight w:val="yellow"/>
              </w:rPr>
            </w:pPr>
            <w:r>
              <w:t>__________</w:t>
            </w:r>
            <w:r w:rsidRPr="00293A59">
              <w:rPr>
                <w:rFonts w:cs="Times New Roman"/>
              </w:rPr>
              <w:t>*</w:t>
            </w:r>
          </w:p>
        </w:tc>
      </w:tr>
      <w:tr w:rsidR="00502092" w:rsidRPr="00A02AD8" w14:paraId="51E0E6EA" w14:textId="77777777" w:rsidTr="00ED1D20">
        <w:tc>
          <w:tcPr>
            <w:tcW w:w="567" w:type="dxa"/>
            <w:vAlign w:val="center"/>
          </w:tcPr>
          <w:p w14:paraId="50462208" w14:textId="77777777" w:rsidR="00502092" w:rsidRPr="00A02AD8" w:rsidRDefault="00502092" w:rsidP="0079513A">
            <w:pPr>
              <w:pStyle w:val="a1"/>
              <w:numPr>
                <w:ilvl w:val="0"/>
                <w:numId w:val="0"/>
              </w:numPr>
              <w:rPr>
                <w:rFonts w:cs="Times New Roman"/>
                <w:lang w:val="ru-RU"/>
              </w:rPr>
            </w:pPr>
            <w:r w:rsidRPr="00A02AD8">
              <w:rPr>
                <w:rFonts w:cs="Times New Roman"/>
                <w:lang w:val="ru-RU"/>
              </w:rPr>
              <w:t>16</w:t>
            </w:r>
          </w:p>
        </w:tc>
        <w:tc>
          <w:tcPr>
            <w:tcW w:w="5954" w:type="dxa"/>
            <w:vAlign w:val="center"/>
          </w:tcPr>
          <w:p w14:paraId="2D946087" w14:textId="77777777" w:rsidR="00502092" w:rsidRPr="00A02AD8" w:rsidRDefault="00502092" w:rsidP="0025274D">
            <w:pPr>
              <w:pStyle w:val="aa"/>
              <w:rPr>
                <w:rFonts w:eastAsiaTheme="minorEastAsia" w:cs="Times New Roman"/>
              </w:rPr>
            </w:pPr>
            <w:r w:rsidRPr="00A02AD8">
              <w:rPr>
                <w:rFonts w:eastAsiaTheme="minorEastAsia" w:cs="Times New Roman"/>
              </w:rPr>
              <w:t>Тип разъема кабеля питания в комплекте</w:t>
            </w:r>
          </w:p>
        </w:tc>
        <w:tc>
          <w:tcPr>
            <w:tcW w:w="2835" w:type="dxa"/>
            <w:vAlign w:val="center"/>
          </w:tcPr>
          <w:p w14:paraId="3047E9CB" w14:textId="77777777" w:rsidR="00502092" w:rsidRPr="00A02AD8" w:rsidRDefault="00502092" w:rsidP="00DC34CE">
            <w:pPr>
              <w:pStyle w:val="aa"/>
              <w:jc w:val="center"/>
              <w:rPr>
                <w:rFonts w:eastAsiaTheme="minorEastAsia" w:cs="Times New Roman"/>
              </w:rPr>
            </w:pPr>
            <w:r w:rsidRPr="00A02AD8">
              <w:rPr>
                <w:rFonts w:eastAsiaTheme="minorEastAsia" w:cs="Times New Roman"/>
              </w:rPr>
              <w:t>C13/C14</w:t>
            </w:r>
          </w:p>
        </w:tc>
      </w:tr>
      <w:tr w:rsidR="00502092" w:rsidRPr="00A02AD8" w14:paraId="604CF414" w14:textId="77777777" w:rsidTr="00ED1D20">
        <w:tc>
          <w:tcPr>
            <w:tcW w:w="567" w:type="dxa"/>
            <w:vAlign w:val="center"/>
          </w:tcPr>
          <w:p w14:paraId="3C077480" w14:textId="77777777" w:rsidR="00502092" w:rsidRPr="00A02AD8" w:rsidRDefault="00502092" w:rsidP="0079513A">
            <w:pPr>
              <w:pStyle w:val="a1"/>
              <w:numPr>
                <w:ilvl w:val="0"/>
                <w:numId w:val="0"/>
              </w:numPr>
              <w:rPr>
                <w:rFonts w:cs="Times New Roman"/>
                <w:lang w:val="ru-RU"/>
              </w:rPr>
            </w:pPr>
            <w:r w:rsidRPr="00A02AD8">
              <w:rPr>
                <w:rFonts w:cs="Times New Roman"/>
                <w:lang w:val="ru-RU"/>
              </w:rPr>
              <w:t>17</w:t>
            </w:r>
          </w:p>
        </w:tc>
        <w:tc>
          <w:tcPr>
            <w:tcW w:w="5954" w:type="dxa"/>
            <w:vAlign w:val="center"/>
          </w:tcPr>
          <w:p w14:paraId="050D3602" w14:textId="77777777" w:rsidR="00502092" w:rsidRPr="00A02AD8" w:rsidRDefault="00502092" w:rsidP="00502092">
            <w:pPr>
              <w:pStyle w:val="aa"/>
              <w:rPr>
                <w:rFonts w:cs="Times New Roman"/>
              </w:rPr>
            </w:pPr>
            <w:r w:rsidRPr="00A02AD8">
              <w:rPr>
                <w:rFonts w:eastAsia="Times New Roman" w:cs="Times New Roman"/>
                <w:color w:val="000000"/>
                <w:lang w:eastAsia="ar-SA"/>
              </w:rPr>
              <w:t>Наличие индикаторов неисправности на корпусе или дисплея для отображения диагностических кодов</w:t>
            </w:r>
          </w:p>
        </w:tc>
        <w:tc>
          <w:tcPr>
            <w:tcW w:w="2835" w:type="dxa"/>
            <w:vAlign w:val="center"/>
          </w:tcPr>
          <w:p w14:paraId="66DDA698" w14:textId="77777777" w:rsidR="00502092" w:rsidRPr="00A02AD8" w:rsidRDefault="00502092" w:rsidP="00DC34CE">
            <w:pPr>
              <w:pStyle w:val="aa"/>
              <w:jc w:val="center"/>
              <w:rPr>
                <w:rFonts w:cs="Times New Roman"/>
              </w:rPr>
            </w:pPr>
            <w:r w:rsidRPr="00A02AD8">
              <w:rPr>
                <w:rFonts w:cs="Times New Roman"/>
              </w:rPr>
              <w:t>Наличие</w:t>
            </w:r>
          </w:p>
        </w:tc>
      </w:tr>
      <w:tr w:rsidR="00E75884" w:rsidRPr="00A02AD8" w14:paraId="40CAF7AB" w14:textId="77777777" w:rsidTr="00ED1D20">
        <w:tc>
          <w:tcPr>
            <w:tcW w:w="567" w:type="dxa"/>
            <w:vAlign w:val="center"/>
          </w:tcPr>
          <w:p w14:paraId="033C7B76" w14:textId="77777777" w:rsidR="00E75884" w:rsidRPr="00A02AD8" w:rsidRDefault="00E75884" w:rsidP="00E75884">
            <w:pPr>
              <w:pStyle w:val="a1"/>
              <w:numPr>
                <w:ilvl w:val="0"/>
                <w:numId w:val="0"/>
              </w:numPr>
              <w:rPr>
                <w:rFonts w:cs="Times New Roman"/>
                <w:lang w:val="ru-RU"/>
              </w:rPr>
            </w:pPr>
            <w:r w:rsidRPr="00A02AD8">
              <w:rPr>
                <w:rFonts w:cs="Times New Roman"/>
                <w:lang w:val="ru-RU"/>
              </w:rPr>
              <w:t>18</w:t>
            </w:r>
          </w:p>
        </w:tc>
        <w:tc>
          <w:tcPr>
            <w:tcW w:w="5954" w:type="dxa"/>
            <w:vAlign w:val="center"/>
          </w:tcPr>
          <w:p w14:paraId="42590953" w14:textId="77777777" w:rsidR="00E75884" w:rsidRPr="00A02AD8" w:rsidRDefault="00E75884" w:rsidP="00E75884">
            <w:pPr>
              <w:pStyle w:val="aa"/>
              <w:rPr>
                <w:rFonts w:eastAsiaTheme="minorEastAsia" w:cs="Times New Roman"/>
              </w:rPr>
            </w:pPr>
            <w:r w:rsidRPr="00A02AD8">
              <w:rPr>
                <w:rFonts w:eastAsiaTheme="minorEastAsia" w:cs="Times New Roman"/>
              </w:rPr>
              <w:t xml:space="preserve">Количество портов Ethernet 10Гб/с SFP+, с установленными трансиверами Multi-mode </w:t>
            </w:r>
            <w:r w:rsidRPr="00A02AD8">
              <w:rPr>
                <w:rFonts w:cs="Times New Roman"/>
                <w:color w:val="000000"/>
                <w:lang w:eastAsia="ar-SA"/>
              </w:rPr>
              <w:t xml:space="preserve">10GBASE-SR </w:t>
            </w:r>
            <w:r w:rsidRPr="00A02AD8">
              <w:rPr>
                <w:rFonts w:eastAsiaTheme="minorEastAsia" w:cs="Times New Roman"/>
              </w:rPr>
              <w:t>(850 nm, 0,3</w:t>
            </w:r>
            <w:r w:rsidRPr="00A02AD8">
              <w:rPr>
                <w:rFonts w:eastAsiaTheme="minorEastAsia" w:cs="Times New Roman"/>
                <w:lang w:val="en-US"/>
              </w:rPr>
              <w:t>km</w:t>
            </w:r>
            <w:r w:rsidRPr="00A02AD8">
              <w:rPr>
                <w:rFonts w:eastAsiaTheme="minorEastAsia" w:cs="Times New Roman"/>
              </w:rPr>
              <w:t>, LC), шт.:</w:t>
            </w:r>
          </w:p>
        </w:tc>
        <w:tc>
          <w:tcPr>
            <w:tcW w:w="2835" w:type="dxa"/>
            <w:vAlign w:val="center"/>
          </w:tcPr>
          <w:p w14:paraId="6CC79C7A" w14:textId="549D7EFF" w:rsidR="00E75884" w:rsidRPr="00A02AD8" w:rsidRDefault="00E75884" w:rsidP="00E75884">
            <w:pPr>
              <w:pStyle w:val="aa"/>
              <w:jc w:val="center"/>
              <w:rPr>
                <w:rFonts w:cs="Times New Roman"/>
              </w:rPr>
            </w:pPr>
            <w:r>
              <w:t>__________</w:t>
            </w:r>
            <w:r w:rsidRPr="00293A59">
              <w:rPr>
                <w:rFonts w:cs="Times New Roman"/>
              </w:rPr>
              <w:t>*</w:t>
            </w:r>
          </w:p>
        </w:tc>
      </w:tr>
      <w:tr w:rsidR="00E75884" w:rsidRPr="00A02AD8" w14:paraId="2BD77FCC" w14:textId="77777777" w:rsidTr="00ED1D20">
        <w:tc>
          <w:tcPr>
            <w:tcW w:w="567" w:type="dxa"/>
            <w:vAlign w:val="center"/>
          </w:tcPr>
          <w:p w14:paraId="458C44FF" w14:textId="77777777" w:rsidR="00E75884" w:rsidRPr="00A02AD8" w:rsidRDefault="00E75884" w:rsidP="00E75884">
            <w:pPr>
              <w:pStyle w:val="a1"/>
              <w:numPr>
                <w:ilvl w:val="0"/>
                <w:numId w:val="0"/>
              </w:numPr>
              <w:rPr>
                <w:rFonts w:cs="Times New Roman"/>
                <w:lang w:val="ru-RU"/>
              </w:rPr>
            </w:pPr>
            <w:r w:rsidRPr="00A02AD8">
              <w:rPr>
                <w:rFonts w:cs="Times New Roman"/>
                <w:lang w:val="ru-RU"/>
              </w:rPr>
              <w:t>19</w:t>
            </w:r>
          </w:p>
        </w:tc>
        <w:tc>
          <w:tcPr>
            <w:tcW w:w="5954" w:type="dxa"/>
            <w:vAlign w:val="center"/>
          </w:tcPr>
          <w:p w14:paraId="313FB75D" w14:textId="77777777" w:rsidR="00E75884" w:rsidRPr="00A02AD8" w:rsidRDefault="00E75884" w:rsidP="00E75884">
            <w:pPr>
              <w:pStyle w:val="aa"/>
              <w:rPr>
                <w:rFonts w:eastAsiaTheme="minorEastAsia" w:cs="Times New Roman"/>
              </w:rPr>
            </w:pPr>
            <w:r w:rsidRPr="00A02AD8">
              <w:rPr>
                <w:rFonts w:eastAsiaTheme="minorEastAsia" w:cs="Times New Roman"/>
              </w:rPr>
              <w:t xml:space="preserve">Количество портов Ethernet 10Гб/с SFP+, с установленными трансиверами </w:t>
            </w:r>
            <w:r w:rsidRPr="00A02AD8">
              <w:rPr>
                <w:rFonts w:eastAsiaTheme="minorEastAsia" w:cs="Times New Roman"/>
                <w:lang w:val="en-US"/>
              </w:rPr>
              <w:t>Single</w:t>
            </w:r>
            <w:r w:rsidRPr="00A02AD8">
              <w:rPr>
                <w:rFonts w:eastAsiaTheme="minorEastAsia" w:cs="Times New Roman"/>
              </w:rPr>
              <w:t xml:space="preserve">-mode </w:t>
            </w:r>
            <w:r w:rsidRPr="00A02AD8">
              <w:rPr>
                <w:rFonts w:cs="Times New Roman"/>
                <w:color w:val="000000"/>
                <w:lang w:eastAsia="ar-SA"/>
              </w:rPr>
              <w:t>10GBASE-</w:t>
            </w:r>
            <w:r w:rsidRPr="00A02AD8">
              <w:rPr>
                <w:rFonts w:cs="Times New Roman"/>
                <w:color w:val="000000"/>
                <w:lang w:val="en-US" w:eastAsia="ar-SA"/>
              </w:rPr>
              <w:t>L</w:t>
            </w:r>
            <w:r w:rsidRPr="00A02AD8">
              <w:rPr>
                <w:rFonts w:cs="Times New Roman"/>
                <w:color w:val="000000"/>
                <w:lang w:eastAsia="ar-SA"/>
              </w:rPr>
              <w:t xml:space="preserve">R </w:t>
            </w:r>
            <w:r w:rsidRPr="00A02AD8">
              <w:rPr>
                <w:rFonts w:eastAsiaTheme="minorEastAsia" w:cs="Times New Roman"/>
              </w:rPr>
              <w:t>(1310 nm, 10</w:t>
            </w:r>
            <w:r w:rsidRPr="00A02AD8">
              <w:rPr>
                <w:rFonts w:eastAsiaTheme="minorEastAsia" w:cs="Times New Roman"/>
                <w:lang w:val="en-US"/>
              </w:rPr>
              <w:t>km</w:t>
            </w:r>
            <w:r w:rsidRPr="00A02AD8">
              <w:rPr>
                <w:rFonts w:eastAsiaTheme="minorEastAsia" w:cs="Times New Roman"/>
              </w:rPr>
              <w:t>, LC), шт.:</w:t>
            </w:r>
          </w:p>
        </w:tc>
        <w:tc>
          <w:tcPr>
            <w:tcW w:w="2835" w:type="dxa"/>
            <w:vAlign w:val="center"/>
          </w:tcPr>
          <w:p w14:paraId="746A449F" w14:textId="4AEA5EC6" w:rsidR="00E75884" w:rsidRPr="00A02AD8" w:rsidRDefault="00E75884" w:rsidP="00E75884">
            <w:pPr>
              <w:pStyle w:val="aa"/>
              <w:jc w:val="center"/>
              <w:rPr>
                <w:rFonts w:cs="Times New Roman"/>
              </w:rPr>
            </w:pPr>
            <w:r>
              <w:t>__________</w:t>
            </w:r>
            <w:r w:rsidRPr="00293A59">
              <w:rPr>
                <w:rFonts w:cs="Times New Roman"/>
              </w:rPr>
              <w:t>*</w:t>
            </w:r>
          </w:p>
        </w:tc>
      </w:tr>
      <w:tr w:rsidR="00E75884" w:rsidRPr="00A02AD8" w14:paraId="797B9D88" w14:textId="77777777" w:rsidTr="00ED1D20">
        <w:tc>
          <w:tcPr>
            <w:tcW w:w="567" w:type="dxa"/>
            <w:vAlign w:val="center"/>
          </w:tcPr>
          <w:p w14:paraId="054E8EA7" w14:textId="77777777" w:rsidR="00E75884" w:rsidRPr="00A02AD8" w:rsidRDefault="00E75884" w:rsidP="00E75884">
            <w:pPr>
              <w:pStyle w:val="a1"/>
              <w:numPr>
                <w:ilvl w:val="0"/>
                <w:numId w:val="0"/>
              </w:numPr>
              <w:rPr>
                <w:rFonts w:cs="Times New Roman"/>
                <w:lang w:val="ru-RU"/>
              </w:rPr>
            </w:pPr>
            <w:r w:rsidRPr="00A02AD8">
              <w:rPr>
                <w:rFonts w:cs="Times New Roman"/>
                <w:lang w:val="ru-RU"/>
              </w:rPr>
              <w:t>20</w:t>
            </w:r>
          </w:p>
        </w:tc>
        <w:tc>
          <w:tcPr>
            <w:tcW w:w="5954" w:type="dxa"/>
            <w:vAlign w:val="center"/>
          </w:tcPr>
          <w:p w14:paraId="31C35278" w14:textId="77777777" w:rsidR="00E75884" w:rsidRPr="00A02AD8" w:rsidRDefault="00E75884" w:rsidP="00E75884">
            <w:pPr>
              <w:pStyle w:val="aa"/>
              <w:rPr>
                <w:rFonts w:eastAsiaTheme="minorEastAsia" w:cs="Times New Roman"/>
              </w:rPr>
            </w:pPr>
            <w:r w:rsidRPr="00A02AD8">
              <w:rPr>
                <w:rFonts w:eastAsiaTheme="minorEastAsia" w:cs="Times New Roman"/>
              </w:rPr>
              <w:t>Для портов Ethernet 10Гб/с SFP+ - наличие в комплекте многомодовых оптических патчкордов duplex LC-LC длиной 3 метра, шт.:</w:t>
            </w:r>
          </w:p>
        </w:tc>
        <w:tc>
          <w:tcPr>
            <w:tcW w:w="2835" w:type="dxa"/>
            <w:vAlign w:val="center"/>
          </w:tcPr>
          <w:p w14:paraId="2D3F891B" w14:textId="4500D386" w:rsidR="00E75884" w:rsidRPr="00A02AD8" w:rsidRDefault="00E75884" w:rsidP="00E75884">
            <w:pPr>
              <w:pStyle w:val="aa"/>
              <w:jc w:val="center"/>
              <w:rPr>
                <w:rFonts w:cs="Times New Roman"/>
              </w:rPr>
            </w:pPr>
            <w:r>
              <w:t>__________</w:t>
            </w:r>
            <w:r w:rsidRPr="00293A59">
              <w:rPr>
                <w:rFonts w:cs="Times New Roman"/>
              </w:rPr>
              <w:t>*</w:t>
            </w:r>
          </w:p>
        </w:tc>
      </w:tr>
      <w:tr w:rsidR="00E75884" w:rsidRPr="00A02AD8" w14:paraId="2E069A8A" w14:textId="77777777" w:rsidTr="00ED1D20">
        <w:tc>
          <w:tcPr>
            <w:tcW w:w="567" w:type="dxa"/>
            <w:vAlign w:val="center"/>
          </w:tcPr>
          <w:p w14:paraId="16576A9D" w14:textId="77777777" w:rsidR="00E75884" w:rsidRPr="00A02AD8" w:rsidRDefault="00E75884" w:rsidP="00E75884">
            <w:pPr>
              <w:pStyle w:val="a1"/>
              <w:numPr>
                <w:ilvl w:val="0"/>
                <w:numId w:val="0"/>
              </w:numPr>
              <w:rPr>
                <w:rFonts w:cs="Times New Roman"/>
                <w:lang w:val="ru-RU"/>
              </w:rPr>
            </w:pPr>
            <w:r w:rsidRPr="00A02AD8">
              <w:rPr>
                <w:rFonts w:cs="Times New Roman"/>
                <w:lang w:val="ru-RU"/>
              </w:rPr>
              <w:t>21</w:t>
            </w:r>
          </w:p>
        </w:tc>
        <w:tc>
          <w:tcPr>
            <w:tcW w:w="5954" w:type="dxa"/>
            <w:vAlign w:val="center"/>
          </w:tcPr>
          <w:p w14:paraId="32A1B46B" w14:textId="77777777" w:rsidR="00E75884" w:rsidRPr="00A02AD8" w:rsidRDefault="00E75884" w:rsidP="00E75884">
            <w:pPr>
              <w:pStyle w:val="aa"/>
              <w:rPr>
                <w:rFonts w:eastAsiaTheme="minorEastAsia" w:cs="Times New Roman"/>
              </w:rPr>
            </w:pPr>
            <w:r w:rsidRPr="00A02AD8">
              <w:rPr>
                <w:rFonts w:eastAsiaTheme="minorEastAsia" w:cs="Times New Roman"/>
              </w:rPr>
              <w:t>Для портов Ethernet 10Гб/с SFP+ - наличие в комплекте одномодовых оптических патчкордов duplex LC-LC длиной 3 метра, шт.:</w:t>
            </w:r>
          </w:p>
        </w:tc>
        <w:tc>
          <w:tcPr>
            <w:tcW w:w="2835" w:type="dxa"/>
            <w:vAlign w:val="center"/>
          </w:tcPr>
          <w:p w14:paraId="00934D3C" w14:textId="0E4E12B6" w:rsidR="00E75884" w:rsidRPr="00A02AD8" w:rsidRDefault="00E75884" w:rsidP="00E75884">
            <w:pPr>
              <w:pStyle w:val="aa"/>
              <w:jc w:val="center"/>
              <w:rPr>
                <w:rFonts w:cs="Times New Roman"/>
              </w:rPr>
            </w:pPr>
            <w:r>
              <w:t>__________</w:t>
            </w:r>
            <w:r w:rsidRPr="00293A59">
              <w:rPr>
                <w:rFonts w:eastAsiaTheme="minorEastAsia" w:cs="Times New Roman"/>
              </w:rPr>
              <w:t>*</w:t>
            </w:r>
          </w:p>
        </w:tc>
      </w:tr>
      <w:tr w:rsidR="00502092" w:rsidRPr="00A02AD8" w14:paraId="0D50BE83" w14:textId="77777777" w:rsidTr="00ED1D20">
        <w:tc>
          <w:tcPr>
            <w:tcW w:w="567" w:type="dxa"/>
            <w:vAlign w:val="center"/>
          </w:tcPr>
          <w:p w14:paraId="4E636C43" w14:textId="77777777" w:rsidR="00502092" w:rsidRPr="00A02AD8" w:rsidRDefault="00502092" w:rsidP="0079513A">
            <w:pPr>
              <w:pStyle w:val="a1"/>
              <w:numPr>
                <w:ilvl w:val="0"/>
                <w:numId w:val="0"/>
              </w:numPr>
              <w:rPr>
                <w:rFonts w:cs="Times New Roman"/>
                <w:lang w:val="ru-RU"/>
              </w:rPr>
            </w:pPr>
            <w:r w:rsidRPr="00A02AD8">
              <w:rPr>
                <w:rFonts w:cs="Times New Roman"/>
                <w:lang w:val="ru-RU"/>
              </w:rPr>
              <w:t>22</w:t>
            </w:r>
          </w:p>
        </w:tc>
        <w:tc>
          <w:tcPr>
            <w:tcW w:w="5954" w:type="dxa"/>
            <w:vAlign w:val="center"/>
          </w:tcPr>
          <w:p w14:paraId="573D1A4C" w14:textId="77777777" w:rsidR="00502092" w:rsidRPr="00A02AD8" w:rsidRDefault="00502092" w:rsidP="00502092">
            <w:pPr>
              <w:pStyle w:val="aa"/>
              <w:rPr>
                <w:rFonts w:eastAsiaTheme="minorEastAsia" w:cs="Times New Roman"/>
              </w:rPr>
            </w:pPr>
            <w:r w:rsidRPr="00A02AD8">
              <w:rPr>
                <w:rFonts w:eastAsiaTheme="minorEastAsia" w:cs="Times New Roman"/>
              </w:rPr>
              <w:t>1 выделенный порт удаленного управления 1 Гб/с, удаленная графическая консоль управления, поддержка удаленного монтирования ISO образов</w:t>
            </w:r>
          </w:p>
        </w:tc>
        <w:tc>
          <w:tcPr>
            <w:tcW w:w="2835" w:type="dxa"/>
            <w:vAlign w:val="center"/>
          </w:tcPr>
          <w:p w14:paraId="5E26B092" w14:textId="77777777" w:rsidR="00502092" w:rsidRPr="00A02AD8" w:rsidRDefault="00502092" w:rsidP="00DC34CE">
            <w:pPr>
              <w:pStyle w:val="aa"/>
              <w:jc w:val="center"/>
              <w:rPr>
                <w:rFonts w:cs="Times New Roman"/>
              </w:rPr>
            </w:pPr>
            <w:r w:rsidRPr="00A02AD8">
              <w:rPr>
                <w:rFonts w:cs="Times New Roman"/>
              </w:rPr>
              <w:t>Наличие</w:t>
            </w:r>
          </w:p>
        </w:tc>
      </w:tr>
      <w:tr w:rsidR="003453A6" w:rsidRPr="00A02AD8" w14:paraId="147D923E" w14:textId="77777777" w:rsidTr="00ED1D20">
        <w:tc>
          <w:tcPr>
            <w:tcW w:w="567" w:type="dxa"/>
            <w:vAlign w:val="center"/>
          </w:tcPr>
          <w:p w14:paraId="25E04C1D" w14:textId="5F6D8EB5" w:rsidR="003453A6" w:rsidRPr="00A02AD8" w:rsidRDefault="003453A6" w:rsidP="003453A6">
            <w:pPr>
              <w:pStyle w:val="a1"/>
              <w:numPr>
                <w:ilvl w:val="0"/>
                <w:numId w:val="0"/>
              </w:numPr>
              <w:rPr>
                <w:rFonts w:cs="Times New Roman"/>
                <w:lang w:val="ru-RU"/>
              </w:rPr>
            </w:pPr>
            <w:r w:rsidRPr="00293A59">
              <w:rPr>
                <w:rFonts w:cs="Times New Roman"/>
                <w:lang w:val="ru-RU"/>
              </w:rPr>
              <w:t>23</w:t>
            </w:r>
          </w:p>
        </w:tc>
        <w:tc>
          <w:tcPr>
            <w:tcW w:w="5954" w:type="dxa"/>
            <w:vAlign w:val="center"/>
          </w:tcPr>
          <w:p w14:paraId="09089657" w14:textId="77777777" w:rsidR="003453A6" w:rsidRPr="00547329" w:rsidRDefault="003453A6" w:rsidP="003453A6">
            <w:pPr>
              <w:spacing w:line="240" w:lineRule="auto"/>
              <w:contextualSpacing/>
              <w:rPr>
                <w:rFonts w:ascii="Times New Roman" w:eastAsiaTheme="minorEastAsia" w:hAnsi="Times New Roman"/>
                <w:lang w:val="en-US"/>
              </w:rPr>
            </w:pPr>
            <w:r w:rsidRPr="00547329">
              <w:rPr>
                <w:rFonts w:ascii="Times New Roman" w:eastAsiaTheme="minorEastAsia" w:hAnsi="Times New Roman"/>
              </w:rPr>
              <w:t>Поддержка</w:t>
            </w:r>
            <w:r w:rsidRPr="00547329">
              <w:rPr>
                <w:rFonts w:ascii="Times New Roman" w:eastAsiaTheme="minorEastAsia" w:hAnsi="Times New Roman"/>
                <w:lang w:val="en-US"/>
              </w:rPr>
              <w:t xml:space="preserve"> </w:t>
            </w:r>
            <w:r w:rsidRPr="00547329">
              <w:rPr>
                <w:rFonts w:ascii="Times New Roman" w:eastAsiaTheme="minorEastAsia" w:hAnsi="Times New Roman"/>
              </w:rPr>
              <w:t>ОС:</w:t>
            </w:r>
            <w:r w:rsidRPr="00547329">
              <w:rPr>
                <w:rFonts w:ascii="Times New Roman" w:eastAsiaTheme="minorEastAsia" w:hAnsi="Times New Roman"/>
                <w:lang w:val="en-US"/>
              </w:rPr>
              <w:t xml:space="preserve">  </w:t>
            </w:r>
          </w:p>
          <w:p w14:paraId="297C4041" w14:textId="45A36900" w:rsidR="003453A6" w:rsidRDefault="003453A6" w:rsidP="003453A6">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547329">
              <w:rPr>
                <w:rFonts w:ascii="Times New Roman" w:eastAsiaTheme="minorEastAsia" w:hAnsi="Times New Roman"/>
              </w:rPr>
              <w:t>А</w:t>
            </w:r>
            <w:r w:rsidRPr="00547329">
              <w:rPr>
                <w:rFonts w:ascii="Times New Roman" w:eastAsiaTheme="minorEastAsia" w:hAnsi="Times New Roman"/>
                <w:lang w:val="en-US"/>
              </w:rPr>
              <w:t>stra Linux</w:t>
            </w:r>
          </w:p>
          <w:p w14:paraId="28D4BB32" w14:textId="5D10BC25" w:rsidR="003453A6" w:rsidRPr="003453A6" w:rsidRDefault="003453A6" w:rsidP="003453A6">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3453A6">
              <w:rPr>
                <w:rFonts w:ascii="Times New Roman" w:eastAsiaTheme="minorEastAsia" w:hAnsi="Times New Roman"/>
              </w:rPr>
              <w:t>РЕД ОС</w:t>
            </w:r>
          </w:p>
        </w:tc>
        <w:tc>
          <w:tcPr>
            <w:tcW w:w="2835" w:type="dxa"/>
            <w:vAlign w:val="center"/>
          </w:tcPr>
          <w:p w14:paraId="041E2BA9" w14:textId="56A2FBD1" w:rsidR="003453A6" w:rsidRPr="00A02AD8" w:rsidRDefault="003453A6" w:rsidP="003453A6">
            <w:pPr>
              <w:pStyle w:val="aa"/>
              <w:jc w:val="center"/>
              <w:rPr>
                <w:rFonts w:cs="Times New Roman"/>
              </w:rPr>
            </w:pPr>
            <w:r w:rsidRPr="00547329">
              <w:rPr>
                <w:rFonts w:cs="Times New Roman"/>
              </w:rPr>
              <w:t>Соответствует</w:t>
            </w:r>
          </w:p>
        </w:tc>
      </w:tr>
      <w:tr w:rsidR="003453A6" w:rsidRPr="00A02AD8" w14:paraId="212FA1F0" w14:textId="77777777" w:rsidTr="00ED1D20">
        <w:tc>
          <w:tcPr>
            <w:tcW w:w="567" w:type="dxa"/>
            <w:vAlign w:val="center"/>
          </w:tcPr>
          <w:p w14:paraId="6DA96986" w14:textId="5D748029" w:rsidR="003453A6" w:rsidRPr="00A02AD8" w:rsidRDefault="003453A6" w:rsidP="003453A6">
            <w:pPr>
              <w:pStyle w:val="a1"/>
              <w:numPr>
                <w:ilvl w:val="0"/>
                <w:numId w:val="0"/>
              </w:numPr>
              <w:rPr>
                <w:rFonts w:cs="Times New Roman"/>
                <w:lang w:val="ru-RU"/>
              </w:rPr>
            </w:pPr>
            <w:r w:rsidRPr="00A02AD8">
              <w:rPr>
                <w:rFonts w:cs="Times New Roman"/>
                <w:lang w:val="ru-RU"/>
              </w:rPr>
              <w:t>2</w:t>
            </w:r>
            <w:r>
              <w:rPr>
                <w:rFonts w:cs="Times New Roman"/>
                <w:lang w:val="ru-RU"/>
              </w:rPr>
              <w:t>4</w:t>
            </w:r>
          </w:p>
        </w:tc>
        <w:tc>
          <w:tcPr>
            <w:tcW w:w="5954" w:type="dxa"/>
          </w:tcPr>
          <w:p w14:paraId="174233E4" w14:textId="77777777" w:rsidR="003453A6" w:rsidRPr="00A02AD8" w:rsidRDefault="003453A6" w:rsidP="003453A6">
            <w:pPr>
              <w:pStyle w:val="aa"/>
              <w:rPr>
                <w:rFonts w:eastAsiaTheme="minorEastAsia" w:cs="Times New Roman"/>
              </w:rPr>
            </w:pPr>
            <w:r w:rsidRPr="00A02AD8">
              <w:rPr>
                <w:rFonts w:eastAsiaTheme="minorEastAsia" w:cs="Times New Roman"/>
              </w:rPr>
              <w:t>Поставляется с гарантией производителя, срок гарантии, лет:</w:t>
            </w:r>
          </w:p>
        </w:tc>
        <w:tc>
          <w:tcPr>
            <w:tcW w:w="2835" w:type="dxa"/>
            <w:vAlign w:val="center"/>
          </w:tcPr>
          <w:p w14:paraId="61CD6F31" w14:textId="13EAD1B9" w:rsidR="003453A6" w:rsidRPr="00A02AD8" w:rsidRDefault="00E75884" w:rsidP="003453A6">
            <w:pPr>
              <w:pStyle w:val="aa"/>
              <w:jc w:val="center"/>
              <w:rPr>
                <w:rFonts w:cs="Times New Roman"/>
              </w:rPr>
            </w:pPr>
            <w:r>
              <w:t>__________</w:t>
            </w:r>
            <w:r w:rsidR="003453A6" w:rsidRPr="00A02AD8">
              <w:rPr>
                <w:rFonts w:eastAsiaTheme="minorEastAsia" w:cs="Times New Roman"/>
              </w:rPr>
              <w:t>*</w:t>
            </w:r>
          </w:p>
        </w:tc>
      </w:tr>
      <w:tr w:rsidR="003453A6" w:rsidRPr="00A02AD8" w14:paraId="3CA685DE" w14:textId="77777777" w:rsidTr="00ED1D20">
        <w:tc>
          <w:tcPr>
            <w:tcW w:w="567" w:type="dxa"/>
            <w:vAlign w:val="center"/>
          </w:tcPr>
          <w:p w14:paraId="3B6446AF" w14:textId="24BF6034" w:rsidR="003453A6" w:rsidRPr="00A02AD8" w:rsidRDefault="003453A6" w:rsidP="003453A6">
            <w:pPr>
              <w:pStyle w:val="a1"/>
              <w:numPr>
                <w:ilvl w:val="0"/>
                <w:numId w:val="0"/>
              </w:numPr>
              <w:rPr>
                <w:rFonts w:cs="Times New Roman"/>
                <w:lang w:val="ru-RU"/>
              </w:rPr>
            </w:pPr>
            <w:r>
              <w:rPr>
                <w:rFonts w:cs="Times New Roman"/>
                <w:lang w:val="ru-RU"/>
              </w:rPr>
              <w:lastRenderedPageBreak/>
              <w:t>25</w:t>
            </w:r>
          </w:p>
        </w:tc>
        <w:tc>
          <w:tcPr>
            <w:tcW w:w="5954" w:type="dxa"/>
          </w:tcPr>
          <w:p w14:paraId="10F880E4" w14:textId="31255852" w:rsidR="003453A6" w:rsidRPr="00A02AD8" w:rsidRDefault="003453A6" w:rsidP="003453A6">
            <w:pPr>
              <w:pStyle w:val="aa"/>
              <w:rPr>
                <w:rFonts w:eastAsiaTheme="minorEastAsia" w:cs="Times New Roman"/>
              </w:rPr>
            </w:pPr>
            <w:r>
              <w:rPr>
                <w:rFonts w:eastAsiaTheme="minorEastAsia" w:cs="Times New Roman"/>
              </w:rPr>
              <w:t>Наличие гарантийной п</w:t>
            </w:r>
            <w:r w:rsidRPr="00A02AD8">
              <w:rPr>
                <w:rFonts w:eastAsiaTheme="minorEastAsia" w:cs="Times New Roman"/>
              </w:rPr>
              <w:t>оддержк</w:t>
            </w:r>
            <w:r>
              <w:rPr>
                <w:rFonts w:eastAsiaTheme="minorEastAsia" w:cs="Times New Roman"/>
              </w:rPr>
              <w:t>и</w:t>
            </w:r>
            <w:r w:rsidRPr="00A02AD8">
              <w:rPr>
                <w:rFonts w:eastAsiaTheme="minorEastAsia" w:cs="Times New Roman"/>
              </w:rPr>
              <w:t xml:space="preserve"> предусматрива</w:t>
            </w:r>
            <w:r>
              <w:rPr>
                <w:rFonts w:eastAsiaTheme="minorEastAsia" w:cs="Times New Roman"/>
              </w:rPr>
              <w:t>ющей</w:t>
            </w:r>
            <w:r w:rsidRPr="00A02AD8">
              <w:rPr>
                <w:rFonts w:eastAsiaTheme="minorEastAsia" w:cs="Times New Roman"/>
              </w:rPr>
              <w:t xml:space="preserve"> ремонт на площадке </w:t>
            </w:r>
            <w:r>
              <w:rPr>
                <w:rFonts w:eastAsiaTheme="minorEastAsia" w:cs="Times New Roman"/>
              </w:rPr>
              <w:t xml:space="preserve">Покупателя </w:t>
            </w:r>
            <w:r w:rsidRPr="00A02AD8">
              <w:rPr>
                <w:rFonts w:eastAsiaTheme="minorEastAsia" w:cs="Times New Roman"/>
              </w:rPr>
              <w:t>с выездом инженера</w:t>
            </w:r>
          </w:p>
        </w:tc>
        <w:tc>
          <w:tcPr>
            <w:tcW w:w="2835" w:type="dxa"/>
            <w:vAlign w:val="center"/>
          </w:tcPr>
          <w:p w14:paraId="28757216" w14:textId="77777777" w:rsidR="003453A6" w:rsidRPr="00A02AD8" w:rsidRDefault="003453A6" w:rsidP="003453A6">
            <w:pPr>
              <w:pStyle w:val="aa"/>
              <w:jc w:val="center"/>
              <w:rPr>
                <w:rFonts w:cs="Times New Roman"/>
              </w:rPr>
            </w:pPr>
            <w:r w:rsidRPr="00A02AD8">
              <w:rPr>
                <w:rFonts w:cs="Times New Roman"/>
              </w:rPr>
              <w:t>Соответствует</w:t>
            </w:r>
          </w:p>
        </w:tc>
      </w:tr>
      <w:tr w:rsidR="003453A6" w:rsidRPr="00A02AD8" w14:paraId="13BE8A85" w14:textId="77777777" w:rsidTr="00ED1D20">
        <w:tc>
          <w:tcPr>
            <w:tcW w:w="567" w:type="dxa"/>
            <w:vAlign w:val="center"/>
          </w:tcPr>
          <w:p w14:paraId="5B6A6140" w14:textId="12F4322A" w:rsidR="003453A6" w:rsidRPr="00A02AD8" w:rsidRDefault="003453A6" w:rsidP="003453A6">
            <w:pPr>
              <w:pStyle w:val="a1"/>
              <w:numPr>
                <w:ilvl w:val="0"/>
                <w:numId w:val="0"/>
              </w:numPr>
              <w:rPr>
                <w:rFonts w:cs="Times New Roman"/>
                <w:lang w:val="ru-RU"/>
              </w:rPr>
            </w:pPr>
            <w:r>
              <w:rPr>
                <w:rFonts w:cs="Times New Roman"/>
                <w:lang w:val="ru-RU"/>
              </w:rPr>
              <w:t>26</w:t>
            </w:r>
          </w:p>
        </w:tc>
        <w:tc>
          <w:tcPr>
            <w:tcW w:w="5954" w:type="dxa"/>
          </w:tcPr>
          <w:p w14:paraId="1B21B8A8" w14:textId="29831707" w:rsidR="003453A6" w:rsidRPr="00A02AD8" w:rsidRDefault="003453A6" w:rsidP="003453A6">
            <w:pPr>
              <w:pStyle w:val="aa"/>
              <w:rPr>
                <w:rFonts w:cs="Times New Roman"/>
                <w:highlight w:val="yellow"/>
              </w:rPr>
            </w:pPr>
            <w:r w:rsidRPr="00A02AD8">
              <w:rPr>
                <w:rFonts w:eastAsiaTheme="minorEastAsia" w:cs="Times New Roman"/>
              </w:rPr>
              <w:t xml:space="preserve">Режим </w:t>
            </w:r>
            <w:r>
              <w:rPr>
                <w:rFonts w:eastAsiaTheme="minorEastAsia" w:cs="Times New Roman"/>
              </w:rPr>
              <w:t xml:space="preserve">гарантийной </w:t>
            </w:r>
            <w:r w:rsidRPr="00A02AD8">
              <w:rPr>
                <w:rFonts w:eastAsiaTheme="minorEastAsia" w:cs="Times New Roman"/>
              </w:rPr>
              <w:t xml:space="preserve">поддержки 9x5x365 (9 часов (с 09:00 до 18:00 время московское) по рабочим дням в течение года), </w:t>
            </w:r>
            <w:r w:rsidRPr="00A02AD8">
              <w:rPr>
                <w:rFonts w:eastAsiaTheme="minorEastAsia" w:cs="Times New Roman"/>
                <w:lang w:val="ru"/>
              </w:rPr>
              <w:t xml:space="preserve">время восстановления работоспособности </w:t>
            </w:r>
            <w:r w:rsidRPr="00A02AD8">
              <w:rPr>
                <w:rFonts w:eastAsiaTheme="minorEastAsia" w:cs="Times New Roman"/>
              </w:rPr>
              <w:t xml:space="preserve">12 </w:t>
            </w:r>
            <w:r w:rsidRPr="00A02AD8">
              <w:rPr>
                <w:rFonts w:eastAsiaTheme="minorEastAsia" w:cs="Times New Roman"/>
                <w:lang w:val="ru"/>
              </w:rPr>
              <w:t>рабочих дней</w:t>
            </w:r>
          </w:p>
        </w:tc>
        <w:tc>
          <w:tcPr>
            <w:tcW w:w="2835" w:type="dxa"/>
            <w:vAlign w:val="center"/>
          </w:tcPr>
          <w:p w14:paraId="77B5C7CA" w14:textId="77777777" w:rsidR="003453A6" w:rsidRPr="00A02AD8" w:rsidRDefault="003453A6" w:rsidP="003453A6">
            <w:pPr>
              <w:pStyle w:val="aa"/>
              <w:jc w:val="center"/>
              <w:rPr>
                <w:rFonts w:cs="Times New Roman"/>
                <w:highlight w:val="yellow"/>
              </w:rPr>
            </w:pPr>
            <w:r w:rsidRPr="00A02AD8">
              <w:rPr>
                <w:rFonts w:cs="Times New Roman"/>
              </w:rPr>
              <w:t>Соответствует</w:t>
            </w:r>
          </w:p>
        </w:tc>
      </w:tr>
      <w:tr w:rsidR="003453A6" w:rsidRPr="00A02AD8" w14:paraId="7863BE59" w14:textId="77777777" w:rsidTr="00ED1D20">
        <w:tc>
          <w:tcPr>
            <w:tcW w:w="9356" w:type="dxa"/>
            <w:gridSpan w:val="3"/>
          </w:tcPr>
          <w:p w14:paraId="51B06D73" w14:textId="2DE5F5DF" w:rsidR="003453A6" w:rsidRPr="00A02AD8" w:rsidRDefault="00A563D0" w:rsidP="003453A6">
            <w:pPr>
              <w:pStyle w:val="aa"/>
              <w:rPr>
                <w:rFonts w:cs="Times New Roman"/>
              </w:rPr>
            </w:pPr>
            <w:r w:rsidRPr="00272C7E">
              <w:rPr>
                <w:rFonts w:cs="Times New Roman"/>
              </w:rPr>
              <w:t xml:space="preserve">* </w:t>
            </w:r>
            <w:r w:rsidRPr="00BC73FF">
              <w:t>Заполняется на основании заявки победителя в случае, если участником закупки в составе заявки представлены конкретные значения показателей предлагаемого Товара, соответствующие параметрам соответствия (экв</w:t>
            </w:r>
            <w:r>
              <w:t>ивалентности), установленным в Т</w:t>
            </w:r>
            <w:r w:rsidRPr="00BC73FF">
              <w:t>ехническом задании со знаком*</w:t>
            </w:r>
          </w:p>
        </w:tc>
      </w:tr>
    </w:tbl>
    <w:p w14:paraId="258A59EA" w14:textId="77777777" w:rsidR="00E9188C" w:rsidRDefault="00E9188C" w:rsidP="00FF6C2E">
      <w:pPr>
        <w:pStyle w:val="ConsPlusNormal"/>
        <w:ind w:firstLine="709"/>
        <w:jc w:val="both"/>
        <w:rPr>
          <w:rFonts w:ascii="Times New Roman" w:hAnsi="Times New Roman" w:cs="Times New Roman"/>
          <w:b/>
          <w:sz w:val="24"/>
          <w:szCs w:val="24"/>
        </w:rPr>
      </w:pPr>
    </w:p>
    <w:p w14:paraId="47A829F8" w14:textId="77777777" w:rsidR="006812CB" w:rsidRDefault="006812CB" w:rsidP="00FF6C2E">
      <w:pPr>
        <w:pStyle w:val="ConsPlusNormal"/>
        <w:ind w:firstLine="709"/>
        <w:jc w:val="both"/>
        <w:rPr>
          <w:rFonts w:ascii="Times New Roman" w:hAnsi="Times New Roman" w:cs="Times New Roman"/>
          <w:sz w:val="24"/>
          <w:szCs w:val="24"/>
        </w:rPr>
      </w:pPr>
      <w:r>
        <w:rPr>
          <w:rFonts w:ascii="Times New Roman" w:hAnsi="Times New Roman" w:cs="Times New Roman"/>
          <w:b/>
          <w:sz w:val="24"/>
          <w:szCs w:val="24"/>
        </w:rPr>
        <w:t xml:space="preserve">3.3.6. </w:t>
      </w:r>
      <w:r w:rsidRPr="00BF5807">
        <w:rPr>
          <w:rFonts w:ascii="Times New Roman" w:hAnsi="Times New Roman" w:cs="Times New Roman"/>
          <w:b/>
          <w:sz w:val="24"/>
          <w:szCs w:val="24"/>
        </w:rPr>
        <w:t xml:space="preserve">Требования к характеристикам каждой единицы </w:t>
      </w:r>
      <w:r w:rsidR="00976514">
        <w:rPr>
          <w:rFonts w:ascii="Times New Roman" w:hAnsi="Times New Roman" w:cs="Times New Roman"/>
          <w:b/>
          <w:sz w:val="24"/>
          <w:szCs w:val="24"/>
        </w:rPr>
        <w:t>Сервера</w:t>
      </w:r>
      <w:r w:rsidRPr="00335293">
        <w:rPr>
          <w:rFonts w:ascii="Times New Roman" w:hAnsi="Times New Roman" w:cs="Times New Roman"/>
          <w:b/>
          <w:sz w:val="24"/>
          <w:szCs w:val="24"/>
        </w:rPr>
        <w:t xml:space="preserve"> </w:t>
      </w:r>
      <w:r w:rsidR="00976514">
        <w:rPr>
          <w:rFonts w:ascii="Times New Roman" w:hAnsi="Times New Roman" w:cs="Times New Roman"/>
          <w:b/>
          <w:sz w:val="24"/>
          <w:szCs w:val="24"/>
        </w:rPr>
        <w:t>тип 5</w:t>
      </w:r>
    </w:p>
    <w:p w14:paraId="67A81B2D" w14:textId="0CAF0F94" w:rsidR="00FF6C2E" w:rsidRDefault="00FF6C2E" w:rsidP="002927AB">
      <w:pPr>
        <w:pStyle w:val="ConsPlusNormal"/>
        <w:ind w:firstLine="0"/>
        <w:jc w:val="both"/>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954"/>
        <w:gridCol w:w="2835"/>
      </w:tblGrid>
      <w:tr w:rsidR="00FF6C2E" w:rsidRPr="00A02AD8" w14:paraId="36103AAA" w14:textId="77777777" w:rsidTr="00ED1D20">
        <w:tc>
          <w:tcPr>
            <w:tcW w:w="567" w:type="dxa"/>
            <w:vAlign w:val="center"/>
          </w:tcPr>
          <w:p w14:paraId="372787A2" w14:textId="77777777" w:rsidR="00FF6C2E" w:rsidRPr="00A02AD8" w:rsidRDefault="00FF6C2E" w:rsidP="002C5100">
            <w:pPr>
              <w:pStyle w:val="a8"/>
              <w:rPr>
                <w:rFonts w:cs="Times New Roman"/>
                <w:b w:val="0"/>
              </w:rPr>
            </w:pPr>
            <w:r w:rsidRPr="00A02AD8">
              <w:rPr>
                <w:rFonts w:cs="Times New Roman"/>
              </w:rPr>
              <w:t>№ п/п</w:t>
            </w:r>
          </w:p>
        </w:tc>
        <w:tc>
          <w:tcPr>
            <w:tcW w:w="5954" w:type="dxa"/>
            <w:vAlign w:val="center"/>
          </w:tcPr>
          <w:p w14:paraId="028B161E" w14:textId="77777777" w:rsidR="00FF6C2E" w:rsidRPr="00A02AD8" w:rsidRDefault="00FF6C2E" w:rsidP="002C5100">
            <w:pPr>
              <w:pStyle w:val="a8"/>
              <w:rPr>
                <w:rFonts w:cs="Times New Roman"/>
                <w:b w:val="0"/>
              </w:rPr>
            </w:pPr>
            <w:r w:rsidRPr="00A02AD8">
              <w:rPr>
                <w:rFonts w:cs="Times New Roman"/>
              </w:rPr>
              <w:t>Характеристики Товара в соответствии с параметрами эквивалентности, установленными в Техническом задании</w:t>
            </w:r>
          </w:p>
        </w:tc>
        <w:tc>
          <w:tcPr>
            <w:tcW w:w="2835" w:type="dxa"/>
            <w:vAlign w:val="center"/>
          </w:tcPr>
          <w:p w14:paraId="2CDC1C38" w14:textId="77777777" w:rsidR="00FF6C2E" w:rsidRPr="00A02AD8" w:rsidRDefault="00FF6C2E" w:rsidP="002C5100">
            <w:pPr>
              <w:pStyle w:val="a8"/>
              <w:rPr>
                <w:rFonts w:cs="Times New Roman"/>
              </w:rPr>
            </w:pPr>
            <w:r w:rsidRPr="00A02AD8">
              <w:rPr>
                <w:rFonts w:cs="Times New Roman"/>
              </w:rPr>
              <w:t xml:space="preserve">Значение характеристики Товара в соответствии с </w:t>
            </w:r>
          </w:p>
          <w:p w14:paraId="13336757" w14:textId="77777777" w:rsidR="00FF6C2E" w:rsidRPr="00A02AD8" w:rsidRDefault="00FF6C2E" w:rsidP="002C5100">
            <w:pPr>
              <w:pStyle w:val="a8"/>
              <w:rPr>
                <w:rFonts w:cs="Times New Roman"/>
                <w:b w:val="0"/>
              </w:rPr>
            </w:pPr>
            <w:r w:rsidRPr="00A02AD8">
              <w:rPr>
                <w:rFonts w:cs="Times New Roman"/>
              </w:rPr>
              <w:t>значениями параметров эквивалентности Товара*</w:t>
            </w:r>
          </w:p>
        </w:tc>
      </w:tr>
      <w:tr w:rsidR="00FF6C2E" w:rsidRPr="00A02AD8" w14:paraId="5AFD1B3F" w14:textId="77777777" w:rsidTr="00ED1D20">
        <w:trPr>
          <w:tblHeader/>
        </w:trPr>
        <w:tc>
          <w:tcPr>
            <w:tcW w:w="9356" w:type="dxa"/>
            <w:gridSpan w:val="3"/>
            <w:vAlign w:val="center"/>
          </w:tcPr>
          <w:p w14:paraId="27A75F3B" w14:textId="77777777" w:rsidR="00FF6C2E" w:rsidRPr="00A02AD8" w:rsidRDefault="00FF6C2E" w:rsidP="00FF6C2E">
            <w:pPr>
              <w:pStyle w:val="a8"/>
              <w:jc w:val="left"/>
              <w:rPr>
                <w:rFonts w:cs="Times New Roman"/>
              </w:rPr>
            </w:pPr>
            <w:r w:rsidRPr="00A02AD8">
              <w:rPr>
                <w:rFonts w:cs="Times New Roman"/>
                <w:color w:val="000000"/>
              </w:rPr>
              <w:t xml:space="preserve">Сервер тип 5 </w:t>
            </w:r>
            <w:r w:rsidRPr="00A02AD8">
              <w:rPr>
                <w:rFonts w:cs="Times New Roman"/>
              </w:rPr>
              <w:t>со следующими характеристиками:</w:t>
            </w:r>
          </w:p>
        </w:tc>
      </w:tr>
      <w:tr w:rsidR="00FF6C2E" w:rsidRPr="00A02AD8" w14:paraId="5EFB289A" w14:textId="77777777" w:rsidTr="00ED1D20">
        <w:tc>
          <w:tcPr>
            <w:tcW w:w="567" w:type="dxa"/>
            <w:vAlign w:val="center"/>
          </w:tcPr>
          <w:p w14:paraId="3B0B1E4C" w14:textId="77777777" w:rsidR="00FF6C2E" w:rsidRPr="00A02AD8" w:rsidRDefault="00FF6C2E" w:rsidP="0079513A">
            <w:pPr>
              <w:pStyle w:val="a1"/>
              <w:numPr>
                <w:ilvl w:val="0"/>
                <w:numId w:val="0"/>
              </w:numPr>
              <w:rPr>
                <w:rFonts w:cs="Times New Roman"/>
                <w:lang w:val="ru-RU"/>
              </w:rPr>
            </w:pPr>
            <w:r w:rsidRPr="00A02AD8">
              <w:rPr>
                <w:rFonts w:cs="Times New Roman"/>
                <w:lang w:val="ru-RU"/>
              </w:rPr>
              <w:t>1</w:t>
            </w:r>
          </w:p>
        </w:tc>
        <w:tc>
          <w:tcPr>
            <w:tcW w:w="5954" w:type="dxa"/>
            <w:vAlign w:val="center"/>
          </w:tcPr>
          <w:p w14:paraId="34961E5B" w14:textId="77777777" w:rsidR="00FF6C2E" w:rsidRPr="00A02AD8" w:rsidRDefault="00FF6C2E" w:rsidP="002C5100">
            <w:pPr>
              <w:pStyle w:val="aa"/>
              <w:rPr>
                <w:rFonts w:cs="Times New Roman"/>
              </w:rPr>
            </w:pPr>
            <w:r w:rsidRPr="00A02AD8">
              <w:rPr>
                <w:rFonts w:eastAsiaTheme="minorEastAsia" w:cs="Times New Roman"/>
              </w:rPr>
              <w:t>Сервер стандартной архитектуры x86</w:t>
            </w:r>
          </w:p>
        </w:tc>
        <w:tc>
          <w:tcPr>
            <w:tcW w:w="2835" w:type="dxa"/>
            <w:vAlign w:val="center"/>
          </w:tcPr>
          <w:p w14:paraId="7E174D3D" w14:textId="77777777" w:rsidR="00FF6C2E" w:rsidRPr="00A02AD8" w:rsidRDefault="00FF6C2E" w:rsidP="00DC34CE">
            <w:pPr>
              <w:pStyle w:val="aa"/>
              <w:jc w:val="center"/>
              <w:rPr>
                <w:rFonts w:cs="Times New Roman"/>
              </w:rPr>
            </w:pPr>
            <w:r w:rsidRPr="00A02AD8">
              <w:rPr>
                <w:rFonts w:cs="Times New Roman"/>
              </w:rPr>
              <w:t>Соответствует</w:t>
            </w:r>
          </w:p>
        </w:tc>
      </w:tr>
      <w:tr w:rsidR="00FF6C2E" w:rsidRPr="00A02AD8" w14:paraId="2BD2342D" w14:textId="77777777" w:rsidTr="00ED1D20">
        <w:tc>
          <w:tcPr>
            <w:tcW w:w="567" w:type="dxa"/>
            <w:vAlign w:val="center"/>
          </w:tcPr>
          <w:p w14:paraId="64517722" w14:textId="77777777" w:rsidR="00FF6C2E" w:rsidRPr="00A02AD8" w:rsidRDefault="00FF6C2E" w:rsidP="0079513A">
            <w:pPr>
              <w:pStyle w:val="a1"/>
              <w:numPr>
                <w:ilvl w:val="0"/>
                <w:numId w:val="0"/>
              </w:numPr>
              <w:rPr>
                <w:rFonts w:cs="Times New Roman"/>
                <w:lang w:val="ru-RU"/>
              </w:rPr>
            </w:pPr>
            <w:r w:rsidRPr="00A02AD8">
              <w:rPr>
                <w:rFonts w:cs="Times New Roman"/>
                <w:lang w:val="ru-RU"/>
              </w:rPr>
              <w:t>2</w:t>
            </w:r>
          </w:p>
        </w:tc>
        <w:tc>
          <w:tcPr>
            <w:tcW w:w="5954" w:type="dxa"/>
          </w:tcPr>
          <w:p w14:paraId="24542F5E" w14:textId="77777777" w:rsidR="00FF6C2E" w:rsidRPr="00A02AD8" w:rsidRDefault="00FF6C2E" w:rsidP="002C5100">
            <w:pPr>
              <w:pStyle w:val="aa"/>
              <w:rPr>
                <w:rFonts w:cs="Times New Roman"/>
              </w:rPr>
            </w:pPr>
            <w:r w:rsidRPr="00A02AD8">
              <w:rPr>
                <w:rFonts w:eastAsiaTheme="minorEastAsia" w:cs="Times New Roman"/>
              </w:rPr>
              <w:t>Форм-фактор, юнитов:</w:t>
            </w:r>
          </w:p>
        </w:tc>
        <w:tc>
          <w:tcPr>
            <w:tcW w:w="2835" w:type="dxa"/>
            <w:vAlign w:val="center"/>
          </w:tcPr>
          <w:p w14:paraId="4CA9DEB9" w14:textId="35A83A19" w:rsidR="00FF6C2E" w:rsidRPr="00A02AD8" w:rsidRDefault="00E75884" w:rsidP="00DC34CE">
            <w:pPr>
              <w:pStyle w:val="aa"/>
              <w:jc w:val="center"/>
              <w:rPr>
                <w:rFonts w:cs="Times New Roman"/>
              </w:rPr>
            </w:pPr>
            <w:r>
              <w:t>__________</w:t>
            </w:r>
            <w:r w:rsidR="00FF6C2E" w:rsidRPr="00A02AD8">
              <w:rPr>
                <w:rFonts w:eastAsiaTheme="minorEastAsia" w:cs="Times New Roman"/>
              </w:rPr>
              <w:t>*</w:t>
            </w:r>
          </w:p>
        </w:tc>
      </w:tr>
      <w:tr w:rsidR="00FF6C2E" w:rsidRPr="00A02AD8" w14:paraId="14920683" w14:textId="77777777" w:rsidTr="00ED1D20">
        <w:tc>
          <w:tcPr>
            <w:tcW w:w="567" w:type="dxa"/>
            <w:vAlign w:val="center"/>
          </w:tcPr>
          <w:p w14:paraId="3A287B70" w14:textId="77777777" w:rsidR="00FF6C2E" w:rsidRPr="00A02AD8" w:rsidRDefault="00FF6C2E" w:rsidP="0079513A">
            <w:pPr>
              <w:pStyle w:val="a1"/>
              <w:numPr>
                <w:ilvl w:val="0"/>
                <w:numId w:val="0"/>
              </w:numPr>
              <w:rPr>
                <w:rFonts w:cs="Times New Roman"/>
                <w:lang w:val="ru-RU"/>
              </w:rPr>
            </w:pPr>
            <w:r w:rsidRPr="00A02AD8">
              <w:rPr>
                <w:rFonts w:cs="Times New Roman"/>
                <w:lang w:val="ru-RU"/>
              </w:rPr>
              <w:t>3</w:t>
            </w:r>
          </w:p>
        </w:tc>
        <w:tc>
          <w:tcPr>
            <w:tcW w:w="5954" w:type="dxa"/>
          </w:tcPr>
          <w:p w14:paraId="3E145067" w14:textId="77777777" w:rsidR="00FF6C2E" w:rsidRPr="00A02AD8" w:rsidRDefault="00FF6C2E" w:rsidP="002C5100">
            <w:pPr>
              <w:pStyle w:val="aa"/>
              <w:rPr>
                <w:rFonts w:cs="Times New Roman"/>
              </w:rPr>
            </w:pPr>
            <w:r w:rsidRPr="00A02AD8">
              <w:rPr>
                <w:rFonts w:eastAsiaTheme="minorEastAsia" w:cs="Times New Roman"/>
              </w:rPr>
              <w:t>1 процессор</w:t>
            </w:r>
          </w:p>
        </w:tc>
        <w:tc>
          <w:tcPr>
            <w:tcW w:w="2835" w:type="dxa"/>
            <w:vAlign w:val="center"/>
          </w:tcPr>
          <w:p w14:paraId="2C5D5BA8" w14:textId="77777777" w:rsidR="00FF6C2E" w:rsidRPr="00A02AD8" w:rsidRDefault="00FF6C2E" w:rsidP="00DC34CE">
            <w:pPr>
              <w:pStyle w:val="aa"/>
              <w:jc w:val="center"/>
              <w:rPr>
                <w:rFonts w:cs="Times New Roman"/>
              </w:rPr>
            </w:pPr>
            <w:r w:rsidRPr="00A02AD8">
              <w:rPr>
                <w:rFonts w:cs="Times New Roman"/>
              </w:rPr>
              <w:t>Соответствует</w:t>
            </w:r>
          </w:p>
        </w:tc>
      </w:tr>
      <w:tr w:rsidR="00E75884" w:rsidRPr="00A02AD8" w14:paraId="76F86C1C" w14:textId="77777777" w:rsidTr="00ED1D20">
        <w:tc>
          <w:tcPr>
            <w:tcW w:w="567" w:type="dxa"/>
            <w:vAlign w:val="center"/>
          </w:tcPr>
          <w:p w14:paraId="41109832" w14:textId="77777777" w:rsidR="00E75884" w:rsidRPr="00A02AD8" w:rsidRDefault="00E75884" w:rsidP="00E75884">
            <w:pPr>
              <w:pStyle w:val="a1"/>
              <w:numPr>
                <w:ilvl w:val="0"/>
                <w:numId w:val="0"/>
              </w:numPr>
              <w:rPr>
                <w:rFonts w:cs="Times New Roman"/>
                <w:lang w:val="ru-RU"/>
              </w:rPr>
            </w:pPr>
            <w:r w:rsidRPr="00A02AD8">
              <w:rPr>
                <w:rFonts w:cs="Times New Roman"/>
                <w:lang w:val="ru-RU"/>
              </w:rPr>
              <w:t>4</w:t>
            </w:r>
          </w:p>
        </w:tc>
        <w:tc>
          <w:tcPr>
            <w:tcW w:w="5954" w:type="dxa"/>
          </w:tcPr>
          <w:p w14:paraId="34AB9061" w14:textId="77777777" w:rsidR="00E75884" w:rsidRPr="00A02AD8" w:rsidRDefault="00E75884" w:rsidP="00E75884">
            <w:pPr>
              <w:tabs>
                <w:tab w:val="left" w:pos="250"/>
              </w:tabs>
              <w:spacing w:after="0" w:line="240" w:lineRule="auto"/>
              <w:contextualSpacing/>
              <w:jc w:val="both"/>
              <w:rPr>
                <w:rFonts w:ascii="Times New Roman" w:hAnsi="Times New Roman"/>
                <w:highlight w:val="yellow"/>
              </w:rPr>
            </w:pPr>
            <w:r w:rsidRPr="00A02AD8">
              <w:rPr>
                <w:rFonts w:ascii="Times New Roman" w:eastAsiaTheme="minorEastAsia" w:hAnsi="Times New Roman"/>
              </w:rPr>
              <w:t>Каждый процессор, количество ядер:</w:t>
            </w:r>
          </w:p>
        </w:tc>
        <w:tc>
          <w:tcPr>
            <w:tcW w:w="2835" w:type="dxa"/>
            <w:vAlign w:val="center"/>
          </w:tcPr>
          <w:p w14:paraId="34CEA764" w14:textId="392FF537" w:rsidR="00E75884" w:rsidRPr="00A02AD8" w:rsidRDefault="00E75884" w:rsidP="00E75884">
            <w:pPr>
              <w:pStyle w:val="aa"/>
              <w:jc w:val="center"/>
              <w:rPr>
                <w:rFonts w:cs="Times New Roman"/>
                <w:highlight w:val="yellow"/>
              </w:rPr>
            </w:pPr>
            <w:r>
              <w:t>__________</w:t>
            </w:r>
            <w:r w:rsidRPr="00293A59">
              <w:rPr>
                <w:rFonts w:cs="Times New Roman"/>
              </w:rPr>
              <w:t>*</w:t>
            </w:r>
          </w:p>
        </w:tc>
      </w:tr>
      <w:tr w:rsidR="00E75884" w:rsidRPr="00A02AD8" w14:paraId="27C81302" w14:textId="77777777" w:rsidTr="00ED1D20">
        <w:tc>
          <w:tcPr>
            <w:tcW w:w="567" w:type="dxa"/>
            <w:vAlign w:val="center"/>
          </w:tcPr>
          <w:p w14:paraId="335864A2" w14:textId="77777777" w:rsidR="00E75884" w:rsidRPr="00A02AD8" w:rsidRDefault="00E75884" w:rsidP="00E75884">
            <w:pPr>
              <w:pStyle w:val="a1"/>
              <w:numPr>
                <w:ilvl w:val="0"/>
                <w:numId w:val="0"/>
              </w:numPr>
              <w:rPr>
                <w:rFonts w:cs="Times New Roman"/>
                <w:lang w:val="ru-RU"/>
              </w:rPr>
            </w:pPr>
            <w:r w:rsidRPr="00A02AD8">
              <w:rPr>
                <w:rFonts w:cs="Times New Roman"/>
                <w:lang w:val="ru-RU"/>
              </w:rPr>
              <w:t>5</w:t>
            </w:r>
          </w:p>
        </w:tc>
        <w:tc>
          <w:tcPr>
            <w:tcW w:w="5954" w:type="dxa"/>
            <w:vAlign w:val="center"/>
          </w:tcPr>
          <w:p w14:paraId="61197B6F" w14:textId="77777777" w:rsidR="00E75884" w:rsidRPr="00A02AD8" w:rsidRDefault="00E75884" w:rsidP="00E75884">
            <w:pPr>
              <w:tabs>
                <w:tab w:val="left" w:pos="250"/>
              </w:tabs>
              <w:spacing w:after="0" w:line="240" w:lineRule="auto"/>
              <w:contextualSpacing/>
              <w:jc w:val="both"/>
              <w:rPr>
                <w:rFonts w:ascii="Times New Roman" w:eastAsiaTheme="minorEastAsia" w:hAnsi="Times New Roman"/>
              </w:rPr>
            </w:pPr>
            <w:r w:rsidRPr="00A02AD8">
              <w:rPr>
                <w:rFonts w:ascii="Times New Roman" w:eastAsiaTheme="minorEastAsia" w:hAnsi="Times New Roman"/>
              </w:rPr>
              <w:t>Каждый процессор, количество потоков:</w:t>
            </w:r>
          </w:p>
        </w:tc>
        <w:tc>
          <w:tcPr>
            <w:tcW w:w="2835" w:type="dxa"/>
            <w:vAlign w:val="center"/>
          </w:tcPr>
          <w:p w14:paraId="29A13056" w14:textId="29D403FA" w:rsidR="00E75884" w:rsidRPr="00A02AD8" w:rsidRDefault="00E75884" w:rsidP="00E75884">
            <w:pPr>
              <w:pStyle w:val="aa"/>
              <w:jc w:val="center"/>
              <w:rPr>
                <w:rFonts w:cs="Times New Roman"/>
              </w:rPr>
            </w:pPr>
            <w:r>
              <w:t>__________</w:t>
            </w:r>
            <w:r w:rsidRPr="00293A59">
              <w:rPr>
                <w:rFonts w:cs="Times New Roman"/>
              </w:rPr>
              <w:t>*</w:t>
            </w:r>
          </w:p>
        </w:tc>
      </w:tr>
      <w:tr w:rsidR="00E75884" w:rsidRPr="00A02AD8" w14:paraId="475FCB6F" w14:textId="77777777" w:rsidTr="00ED1D20">
        <w:tc>
          <w:tcPr>
            <w:tcW w:w="567" w:type="dxa"/>
            <w:vAlign w:val="center"/>
          </w:tcPr>
          <w:p w14:paraId="418DFD4E" w14:textId="77777777" w:rsidR="00E75884" w:rsidRPr="00A02AD8" w:rsidRDefault="00E75884" w:rsidP="00E75884">
            <w:pPr>
              <w:pStyle w:val="a1"/>
              <w:numPr>
                <w:ilvl w:val="0"/>
                <w:numId w:val="0"/>
              </w:numPr>
              <w:rPr>
                <w:rFonts w:cs="Times New Roman"/>
                <w:lang w:val="ru-RU"/>
              </w:rPr>
            </w:pPr>
            <w:r w:rsidRPr="00A02AD8">
              <w:rPr>
                <w:rFonts w:cs="Times New Roman"/>
                <w:lang w:val="ru-RU"/>
              </w:rPr>
              <w:t>6</w:t>
            </w:r>
          </w:p>
        </w:tc>
        <w:tc>
          <w:tcPr>
            <w:tcW w:w="5954" w:type="dxa"/>
            <w:vAlign w:val="center"/>
          </w:tcPr>
          <w:p w14:paraId="7F3B8168" w14:textId="77777777" w:rsidR="00E75884" w:rsidRPr="00A02AD8" w:rsidRDefault="00E75884" w:rsidP="00E75884">
            <w:pPr>
              <w:tabs>
                <w:tab w:val="left" w:pos="250"/>
              </w:tabs>
              <w:spacing w:after="0" w:line="240" w:lineRule="auto"/>
              <w:contextualSpacing/>
              <w:jc w:val="both"/>
              <w:rPr>
                <w:rFonts w:ascii="Times New Roman" w:eastAsiaTheme="minorEastAsia" w:hAnsi="Times New Roman"/>
              </w:rPr>
            </w:pPr>
            <w:r w:rsidRPr="00A02AD8">
              <w:rPr>
                <w:rFonts w:ascii="Times New Roman" w:eastAsiaTheme="minorEastAsia" w:hAnsi="Times New Roman"/>
              </w:rPr>
              <w:t>Каждый процессор, частота ГГц:</w:t>
            </w:r>
          </w:p>
        </w:tc>
        <w:tc>
          <w:tcPr>
            <w:tcW w:w="2835" w:type="dxa"/>
            <w:vAlign w:val="center"/>
          </w:tcPr>
          <w:p w14:paraId="28E07E73" w14:textId="0A9F4240" w:rsidR="00E75884" w:rsidRPr="00A02AD8" w:rsidRDefault="00E75884" w:rsidP="00E75884">
            <w:pPr>
              <w:pStyle w:val="aa"/>
              <w:jc w:val="center"/>
              <w:rPr>
                <w:rFonts w:cs="Times New Roman"/>
              </w:rPr>
            </w:pPr>
            <w:r>
              <w:t>__________</w:t>
            </w:r>
            <w:r w:rsidRPr="00293A59">
              <w:rPr>
                <w:rFonts w:cs="Times New Roman"/>
              </w:rPr>
              <w:t>*</w:t>
            </w:r>
          </w:p>
        </w:tc>
      </w:tr>
      <w:tr w:rsidR="00E75884" w:rsidRPr="00A02AD8" w14:paraId="71FD74FC" w14:textId="77777777" w:rsidTr="00ED1D20">
        <w:tc>
          <w:tcPr>
            <w:tcW w:w="567" w:type="dxa"/>
            <w:vAlign w:val="center"/>
          </w:tcPr>
          <w:p w14:paraId="410C2A01" w14:textId="77777777" w:rsidR="00E75884" w:rsidRPr="00A02AD8" w:rsidRDefault="00E75884" w:rsidP="00E75884">
            <w:pPr>
              <w:pStyle w:val="a1"/>
              <w:numPr>
                <w:ilvl w:val="0"/>
                <w:numId w:val="0"/>
              </w:numPr>
              <w:rPr>
                <w:rFonts w:cs="Times New Roman"/>
                <w:lang w:val="ru-RU"/>
              </w:rPr>
            </w:pPr>
            <w:r w:rsidRPr="00A02AD8">
              <w:rPr>
                <w:rFonts w:cs="Times New Roman"/>
                <w:lang w:val="ru-RU"/>
              </w:rPr>
              <w:t>7</w:t>
            </w:r>
          </w:p>
        </w:tc>
        <w:tc>
          <w:tcPr>
            <w:tcW w:w="5954" w:type="dxa"/>
            <w:vAlign w:val="center"/>
          </w:tcPr>
          <w:p w14:paraId="0AB4498D" w14:textId="77777777" w:rsidR="00E75884" w:rsidRPr="00A02AD8" w:rsidRDefault="00E75884" w:rsidP="00E75884">
            <w:pPr>
              <w:tabs>
                <w:tab w:val="left" w:pos="250"/>
              </w:tabs>
              <w:spacing w:after="0" w:line="240" w:lineRule="auto"/>
              <w:contextualSpacing/>
              <w:jc w:val="both"/>
              <w:rPr>
                <w:rFonts w:ascii="Times New Roman" w:eastAsiaTheme="minorEastAsia" w:hAnsi="Times New Roman"/>
              </w:rPr>
            </w:pPr>
            <w:r w:rsidRPr="00A02AD8">
              <w:rPr>
                <w:rFonts w:ascii="Times New Roman" w:eastAsiaTheme="minorEastAsia" w:hAnsi="Times New Roman"/>
              </w:rPr>
              <w:t>Объём установленной оперативной памяти, ГБ:</w:t>
            </w:r>
          </w:p>
        </w:tc>
        <w:tc>
          <w:tcPr>
            <w:tcW w:w="2835" w:type="dxa"/>
            <w:vAlign w:val="center"/>
          </w:tcPr>
          <w:p w14:paraId="417649E4" w14:textId="6819BB3A" w:rsidR="00E75884" w:rsidRPr="00A02AD8" w:rsidRDefault="00E75884" w:rsidP="00E75884">
            <w:pPr>
              <w:pStyle w:val="aa"/>
              <w:jc w:val="center"/>
              <w:rPr>
                <w:rFonts w:cs="Times New Roman"/>
                <w:highlight w:val="yellow"/>
              </w:rPr>
            </w:pPr>
            <w:r>
              <w:t>__________</w:t>
            </w:r>
            <w:r w:rsidRPr="00293A59">
              <w:rPr>
                <w:rFonts w:eastAsiaTheme="minorEastAsia" w:cs="Times New Roman"/>
              </w:rPr>
              <w:t>*</w:t>
            </w:r>
          </w:p>
        </w:tc>
      </w:tr>
      <w:tr w:rsidR="00E75884" w:rsidRPr="00A02AD8" w14:paraId="7CBA223D" w14:textId="77777777" w:rsidTr="00ED1D20">
        <w:tc>
          <w:tcPr>
            <w:tcW w:w="567" w:type="dxa"/>
            <w:vAlign w:val="center"/>
          </w:tcPr>
          <w:p w14:paraId="237DDA7D" w14:textId="77777777" w:rsidR="00E75884" w:rsidRPr="00A02AD8" w:rsidRDefault="00E75884" w:rsidP="00E75884">
            <w:pPr>
              <w:pStyle w:val="a1"/>
              <w:numPr>
                <w:ilvl w:val="0"/>
                <w:numId w:val="0"/>
              </w:numPr>
              <w:rPr>
                <w:rFonts w:cs="Times New Roman"/>
                <w:lang w:val="ru-RU"/>
              </w:rPr>
            </w:pPr>
            <w:r w:rsidRPr="00A02AD8">
              <w:rPr>
                <w:rFonts w:cs="Times New Roman"/>
                <w:lang w:val="ru-RU"/>
              </w:rPr>
              <w:t>8</w:t>
            </w:r>
          </w:p>
        </w:tc>
        <w:tc>
          <w:tcPr>
            <w:tcW w:w="5954" w:type="dxa"/>
            <w:vAlign w:val="center"/>
          </w:tcPr>
          <w:p w14:paraId="2E33B977" w14:textId="77777777" w:rsidR="00E75884" w:rsidRPr="00A02AD8" w:rsidRDefault="00E75884" w:rsidP="00E75884">
            <w:pPr>
              <w:pStyle w:val="aa"/>
              <w:rPr>
                <w:rFonts w:eastAsiaTheme="minorEastAsia" w:cs="Times New Roman"/>
              </w:rPr>
            </w:pPr>
            <w:r w:rsidRPr="00A02AD8">
              <w:rPr>
                <w:rFonts w:eastAsiaTheme="minorEastAsia" w:cs="Times New Roman"/>
              </w:rPr>
              <w:t>Тип установленной оперативной памяти:</w:t>
            </w:r>
          </w:p>
        </w:tc>
        <w:tc>
          <w:tcPr>
            <w:tcW w:w="2835" w:type="dxa"/>
            <w:vAlign w:val="center"/>
          </w:tcPr>
          <w:p w14:paraId="115ECBB9" w14:textId="6631A0C3" w:rsidR="00E75884" w:rsidRPr="00A02AD8" w:rsidRDefault="00E75884" w:rsidP="00E75884">
            <w:pPr>
              <w:pStyle w:val="aa"/>
              <w:jc w:val="center"/>
              <w:rPr>
                <w:rFonts w:cs="Times New Roman"/>
                <w:highlight w:val="yellow"/>
              </w:rPr>
            </w:pPr>
            <w:r>
              <w:t>__________</w:t>
            </w:r>
            <w:r w:rsidRPr="00755588">
              <w:rPr>
                <w:rFonts w:eastAsiaTheme="minorEastAsia" w:cs="Times New Roman"/>
              </w:rPr>
              <w:t>*</w:t>
            </w:r>
          </w:p>
        </w:tc>
      </w:tr>
      <w:tr w:rsidR="00E75884" w:rsidRPr="00A02AD8" w14:paraId="4E1B613A" w14:textId="77777777" w:rsidTr="00ED1D20">
        <w:tc>
          <w:tcPr>
            <w:tcW w:w="567" w:type="dxa"/>
            <w:vAlign w:val="center"/>
          </w:tcPr>
          <w:p w14:paraId="0BC07A8B" w14:textId="77777777" w:rsidR="00E75884" w:rsidRPr="00A02AD8" w:rsidRDefault="00E75884" w:rsidP="00E75884">
            <w:pPr>
              <w:pStyle w:val="a1"/>
              <w:numPr>
                <w:ilvl w:val="0"/>
                <w:numId w:val="0"/>
              </w:numPr>
              <w:rPr>
                <w:rFonts w:cs="Times New Roman"/>
                <w:lang w:val="ru-RU"/>
              </w:rPr>
            </w:pPr>
            <w:r w:rsidRPr="00A02AD8">
              <w:rPr>
                <w:rFonts w:cs="Times New Roman"/>
                <w:lang w:val="ru-RU"/>
              </w:rPr>
              <w:t>9</w:t>
            </w:r>
          </w:p>
        </w:tc>
        <w:tc>
          <w:tcPr>
            <w:tcW w:w="5954" w:type="dxa"/>
            <w:vAlign w:val="center"/>
          </w:tcPr>
          <w:p w14:paraId="7229EE0D" w14:textId="77777777" w:rsidR="00E75884" w:rsidRPr="00A02AD8" w:rsidRDefault="00E75884" w:rsidP="00E75884">
            <w:pPr>
              <w:pStyle w:val="aa"/>
              <w:rPr>
                <w:rFonts w:cs="Times New Roman"/>
                <w:highlight w:val="yellow"/>
              </w:rPr>
            </w:pPr>
            <w:r w:rsidRPr="00A02AD8">
              <w:rPr>
                <w:rFonts w:eastAsiaTheme="minorEastAsia" w:cs="Times New Roman"/>
              </w:rPr>
              <w:t xml:space="preserve">Накопители </w:t>
            </w:r>
            <w:r w:rsidRPr="00A02AD8">
              <w:rPr>
                <w:rFonts w:eastAsiaTheme="minorEastAsia" w:cs="Times New Roman"/>
                <w:lang w:val="en-US"/>
              </w:rPr>
              <w:t>NVMe</w:t>
            </w:r>
            <w:r w:rsidRPr="00A02AD8">
              <w:rPr>
                <w:rFonts w:eastAsiaTheme="minorEastAsia" w:cs="Times New Roman"/>
              </w:rPr>
              <w:t>, шт.:</w:t>
            </w:r>
          </w:p>
        </w:tc>
        <w:tc>
          <w:tcPr>
            <w:tcW w:w="2835" w:type="dxa"/>
            <w:vAlign w:val="center"/>
          </w:tcPr>
          <w:p w14:paraId="4D9E5478" w14:textId="7990BF1A" w:rsidR="00E75884" w:rsidRPr="00A02AD8" w:rsidRDefault="00E75884" w:rsidP="00E75884">
            <w:pPr>
              <w:pStyle w:val="aa"/>
              <w:jc w:val="center"/>
              <w:rPr>
                <w:rFonts w:cs="Times New Roman"/>
                <w:highlight w:val="yellow"/>
              </w:rPr>
            </w:pPr>
            <w:r>
              <w:t>__________</w:t>
            </w:r>
            <w:r w:rsidRPr="00755588">
              <w:rPr>
                <w:rFonts w:eastAsiaTheme="minorEastAsia" w:cs="Times New Roman"/>
              </w:rPr>
              <w:t>*</w:t>
            </w:r>
          </w:p>
        </w:tc>
      </w:tr>
      <w:tr w:rsidR="00E75884" w:rsidRPr="00A02AD8" w14:paraId="645B79B1" w14:textId="77777777" w:rsidTr="00ED1D20">
        <w:tc>
          <w:tcPr>
            <w:tcW w:w="567" w:type="dxa"/>
            <w:vAlign w:val="center"/>
          </w:tcPr>
          <w:p w14:paraId="0B6DBB8D" w14:textId="77777777" w:rsidR="00E75884" w:rsidRPr="00A02AD8" w:rsidRDefault="00E75884" w:rsidP="00E75884">
            <w:pPr>
              <w:pStyle w:val="a1"/>
              <w:numPr>
                <w:ilvl w:val="0"/>
                <w:numId w:val="0"/>
              </w:numPr>
              <w:rPr>
                <w:rFonts w:cs="Times New Roman"/>
                <w:lang w:val="ru-RU"/>
              </w:rPr>
            </w:pPr>
            <w:r w:rsidRPr="00A02AD8">
              <w:rPr>
                <w:rFonts w:cs="Times New Roman"/>
                <w:lang w:val="ru-RU"/>
              </w:rPr>
              <w:t>10</w:t>
            </w:r>
          </w:p>
        </w:tc>
        <w:tc>
          <w:tcPr>
            <w:tcW w:w="5954" w:type="dxa"/>
            <w:vAlign w:val="center"/>
          </w:tcPr>
          <w:p w14:paraId="0BC0BCA9" w14:textId="77777777" w:rsidR="00E75884" w:rsidRPr="00A02AD8" w:rsidRDefault="00E75884" w:rsidP="00E75884">
            <w:pPr>
              <w:pStyle w:val="aa"/>
              <w:rPr>
                <w:rFonts w:eastAsiaTheme="minorEastAsia" w:cs="Times New Roman"/>
              </w:rPr>
            </w:pPr>
            <w:r w:rsidRPr="00A02AD8">
              <w:rPr>
                <w:rFonts w:eastAsiaTheme="minorEastAsia" w:cs="Times New Roman"/>
              </w:rPr>
              <w:t xml:space="preserve">Объём каждого из накопителей </w:t>
            </w:r>
            <w:r w:rsidRPr="00A02AD8">
              <w:rPr>
                <w:rFonts w:eastAsiaTheme="minorEastAsia" w:cs="Times New Roman"/>
                <w:lang w:val="en-US"/>
              </w:rPr>
              <w:t>NVMe</w:t>
            </w:r>
            <w:r w:rsidRPr="00A02AD8">
              <w:rPr>
                <w:rFonts w:eastAsiaTheme="minorEastAsia" w:cs="Times New Roman"/>
              </w:rPr>
              <w:t>, Гб:</w:t>
            </w:r>
          </w:p>
        </w:tc>
        <w:tc>
          <w:tcPr>
            <w:tcW w:w="2835" w:type="dxa"/>
            <w:vAlign w:val="center"/>
          </w:tcPr>
          <w:p w14:paraId="7C1247DA" w14:textId="424361D0" w:rsidR="00E75884" w:rsidRPr="00A02AD8" w:rsidRDefault="00E75884" w:rsidP="00E75884">
            <w:pPr>
              <w:pStyle w:val="aa"/>
              <w:jc w:val="center"/>
              <w:rPr>
                <w:rFonts w:cs="Times New Roman"/>
                <w:highlight w:val="yellow"/>
              </w:rPr>
            </w:pPr>
            <w:r>
              <w:t>__________</w:t>
            </w:r>
            <w:r w:rsidRPr="00293A59">
              <w:rPr>
                <w:rFonts w:eastAsiaTheme="minorEastAsia" w:cs="Times New Roman"/>
              </w:rPr>
              <w:t>*</w:t>
            </w:r>
          </w:p>
        </w:tc>
      </w:tr>
      <w:tr w:rsidR="00E75884" w:rsidRPr="00A02AD8" w14:paraId="1254567D" w14:textId="77777777" w:rsidTr="00ED1D20">
        <w:tc>
          <w:tcPr>
            <w:tcW w:w="567" w:type="dxa"/>
            <w:vAlign w:val="center"/>
          </w:tcPr>
          <w:p w14:paraId="2458731D" w14:textId="77777777" w:rsidR="00E75884" w:rsidRPr="00A02AD8" w:rsidRDefault="00E75884" w:rsidP="00E75884">
            <w:pPr>
              <w:pStyle w:val="a1"/>
              <w:numPr>
                <w:ilvl w:val="0"/>
                <w:numId w:val="0"/>
              </w:numPr>
              <w:rPr>
                <w:rFonts w:cs="Times New Roman"/>
                <w:lang w:val="ru-RU"/>
              </w:rPr>
            </w:pPr>
            <w:r w:rsidRPr="00A02AD8">
              <w:rPr>
                <w:rFonts w:cs="Times New Roman"/>
                <w:lang w:val="ru-RU"/>
              </w:rPr>
              <w:t>11</w:t>
            </w:r>
          </w:p>
        </w:tc>
        <w:tc>
          <w:tcPr>
            <w:tcW w:w="5954" w:type="dxa"/>
            <w:vAlign w:val="center"/>
          </w:tcPr>
          <w:p w14:paraId="7044E404" w14:textId="77777777" w:rsidR="00E75884" w:rsidRPr="00A02AD8" w:rsidRDefault="00E75884" w:rsidP="00E75884">
            <w:pPr>
              <w:pStyle w:val="aa"/>
              <w:rPr>
                <w:rFonts w:cs="Times New Roman"/>
                <w:highlight w:val="yellow"/>
              </w:rPr>
            </w:pPr>
            <w:r w:rsidRPr="00A02AD8">
              <w:rPr>
                <w:rFonts w:eastAsiaTheme="minorEastAsia" w:cs="Times New Roman"/>
              </w:rPr>
              <w:t xml:space="preserve">Ресурс каждого из накопителей </w:t>
            </w:r>
            <w:r w:rsidRPr="00A02AD8">
              <w:rPr>
                <w:rFonts w:eastAsiaTheme="minorEastAsia" w:cs="Times New Roman"/>
                <w:lang w:val="en-US"/>
              </w:rPr>
              <w:t>NVMe</w:t>
            </w:r>
            <w:r w:rsidRPr="00A02AD8">
              <w:rPr>
                <w:rFonts w:eastAsiaTheme="minorEastAsia" w:cs="Times New Roman"/>
              </w:rPr>
              <w:t>, DWPD (количество перезаписей всего объема накопителя в день в течении 5 лет):</w:t>
            </w:r>
          </w:p>
        </w:tc>
        <w:tc>
          <w:tcPr>
            <w:tcW w:w="2835" w:type="dxa"/>
            <w:vAlign w:val="center"/>
          </w:tcPr>
          <w:p w14:paraId="1DEC6E68" w14:textId="2525F492" w:rsidR="00E75884" w:rsidRPr="00A02AD8" w:rsidRDefault="00E75884" w:rsidP="00E75884">
            <w:pPr>
              <w:pStyle w:val="aa"/>
              <w:jc w:val="center"/>
              <w:rPr>
                <w:rFonts w:cs="Times New Roman"/>
                <w:highlight w:val="yellow"/>
              </w:rPr>
            </w:pPr>
            <w:r>
              <w:t>__________</w:t>
            </w:r>
            <w:r w:rsidRPr="00293A59">
              <w:rPr>
                <w:rFonts w:eastAsiaTheme="minorEastAsia" w:cs="Times New Roman"/>
              </w:rPr>
              <w:t>*</w:t>
            </w:r>
          </w:p>
        </w:tc>
      </w:tr>
      <w:tr w:rsidR="00FF6C2E" w:rsidRPr="00A02AD8" w14:paraId="3C944E1F" w14:textId="77777777" w:rsidTr="00ED1D20">
        <w:tc>
          <w:tcPr>
            <w:tcW w:w="567" w:type="dxa"/>
            <w:vAlign w:val="center"/>
          </w:tcPr>
          <w:p w14:paraId="4886B08F" w14:textId="77777777" w:rsidR="00FF6C2E" w:rsidRPr="00A02AD8" w:rsidRDefault="00FF6C2E" w:rsidP="0079513A">
            <w:pPr>
              <w:pStyle w:val="a1"/>
              <w:numPr>
                <w:ilvl w:val="0"/>
                <w:numId w:val="0"/>
              </w:numPr>
              <w:rPr>
                <w:rFonts w:cs="Times New Roman"/>
                <w:lang w:val="ru-RU"/>
              </w:rPr>
            </w:pPr>
            <w:r w:rsidRPr="00A02AD8">
              <w:rPr>
                <w:rFonts w:cs="Times New Roman"/>
                <w:lang w:val="ru-RU"/>
              </w:rPr>
              <w:t>12</w:t>
            </w:r>
          </w:p>
        </w:tc>
        <w:tc>
          <w:tcPr>
            <w:tcW w:w="5954" w:type="dxa"/>
            <w:vAlign w:val="center"/>
          </w:tcPr>
          <w:p w14:paraId="72302BCC" w14:textId="77777777" w:rsidR="00FF6C2E" w:rsidRPr="00A02AD8" w:rsidRDefault="00FF6C2E" w:rsidP="002C5100">
            <w:pPr>
              <w:pStyle w:val="aa"/>
              <w:rPr>
                <w:rFonts w:eastAsiaTheme="minorEastAsia" w:cs="Times New Roman"/>
              </w:rPr>
            </w:pPr>
            <w:r w:rsidRPr="00A02AD8">
              <w:rPr>
                <w:rFonts w:eastAsiaTheme="minorEastAsia" w:cs="Times New Roman"/>
              </w:rPr>
              <w:t xml:space="preserve">Установленные </w:t>
            </w:r>
            <w:r w:rsidRPr="00A02AD8">
              <w:rPr>
                <w:rFonts w:eastAsiaTheme="minorEastAsia" w:cs="Times New Roman"/>
                <w:lang w:val="en-US"/>
              </w:rPr>
              <w:t>NVMe</w:t>
            </w:r>
            <w:r w:rsidRPr="00A02AD8">
              <w:rPr>
                <w:rFonts w:eastAsiaTheme="minorEastAsia" w:cs="Times New Roman"/>
              </w:rPr>
              <w:t xml:space="preserve"> накопители должны иметь возможность объединения в RAID массив уровней 10</w:t>
            </w:r>
          </w:p>
        </w:tc>
        <w:tc>
          <w:tcPr>
            <w:tcW w:w="2835" w:type="dxa"/>
            <w:vAlign w:val="center"/>
          </w:tcPr>
          <w:p w14:paraId="3D0D26BF" w14:textId="77777777" w:rsidR="00FF6C2E" w:rsidRPr="00A02AD8" w:rsidRDefault="00FF6C2E" w:rsidP="00DC34CE">
            <w:pPr>
              <w:pStyle w:val="aa"/>
              <w:jc w:val="center"/>
              <w:rPr>
                <w:rFonts w:cs="Times New Roman"/>
                <w:highlight w:val="yellow"/>
              </w:rPr>
            </w:pPr>
            <w:r w:rsidRPr="00A02AD8">
              <w:rPr>
                <w:rFonts w:cs="Times New Roman"/>
              </w:rPr>
              <w:t>Соответствует</w:t>
            </w:r>
          </w:p>
        </w:tc>
      </w:tr>
      <w:tr w:rsidR="008A7B68" w:rsidRPr="00A02AD8" w14:paraId="14183100" w14:textId="77777777" w:rsidTr="00ED1D20">
        <w:tc>
          <w:tcPr>
            <w:tcW w:w="567" w:type="dxa"/>
            <w:vAlign w:val="center"/>
          </w:tcPr>
          <w:p w14:paraId="2085C1D9" w14:textId="77777777" w:rsidR="008A7B68" w:rsidRPr="00A02AD8" w:rsidRDefault="008A7B68" w:rsidP="008A7B68">
            <w:pPr>
              <w:pStyle w:val="a1"/>
              <w:numPr>
                <w:ilvl w:val="0"/>
                <w:numId w:val="0"/>
              </w:numPr>
              <w:rPr>
                <w:rFonts w:cs="Times New Roman"/>
                <w:lang w:val="ru-RU"/>
              </w:rPr>
            </w:pPr>
            <w:r w:rsidRPr="00A02AD8">
              <w:rPr>
                <w:rFonts w:cs="Times New Roman"/>
                <w:lang w:val="ru-RU"/>
              </w:rPr>
              <w:t>13</w:t>
            </w:r>
          </w:p>
        </w:tc>
        <w:tc>
          <w:tcPr>
            <w:tcW w:w="5954" w:type="dxa"/>
            <w:vAlign w:val="center"/>
          </w:tcPr>
          <w:p w14:paraId="466A595B" w14:textId="77777777" w:rsidR="008A7B68" w:rsidRPr="00A02AD8" w:rsidRDefault="008A7B68" w:rsidP="008A7B68">
            <w:pPr>
              <w:pStyle w:val="aa"/>
              <w:rPr>
                <w:rFonts w:cs="Times New Roman"/>
                <w:highlight w:val="yellow"/>
              </w:rPr>
            </w:pPr>
            <w:r w:rsidRPr="00A02AD8">
              <w:rPr>
                <w:rFonts w:eastAsiaTheme="minorEastAsia" w:cs="Times New Roman"/>
              </w:rPr>
              <w:t>Количество зарезервированных блоков питания, шт.:</w:t>
            </w:r>
          </w:p>
        </w:tc>
        <w:tc>
          <w:tcPr>
            <w:tcW w:w="2835" w:type="dxa"/>
            <w:vAlign w:val="center"/>
          </w:tcPr>
          <w:p w14:paraId="78F2C262" w14:textId="102B7D08" w:rsidR="008A7B68" w:rsidRPr="00A02AD8" w:rsidRDefault="008A7B68" w:rsidP="008A7B68">
            <w:pPr>
              <w:pStyle w:val="aa"/>
              <w:jc w:val="center"/>
              <w:rPr>
                <w:rFonts w:cs="Times New Roman"/>
                <w:highlight w:val="yellow"/>
              </w:rPr>
            </w:pPr>
            <w:r>
              <w:t>__________</w:t>
            </w:r>
            <w:r w:rsidRPr="00293A59">
              <w:rPr>
                <w:rFonts w:cs="Times New Roman"/>
              </w:rPr>
              <w:t>*</w:t>
            </w:r>
          </w:p>
        </w:tc>
      </w:tr>
      <w:tr w:rsidR="008A7B68" w:rsidRPr="00A02AD8" w14:paraId="3143253F" w14:textId="77777777" w:rsidTr="00ED1D20">
        <w:tc>
          <w:tcPr>
            <w:tcW w:w="567" w:type="dxa"/>
            <w:vAlign w:val="center"/>
          </w:tcPr>
          <w:p w14:paraId="7F1C892A" w14:textId="77777777" w:rsidR="008A7B68" w:rsidRPr="00A02AD8" w:rsidRDefault="008A7B68" w:rsidP="008A7B68">
            <w:pPr>
              <w:pStyle w:val="a1"/>
              <w:numPr>
                <w:ilvl w:val="0"/>
                <w:numId w:val="0"/>
              </w:numPr>
              <w:rPr>
                <w:rFonts w:cs="Times New Roman"/>
                <w:lang w:val="ru-RU"/>
              </w:rPr>
            </w:pPr>
            <w:r w:rsidRPr="00A02AD8">
              <w:rPr>
                <w:rFonts w:cs="Times New Roman"/>
                <w:lang w:val="ru-RU"/>
              </w:rPr>
              <w:t>14</w:t>
            </w:r>
          </w:p>
        </w:tc>
        <w:tc>
          <w:tcPr>
            <w:tcW w:w="5954" w:type="dxa"/>
            <w:vAlign w:val="center"/>
          </w:tcPr>
          <w:p w14:paraId="04C70AFF" w14:textId="77777777" w:rsidR="008A7B68" w:rsidRPr="00A02AD8" w:rsidRDefault="008A7B68" w:rsidP="008A7B68">
            <w:pPr>
              <w:pStyle w:val="aa"/>
              <w:rPr>
                <w:rFonts w:eastAsiaTheme="minorEastAsia" w:cs="Times New Roman"/>
              </w:rPr>
            </w:pPr>
            <w:r w:rsidRPr="00A02AD8">
              <w:rPr>
                <w:rFonts w:eastAsiaTheme="minorEastAsia" w:cs="Times New Roman"/>
              </w:rPr>
              <w:t>Стандарт каждого из зарезервированных блоков питания:</w:t>
            </w:r>
          </w:p>
        </w:tc>
        <w:tc>
          <w:tcPr>
            <w:tcW w:w="2835" w:type="dxa"/>
            <w:vAlign w:val="center"/>
          </w:tcPr>
          <w:p w14:paraId="62FD7A21" w14:textId="0E80E260" w:rsidR="008A7B68" w:rsidRPr="00A02AD8" w:rsidRDefault="008A7B68" w:rsidP="008A7B68">
            <w:pPr>
              <w:pStyle w:val="aa"/>
              <w:jc w:val="center"/>
              <w:rPr>
                <w:rFonts w:eastAsiaTheme="minorEastAsia" w:cs="Times New Roman"/>
              </w:rPr>
            </w:pPr>
            <w:r>
              <w:t>__________</w:t>
            </w:r>
            <w:r w:rsidRPr="00293A59">
              <w:rPr>
                <w:rFonts w:cs="Times New Roman"/>
              </w:rPr>
              <w:t>*</w:t>
            </w:r>
          </w:p>
        </w:tc>
      </w:tr>
      <w:tr w:rsidR="008A7B68" w:rsidRPr="00A02AD8" w14:paraId="6DD33E4E" w14:textId="77777777" w:rsidTr="00ED1D20">
        <w:tc>
          <w:tcPr>
            <w:tcW w:w="567" w:type="dxa"/>
            <w:vAlign w:val="center"/>
          </w:tcPr>
          <w:p w14:paraId="77F8B2E2" w14:textId="77777777" w:rsidR="008A7B68" w:rsidRPr="00A02AD8" w:rsidRDefault="008A7B68" w:rsidP="008A7B68">
            <w:pPr>
              <w:pStyle w:val="a1"/>
              <w:numPr>
                <w:ilvl w:val="0"/>
                <w:numId w:val="0"/>
              </w:numPr>
              <w:rPr>
                <w:rFonts w:cs="Times New Roman"/>
                <w:lang w:val="ru-RU"/>
              </w:rPr>
            </w:pPr>
            <w:r w:rsidRPr="00A02AD8">
              <w:rPr>
                <w:rFonts w:cs="Times New Roman"/>
                <w:lang w:val="ru-RU"/>
              </w:rPr>
              <w:t>15</w:t>
            </w:r>
          </w:p>
        </w:tc>
        <w:tc>
          <w:tcPr>
            <w:tcW w:w="5954" w:type="dxa"/>
            <w:vAlign w:val="center"/>
          </w:tcPr>
          <w:p w14:paraId="1AF36F81" w14:textId="77777777" w:rsidR="008A7B68" w:rsidRPr="00A02AD8" w:rsidRDefault="008A7B68" w:rsidP="008A7B68">
            <w:pPr>
              <w:pStyle w:val="aa"/>
              <w:rPr>
                <w:rFonts w:cs="Times New Roman"/>
                <w:highlight w:val="yellow"/>
              </w:rPr>
            </w:pPr>
            <w:r w:rsidRPr="00A02AD8">
              <w:rPr>
                <w:rFonts w:eastAsiaTheme="minorEastAsia" w:cs="Times New Roman"/>
              </w:rPr>
              <w:t>Мощность каждого из зарезервированных блоков питания, Ватт:</w:t>
            </w:r>
          </w:p>
        </w:tc>
        <w:tc>
          <w:tcPr>
            <w:tcW w:w="2835" w:type="dxa"/>
            <w:vAlign w:val="center"/>
          </w:tcPr>
          <w:p w14:paraId="080974D2" w14:textId="1F861249" w:rsidR="008A7B68" w:rsidRPr="00A02AD8" w:rsidRDefault="008A7B68" w:rsidP="008A7B68">
            <w:pPr>
              <w:pStyle w:val="aa"/>
              <w:jc w:val="center"/>
              <w:rPr>
                <w:rFonts w:cs="Times New Roman"/>
                <w:highlight w:val="yellow"/>
              </w:rPr>
            </w:pPr>
            <w:r>
              <w:t>__________</w:t>
            </w:r>
            <w:r w:rsidRPr="00293A59">
              <w:rPr>
                <w:rFonts w:cs="Times New Roman"/>
              </w:rPr>
              <w:t>*</w:t>
            </w:r>
          </w:p>
        </w:tc>
      </w:tr>
      <w:tr w:rsidR="00502092" w:rsidRPr="00A02AD8" w14:paraId="6F52AEA0" w14:textId="77777777" w:rsidTr="00ED1D20">
        <w:tc>
          <w:tcPr>
            <w:tcW w:w="567" w:type="dxa"/>
            <w:vAlign w:val="center"/>
          </w:tcPr>
          <w:p w14:paraId="5C0A2202" w14:textId="77777777" w:rsidR="00502092" w:rsidRPr="00A02AD8" w:rsidRDefault="00502092" w:rsidP="0079513A">
            <w:pPr>
              <w:pStyle w:val="a1"/>
              <w:numPr>
                <w:ilvl w:val="0"/>
                <w:numId w:val="0"/>
              </w:numPr>
              <w:rPr>
                <w:rFonts w:cs="Times New Roman"/>
                <w:lang w:val="ru-RU"/>
              </w:rPr>
            </w:pPr>
            <w:r w:rsidRPr="00A02AD8">
              <w:rPr>
                <w:rFonts w:cs="Times New Roman"/>
                <w:lang w:val="ru-RU"/>
              </w:rPr>
              <w:t>16</w:t>
            </w:r>
          </w:p>
        </w:tc>
        <w:tc>
          <w:tcPr>
            <w:tcW w:w="5954" w:type="dxa"/>
            <w:vAlign w:val="center"/>
          </w:tcPr>
          <w:p w14:paraId="0BC78152" w14:textId="77777777" w:rsidR="00502092" w:rsidRPr="00A02AD8" w:rsidRDefault="00502092" w:rsidP="00502092">
            <w:pPr>
              <w:pStyle w:val="aa"/>
              <w:rPr>
                <w:rFonts w:eastAsiaTheme="minorEastAsia" w:cs="Times New Roman"/>
              </w:rPr>
            </w:pPr>
            <w:r w:rsidRPr="00A02AD8">
              <w:rPr>
                <w:rFonts w:eastAsiaTheme="minorEastAsia" w:cs="Times New Roman"/>
              </w:rPr>
              <w:t>Тип разъема кабеля питания в комплекте</w:t>
            </w:r>
          </w:p>
        </w:tc>
        <w:tc>
          <w:tcPr>
            <w:tcW w:w="2835" w:type="dxa"/>
            <w:vAlign w:val="center"/>
          </w:tcPr>
          <w:p w14:paraId="7FB8CB0D" w14:textId="77777777" w:rsidR="00502092" w:rsidRPr="00A02AD8" w:rsidRDefault="00502092" w:rsidP="00DC34CE">
            <w:pPr>
              <w:pStyle w:val="aa"/>
              <w:jc w:val="center"/>
              <w:rPr>
                <w:rFonts w:eastAsiaTheme="minorEastAsia" w:cs="Times New Roman"/>
              </w:rPr>
            </w:pPr>
            <w:r w:rsidRPr="00A02AD8">
              <w:rPr>
                <w:rFonts w:eastAsiaTheme="minorEastAsia" w:cs="Times New Roman"/>
              </w:rPr>
              <w:t>C13/C14</w:t>
            </w:r>
          </w:p>
        </w:tc>
      </w:tr>
      <w:tr w:rsidR="00502092" w:rsidRPr="00A02AD8" w14:paraId="027BA20C" w14:textId="77777777" w:rsidTr="00ED1D20">
        <w:tc>
          <w:tcPr>
            <w:tcW w:w="567" w:type="dxa"/>
            <w:vAlign w:val="center"/>
          </w:tcPr>
          <w:p w14:paraId="52022889" w14:textId="77777777" w:rsidR="00502092" w:rsidRPr="00A02AD8" w:rsidRDefault="00502092" w:rsidP="0079513A">
            <w:pPr>
              <w:pStyle w:val="a1"/>
              <w:numPr>
                <w:ilvl w:val="0"/>
                <w:numId w:val="0"/>
              </w:numPr>
              <w:rPr>
                <w:rFonts w:cs="Times New Roman"/>
                <w:lang w:val="ru-RU"/>
              </w:rPr>
            </w:pPr>
            <w:r w:rsidRPr="00A02AD8">
              <w:rPr>
                <w:rFonts w:cs="Times New Roman"/>
                <w:lang w:val="ru-RU"/>
              </w:rPr>
              <w:t>17</w:t>
            </w:r>
          </w:p>
        </w:tc>
        <w:tc>
          <w:tcPr>
            <w:tcW w:w="5954" w:type="dxa"/>
            <w:vAlign w:val="center"/>
          </w:tcPr>
          <w:p w14:paraId="37D9E5B7" w14:textId="77777777" w:rsidR="00502092" w:rsidRPr="00A02AD8" w:rsidRDefault="00502092" w:rsidP="00502092">
            <w:pPr>
              <w:pStyle w:val="aa"/>
              <w:rPr>
                <w:rFonts w:cs="Times New Roman"/>
              </w:rPr>
            </w:pPr>
            <w:r w:rsidRPr="00A02AD8">
              <w:rPr>
                <w:rFonts w:eastAsia="Times New Roman" w:cs="Times New Roman"/>
                <w:color w:val="000000"/>
                <w:lang w:eastAsia="ar-SA"/>
              </w:rPr>
              <w:t>Наличие индикаторов неисправности на корпусе или дисплея для отображения диагностических кодов</w:t>
            </w:r>
          </w:p>
        </w:tc>
        <w:tc>
          <w:tcPr>
            <w:tcW w:w="2835" w:type="dxa"/>
            <w:vAlign w:val="center"/>
          </w:tcPr>
          <w:p w14:paraId="3D4E5E12" w14:textId="77777777" w:rsidR="00502092" w:rsidRPr="00A02AD8" w:rsidRDefault="00502092" w:rsidP="00DC34CE">
            <w:pPr>
              <w:pStyle w:val="aa"/>
              <w:jc w:val="center"/>
              <w:rPr>
                <w:rFonts w:cs="Times New Roman"/>
              </w:rPr>
            </w:pPr>
            <w:r w:rsidRPr="00A02AD8">
              <w:rPr>
                <w:rFonts w:cs="Times New Roman"/>
              </w:rPr>
              <w:t>Наличие</w:t>
            </w:r>
          </w:p>
        </w:tc>
      </w:tr>
      <w:tr w:rsidR="00502092" w:rsidRPr="00A02AD8" w14:paraId="5F3108BE" w14:textId="77777777" w:rsidTr="00ED1D20">
        <w:tc>
          <w:tcPr>
            <w:tcW w:w="567" w:type="dxa"/>
            <w:vAlign w:val="center"/>
          </w:tcPr>
          <w:p w14:paraId="5C04611A" w14:textId="77777777" w:rsidR="00502092" w:rsidRPr="00A02AD8" w:rsidRDefault="00502092" w:rsidP="0079513A">
            <w:pPr>
              <w:pStyle w:val="a1"/>
              <w:numPr>
                <w:ilvl w:val="0"/>
                <w:numId w:val="0"/>
              </w:numPr>
              <w:rPr>
                <w:rFonts w:cs="Times New Roman"/>
                <w:lang w:val="ru-RU"/>
              </w:rPr>
            </w:pPr>
            <w:r w:rsidRPr="00A02AD8">
              <w:rPr>
                <w:rFonts w:cs="Times New Roman"/>
                <w:lang w:val="ru-RU"/>
              </w:rPr>
              <w:t>18</w:t>
            </w:r>
          </w:p>
        </w:tc>
        <w:tc>
          <w:tcPr>
            <w:tcW w:w="5954" w:type="dxa"/>
            <w:vAlign w:val="center"/>
          </w:tcPr>
          <w:p w14:paraId="2F0E0BE0" w14:textId="77777777" w:rsidR="00502092" w:rsidRPr="00A02AD8" w:rsidRDefault="00502092" w:rsidP="00502092">
            <w:pPr>
              <w:pStyle w:val="aa"/>
              <w:rPr>
                <w:rFonts w:eastAsiaTheme="minorEastAsia" w:cs="Times New Roman"/>
              </w:rPr>
            </w:pPr>
            <w:r w:rsidRPr="00A02AD8">
              <w:rPr>
                <w:rFonts w:eastAsiaTheme="minorEastAsia" w:cs="Times New Roman"/>
              </w:rPr>
              <w:t>Количество портов Ethernet 10Гб/с SFP+.:</w:t>
            </w:r>
          </w:p>
        </w:tc>
        <w:tc>
          <w:tcPr>
            <w:tcW w:w="2835" w:type="dxa"/>
            <w:vAlign w:val="center"/>
          </w:tcPr>
          <w:p w14:paraId="48EA4A4B" w14:textId="43F0AB89" w:rsidR="00502092" w:rsidRPr="00A02AD8" w:rsidRDefault="008A7B68" w:rsidP="00DC34CE">
            <w:pPr>
              <w:pStyle w:val="aa"/>
              <w:jc w:val="center"/>
              <w:rPr>
                <w:rFonts w:cs="Times New Roman"/>
              </w:rPr>
            </w:pPr>
            <w:r>
              <w:t>__________</w:t>
            </w:r>
            <w:r w:rsidR="00502092" w:rsidRPr="00A02AD8">
              <w:rPr>
                <w:rFonts w:eastAsiaTheme="minorEastAsia" w:cs="Times New Roman"/>
              </w:rPr>
              <w:t>*</w:t>
            </w:r>
          </w:p>
        </w:tc>
      </w:tr>
      <w:tr w:rsidR="00502092" w:rsidRPr="00A02AD8" w14:paraId="329D1785" w14:textId="77777777" w:rsidTr="00ED1D20">
        <w:tc>
          <w:tcPr>
            <w:tcW w:w="567" w:type="dxa"/>
            <w:vAlign w:val="center"/>
          </w:tcPr>
          <w:p w14:paraId="772957A2" w14:textId="77777777" w:rsidR="00502092" w:rsidRPr="00A02AD8" w:rsidRDefault="00502092" w:rsidP="0079513A">
            <w:pPr>
              <w:pStyle w:val="a1"/>
              <w:numPr>
                <w:ilvl w:val="0"/>
                <w:numId w:val="0"/>
              </w:numPr>
              <w:rPr>
                <w:rFonts w:cs="Times New Roman"/>
                <w:lang w:val="ru-RU"/>
              </w:rPr>
            </w:pPr>
            <w:r w:rsidRPr="00A02AD8">
              <w:rPr>
                <w:rFonts w:cs="Times New Roman"/>
                <w:lang w:val="ru-RU"/>
              </w:rPr>
              <w:t>19</w:t>
            </w:r>
          </w:p>
        </w:tc>
        <w:tc>
          <w:tcPr>
            <w:tcW w:w="5954" w:type="dxa"/>
            <w:vAlign w:val="center"/>
          </w:tcPr>
          <w:p w14:paraId="0813D04D" w14:textId="77777777" w:rsidR="00502092" w:rsidRPr="00A02AD8" w:rsidRDefault="00502092" w:rsidP="00502092">
            <w:pPr>
              <w:pStyle w:val="aa"/>
              <w:rPr>
                <w:rFonts w:eastAsiaTheme="minorEastAsia" w:cs="Times New Roman"/>
              </w:rPr>
            </w:pPr>
            <w:r w:rsidRPr="00A02AD8">
              <w:rPr>
                <w:rFonts w:cs="Times New Roman"/>
                <w:color w:val="000000"/>
              </w:rPr>
              <w:t xml:space="preserve">Возможность установки совместимых с NIC сервера трансиверов одного из двух типов: Multi-mode 10GBASE-SR (850 nm, 0.3 km, LC) или Single-mode 10GBASE-LR (1310 нм, 10 km, LC) </w:t>
            </w:r>
          </w:p>
        </w:tc>
        <w:tc>
          <w:tcPr>
            <w:tcW w:w="2835" w:type="dxa"/>
            <w:vAlign w:val="center"/>
          </w:tcPr>
          <w:p w14:paraId="7B2AC38E" w14:textId="77777777" w:rsidR="00502092" w:rsidRPr="00A02AD8" w:rsidRDefault="00502092" w:rsidP="00DC34CE">
            <w:pPr>
              <w:pStyle w:val="aa"/>
              <w:jc w:val="center"/>
              <w:rPr>
                <w:rFonts w:eastAsiaTheme="minorEastAsia" w:cs="Times New Roman"/>
              </w:rPr>
            </w:pPr>
            <w:r w:rsidRPr="00A02AD8">
              <w:rPr>
                <w:rFonts w:cs="Times New Roman"/>
              </w:rPr>
              <w:t>Соответствует</w:t>
            </w:r>
          </w:p>
        </w:tc>
      </w:tr>
      <w:tr w:rsidR="008A7B68" w:rsidRPr="00A02AD8" w14:paraId="5BE4BD39" w14:textId="77777777" w:rsidTr="00ED1D20">
        <w:tc>
          <w:tcPr>
            <w:tcW w:w="567" w:type="dxa"/>
            <w:vAlign w:val="center"/>
          </w:tcPr>
          <w:p w14:paraId="4F9C29C0" w14:textId="77777777" w:rsidR="008A7B68" w:rsidRPr="00A02AD8" w:rsidRDefault="008A7B68" w:rsidP="008A7B68">
            <w:pPr>
              <w:pStyle w:val="a1"/>
              <w:numPr>
                <w:ilvl w:val="0"/>
                <w:numId w:val="0"/>
              </w:numPr>
              <w:rPr>
                <w:rFonts w:cs="Times New Roman"/>
                <w:lang w:val="ru-RU"/>
              </w:rPr>
            </w:pPr>
            <w:r w:rsidRPr="00A02AD8">
              <w:rPr>
                <w:rFonts w:cs="Times New Roman"/>
                <w:lang w:val="ru-RU"/>
              </w:rPr>
              <w:t>20</w:t>
            </w:r>
          </w:p>
        </w:tc>
        <w:tc>
          <w:tcPr>
            <w:tcW w:w="5954" w:type="dxa"/>
            <w:vAlign w:val="center"/>
          </w:tcPr>
          <w:p w14:paraId="34FA7BD3" w14:textId="77777777" w:rsidR="008A7B68" w:rsidRPr="00A02AD8" w:rsidRDefault="008A7B68" w:rsidP="008A7B68">
            <w:pPr>
              <w:pStyle w:val="aa"/>
              <w:rPr>
                <w:rFonts w:eastAsiaTheme="minorEastAsia" w:cs="Times New Roman"/>
              </w:rPr>
            </w:pPr>
            <w:r w:rsidRPr="00A02AD8">
              <w:rPr>
                <w:rFonts w:eastAsiaTheme="minorEastAsia" w:cs="Times New Roman"/>
              </w:rPr>
              <w:t xml:space="preserve">Количество трансиверов Multi-mode </w:t>
            </w:r>
            <w:r w:rsidRPr="00A02AD8">
              <w:rPr>
                <w:rFonts w:cs="Times New Roman"/>
                <w:color w:val="000000"/>
                <w:lang w:eastAsia="ar-SA"/>
              </w:rPr>
              <w:t xml:space="preserve">10GBASE-SR </w:t>
            </w:r>
            <w:r w:rsidRPr="00A02AD8">
              <w:rPr>
                <w:rFonts w:eastAsiaTheme="minorEastAsia" w:cs="Times New Roman"/>
              </w:rPr>
              <w:t>(850 nm, 0,3</w:t>
            </w:r>
            <w:r w:rsidRPr="00A02AD8">
              <w:rPr>
                <w:rFonts w:eastAsiaTheme="minorEastAsia" w:cs="Times New Roman"/>
                <w:lang w:val="en-US"/>
              </w:rPr>
              <w:t>km</w:t>
            </w:r>
            <w:r w:rsidRPr="00A02AD8">
              <w:rPr>
                <w:rFonts w:eastAsiaTheme="minorEastAsia" w:cs="Times New Roman"/>
              </w:rPr>
              <w:t>, LC), шт.:</w:t>
            </w:r>
          </w:p>
        </w:tc>
        <w:tc>
          <w:tcPr>
            <w:tcW w:w="2835" w:type="dxa"/>
            <w:vAlign w:val="center"/>
          </w:tcPr>
          <w:p w14:paraId="086D15AA" w14:textId="41B33C38" w:rsidR="008A7B68" w:rsidRPr="00A02AD8" w:rsidRDefault="008A7B68" w:rsidP="008A7B68">
            <w:pPr>
              <w:pStyle w:val="aa"/>
              <w:jc w:val="center"/>
              <w:rPr>
                <w:rFonts w:cs="Times New Roman"/>
              </w:rPr>
            </w:pPr>
            <w:r>
              <w:t>__________</w:t>
            </w:r>
            <w:r w:rsidRPr="00293A59">
              <w:rPr>
                <w:rFonts w:cs="Times New Roman"/>
              </w:rPr>
              <w:t>*</w:t>
            </w:r>
          </w:p>
        </w:tc>
      </w:tr>
      <w:tr w:rsidR="008A7B68" w:rsidRPr="00A02AD8" w14:paraId="5A0198A9" w14:textId="77777777" w:rsidTr="00ED1D20">
        <w:tc>
          <w:tcPr>
            <w:tcW w:w="567" w:type="dxa"/>
            <w:vAlign w:val="center"/>
          </w:tcPr>
          <w:p w14:paraId="713C22D3" w14:textId="77777777" w:rsidR="008A7B68" w:rsidRPr="00A02AD8" w:rsidRDefault="008A7B68" w:rsidP="008A7B68">
            <w:pPr>
              <w:pStyle w:val="a1"/>
              <w:numPr>
                <w:ilvl w:val="0"/>
                <w:numId w:val="0"/>
              </w:numPr>
              <w:rPr>
                <w:rFonts w:cs="Times New Roman"/>
                <w:lang w:val="ru-RU"/>
              </w:rPr>
            </w:pPr>
            <w:r w:rsidRPr="00A02AD8">
              <w:rPr>
                <w:rFonts w:cs="Times New Roman"/>
                <w:lang w:val="ru-RU"/>
              </w:rPr>
              <w:t>21</w:t>
            </w:r>
          </w:p>
        </w:tc>
        <w:tc>
          <w:tcPr>
            <w:tcW w:w="5954" w:type="dxa"/>
            <w:vAlign w:val="center"/>
          </w:tcPr>
          <w:p w14:paraId="2B10E0CE" w14:textId="77777777" w:rsidR="008A7B68" w:rsidRPr="00A02AD8" w:rsidRDefault="008A7B68" w:rsidP="008A7B68">
            <w:pPr>
              <w:pStyle w:val="aa"/>
              <w:rPr>
                <w:rFonts w:eastAsiaTheme="minorEastAsia" w:cs="Times New Roman"/>
              </w:rPr>
            </w:pPr>
            <w:r w:rsidRPr="00A02AD8">
              <w:rPr>
                <w:rFonts w:eastAsiaTheme="minorEastAsia" w:cs="Times New Roman"/>
              </w:rPr>
              <w:t xml:space="preserve">Количество трансиверов </w:t>
            </w:r>
            <w:r w:rsidRPr="00A02AD8">
              <w:rPr>
                <w:rFonts w:eastAsiaTheme="minorEastAsia" w:cs="Times New Roman"/>
                <w:lang w:val="en-US"/>
              </w:rPr>
              <w:t>Single</w:t>
            </w:r>
            <w:r w:rsidRPr="00A02AD8">
              <w:rPr>
                <w:rFonts w:eastAsiaTheme="minorEastAsia" w:cs="Times New Roman"/>
              </w:rPr>
              <w:t xml:space="preserve">i-mode </w:t>
            </w:r>
            <w:r w:rsidRPr="00A02AD8">
              <w:rPr>
                <w:rFonts w:cs="Times New Roman"/>
                <w:color w:val="000000"/>
                <w:lang w:eastAsia="ar-SA"/>
              </w:rPr>
              <w:t>10GBASE-</w:t>
            </w:r>
            <w:r w:rsidRPr="00A02AD8">
              <w:rPr>
                <w:rFonts w:cs="Times New Roman"/>
                <w:color w:val="000000"/>
                <w:lang w:val="en-US" w:eastAsia="ar-SA"/>
              </w:rPr>
              <w:t>L</w:t>
            </w:r>
            <w:r w:rsidRPr="00A02AD8">
              <w:rPr>
                <w:rFonts w:cs="Times New Roman"/>
                <w:color w:val="000000"/>
                <w:lang w:eastAsia="ar-SA"/>
              </w:rPr>
              <w:t xml:space="preserve">R </w:t>
            </w:r>
            <w:r w:rsidRPr="00A02AD8">
              <w:rPr>
                <w:rFonts w:eastAsiaTheme="minorEastAsia" w:cs="Times New Roman"/>
              </w:rPr>
              <w:t>(1310 nm, 10</w:t>
            </w:r>
            <w:r w:rsidRPr="00A02AD8">
              <w:rPr>
                <w:rFonts w:eastAsiaTheme="minorEastAsia" w:cs="Times New Roman"/>
                <w:lang w:val="en-US"/>
              </w:rPr>
              <w:t>km</w:t>
            </w:r>
            <w:r w:rsidRPr="00A02AD8">
              <w:rPr>
                <w:rFonts w:eastAsiaTheme="minorEastAsia" w:cs="Times New Roman"/>
              </w:rPr>
              <w:t>, LC), шт.:</w:t>
            </w:r>
          </w:p>
        </w:tc>
        <w:tc>
          <w:tcPr>
            <w:tcW w:w="2835" w:type="dxa"/>
            <w:vAlign w:val="center"/>
          </w:tcPr>
          <w:p w14:paraId="418D04E5" w14:textId="455066E5" w:rsidR="008A7B68" w:rsidRPr="00A02AD8" w:rsidRDefault="008A7B68" w:rsidP="008A7B68">
            <w:pPr>
              <w:pStyle w:val="aa"/>
              <w:jc w:val="center"/>
              <w:rPr>
                <w:rFonts w:cs="Times New Roman"/>
              </w:rPr>
            </w:pPr>
            <w:r>
              <w:t>__________</w:t>
            </w:r>
            <w:r w:rsidRPr="00293A59">
              <w:rPr>
                <w:rFonts w:cs="Times New Roman"/>
              </w:rPr>
              <w:t>*</w:t>
            </w:r>
          </w:p>
        </w:tc>
      </w:tr>
      <w:tr w:rsidR="008A7B68" w:rsidRPr="00A02AD8" w14:paraId="343BD9DE" w14:textId="77777777" w:rsidTr="00ED1D20">
        <w:tc>
          <w:tcPr>
            <w:tcW w:w="567" w:type="dxa"/>
            <w:vAlign w:val="center"/>
          </w:tcPr>
          <w:p w14:paraId="0A4A7293" w14:textId="77777777" w:rsidR="008A7B68" w:rsidRPr="00A02AD8" w:rsidRDefault="008A7B68" w:rsidP="008A7B68">
            <w:pPr>
              <w:pStyle w:val="a1"/>
              <w:numPr>
                <w:ilvl w:val="0"/>
                <w:numId w:val="0"/>
              </w:numPr>
              <w:rPr>
                <w:rFonts w:cs="Times New Roman"/>
                <w:lang w:val="ru-RU"/>
              </w:rPr>
            </w:pPr>
            <w:r w:rsidRPr="00A02AD8">
              <w:rPr>
                <w:rFonts w:cs="Times New Roman"/>
                <w:lang w:val="ru-RU"/>
              </w:rPr>
              <w:t>22</w:t>
            </w:r>
          </w:p>
        </w:tc>
        <w:tc>
          <w:tcPr>
            <w:tcW w:w="5954" w:type="dxa"/>
            <w:vAlign w:val="center"/>
          </w:tcPr>
          <w:p w14:paraId="651A2972" w14:textId="77777777" w:rsidR="008A7B68" w:rsidRPr="00A02AD8" w:rsidRDefault="008A7B68" w:rsidP="008A7B68">
            <w:pPr>
              <w:pStyle w:val="aa"/>
              <w:rPr>
                <w:rFonts w:eastAsiaTheme="minorEastAsia" w:cs="Times New Roman"/>
              </w:rPr>
            </w:pPr>
            <w:r w:rsidRPr="00A02AD8">
              <w:rPr>
                <w:rFonts w:eastAsiaTheme="minorEastAsia" w:cs="Times New Roman"/>
              </w:rPr>
              <w:t>Для портов Ethernet 10Гб/с SFP+ - наличие в комплекте многомодовых оптических патчкордов duplex LC-LC длиной 3 метра, шт.:</w:t>
            </w:r>
          </w:p>
        </w:tc>
        <w:tc>
          <w:tcPr>
            <w:tcW w:w="2835" w:type="dxa"/>
            <w:vAlign w:val="center"/>
          </w:tcPr>
          <w:p w14:paraId="37B4F586" w14:textId="5B9969BE" w:rsidR="008A7B68" w:rsidRPr="00A02AD8" w:rsidRDefault="008A7B68" w:rsidP="008A7B68">
            <w:pPr>
              <w:pStyle w:val="aa"/>
              <w:jc w:val="center"/>
              <w:rPr>
                <w:rFonts w:cs="Times New Roman"/>
              </w:rPr>
            </w:pPr>
            <w:r>
              <w:t>__________</w:t>
            </w:r>
            <w:r w:rsidRPr="00293A59">
              <w:rPr>
                <w:rFonts w:cs="Times New Roman"/>
              </w:rPr>
              <w:t>*</w:t>
            </w:r>
          </w:p>
        </w:tc>
      </w:tr>
      <w:tr w:rsidR="008A7B68" w:rsidRPr="00A02AD8" w14:paraId="122E3BA5" w14:textId="77777777" w:rsidTr="00ED1D20">
        <w:tc>
          <w:tcPr>
            <w:tcW w:w="567" w:type="dxa"/>
            <w:vAlign w:val="center"/>
          </w:tcPr>
          <w:p w14:paraId="7721D85C" w14:textId="77777777" w:rsidR="008A7B68" w:rsidRPr="00A02AD8" w:rsidRDefault="008A7B68" w:rsidP="008A7B68">
            <w:pPr>
              <w:pStyle w:val="a1"/>
              <w:numPr>
                <w:ilvl w:val="0"/>
                <w:numId w:val="0"/>
              </w:numPr>
              <w:rPr>
                <w:rFonts w:cs="Times New Roman"/>
                <w:lang w:val="ru-RU"/>
              </w:rPr>
            </w:pPr>
            <w:r w:rsidRPr="00A02AD8">
              <w:rPr>
                <w:rFonts w:cs="Times New Roman"/>
                <w:lang w:val="ru-RU"/>
              </w:rPr>
              <w:t>23</w:t>
            </w:r>
          </w:p>
        </w:tc>
        <w:tc>
          <w:tcPr>
            <w:tcW w:w="5954" w:type="dxa"/>
            <w:vAlign w:val="center"/>
          </w:tcPr>
          <w:p w14:paraId="687642E5" w14:textId="77777777" w:rsidR="008A7B68" w:rsidRPr="00A02AD8" w:rsidRDefault="008A7B68" w:rsidP="008A7B68">
            <w:pPr>
              <w:pStyle w:val="aa"/>
              <w:rPr>
                <w:rFonts w:eastAsiaTheme="minorEastAsia" w:cs="Times New Roman"/>
              </w:rPr>
            </w:pPr>
            <w:r w:rsidRPr="00A02AD8">
              <w:rPr>
                <w:rFonts w:eastAsiaTheme="minorEastAsia" w:cs="Times New Roman"/>
              </w:rPr>
              <w:t xml:space="preserve">Для портов Ethernet 10Гб/с SFP+ - наличие в комплекте одномодовых оптических патчкордов </w:t>
            </w:r>
            <w:r w:rsidRPr="00A02AD8">
              <w:rPr>
                <w:rFonts w:eastAsiaTheme="minorEastAsia" w:cs="Times New Roman"/>
                <w:lang w:val="en-US"/>
              </w:rPr>
              <w:t>SM</w:t>
            </w:r>
            <w:r w:rsidRPr="00A02AD8">
              <w:rPr>
                <w:rFonts w:eastAsiaTheme="minorEastAsia" w:cs="Times New Roman"/>
              </w:rPr>
              <w:t xml:space="preserve"> duplex LC-LC длиной 3 метра, шт.:</w:t>
            </w:r>
          </w:p>
        </w:tc>
        <w:tc>
          <w:tcPr>
            <w:tcW w:w="2835" w:type="dxa"/>
            <w:vAlign w:val="center"/>
          </w:tcPr>
          <w:p w14:paraId="1BF1469A" w14:textId="22B96F6A" w:rsidR="008A7B68" w:rsidRPr="00A02AD8" w:rsidRDefault="008A7B68" w:rsidP="008A7B68">
            <w:pPr>
              <w:pStyle w:val="aa"/>
              <w:jc w:val="center"/>
              <w:rPr>
                <w:rFonts w:cs="Times New Roman"/>
              </w:rPr>
            </w:pPr>
            <w:r>
              <w:t>__________</w:t>
            </w:r>
            <w:r w:rsidRPr="00293A59">
              <w:rPr>
                <w:rFonts w:eastAsiaTheme="minorEastAsia" w:cs="Times New Roman"/>
              </w:rPr>
              <w:t>*</w:t>
            </w:r>
          </w:p>
        </w:tc>
      </w:tr>
      <w:tr w:rsidR="00502092" w:rsidRPr="00A02AD8" w14:paraId="39323392" w14:textId="77777777" w:rsidTr="00ED1D20">
        <w:tc>
          <w:tcPr>
            <w:tcW w:w="567" w:type="dxa"/>
            <w:vAlign w:val="center"/>
          </w:tcPr>
          <w:p w14:paraId="12B2D72D" w14:textId="77777777" w:rsidR="00502092" w:rsidRPr="00A02AD8" w:rsidRDefault="00502092" w:rsidP="0079513A">
            <w:pPr>
              <w:pStyle w:val="a1"/>
              <w:numPr>
                <w:ilvl w:val="0"/>
                <w:numId w:val="0"/>
              </w:numPr>
              <w:rPr>
                <w:rFonts w:cs="Times New Roman"/>
                <w:lang w:val="ru-RU"/>
              </w:rPr>
            </w:pPr>
            <w:r w:rsidRPr="00A02AD8">
              <w:rPr>
                <w:rFonts w:cs="Times New Roman"/>
                <w:lang w:val="ru-RU"/>
              </w:rPr>
              <w:t>24</w:t>
            </w:r>
          </w:p>
        </w:tc>
        <w:tc>
          <w:tcPr>
            <w:tcW w:w="5954" w:type="dxa"/>
            <w:vAlign w:val="center"/>
          </w:tcPr>
          <w:p w14:paraId="71F58F98" w14:textId="77777777" w:rsidR="00502092" w:rsidRPr="00A02AD8" w:rsidRDefault="00502092" w:rsidP="00502092">
            <w:pPr>
              <w:pStyle w:val="aa"/>
              <w:rPr>
                <w:rFonts w:eastAsiaTheme="minorEastAsia" w:cs="Times New Roman"/>
              </w:rPr>
            </w:pPr>
            <w:r w:rsidRPr="00A02AD8">
              <w:rPr>
                <w:rFonts w:eastAsiaTheme="minorEastAsia" w:cs="Times New Roman"/>
              </w:rPr>
              <w:t>1 выделенный порт удаленного управления 1 Гб/с, удаленная графическая консоль управления, поддержка удаленного монтирования ISO образов</w:t>
            </w:r>
          </w:p>
        </w:tc>
        <w:tc>
          <w:tcPr>
            <w:tcW w:w="2835" w:type="dxa"/>
            <w:vAlign w:val="center"/>
          </w:tcPr>
          <w:p w14:paraId="7492A789" w14:textId="77777777" w:rsidR="00502092" w:rsidRPr="00A02AD8" w:rsidRDefault="00502092" w:rsidP="00DC34CE">
            <w:pPr>
              <w:pStyle w:val="aa"/>
              <w:jc w:val="center"/>
              <w:rPr>
                <w:rFonts w:cs="Times New Roman"/>
              </w:rPr>
            </w:pPr>
            <w:r w:rsidRPr="00A02AD8">
              <w:rPr>
                <w:rFonts w:cs="Times New Roman"/>
              </w:rPr>
              <w:t>Наличие</w:t>
            </w:r>
          </w:p>
        </w:tc>
      </w:tr>
      <w:tr w:rsidR="003453A6" w:rsidRPr="00A02AD8" w14:paraId="3814FF5D" w14:textId="77777777" w:rsidTr="00ED1D20">
        <w:tc>
          <w:tcPr>
            <w:tcW w:w="567" w:type="dxa"/>
            <w:vAlign w:val="center"/>
          </w:tcPr>
          <w:p w14:paraId="2DBB5304" w14:textId="1CD7E133" w:rsidR="003453A6" w:rsidRPr="00A02AD8" w:rsidRDefault="003453A6" w:rsidP="003453A6">
            <w:pPr>
              <w:pStyle w:val="a1"/>
              <w:numPr>
                <w:ilvl w:val="0"/>
                <w:numId w:val="0"/>
              </w:numPr>
              <w:rPr>
                <w:rFonts w:cs="Times New Roman"/>
                <w:lang w:val="ru-RU"/>
              </w:rPr>
            </w:pPr>
            <w:r w:rsidRPr="00293A59">
              <w:rPr>
                <w:rFonts w:cs="Times New Roman"/>
                <w:lang w:val="ru-RU"/>
              </w:rPr>
              <w:t>2</w:t>
            </w:r>
            <w:r>
              <w:rPr>
                <w:rFonts w:cs="Times New Roman"/>
                <w:lang w:val="ru-RU"/>
              </w:rPr>
              <w:t>5</w:t>
            </w:r>
          </w:p>
        </w:tc>
        <w:tc>
          <w:tcPr>
            <w:tcW w:w="5954" w:type="dxa"/>
            <w:vAlign w:val="center"/>
          </w:tcPr>
          <w:p w14:paraId="69F41D14" w14:textId="77777777" w:rsidR="003453A6" w:rsidRPr="00547329" w:rsidRDefault="003453A6" w:rsidP="003453A6">
            <w:pPr>
              <w:spacing w:line="240" w:lineRule="auto"/>
              <w:contextualSpacing/>
              <w:rPr>
                <w:rFonts w:ascii="Times New Roman" w:eastAsiaTheme="minorEastAsia" w:hAnsi="Times New Roman"/>
                <w:lang w:val="en-US"/>
              </w:rPr>
            </w:pPr>
            <w:r w:rsidRPr="00547329">
              <w:rPr>
                <w:rFonts w:ascii="Times New Roman" w:eastAsiaTheme="minorEastAsia" w:hAnsi="Times New Roman"/>
              </w:rPr>
              <w:t>Поддержка</w:t>
            </w:r>
            <w:r w:rsidRPr="00547329">
              <w:rPr>
                <w:rFonts w:ascii="Times New Roman" w:eastAsiaTheme="minorEastAsia" w:hAnsi="Times New Roman"/>
                <w:lang w:val="en-US"/>
              </w:rPr>
              <w:t xml:space="preserve"> </w:t>
            </w:r>
            <w:r w:rsidRPr="00547329">
              <w:rPr>
                <w:rFonts w:ascii="Times New Roman" w:eastAsiaTheme="minorEastAsia" w:hAnsi="Times New Roman"/>
              </w:rPr>
              <w:t>ОС:</w:t>
            </w:r>
            <w:r w:rsidRPr="00547329">
              <w:rPr>
                <w:rFonts w:ascii="Times New Roman" w:eastAsiaTheme="minorEastAsia" w:hAnsi="Times New Roman"/>
                <w:lang w:val="en-US"/>
              </w:rPr>
              <w:t xml:space="preserve">  </w:t>
            </w:r>
          </w:p>
          <w:p w14:paraId="550C7C54" w14:textId="4EA6E518" w:rsidR="003453A6" w:rsidRDefault="003453A6" w:rsidP="003453A6">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547329">
              <w:rPr>
                <w:rFonts w:ascii="Times New Roman" w:eastAsiaTheme="minorEastAsia" w:hAnsi="Times New Roman"/>
              </w:rPr>
              <w:t>А</w:t>
            </w:r>
            <w:r w:rsidRPr="00547329">
              <w:rPr>
                <w:rFonts w:ascii="Times New Roman" w:eastAsiaTheme="minorEastAsia" w:hAnsi="Times New Roman"/>
                <w:lang w:val="en-US"/>
              </w:rPr>
              <w:t>stra Linux</w:t>
            </w:r>
          </w:p>
          <w:p w14:paraId="066C8970" w14:textId="2512D910" w:rsidR="003453A6" w:rsidRPr="003453A6" w:rsidRDefault="003453A6" w:rsidP="003453A6">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3453A6">
              <w:rPr>
                <w:rFonts w:ascii="Times New Roman" w:eastAsiaTheme="minorEastAsia" w:hAnsi="Times New Roman"/>
              </w:rPr>
              <w:t>РЕД ОС</w:t>
            </w:r>
          </w:p>
        </w:tc>
        <w:tc>
          <w:tcPr>
            <w:tcW w:w="2835" w:type="dxa"/>
            <w:vAlign w:val="center"/>
          </w:tcPr>
          <w:p w14:paraId="0CE13E05" w14:textId="3E6548CE" w:rsidR="003453A6" w:rsidRPr="00A02AD8" w:rsidRDefault="003453A6" w:rsidP="003453A6">
            <w:pPr>
              <w:pStyle w:val="aa"/>
              <w:jc w:val="center"/>
              <w:rPr>
                <w:rFonts w:cs="Times New Roman"/>
              </w:rPr>
            </w:pPr>
            <w:r w:rsidRPr="00547329">
              <w:rPr>
                <w:rFonts w:cs="Times New Roman"/>
              </w:rPr>
              <w:t>Соответствует</w:t>
            </w:r>
          </w:p>
        </w:tc>
      </w:tr>
      <w:tr w:rsidR="003453A6" w:rsidRPr="00A02AD8" w14:paraId="70C52623" w14:textId="77777777" w:rsidTr="00ED1D20">
        <w:tc>
          <w:tcPr>
            <w:tcW w:w="567" w:type="dxa"/>
            <w:vAlign w:val="center"/>
          </w:tcPr>
          <w:p w14:paraId="55F14B2B" w14:textId="118297E1" w:rsidR="003453A6" w:rsidRPr="00A02AD8" w:rsidRDefault="003453A6" w:rsidP="003453A6">
            <w:pPr>
              <w:pStyle w:val="a1"/>
              <w:numPr>
                <w:ilvl w:val="0"/>
                <w:numId w:val="0"/>
              </w:numPr>
              <w:rPr>
                <w:rFonts w:cs="Times New Roman"/>
                <w:lang w:val="ru-RU"/>
              </w:rPr>
            </w:pPr>
            <w:r>
              <w:rPr>
                <w:rFonts w:cs="Times New Roman"/>
                <w:lang w:val="ru-RU"/>
              </w:rPr>
              <w:t>26</w:t>
            </w:r>
          </w:p>
        </w:tc>
        <w:tc>
          <w:tcPr>
            <w:tcW w:w="5954" w:type="dxa"/>
          </w:tcPr>
          <w:p w14:paraId="24DD9660" w14:textId="77777777" w:rsidR="003453A6" w:rsidRPr="00A02AD8" w:rsidRDefault="003453A6" w:rsidP="003453A6">
            <w:pPr>
              <w:pStyle w:val="aa"/>
              <w:rPr>
                <w:rFonts w:eastAsiaTheme="minorEastAsia" w:cs="Times New Roman"/>
              </w:rPr>
            </w:pPr>
            <w:r w:rsidRPr="00A02AD8">
              <w:rPr>
                <w:rFonts w:eastAsiaTheme="minorEastAsia" w:cs="Times New Roman"/>
              </w:rPr>
              <w:t>Поставляется с гарантией производителя, срок гарантии, лет:</w:t>
            </w:r>
          </w:p>
        </w:tc>
        <w:tc>
          <w:tcPr>
            <w:tcW w:w="2835" w:type="dxa"/>
            <w:vAlign w:val="center"/>
          </w:tcPr>
          <w:p w14:paraId="63DEADF9" w14:textId="29841628" w:rsidR="003453A6" w:rsidRPr="00A02AD8" w:rsidRDefault="008A7B68" w:rsidP="003453A6">
            <w:pPr>
              <w:pStyle w:val="aa"/>
              <w:jc w:val="center"/>
              <w:rPr>
                <w:rFonts w:cs="Times New Roman"/>
              </w:rPr>
            </w:pPr>
            <w:r>
              <w:t>__________</w:t>
            </w:r>
            <w:r w:rsidR="003453A6" w:rsidRPr="00A02AD8">
              <w:rPr>
                <w:rFonts w:eastAsiaTheme="minorEastAsia" w:cs="Times New Roman"/>
              </w:rPr>
              <w:t>*</w:t>
            </w:r>
          </w:p>
        </w:tc>
      </w:tr>
      <w:tr w:rsidR="003453A6" w:rsidRPr="00A02AD8" w14:paraId="1D6D3039" w14:textId="77777777" w:rsidTr="00ED1D20">
        <w:tc>
          <w:tcPr>
            <w:tcW w:w="567" w:type="dxa"/>
            <w:vAlign w:val="center"/>
          </w:tcPr>
          <w:p w14:paraId="5654F025" w14:textId="71D3E505" w:rsidR="003453A6" w:rsidRPr="00A02AD8" w:rsidRDefault="003453A6" w:rsidP="003453A6">
            <w:pPr>
              <w:pStyle w:val="a1"/>
              <w:numPr>
                <w:ilvl w:val="0"/>
                <w:numId w:val="0"/>
              </w:numPr>
              <w:rPr>
                <w:rFonts w:cs="Times New Roman"/>
                <w:lang w:val="ru-RU"/>
              </w:rPr>
            </w:pPr>
            <w:r>
              <w:rPr>
                <w:rFonts w:cs="Times New Roman"/>
                <w:lang w:val="ru-RU"/>
              </w:rPr>
              <w:t>27</w:t>
            </w:r>
          </w:p>
        </w:tc>
        <w:tc>
          <w:tcPr>
            <w:tcW w:w="5954" w:type="dxa"/>
          </w:tcPr>
          <w:p w14:paraId="138D96C8" w14:textId="3BA6F4DE" w:rsidR="003453A6" w:rsidRPr="00A02AD8" w:rsidRDefault="003453A6" w:rsidP="003453A6">
            <w:pPr>
              <w:pStyle w:val="aa"/>
              <w:rPr>
                <w:rFonts w:eastAsiaTheme="minorEastAsia" w:cs="Times New Roman"/>
              </w:rPr>
            </w:pPr>
            <w:r>
              <w:rPr>
                <w:rFonts w:eastAsiaTheme="minorEastAsia" w:cs="Times New Roman"/>
              </w:rPr>
              <w:t>Наличие гарантийной п</w:t>
            </w:r>
            <w:r w:rsidRPr="00A02AD8">
              <w:rPr>
                <w:rFonts w:eastAsiaTheme="minorEastAsia" w:cs="Times New Roman"/>
              </w:rPr>
              <w:t>оддержк</w:t>
            </w:r>
            <w:r>
              <w:rPr>
                <w:rFonts w:eastAsiaTheme="minorEastAsia" w:cs="Times New Roman"/>
              </w:rPr>
              <w:t>и</w:t>
            </w:r>
            <w:r w:rsidRPr="00A02AD8">
              <w:rPr>
                <w:rFonts w:eastAsiaTheme="minorEastAsia" w:cs="Times New Roman"/>
              </w:rPr>
              <w:t xml:space="preserve"> предусматрива</w:t>
            </w:r>
            <w:r>
              <w:rPr>
                <w:rFonts w:eastAsiaTheme="minorEastAsia" w:cs="Times New Roman"/>
              </w:rPr>
              <w:t>ющей</w:t>
            </w:r>
            <w:r w:rsidRPr="00A02AD8">
              <w:rPr>
                <w:rFonts w:eastAsiaTheme="minorEastAsia" w:cs="Times New Roman"/>
              </w:rPr>
              <w:t xml:space="preserve"> ремонт на площадке</w:t>
            </w:r>
            <w:r>
              <w:rPr>
                <w:rFonts w:eastAsiaTheme="minorEastAsia" w:cs="Times New Roman"/>
              </w:rPr>
              <w:t xml:space="preserve"> Покупателя</w:t>
            </w:r>
            <w:r w:rsidRPr="00A02AD8">
              <w:rPr>
                <w:rFonts w:eastAsiaTheme="minorEastAsia" w:cs="Times New Roman"/>
              </w:rPr>
              <w:t xml:space="preserve"> с выездом инженера</w:t>
            </w:r>
          </w:p>
        </w:tc>
        <w:tc>
          <w:tcPr>
            <w:tcW w:w="2835" w:type="dxa"/>
            <w:vAlign w:val="center"/>
          </w:tcPr>
          <w:p w14:paraId="39DE3A3E" w14:textId="77777777" w:rsidR="003453A6" w:rsidRPr="00A02AD8" w:rsidRDefault="003453A6" w:rsidP="003453A6">
            <w:pPr>
              <w:pStyle w:val="aa"/>
              <w:jc w:val="center"/>
              <w:rPr>
                <w:rFonts w:cs="Times New Roman"/>
              </w:rPr>
            </w:pPr>
            <w:r w:rsidRPr="00A02AD8">
              <w:rPr>
                <w:rFonts w:cs="Times New Roman"/>
              </w:rPr>
              <w:t>Соответствует</w:t>
            </w:r>
          </w:p>
        </w:tc>
      </w:tr>
      <w:tr w:rsidR="003453A6" w:rsidRPr="00A02AD8" w14:paraId="29F82ADE" w14:textId="77777777" w:rsidTr="00ED1D20">
        <w:tc>
          <w:tcPr>
            <w:tcW w:w="567" w:type="dxa"/>
            <w:vAlign w:val="center"/>
          </w:tcPr>
          <w:p w14:paraId="00DFAA11" w14:textId="6D97F152" w:rsidR="003453A6" w:rsidRPr="00A02AD8" w:rsidRDefault="003453A6" w:rsidP="003453A6">
            <w:pPr>
              <w:pStyle w:val="a1"/>
              <w:numPr>
                <w:ilvl w:val="0"/>
                <w:numId w:val="0"/>
              </w:numPr>
              <w:rPr>
                <w:rFonts w:cs="Times New Roman"/>
                <w:lang w:val="ru-RU"/>
              </w:rPr>
            </w:pPr>
            <w:r>
              <w:rPr>
                <w:rFonts w:cs="Times New Roman"/>
                <w:lang w:val="ru-RU"/>
              </w:rPr>
              <w:lastRenderedPageBreak/>
              <w:t>28</w:t>
            </w:r>
          </w:p>
        </w:tc>
        <w:tc>
          <w:tcPr>
            <w:tcW w:w="5954" w:type="dxa"/>
          </w:tcPr>
          <w:p w14:paraId="1F8BF9DC" w14:textId="65C533E6" w:rsidR="003453A6" w:rsidRPr="00A02AD8" w:rsidRDefault="003453A6" w:rsidP="003453A6">
            <w:pPr>
              <w:pStyle w:val="aa"/>
              <w:rPr>
                <w:rFonts w:cs="Times New Roman"/>
                <w:highlight w:val="yellow"/>
              </w:rPr>
            </w:pPr>
            <w:r w:rsidRPr="00A02AD8">
              <w:rPr>
                <w:rFonts w:eastAsiaTheme="minorEastAsia" w:cs="Times New Roman"/>
              </w:rPr>
              <w:t xml:space="preserve">Режим </w:t>
            </w:r>
            <w:r>
              <w:rPr>
                <w:rFonts w:eastAsiaTheme="minorEastAsia" w:cs="Times New Roman"/>
              </w:rPr>
              <w:t xml:space="preserve">гарантийной </w:t>
            </w:r>
            <w:r w:rsidRPr="00A02AD8">
              <w:rPr>
                <w:rFonts w:eastAsiaTheme="minorEastAsia" w:cs="Times New Roman"/>
              </w:rPr>
              <w:t xml:space="preserve">поддержки 9x5x365 (9 часов (с 09:00 до 18:00 время московское) по рабочим дням в течение года), </w:t>
            </w:r>
            <w:r w:rsidRPr="00A02AD8">
              <w:rPr>
                <w:rFonts w:eastAsiaTheme="minorEastAsia" w:cs="Times New Roman"/>
                <w:lang w:val="ru"/>
              </w:rPr>
              <w:t xml:space="preserve">время восстановления работоспособности </w:t>
            </w:r>
            <w:r w:rsidRPr="00A02AD8">
              <w:rPr>
                <w:rFonts w:eastAsiaTheme="minorEastAsia" w:cs="Times New Roman"/>
              </w:rPr>
              <w:t xml:space="preserve">12 </w:t>
            </w:r>
            <w:r w:rsidRPr="00A02AD8">
              <w:rPr>
                <w:rFonts w:eastAsiaTheme="minorEastAsia" w:cs="Times New Roman"/>
                <w:lang w:val="ru"/>
              </w:rPr>
              <w:t>рабочих дней</w:t>
            </w:r>
          </w:p>
        </w:tc>
        <w:tc>
          <w:tcPr>
            <w:tcW w:w="2835" w:type="dxa"/>
            <w:vAlign w:val="center"/>
          </w:tcPr>
          <w:p w14:paraId="57FD42CA" w14:textId="77777777" w:rsidR="003453A6" w:rsidRPr="00A02AD8" w:rsidRDefault="003453A6" w:rsidP="003453A6">
            <w:pPr>
              <w:pStyle w:val="aa"/>
              <w:jc w:val="center"/>
              <w:rPr>
                <w:rFonts w:cs="Times New Roman"/>
                <w:highlight w:val="yellow"/>
              </w:rPr>
            </w:pPr>
            <w:r w:rsidRPr="00A02AD8">
              <w:rPr>
                <w:rFonts w:cs="Times New Roman"/>
              </w:rPr>
              <w:t>Соответствует</w:t>
            </w:r>
          </w:p>
        </w:tc>
      </w:tr>
      <w:tr w:rsidR="003453A6" w:rsidRPr="00A02AD8" w14:paraId="26754554" w14:textId="77777777" w:rsidTr="00ED1D20">
        <w:tc>
          <w:tcPr>
            <w:tcW w:w="9356" w:type="dxa"/>
            <w:gridSpan w:val="3"/>
          </w:tcPr>
          <w:p w14:paraId="114F3372" w14:textId="6F4F7E3C" w:rsidR="003453A6" w:rsidRPr="00A02AD8" w:rsidRDefault="00A563D0" w:rsidP="003453A6">
            <w:pPr>
              <w:pStyle w:val="aa"/>
              <w:rPr>
                <w:rFonts w:cs="Times New Roman"/>
              </w:rPr>
            </w:pPr>
            <w:r w:rsidRPr="00272C7E">
              <w:rPr>
                <w:rFonts w:cs="Times New Roman"/>
              </w:rPr>
              <w:t xml:space="preserve">* </w:t>
            </w:r>
            <w:r w:rsidRPr="00BC73FF">
              <w:t>Заполняется на основании заявки победителя в случае, если участником закупки в составе заявки представлены конкретные значения показателей предлагаемого Товара, соответствующие параметрам соответствия (экв</w:t>
            </w:r>
            <w:r>
              <w:t>ивалентности), установленным в Т</w:t>
            </w:r>
            <w:r w:rsidRPr="00BC73FF">
              <w:t>ехническом задании со знаком*</w:t>
            </w:r>
          </w:p>
        </w:tc>
      </w:tr>
    </w:tbl>
    <w:p w14:paraId="7BF161BB" w14:textId="77777777" w:rsidR="00E9188C" w:rsidRDefault="00E9188C" w:rsidP="00833D92">
      <w:pPr>
        <w:pStyle w:val="ConsPlusNormal"/>
        <w:ind w:firstLine="709"/>
        <w:jc w:val="both"/>
        <w:rPr>
          <w:rFonts w:ascii="Times New Roman" w:hAnsi="Times New Roman" w:cs="Times New Roman"/>
          <w:b/>
          <w:sz w:val="24"/>
          <w:szCs w:val="24"/>
        </w:rPr>
      </w:pPr>
    </w:p>
    <w:p w14:paraId="763F484E" w14:textId="77777777" w:rsidR="006812CB" w:rsidRDefault="006812CB" w:rsidP="00833D92">
      <w:pPr>
        <w:pStyle w:val="ConsPlusNormal"/>
        <w:ind w:firstLine="709"/>
        <w:jc w:val="both"/>
        <w:rPr>
          <w:rFonts w:ascii="Times New Roman" w:hAnsi="Times New Roman" w:cs="Times New Roman"/>
          <w:sz w:val="24"/>
          <w:szCs w:val="24"/>
        </w:rPr>
      </w:pPr>
      <w:r>
        <w:rPr>
          <w:rFonts w:ascii="Times New Roman" w:hAnsi="Times New Roman" w:cs="Times New Roman"/>
          <w:b/>
          <w:sz w:val="24"/>
          <w:szCs w:val="24"/>
        </w:rPr>
        <w:t xml:space="preserve">3.3.7. </w:t>
      </w:r>
      <w:r w:rsidRPr="00BF5807">
        <w:rPr>
          <w:rFonts w:ascii="Times New Roman" w:hAnsi="Times New Roman" w:cs="Times New Roman"/>
          <w:b/>
          <w:sz w:val="24"/>
          <w:szCs w:val="24"/>
        </w:rPr>
        <w:t xml:space="preserve">Требования к характеристикам каждой единицы </w:t>
      </w:r>
      <w:r w:rsidR="00976514">
        <w:rPr>
          <w:rFonts w:ascii="Times New Roman" w:hAnsi="Times New Roman" w:cs="Times New Roman"/>
          <w:b/>
          <w:sz w:val="24"/>
          <w:szCs w:val="24"/>
        </w:rPr>
        <w:t>Сервера</w:t>
      </w:r>
      <w:r w:rsidRPr="00335293">
        <w:rPr>
          <w:rFonts w:ascii="Times New Roman" w:hAnsi="Times New Roman" w:cs="Times New Roman"/>
          <w:b/>
          <w:sz w:val="24"/>
          <w:szCs w:val="24"/>
        </w:rPr>
        <w:t xml:space="preserve"> </w:t>
      </w:r>
      <w:r w:rsidR="00976514">
        <w:rPr>
          <w:rFonts w:ascii="Times New Roman" w:hAnsi="Times New Roman" w:cs="Times New Roman"/>
          <w:b/>
          <w:sz w:val="24"/>
          <w:szCs w:val="24"/>
        </w:rPr>
        <w:t>тип 6</w:t>
      </w:r>
    </w:p>
    <w:p w14:paraId="6128A4E2" w14:textId="3BBD35BA" w:rsidR="00833D92" w:rsidRDefault="00833D92" w:rsidP="00983ED2">
      <w:pPr>
        <w:pStyle w:val="ConsPlusNormal"/>
        <w:ind w:firstLine="0"/>
        <w:jc w:val="both"/>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954"/>
        <w:gridCol w:w="2835"/>
      </w:tblGrid>
      <w:tr w:rsidR="00833D92" w:rsidRPr="00A9271F" w14:paraId="26260608" w14:textId="77777777" w:rsidTr="00ED1D20">
        <w:tc>
          <w:tcPr>
            <w:tcW w:w="567" w:type="dxa"/>
            <w:vAlign w:val="center"/>
          </w:tcPr>
          <w:p w14:paraId="6F4A6138" w14:textId="77777777" w:rsidR="00833D92" w:rsidRPr="00A9271F" w:rsidRDefault="00833D92" w:rsidP="002C5100">
            <w:pPr>
              <w:pStyle w:val="a8"/>
              <w:rPr>
                <w:rFonts w:cs="Times New Roman"/>
                <w:b w:val="0"/>
              </w:rPr>
            </w:pPr>
            <w:r w:rsidRPr="00A9271F">
              <w:rPr>
                <w:rFonts w:cs="Times New Roman"/>
              </w:rPr>
              <w:t>№ п/п</w:t>
            </w:r>
          </w:p>
        </w:tc>
        <w:tc>
          <w:tcPr>
            <w:tcW w:w="5954" w:type="dxa"/>
            <w:vAlign w:val="center"/>
          </w:tcPr>
          <w:p w14:paraId="1380897F" w14:textId="77777777" w:rsidR="00833D92" w:rsidRPr="00A9271F" w:rsidRDefault="00833D92" w:rsidP="002C5100">
            <w:pPr>
              <w:pStyle w:val="a8"/>
              <w:rPr>
                <w:rFonts w:cs="Times New Roman"/>
                <w:b w:val="0"/>
              </w:rPr>
            </w:pPr>
            <w:r w:rsidRPr="00A9271F">
              <w:rPr>
                <w:rFonts w:cs="Times New Roman"/>
              </w:rPr>
              <w:t>Характеристики Товара в соответствии с параметрами эквивалентности, установленными в Техническом задании</w:t>
            </w:r>
          </w:p>
        </w:tc>
        <w:tc>
          <w:tcPr>
            <w:tcW w:w="2835" w:type="dxa"/>
            <w:vAlign w:val="center"/>
          </w:tcPr>
          <w:p w14:paraId="45279332" w14:textId="77777777" w:rsidR="00833D92" w:rsidRPr="00A9271F" w:rsidRDefault="00833D92" w:rsidP="002C5100">
            <w:pPr>
              <w:pStyle w:val="a8"/>
              <w:rPr>
                <w:rFonts w:cs="Times New Roman"/>
              </w:rPr>
            </w:pPr>
            <w:r w:rsidRPr="00A9271F">
              <w:rPr>
                <w:rFonts w:cs="Times New Roman"/>
              </w:rPr>
              <w:t xml:space="preserve">Значение характеристики Товара в соответствии с </w:t>
            </w:r>
          </w:p>
          <w:p w14:paraId="1A46B8A3" w14:textId="77777777" w:rsidR="00833D92" w:rsidRPr="00A9271F" w:rsidRDefault="00833D92" w:rsidP="002C5100">
            <w:pPr>
              <w:pStyle w:val="a8"/>
              <w:rPr>
                <w:rFonts w:cs="Times New Roman"/>
                <w:b w:val="0"/>
              </w:rPr>
            </w:pPr>
            <w:r w:rsidRPr="00A9271F">
              <w:rPr>
                <w:rFonts w:cs="Times New Roman"/>
              </w:rPr>
              <w:t>значениями параметров эквивалентности Товара*</w:t>
            </w:r>
          </w:p>
        </w:tc>
      </w:tr>
      <w:tr w:rsidR="00833D92" w:rsidRPr="00A9271F" w14:paraId="00441D64" w14:textId="77777777" w:rsidTr="00ED1D20">
        <w:trPr>
          <w:tblHeader/>
        </w:trPr>
        <w:tc>
          <w:tcPr>
            <w:tcW w:w="9356" w:type="dxa"/>
            <w:gridSpan w:val="3"/>
            <w:vAlign w:val="center"/>
          </w:tcPr>
          <w:p w14:paraId="1BC218F5" w14:textId="77777777" w:rsidR="00833D92" w:rsidRPr="00A9271F" w:rsidRDefault="00833D92" w:rsidP="00833D92">
            <w:pPr>
              <w:pStyle w:val="a8"/>
              <w:jc w:val="left"/>
              <w:rPr>
                <w:rFonts w:cs="Times New Roman"/>
              </w:rPr>
            </w:pPr>
            <w:r w:rsidRPr="00A9271F">
              <w:rPr>
                <w:rFonts w:cs="Times New Roman"/>
                <w:color w:val="000000"/>
              </w:rPr>
              <w:t xml:space="preserve">Сервер тип 6 </w:t>
            </w:r>
            <w:r w:rsidRPr="00A9271F">
              <w:rPr>
                <w:rFonts w:cs="Times New Roman"/>
              </w:rPr>
              <w:t>со следующими характеристиками:</w:t>
            </w:r>
          </w:p>
        </w:tc>
      </w:tr>
      <w:tr w:rsidR="00833D92" w:rsidRPr="00A9271F" w14:paraId="1622A432" w14:textId="77777777" w:rsidTr="00ED1D20">
        <w:tc>
          <w:tcPr>
            <w:tcW w:w="567" w:type="dxa"/>
            <w:vAlign w:val="center"/>
          </w:tcPr>
          <w:p w14:paraId="50282326" w14:textId="77777777" w:rsidR="00833D92" w:rsidRPr="00A9271F" w:rsidRDefault="00833D92" w:rsidP="0079513A">
            <w:pPr>
              <w:pStyle w:val="a1"/>
              <w:numPr>
                <w:ilvl w:val="0"/>
                <w:numId w:val="0"/>
              </w:numPr>
              <w:rPr>
                <w:rFonts w:cs="Times New Roman"/>
                <w:lang w:val="ru-RU"/>
              </w:rPr>
            </w:pPr>
            <w:r w:rsidRPr="00A9271F">
              <w:rPr>
                <w:rFonts w:cs="Times New Roman"/>
                <w:lang w:val="ru-RU"/>
              </w:rPr>
              <w:t>1</w:t>
            </w:r>
          </w:p>
        </w:tc>
        <w:tc>
          <w:tcPr>
            <w:tcW w:w="5954" w:type="dxa"/>
            <w:vAlign w:val="center"/>
          </w:tcPr>
          <w:p w14:paraId="2ED94DE3" w14:textId="77777777" w:rsidR="00833D92" w:rsidRPr="00A9271F" w:rsidRDefault="00833D92" w:rsidP="002C5100">
            <w:pPr>
              <w:pStyle w:val="aa"/>
              <w:rPr>
                <w:rFonts w:cs="Times New Roman"/>
              </w:rPr>
            </w:pPr>
            <w:r w:rsidRPr="00A9271F">
              <w:rPr>
                <w:rFonts w:eastAsiaTheme="minorEastAsia" w:cs="Times New Roman"/>
              </w:rPr>
              <w:t>Сервер стандартной архитектуры x86</w:t>
            </w:r>
          </w:p>
        </w:tc>
        <w:tc>
          <w:tcPr>
            <w:tcW w:w="2835" w:type="dxa"/>
            <w:vAlign w:val="center"/>
          </w:tcPr>
          <w:p w14:paraId="618DC099" w14:textId="77777777" w:rsidR="00833D92" w:rsidRPr="00A9271F" w:rsidRDefault="00833D92" w:rsidP="00DC34CE">
            <w:pPr>
              <w:pStyle w:val="aa"/>
              <w:jc w:val="center"/>
              <w:rPr>
                <w:rFonts w:cs="Times New Roman"/>
              </w:rPr>
            </w:pPr>
            <w:r w:rsidRPr="00A9271F">
              <w:rPr>
                <w:rFonts w:cs="Times New Roman"/>
              </w:rPr>
              <w:t>Соответствует</w:t>
            </w:r>
          </w:p>
        </w:tc>
      </w:tr>
      <w:tr w:rsidR="008A7B68" w:rsidRPr="00A9271F" w14:paraId="4BC45F90" w14:textId="77777777" w:rsidTr="00ED1D20">
        <w:tc>
          <w:tcPr>
            <w:tcW w:w="567" w:type="dxa"/>
            <w:vAlign w:val="center"/>
          </w:tcPr>
          <w:p w14:paraId="4A01DA3F" w14:textId="77777777" w:rsidR="008A7B68" w:rsidRPr="00A9271F" w:rsidRDefault="008A7B68" w:rsidP="008A7B68">
            <w:pPr>
              <w:pStyle w:val="a1"/>
              <w:numPr>
                <w:ilvl w:val="0"/>
                <w:numId w:val="0"/>
              </w:numPr>
              <w:rPr>
                <w:rFonts w:cs="Times New Roman"/>
                <w:lang w:val="ru-RU"/>
              </w:rPr>
            </w:pPr>
            <w:r w:rsidRPr="00A9271F">
              <w:rPr>
                <w:rFonts w:cs="Times New Roman"/>
                <w:lang w:val="ru-RU"/>
              </w:rPr>
              <w:t>2</w:t>
            </w:r>
          </w:p>
        </w:tc>
        <w:tc>
          <w:tcPr>
            <w:tcW w:w="5954" w:type="dxa"/>
          </w:tcPr>
          <w:p w14:paraId="441E72AF" w14:textId="77777777" w:rsidR="008A7B68" w:rsidRPr="00A9271F" w:rsidRDefault="008A7B68" w:rsidP="008A7B68">
            <w:pPr>
              <w:pStyle w:val="aa"/>
              <w:rPr>
                <w:rFonts w:cs="Times New Roman"/>
              </w:rPr>
            </w:pPr>
            <w:r w:rsidRPr="00A9271F">
              <w:rPr>
                <w:rFonts w:eastAsiaTheme="minorEastAsia" w:cs="Times New Roman"/>
              </w:rPr>
              <w:t>Форм-фактор, юнитов:</w:t>
            </w:r>
          </w:p>
        </w:tc>
        <w:tc>
          <w:tcPr>
            <w:tcW w:w="2835" w:type="dxa"/>
            <w:vAlign w:val="center"/>
          </w:tcPr>
          <w:p w14:paraId="5F228E92" w14:textId="083A7574" w:rsidR="008A7B68" w:rsidRPr="00A9271F" w:rsidRDefault="008A7B68" w:rsidP="008A7B68">
            <w:pPr>
              <w:pStyle w:val="aa"/>
              <w:jc w:val="center"/>
              <w:rPr>
                <w:rFonts w:cs="Times New Roman"/>
              </w:rPr>
            </w:pPr>
            <w:r>
              <w:t>__________</w:t>
            </w:r>
            <w:r w:rsidRPr="00293A59">
              <w:rPr>
                <w:rFonts w:cs="Times New Roman"/>
              </w:rPr>
              <w:t>*</w:t>
            </w:r>
          </w:p>
        </w:tc>
      </w:tr>
      <w:tr w:rsidR="008A7B68" w:rsidRPr="00A9271F" w14:paraId="4064BA81" w14:textId="77777777" w:rsidTr="00ED1D20">
        <w:tc>
          <w:tcPr>
            <w:tcW w:w="567" w:type="dxa"/>
            <w:vAlign w:val="center"/>
          </w:tcPr>
          <w:p w14:paraId="35B94B0B" w14:textId="689A5609" w:rsidR="008A7B68" w:rsidRPr="00A9271F" w:rsidRDefault="008A7B68" w:rsidP="008A7B68">
            <w:pPr>
              <w:pStyle w:val="a1"/>
              <w:numPr>
                <w:ilvl w:val="0"/>
                <w:numId w:val="0"/>
              </w:numPr>
              <w:rPr>
                <w:rFonts w:cs="Times New Roman"/>
                <w:lang w:val="ru-RU"/>
              </w:rPr>
            </w:pPr>
            <w:r>
              <w:rPr>
                <w:rFonts w:cs="Times New Roman"/>
                <w:lang w:val="ru-RU"/>
              </w:rPr>
              <w:t>3</w:t>
            </w:r>
          </w:p>
        </w:tc>
        <w:tc>
          <w:tcPr>
            <w:tcW w:w="5954" w:type="dxa"/>
          </w:tcPr>
          <w:p w14:paraId="2080BC5D" w14:textId="614F8817" w:rsidR="008A7B68" w:rsidRPr="00A9271F" w:rsidRDefault="008A7B68" w:rsidP="008A7B68">
            <w:pPr>
              <w:tabs>
                <w:tab w:val="left" w:pos="250"/>
              </w:tabs>
              <w:spacing w:after="0" w:line="240" w:lineRule="auto"/>
              <w:contextualSpacing/>
              <w:jc w:val="both"/>
              <w:rPr>
                <w:rFonts w:ascii="Times New Roman" w:hAnsi="Times New Roman"/>
                <w:highlight w:val="yellow"/>
              </w:rPr>
            </w:pPr>
            <w:r>
              <w:rPr>
                <w:rFonts w:ascii="Times New Roman" w:eastAsiaTheme="minorEastAsia" w:hAnsi="Times New Roman"/>
              </w:rPr>
              <w:t>К</w:t>
            </w:r>
            <w:r w:rsidRPr="00A9271F">
              <w:rPr>
                <w:rFonts w:ascii="Times New Roman" w:eastAsiaTheme="minorEastAsia" w:hAnsi="Times New Roman"/>
              </w:rPr>
              <w:t>оличество ядер:</w:t>
            </w:r>
          </w:p>
        </w:tc>
        <w:tc>
          <w:tcPr>
            <w:tcW w:w="2835" w:type="dxa"/>
            <w:vAlign w:val="center"/>
          </w:tcPr>
          <w:p w14:paraId="05C70DB0" w14:textId="56687235" w:rsidR="008A7B68" w:rsidRPr="00A9271F" w:rsidRDefault="008A7B68" w:rsidP="008A7B68">
            <w:pPr>
              <w:pStyle w:val="aa"/>
              <w:jc w:val="center"/>
              <w:rPr>
                <w:rFonts w:cs="Times New Roman"/>
                <w:highlight w:val="yellow"/>
              </w:rPr>
            </w:pPr>
            <w:r>
              <w:t>__________</w:t>
            </w:r>
            <w:r w:rsidRPr="00293A59">
              <w:rPr>
                <w:rFonts w:cs="Times New Roman"/>
              </w:rPr>
              <w:t>*</w:t>
            </w:r>
          </w:p>
        </w:tc>
      </w:tr>
      <w:tr w:rsidR="008A7B68" w:rsidRPr="00A9271F" w14:paraId="42FA85DD" w14:textId="77777777" w:rsidTr="00ED1D20">
        <w:tc>
          <w:tcPr>
            <w:tcW w:w="567" w:type="dxa"/>
            <w:vAlign w:val="center"/>
          </w:tcPr>
          <w:p w14:paraId="7353CF16" w14:textId="03E391C8" w:rsidR="008A7B68" w:rsidRPr="00A9271F" w:rsidRDefault="008A7B68" w:rsidP="008A7B68">
            <w:pPr>
              <w:pStyle w:val="a1"/>
              <w:numPr>
                <w:ilvl w:val="0"/>
                <w:numId w:val="0"/>
              </w:numPr>
              <w:rPr>
                <w:rFonts w:cs="Times New Roman"/>
                <w:lang w:val="ru-RU"/>
              </w:rPr>
            </w:pPr>
            <w:r w:rsidRPr="00A9271F">
              <w:rPr>
                <w:rFonts w:cs="Times New Roman"/>
                <w:lang w:val="ru-RU"/>
              </w:rPr>
              <w:t>4</w:t>
            </w:r>
          </w:p>
        </w:tc>
        <w:tc>
          <w:tcPr>
            <w:tcW w:w="5954" w:type="dxa"/>
            <w:vAlign w:val="center"/>
          </w:tcPr>
          <w:p w14:paraId="713C723B" w14:textId="4BD374D7" w:rsidR="008A7B68" w:rsidRPr="00A9271F" w:rsidRDefault="008A7B68" w:rsidP="008A7B68">
            <w:pPr>
              <w:tabs>
                <w:tab w:val="left" w:pos="250"/>
              </w:tabs>
              <w:spacing w:after="0" w:line="240" w:lineRule="auto"/>
              <w:contextualSpacing/>
              <w:jc w:val="both"/>
              <w:rPr>
                <w:rFonts w:ascii="Times New Roman" w:eastAsiaTheme="minorEastAsia" w:hAnsi="Times New Roman"/>
              </w:rPr>
            </w:pPr>
            <w:r>
              <w:rPr>
                <w:rFonts w:ascii="Times New Roman" w:eastAsiaTheme="minorEastAsia" w:hAnsi="Times New Roman"/>
              </w:rPr>
              <w:t>К</w:t>
            </w:r>
            <w:r w:rsidRPr="00A9271F">
              <w:rPr>
                <w:rFonts w:ascii="Times New Roman" w:eastAsiaTheme="minorEastAsia" w:hAnsi="Times New Roman"/>
              </w:rPr>
              <w:t>оличество потоков:</w:t>
            </w:r>
          </w:p>
        </w:tc>
        <w:tc>
          <w:tcPr>
            <w:tcW w:w="2835" w:type="dxa"/>
            <w:vAlign w:val="center"/>
          </w:tcPr>
          <w:p w14:paraId="36F7295C" w14:textId="09B7EDB9" w:rsidR="008A7B68" w:rsidRPr="00A9271F" w:rsidRDefault="008A7B68" w:rsidP="008A7B68">
            <w:pPr>
              <w:pStyle w:val="aa"/>
              <w:jc w:val="center"/>
              <w:rPr>
                <w:rFonts w:cs="Times New Roman"/>
              </w:rPr>
            </w:pPr>
            <w:r>
              <w:t>__________</w:t>
            </w:r>
            <w:r w:rsidRPr="00293A59">
              <w:rPr>
                <w:rFonts w:cs="Times New Roman"/>
              </w:rPr>
              <w:t>*</w:t>
            </w:r>
          </w:p>
        </w:tc>
      </w:tr>
      <w:tr w:rsidR="008A7B68" w:rsidRPr="00A9271F" w14:paraId="39759697" w14:textId="77777777" w:rsidTr="00ED1D20">
        <w:tc>
          <w:tcPr>
            <w:tcW w:w="567" w:type="dxa"/>
            <w:vAlign w:val="center"/>
          </w:tcPr>
          <w:p w14:paraId="1FEE4827" w14:textId="4C5C5875" w:rsidR="008A7B68" w:rsidRPr="00A9271F" w:rsidRDefault="008A7B68" w:rsidP="008A7B68">
            <w:pPr>
              <w:pStyle w:val="a1"/>
              <w:numPr>
                <w:ilvl w:val="0"/>
                <w:numId w:val="0"/>
              </w:numPr>
              <w:rPr>
                <w:rFonts w:cs="Times New Roman"/>
                <w:lang w:val="ru-RU"/>
              </w:rPr>
            </w:pPr>
            <w:r w:rsidRPr="00A9271F">
              <w:rPr>
                <w:rFonts w:cs="Times New Roman"/>
                <w:lang w:val="ru-RU"/>
              </w:rPr>
              <w:t>5</w:t>
            </w:r>
          </w:p>
        </w:tc>
        <w:tc>
          <w:tcPr>
            <w:tcW w:w="5954" w:type="dxa"/>
            <w:vAlign w:val="center"/>
          </w:tcPr>
          <w:p w14:paraId="1352C3FB" w14:textId="77777777" w:rsidR="008A7B68" w:rsidRPr="00A9271F" w:rsidRDefault="008A7B68" w:rsidP="008A7B68">
            <w:pPr>
              <w:tabs>
                <w:tab w:val="left" w:pos="250"/>
              </w:tabs>
              <w:spacing w:after="0" w:line="240" w:lineRule="auto"/>
              <w:contextualSpacing/>
              <w:jc w:val="both"/>
              <w:rPr>
                <w:rFonts w:ascii="Times New Roman" w:eastAsiaTheme="minorEastAsia" w:hAnsi="Times New Roman"/>
              </w:rPr>
            </w:pPr>
            <w:r w:rsidRPr="00A9271F">
              <w:rPr>
                <w:rFonts w:ascii="Times New Roman" w:eastAsiaTheme="minorEastAsia" w:hAnsi="Times New Roman"/>
              </w:rPr>
              <w:t>Каждый процессор, частота ГГц:</w:t>
            </w:r>
          </w:p>
        </w:tc>
        <w:tc>
          <w:tcPr>
            <w:tcW w:w="2835" w:type="dxa"/>
            <w:vAlign w:val="center"/>
          </w:tcPr>
          <w:p w14:paraId="6935366B" w14:textId="36CD616C" w:rsidR="008A7B68" w:rsidRPr="00A9271F" w:rsidRDefault="008A7B68" w:rsidP="008A7B68">
            <w:pPr>
              <w:pStyle w:val="aa"/>
              <w:jc w:val="center"/>
              <w:rPr>
                <w:rFonts w:cs="Times New Roman"/>
              </w:rPr>
            </w:pPr>
            <w:r>
              <w:t>__________</w:t>
            </w:r>
            <w:r w:rsidRPr="00293A59">
              <w:rPr>
                <w:rFonts w:eastAsiaTheme="minorEastAsia" w:cs="Times New Roman"/>
              </w:rPr>
              <w:t>*</w:t>
            </w:r>
          </w:p>
        </w:tc>
      </w:tr>
      <w:tr w:rsidR="008A7B68" w:rsidRPr="00A9271F" w14:paraId="614424E6" w14:textId="77777777" w:rsidTr="00ED1D20">
        <w:tc>
          <w:tcPr>
            <w:tcW w:w="567" w:type="dxa"/>
            <w:vAlign w:val="center"/>
          </w:tcPr>
          <w:p w14:paraId="6F1EF206" w14:textId="0DBA6031" w:rsidR="008A7B68" w:rsidRPr="00A9271F" w:rsidRDefault="008A7B68" w:rsidP="008A7B68">
            <w:pPr>
              <w:pStyle w:val="a1"/>
              <w:numPr>
                <w:ilvl w:val="0"/>
                <w:numId w:val="0"/>
              </w:numPr>
              <w:rPr>
                <w:rFonts w:cs="Times New Roman"/>
                <w:lang w:val="ru-RU"/>
              </w:rPr>
            </w:pPr>
            <w:r w:rsidRPr="00A9271F">
              <w:rPr>
                <w:rFonts w:cs="Times New Roman"/>
                <w:lang w:val="ru-RU"/>
              </w:rPr>
              <w:t>6</w:t>
            </w:r>
          </w:p>
        </w:tc>
        <w:tc>
          <w:tcPr>
            <w:tcW w:w="5954" w:type="dxa"/>
            <w:vAlign w:val="center"/>
          </w:tcPr>
          <w:p w14:paraId="1137C1D9" w14:textId="77777777" w:rsidR="008A7B68" w:rsidRPr="00A9271F" w:rsidRDefault="008A7B68" w:rsidP="008A7B68">
            <w:pPr>
              <w:tabs>
                <w:tab w:val="left" w:pos="250"/>
              </w:tabs>
              <w:spacing w:after="0" w:line="240" w:lineRule="auto"/>
              <w:contextualSpacing/>
              <w:jc w:val="both"/>
              <w:rPr>
                <w:rFonts w:ascii="Times New Roman" w:eastAsiaTheme="minorEastAsia" w:hAnsi="Times New Roman"/>
              </w:rPr>
            </w:pPr>
            <w:r w:rsidRPr="00A9271F">
              <w:rPr>
                <w:rFonts w:ascii="Times New Roman" w:eastAsiaTheme="minorEastAsia" w:hAnsi="Times New Roman"/>
              </w:rPr>
              <w:t>Объём установленной оперативной памяти, ГБ:</w:t>
            </w:r>
          </w:p>
        </w:tc>
        <w:tc>
          <w:tcPr>
            <w:tcW w:w="2835" w:type="dxa"/>
            <w:vAlign w:val="center"/>
          </w:tcPr>
          <w:p w14:paraId="23146A71" w14:textId="46B9C7A6" w:rsidR="008A7B68" w:rsidRPr="00A9271F" w:rsidRDefault="008A7B68" w:rsidP="008A7B68">
            <w:pPr>
              <w:pStyle w:val="aa"/>
              <w:jc w:val="center"/>
              <w:rPr>
                <w:rFonts w:cs="Times New Roman"/>
                <w:highlight w:val="yellow"/>
              </w:rPr>
            </w:pPr>
            <w:r>
              <w:t>__________</w:t>
            </w:r>
            <w:r w:rsidRPr="00755588">
              <w:rPr>
                <w:rFonts w:eastAsiaTheme="minorEastAsia" w:cs="Times New Roman"/>
              </w:rPr>
              <w:t>*</w:t>
            </w:r>
          </w:p>
        </w:tc>
      </w:tr>
      <w:tr w:rsidR="008A7B68" w:rsidRPr="00A9271F" w14:paraId="1E7CE222" w14:textId="77777777" w:rsidTr="00ED1D20">
        <w:tc>
          <w:tcPr>
            <w:tcW w:w="567" w:type="dxa"/>
            <w:vAlign w:val="center"/>
          </w:tcPr>
          <w:p w14:paraId="79063884" w14:textId="4208E98E" w:rsidR="008A7B68" w:rsidRPr="00A9271F" w:rsidRDefault="008A7B68" w:rsidP="008A7B68">
            <w:pPr>
              <w:pStyle w:val="a1"/>
              <w:numPr>
                <w:ilvl w:val="0"/>
                <w:numId w:val="0"/>
              </w:numPr>
              <w:rPr>
                <w:rFonts w:cs="Times New Roman"/>
                <w:lang w:val="ru-RU"/>
              </w:rPr>
            </w:pPr>
            <w:r w:rsidRPr="00A9271F">
              <w:rPr>
                <w:rFonts w:cs="Times New Roman"/>
                <w:lang w:val="ru-RU"/>
              </w:rPr>
              <w:t>7</w:t>
            </w:r>
          </w:p>
        </w:tc>
        <w:tc>
          <w:tcPr>
            <w:tcW w:w="5954" w:type="dxa"/>
            <w:vAlign w:val="center"/>
          </w:tcPr>
          <w:p w14:paraId="7EB30A33" w14:textId="2CD0F158" w:rsidR="008A7B68" w:rsidRPr="00A9271F" w:rsidRDefault="008A7B68" w:rsidP="008A7B68">
            <w:pPr>
              <w:pStyle w:val="aa"/>
              <w:rPr>
                <w:rFonts w:cs="Times New Roman"/>
                <w:highlight w:val="yellow"/>
              </w:rPr>
            </w:pPr>
            <w:r w:rsidRPr="00A9271F">
              <w:rPr>
                <w:rFonts w:eastAsiaTheme="minorEastAsia" w:cs="Times New Roman"/>
              </w:rPr>
              <w:t xml:space="preserve">Накопители </w:t>
            </w:r>
            <w:r>
              <w:rPr>
                <w:rFonts w:eastAsiaTheme="minorEastAsia" w:cs="Times New Roman"/>
                <w:lang w:val="en-US"/>
              </w:rPr>
              <w:t>SSD</w:t>
            </w:r>
            <w:r w:rsidRPr="00A9271F">
              <w:rPr>
                <w:rFonts w:eastAsiaTheme="minorEastAsia" w:cs="Times New Roman"/>
              </w:rPr>
              <w:t>, шт.:</w:t>
            </w:r>
          </w:p>
        </w:tc>
        <w:tc>
          <w:tcPr>
            <w:tcW w:w="2835" w:type="dxa"/>
            <w:vAlign w:val="center"/>
          </w:tcPr>
          <w:p w14:paraId="359B363F" w14:textId="3AAF768D" w:rsidR="008A7B68" w:rsidRPr="00A9271F" w:rsidRDefault="008A7B68" w:rsidP="008A7B68">
            <w:pPr>
              <w:pStyle w:val="aa"/>
              <w:jc w:val="center"/>
              <w:rPr>
                <w:rFonts w:cs="Times New Roman"/>
                <w:highlight w:val="yellow"/>
              </w:rPr>
            </w:pPr>
            <w:r>
              <w:t>__________</w:t>
            </w:r>
            <w:r w:rsidRPr="00755588">
              <w:rPr>
                <w:rFonts w:eastAsiaTheme="minorEastAsia" w:cs="Times New Roman"/>
              </w:rPr>
              <w:t>*</w:t>
            </w:r>
          </w:p>
        </w:tc>
      </w:tr>
      <w:tr w:rsidR="008A7B68" w:rsidRPr="00A9271F" w14:paraId="62E71C13" w14:textId="77777777" w:rsidTr="00ED1D20">
        <w:tc>
          <w:tcPr>
            <w:tcW w:w="567" w:type="dxa"/>
            <w:vAlign w:val="center"/>
          </w:tcPr>
          <w:p w14:paraId="37FC04A0" w14:textId="6AF4B770" w:rsidR="008A7B68" w:rsidRPr="00A9271F" w:rsidRDefault="008A7B68" w:rsidP="008A7B68">
            <w:pPr>
              <w:pStyle w:val="a1"/>
              <w:numPr>
                <w:ilvl w:val="0"/>
                <w:numId w:val="0"/>
              </w:numPr>
              <w:rPr>
                <w:rFonts w:cs="Times New Roman"/>
                <w:lang w:val="ru-RU"/>
              </w:rPr>
            </w:pPr>
            <w:r>
              <w:rPr>
                <w:rFonts w:cs="Times New Roman"/>
              </w:rPr>
              <w:t>8</w:t>
            </w:r>
          </w:p>
        </w:tc>
        <w:tc>
          <w:tcPr>
            <w:tcW w:w="5954" w:type="dxa"/>
            <w:vAlign w:val="center"/>
          </w:tcPr>
          <w:p w14:paraId="5A4A3289" w14:textId="668B18B2" w:rsidR="008A7B68" w:rsidRPr="00A9271F" w:rsidRDefault="008A7B68" w:rsidP="008A7B68">
            <w:pPr>
              <w:pStyle w:val="aa"/>
              <w:rPr>
                <w:rFonts w:eastAsiaTheme="minorEastAsia" w:cs="Times New Roman"/>
              </w:rPr>
            </w:pPr>
            <w:r w:rsidRPr="00A9271F">
              <w:rPr>
                <w:rFonts w:eastAsiaTheme="minorEastAsia" w:cs="Times New Roman"/>
              </w:rPr>
              <w:t xml:space="preserve">Объём каждого из накопителей </w:t>
            </w:r>
            <w:r>
              <w:rPr>
                <w:rFonts w:eastAsiaTheme="minorEastAsia" w:cs="Times New Roman"/>
                <w:lang w:val="en-US"/>
              </w:rPr>
              <w:t>SSD</w:t>
            </w:r>
            <w:r w:rsidRPr="00A9271F">
              <w:rPr>
                <w:rFonts w:eastAsiaTheme="minorEastAsia" w:cs="Times New Roman"/>
              </w:rPr>
              <w:t>, Тб:</w:t>
            </w:r>
          </w:p>
        </w:tc>
        <w:tc>
          <w:tcPr>
            <w:tcW w:w="2835" w:type="dxa"/>
            <w:vAlign w:val="center"/>
          </w:tcPr>
          <w:p w14:paraId="6B818563" w14:textId="291811A9" w:rsidR="008A7B68" w:rsidRPr="00A9271F" w:rsidRDefault="008A7B68" w:rsidP="008A7B68">
            <w:pPr>
              <w:pStyle w:val="aa"/>
              <w:jc w:val="center"/>
              <w:rPr>
                <w:rFonts w:cs="Times New Roman"/>
                <w:highlight w:val="yellow"/>
              </w:rPr>
            </w:pPr>
            <w:r>
              <w:t>__________</w:t>
            </w:r>
            <w:r w:rsidRPr="00293A59">
              <w:rPr>
                <w:rFonts w:eastAsiaTheme="minorEastAsia" w:cs="Times New Roman"/>
              </w:rPr>
              <w:t>*</w:t>
            </w:r>
          </w:p>
        </w:tc>
      </w:tr>
      <w:tr w:rsidR="008A7B68" w:rsidRPr="00A9271F" w14:paraId="10FD6379" w14:textId="77777777" w:rsidTr="00ED1D20">
        <w:tc>
          <w:tcPr>
            <w:tcW w:w="567" w:type="dxa"/>
            <w:vAlign w:val="center"/>
          </w:tcPr>
          <w:p w14:paraId="572D0182" w14:textId="492E2F22" w:rsidR="008A7B68" w:rsidRPr="00A9271F" w:rsidRDefault="008A7B68" w:rsidP="008A7B68">
            <w:pPr>
              <w:pStyle w:val="a1"/>
              <w:numPr>
                <w:ilvl w:val="0"/>
                <w:numId w:val="0"/>
              </w:numPr>
              <w:rPr>
                <w:rFonts w:cs="Times New Roman"/>
                <w:lang w:val="ru-RU"/>
              </w:rPr>
            </w:pPr>
            <w:r w:rsidRPr="00A9271F">
              <w:rPr>
                <w:rFonts w:cs="Times New Roman"/>
                <w:lang w:val="ru-RU"/>
              </w:rPr>
              <w:t>9</w:t>
            </w:r>
          </w:p>
        </w:tc>
        <w:tc>
          <w:tcPr>
            <w:tcW w:w="5954" w:type="dxa"/>
            <w:vAlign w:val="center"/>
          </w:tcPr>
          <w:p w14:paraId="749FB4AF" w14:textId="75220BF1" w:rsidR="008A7B68" w:rsidRPr="00A9271F" w:rsidRDefault="008A7B68" w:rsidP="008A7B68">
            <w:pPr>
              <w:pStyle w:val="aa"/>
              <w:rPr>
                <w:rFonts w:cs="Times New Roman"/>
                <w:highlight w:val="yellow"/>
              </w:rPr>
            </w:pPr>
            <w:r w:rsidRPr="00A9271F">
              <w:rPr>
                <w:rFonts w:eastAsiaTheme="minorEastAsia" w:cs="Times New Roman"/>
              </w:rPr>
              <w:t xml:space="preserve">Ресурс каждого из накопителей </w:t>
            </w:r>
            <w:r>
              <w:rPr>
                <w:rFonts w:eastAsiaTheme="minorEastAsia" w:cs="Times New Roman"/>
                <w:lang w:val="en-US"/>
              </w:rPr>
              <w:t>SSD</w:t>
            </w:r>
            <w:r w:rsidRPr="00A9271F">
              <w:rPr>
                <w:rFonts w:eastAsiaTheme="minorEastAsia" w:cs="Times New Roman"/>
              </w:rPr>
              <w:t>, DWPD (количество перезаписей всего объема накопителя в день в течении 5 лет):</w:t>
            </w:r>
          </w:p>
        </w:tc>
        <w:tc>
          <w:tcPr>
            <w:tcW w:w="2835" w:type="dxa"/>
            <w:vAlign w:val="center"/>
          </w:tcPr>
          <w:p w14:paraId="2DE3A353" w14:textId="55FE308B" w:rsidR="008A7B68" w:rsidRPr="00A9271F" w:rsidRDefault="008A7B68" w:rsidP="008A7B68">
            <w:pPr>
              <w:pStyle w:val="aa"/>
              <w:jc w:val="center"/>
              <w:rPr>
                <w:rFonts w:cs="Times New Roman"/>
                <w:highlight w:val="yellow"/>
              </w:rPr>
            </w:pPr>
            <w:r>
              <w:t>__________</w:t>
            </w:r>
            <w:r w:rsidRPr="00293A59">
              <w:rPr>
                <w:rFonts w:eastAsiaTheme="minorEastAsia" w:cs="Times New Roman"/>
              </w:rPr>
              <w:t>*</w:t>
            </w:r>
          </w:p>
        </w:tc>
      </w:tr>
      <w:tr w:rsidR="0063510A" w:rsidRPr="00A9271F" w14:paraId="396558AE" w14:textId="77777777" w:rsidTr="00ED1D20">
        <w:tc>
          <w:tcPr>
            <w:tcW w:w="567" w:type="dxa"/>
            <w:vAlign w:val="center"/>
          </w:tcPr>
          <w:p w14:paraId="63DDD4E6" w14:textId="0BD3177A" w:rsidR="0063510A" w:rsidRPr="00A9271F" w:rsidRDefault="0063510A" w:rsidP="0063510A">
            <w:pPr>
              <w:pStyle w:val="a1"/>
              <w:numPr>
                <w:ilvl w:val="0"/>
                <w:numId w:val="0"/>
              </w:numPr>
              <w:rPr>
                <w:rFonts w:cs="Times New Roman"/>
                <w:lang w:val="ru-RU"/>
              </w:rPr>
            </w:pPr>
            <w:r w:rsidRPr="00A9271F">
              <w:rPr>
                <w:rFonts w:cs="Times New Roman"/>
                <w:lang w:val="ru-RU"/>
              </w:rPr>
              <w:t>10</w:t>
            </w:r>
          </w:p>
        </w:tc>
        <w:tc>
          <w:tcPr>
            <w:tcW w:w="5954" w:type="dxa"/>
            <w:vAlign w:val="center"/>
          </w:tcPr>
          <w:p w14:paraId="503D6162" w14:textId="77777777" w:rsidR="0063510A" w:rsidRPr="00A9271F" w:rsidRDefault="0063510A" w:rsidP="0063510A">
            <w:pPr>
              <w:pStyle w:val="aa"/>
              <w:rPr>
                <w:rFonts w:eastAsiaTheme="minorEastAsia" w:cs="Times New Roman"/>
              </w:rPr>
            </w:pPr>
            <w:r w:rsidRPr="00A9271F">
              <w:rPr>
                <w:rFonts w:eastAsiaTheme="minorEastAsia" w:cs="Times New Roman"/>
              </w:rPr>
              <w:t xml:space="preserve">Установленные </w:t>
            </w:r>
            <w:r w:rsidRPr="00A9271F">
              <w:rPr>
                <w:rFonts w:eastAsiaTheme="minorEastAsia" w:cs="Times New Roman"/>
                <w:lang w:val="en-US"/>
              </w:rPr>
              <w:t>NVMe</w:t>
            </w:r>
            <w:r w:rsidRPr="00A9271F">
              <w:rPr>
                <w:rFonts w:eastAsiaTheme="minorEastAsia" w:cs="Times New Roman"/>
              </w:rPr>
              <w:t xml:space="preserve"> накопители должны иметь возможность объединения в RAID массив уровней 10</w:t>
            </w:r>
          </w:p>
        </w:tc>
        <w:tc>
          <w:tcPr>
            <w:tcW w:w="2835" w:type="dxa"/>
            <w:vAlign w:val="center"/>
          </w:tcPr>
          <w:p w14:paraId="5DCDC0AB" w14:textId="77777777" w:rsidR="0063510A" w:rsidRPr="00A9271F" w:rsidRDefault="0063510A" w:rsidP="0063510A">
            <w:pPr>
              <w:pStyle w:val="aa"/>
              <w:jc w:val="center"/>
              <w:rPr>
                <w:rFonts w:cs="Times New Roman"/>
                <w:highlight w:val="yellow"/>
              </w:rPr>
            </w:pPr>
            <w:r w:rsidRPr="00A9271F">
              <w:rPr>
                <w:rFonts w:cs="Times New Roman"/>
              </w:rPr>
              <w:t>Соответствует</w:t>
            </w:r>
          </w:p>
        </w:tc>
      </w:tr>
      <w:tr w:rsidR="008A7B68" w:rsidRPr="00A9271F" w14:paraId="38C48914" w14:textId="77777777" w:rsidTr="00ED1D20">
        <w:tc>
          <w:tcPr>
            <w:tcW w:w="567" w:type="dxa"/>
            <w:vAlign w:val="center"/>
          </w:tcPr>
          <w:p w14:paraId="55710122" w14:textId="3C385AEB" w:rsidR="008A7B68" w:rsidRPr="00A9271F" w:rsidRDefault="008A7B68" w:rsidP="008A7B68">
            <w:pPr>
              <w:pStyle w:val="a1"/>
              <w:numPr>
                <w:ilvl w:val="0"/>
                <w:numId w:val="0"/>
              </w:numPr>
              <w:rPr>
                <w:rFonts w:cs="Times New Roman"/>
                <w:lang w:val="ru-RU"/>
              </w:rPr>
            </w:pPr>
            <w:r w:rsidRPr="00A9271F">
              <w:rPr>
                <w:rFonts w:cs="Times New Roman"/>
                <w:lang w:val="ru-RU"/>
              </w:rPr>
              <w:t>11</w:t>
            </w:r>
          </w:p>
        </w:tc>
        <w:tc>
          <w:tcPr>
            <w:tcW w:w="5954" w:type="dxa"/>
            <w:vAlign w:val="center"/>
          </w:tcPr>
          <w:p w14:paraId="6B456AD6" w14:textId="2CDBA4DA" w:rsidR="008A7B68" w:rsidRPr="00A9271F" w:rsidRDefault="008A7B68" w:rsidP="008A7B68">
            <w:pPr>
              <w:pStyle w:val="aa"/>
              <w:rPr>
                <w:rFonts w:eastAsiaTheme="minorEastAsia" w:cs="Times New Roman"/>
              </w:rPr>
            </w:pPr>
            <w:r>
              <w:rPr>
                <w:rFonts w:eastAsiaTheme="minorEastAsia" w:cs="Times New Roman"/>
              </w:rPr>
              <w:t xml:space="preserve">Количество графических ускорителей </w:t>
            </w:r>
            <w:r>
              <w:rPr>
                <w:rFonts w:eastAsiaTheme="minorEastAsia" w:cs="Times New Roman"/>
                <w:lang w:val="en-US"/>
              </w:rPr>
              <w:t>GPU</w:t>
            </w:r>
            <w:r w:rsidRPr="00494A9B">
              <w:rPr>
                <w:rFonts w:eastAsiaTheme="minorEastAsia" w:cs="Times New Roman"/>
              </w:rPr>
              <w:t xml:space="preserve">, </w:t>
            </w:r>
            <w:r>
              <w:rPr>
                <w:rFonts w:eastAsiaTheme="minorEastAsia" w:cs="Times New Roman"/>
              </w:rPr>
              <w:t>шт.</w:t>
            </w:r>
          </w:p>
        </w:tc>
        <w:tc>
          <w:tcPr>
            <w:tcW w:w="2835" w:type="dxa"/>
            <w:vAlign w:val="center"/>
          </w:tcPr>
          <w:p w14:paraId="61208CC0" w14:textId="306FCC12" w:rsidR="008A7B68" w:rsidRPr="00A9271F" w:rsidRDefault="008A7B68" w:rsidP="008A7B68">
            <w:pPr>
              <w:pStyle w:val="aa"/>
              <w:jc w:val="center"/>
              <w:rPr>
                <w:rFonts w:cs="Times New Roman"/>
              </w:rPr>
            </w:pPr>
            <w:r>
              <w:t>__________</w:t>
            </w:r>
            <w:r w:rsidRPr="00293A59">
              <w:rPr>
                <w:rFonts w:cs="Times New Roman"/>
              </w:rPr>
              <w:t>*</w:t>
            </w:r>
          </w:p>
        </w:tc>
      </w:tr>
      <w:tr w:rsidR="008A7B68" w:rsidRPr="00A9271F" w14:paraId="65B78006" w14:textId="77777777" w:rsidTr="00ED1D20">
        <w:tc>
          <w:tcPr>
            <w:tcW w:w="567" w:type="dxa"/>
            <w:vAlign w:val="center"/>
          </w:tcPr>
          <w:p w14:paraId="15EE6466" w14:textId="5904BAAB" w:rsidR="008A7B68" w:rsidRPr="00A9271F" w:rsidRDefault="008A7B68" w:rsidP="008A7B68">
            <w:pPr>
              <w:pStyle w:val="a1"/>
              <w:numPr>
                <w:ilvl w:val="0"/>
                <w:numId w:val="0"/>
              </w:numPr>
              <w:rPr>
                <w:rFonts w:cs="Times New Roman"/>
                <w:lang w:val="ru-RU"/>
              </w:rPr>
            </w:pPr>
            <w:r w:rsidRPr="00A9271F">
              <w:rPr>
                <w:rFonts w:cs="Times New Roman"/>
                <w:lang w:val="ru-RU"/>
              </w:rPr>
              <w:t>12</w:t>
            </w:r>
          </w:p>
        </w:tc>
        <w:tc>
          <w:tcPr>
            <w:tcW w:w="5954" w:type="dxa"/>
            <w:vAlign w:val="center"/>
          </w:tcPr>
          <w:p w14:paraId="758E4EF4" w14:textId="50D3DDBC" w:rsidR="008A7B68" w:rsidRPr="00A9271F" w:rsidRDefault="008A7B68" w:rsidP="008A7B68">
            <w:pPr>
              <w:pStyle w:val="aa"/>
              <w:rPr>
                <w:rFonts w:eastAsiaTheme="minorEastAsia" w:cs="Times New Roman"/>
              </w:rPr>
            </w:pPr>
            <w:r>
              <w:rPr>
                <w:rFonts w:eastAsiaTheme="minorEastAsia" w:cs="Times New Roman"/>
              </w:rPr>
              <w:t xml:space="preserve">Количество оперативной </w:t>
            </w:r>
            <w:r w:rsidRPr="00266223">
              <w:rPr>
                <w:rFonts w:eastAsiaTheme="minorEastAsia" w:cs="Times New Roman"/>
              </w:rPr>
              <w:t xml:space="preserve">памяти на </w:t>
            </w:r>
            <w:r>
              <w:rPr>
                <w:rFonts w:eastAsiaTheme="minorEastAsia" w:cs="Times New Roman"/>
              </w:rPr>
              <w:t>всех графических ускорителях</w:t>
            </w:r>
            <w:r w:rsidRPr="006F3DBE">
              <w:rPr>
                <w:rFonts w:eastAsiaTheme="minorEastAsia" w:cs="Times New Roman"/>
              </w:rPr>
              <w:t>, ГБ:</w:t>
            </w:r>
          </w:p>
        </w:tc>
        <w:tc>
          <w:tcPr>
            <w:tcW w:w="2835" w:type="dxa"/>
            <w:vAlign w:val="center"/>
          </w:tcPr>
          <w:p w14:paraId="6F77E5CB" w14:textId="00040FEB" w:rsidR="008A7B68" w:rsidRPr="00A9271F" w:rsidRDefault="008A7B68" w:rsidP="008A7B68">
            <w:pPr>
              <w:pStyle w:val="aa"/>
              <w:jc w:val="center"/>
              <w:rPr>
                <w:rFonts w:cs="Times New Roman"/>
              </w:rPr>
            </w:pPr>
            <w:r>
              <w:t>__________</w:t>
            </w:r>
            <w:r w:rsidRPr="00293A59">
              <w:rPr>
                <w:rFonts w:cs="Times New Roman"/>
              </w:rPr>
              <w:t>*</w:t>
            </w:r>
          </w:p>
        </w:tc>
      </w:tr>
      <w:tr w:rsidR="008A7B68" w:rsidRPr="00A9271F" w14:paraId="69F0C1D3" w14:textId="77777777" w:rsidTr="00ED1D20">
        <w:tc>
          <w:tcPr>
            <w:tcW w:w="567" w:type="dxa"/>
            <w:vAlign w:val="center"/>
          </w:tcPr>
          <w:p w14:paraId="7008C9DA" w14:textId="257A0F09" w:rsidR="008A7B68" w:rsidRPr="00A9271F" w:rsidRDefault="008A7B68" w:rsidP="008A7B68">
            <w:pPr>
              <w:pStyle w:val="a1"/>
              <w:numPr>
                <w:ilvl w:val="0"/>
                <w:numId w:val="0"/>
              </w:numPr>
              <w:rPr>
                <w:rFonts w:cs="Times New Roman"/>
                <w:lang w:val="ru-RU"/>
              </w:rPr>
            </w:pPr>
            <w:r w:rsidRPr="00A9271F">
              <w:rPr>
                <w:rFonts w:cs="Times New Roman"/>
                <w:lang w:val="ru-RU"/>
              </w:rPr>
              <w:t>13</w:t>
            </w:r>
          </w:p>
        </w:tc>
        <w:tc>
          <w:tcPr>
            <w:tcW w:w="5954" w:type="dxa"/>
            <w:vAlign w:val="center"/>
          </w:tcPr>
          <w:p w14:paraId="1C34AB9B" w14:textId="6F8EA4CD" w:rsidR="008A7B68" w:rsidRPr="00A9271F" w:rsidRDefault="008A7B68" w:rsidP="008A7B68">
            <w:pPr>
              <w:pStyle w:val="aa"/>
              <w:rPr>
                <w:rFonts w:eastAsiaTheme="minorEastAsia" w:cs="Times New Roman"/>
              </w:rPr>
            </w:pPr>
            <w:r w:rsidRPr="006F3DBE">
              <w:rPr>
                <w:rFonts w:eastAsiaTheme="minorEastAsia" w:cs="Times New Roman"/>
              </w:rPr>
              <w:t>Производительность FP</w:t>
            </w:r>
            <w:r w:rsidRPr="00BD7D7B">
              <w:rPr>
                <w:rFonts w:eastAsiaTheme="minorEastAsia" w:cs="Times New Roman"/>
              </w:rPr>
              <w:t>32</w:t>
            </w:r>
            <w:r w:rsidRPr="006F3DBE">
              <w:rPr>
                <w:rFonts w:eastAsiaTheme="minorEastAsia" w:cs="Times New Roman"/>
              </w:rPr>
              <w:t xml:space="preserve"> на каждую карту TFLOPS каждого из графических ускорител</w:t>
            </w:r>
            <w:r>
              <w:rPr>
                <w:rFonts w:eastAsiaTheme="minorEastAsia" w:cs="Times New Roman"/>
              </w:rPr>
              <w:t>ей</w:t>
            </w:r>
            <w:r w:rsidRPr="006F3DBE">
              <w:rPr>
                <w:rFonts w:eastAsiaTheme="minorEastAsia" w:cs="Times New Roman"/>
              </w:rPr>
              <w:t xml:space="preserve"> GPU</w:t>
            </w:r>
          </w:p>
        </w:tc>
        <w:tc>
          <w:tcPr>
            <w:tcW w:w="2835" w:type="dxa"/>
            <w:vAlign w:val="center"/>
          </w:tcPr>
          <w:p w14:paraId="2BA81314" w14:textId="4DB646EF" w:rsidR="008A7B68" w:rsidRPr="00A9271F" w:rsidRDefault="008A7B68" w:rsidP="008A7B68">
            <w:pPr>
              <w:pStyle w:val="aa"/>
              <w:jc w:val="center"/>
              <w:rPr>
                <w:rFonts w:cs="Times New Roman"/>
              </w:rPr>
            </w:pPr>
            <w:r>
              <w:t>__________</w:t>
            </w:r>
            <w:r w:rsidRPr="00293A59">
              <w:rPr>
                <w:rFonts w:cs="Times New Roman"/>
              </w:rPr>
              <w:t>*</w:t>
            </w:r>
          </w:p>
        </w:tc>
      </w:tr>
      <w:tr w:rsidR="008A7B68" w:rsidRPr="00A9271F" w14:paraId="1DA39576" w14:textId="77777777" w:rsidTr="00ED1D20">
        <w:tc>
          <w:tcPr>
            <w:tcW w:w="567" w:type="dxa"/>
            <w:vAlign w:val="center"/>
          </w:tcPr>
          <w:p w14:paraId="0007EF05" w14:textId="569F88BC" w:rsidR="008A7B68" w:rsidRPr="00A9271F" w:rsidRDefault="008A7B68" w:rsidP="008A7B68">
            <w:pPr>
              <w:pStyle w:val="a1"/>
              <w:numPr>
                <w:ilvl w:val="0"/>
                <w:numId w:val="0"/>
              </w:numPr>
              <w:rPr>
                <w:rFonts w:cs="Times New Roman"/>
                <w:lang w:val="ru-RU"/>
              </w:rPr>
            </w:pPr>
            <w:r w:rsidRPr="00A9271F">
              <w:rPr>
                <w:rFonts w:cs="Times New Roman"/>
                <w:lang w:val="ru-RU"/>
              </w:rPr>
              <w:t>14</w:t>
            </w:r>
          </w:p>
        </w:tc>
        <w:tc>
          <w:tcPr>
            <w:tcW w:w="5954" w:type="dxa"/>
            <w:vAlign w:val="center"/>
          </w:tcPr>
          <w:p w14:paraId="4B694432" w14:textId="77777777" w:rsidR="008A7B68" w:rsidRPr="00A9271F" w:rsidRDefault="008A7B68" w:rsidP="008A7B68">
            <w:pPr>
              <w:pStyle w:val="aa"/>
              <w:rPr>
                <w:rFonts w:cs="Times New Roman"/>
                <w:highlight w:val="yellow"/>
              </w:rPr>
            </w:pPr>
            <w:r w:rsidRPr="00A9271F">
              <w:rPr>
                <w:rFonts w:eastAsiaTheme="minorEastAsia" w:cs="Times New Roman"/>
              </w:rPr>
              <w:t>Количество зарезервированных блоков питания, шт.:</w:t>
            </w:r>
          </w:p>
        </w:tc>
        <w:tc>
          <w:tcPr>
            <w:tcW w:w="2835" w:type="dxa"/>
            <w:vAlign w:val="center"/>
          </w:tcPr>
          <w:p w14:paraId="206A008B" w14:textId="0481E771" w:rsidR="008A7B68" w:rsidRPr="00A9271F" w:rsidRDefault="008A7B68" w:rsidP="008A7B68">
            <w:pPr>
              <w:pStyle w:val="aa"/>
              <w:jc w:val="center"/>
              <w:rPr>
                <w:rFonts w:cs="Times New Roman"/>
                <w:highlight w:val="yellow"/>
              </w:rPr>
            </w:pPr>
            <w:r>
              <w:t>__________</w:t>
            </w:r>
            <w:r w:rsidRPr="00293A59">
              <w:rPr>
                <w:rFonts w:eastAsiaTheme="minorEastAsia" w:cs="Times New Roman"/>
              </w:rPr>
              <w:t>*</w:t>
            </w:r>
          </w:p>
        </w:tc>
      </w:tr>
      <w:tr w:rsidR="008A7B68" w:rsidRPr="00A9271F" w14:paraId="1B42EE68" w14:textId="77777777" w:rsidTr="00ED1D20">
        <w:tc>
          <w:tcPr>
            <w:tcW w:w="567" w:type="dxa"/>
            <w:vAlign w:val="center"/>
          </w:tcPr>
          <w:p w14:paraId="27A995DA" w14:textId="414D848A" w:rsidR="008A7B68" w:rsidRPr="00A9271F" w:rsidRDefault="008A7B68" w:rsidP="008A7B68">
            <w:pPr>
              <w:pStyle w:val="a1"/>
              <w:numPr>
                <w:ilvl w:val="0"/>
                <w:numId w:val="0"/>
              </w:numPr>
              <w:rPr>
                <w:rFonts w:cs="Times New Roman"/>
                <w:lang w:val="ru-RU"/>
              </w:rPr>
            </w:pPr>
            <w:r w:rsidRPr="00A9271F">
              <w:rPr>
                <w:rFonts w:cs="Times New Roman"/>
                <w:lang w:val="ru-RU"/>
              </w:rPr>
              <w:t>15</w:t>
            </w:r>
          </w:p>
        </w:tc>
        <w:tc>
          <w:tcPr>
            <w:tcW w:w="5954" w:type="dxa"/>
            <w:vAlign w:val="center"/>
          </w:tcPr>
          <w:p w14:paraId="2FE698B3" w14:textId="77777777" w:rsidR="008A7B68" w:rsidRPr="00A9271F" w:rsidRDefault="008A7B68" w:rsidP="008A7B68">
            <w:pPr>
              <w:pStyle w:val="aa"/>
              <w:rPr>
                <w:rFonts w:eastAsiaTheme="minorEastAsia" w:cs="Times New Roman"/>
              </w:rPr>
            </w:pPr>
            <w:r w:rsidRPr="00A9271F">
              <w:rPr>
                <w:rFonts w:eastAsiaTheme="minorEastAsia" w:cs="Times New Roman"/>
              </w:rPr>
              <w:t>Стандарт каждого из зарезервированных блоков питания:</w:t>
            </w:r>
          </w:p>
        </w:tc>
        <w:tc>
          <w:tcPr>
            <w:tcW w:w="2835" w:type="dxa"/>
            <w:vAlign w:val="center"/>
          </w:tcPr>
          <w:p w14:paraId="3C7CCFF6" w14:textId="274ED0A3" w:rsidR="008A7B68" w:rsidRPr="00A9271F" w:rsidRDefault="008A7B68" w:rsidP="008A7B68">
            <w:pPr>
              <w:pStyle w:val="aa"/>
              <w:jc w:val="center"/>
              <w:rPr>
                <w:rFonts w:eastAsiaTheme="minorEastAsia" w:cs="Times New Roman"/>
              </w:rPr>
            </w:pPr>
            <w:r>
              <w:t>__________</w:t>
            </w:r>
            <w:r w:rsidRPr="00755588">
              <w:rPr>
                <w:rFonts w:eastAsiaTheme="minorEastAsia" w:cs="Times New Roman"/>
              </w:rPr>
              <w:t>*</w:t>
            </w:r>
          </w:p>
        </w:tc>
      </w:tr>
      <w:tr w:rsidR="008A7B68" w:rsidRPr="00A9271F" w14:paraId="1A82D381" w14:textId="77777777" w:rsidTr="00ED1D20">
        <w:tc>
          <w:tcPr>
            <w:tcW w:w="567" w:type="dxa"/>
            <w:vAlign w:val="center"/>
          </w:tcPr>
          <w:p w14:paraId="71C0BDAE" w14:textId="55E27FB8" w:rsidR="008A7B68" w:rsidRPr="00A9271F" w:rsidRDefault="008A7B68" w:rsidP="008A7B68">
            <w:pPr>
              <w:pStyle w:val="a1"/>
              <w:numPr>
                <w:ilvl w:val="0"/>
                <w:numId w:val="0"/>
              </w:numPr>
              <w:rPr>
                <w:rFonts w:cs="Times New Roman"/>
                <w:lang w:val="ru-RU"/>
              </w:rPr>
            </w:pPr>
            <w:r w:rsidRPr="00A9271F">
              <w:rPr>
                <w:rFonts w:cs="Times New Roman"/>
                <w:lang w:val="ru-RU"/>
              </w:rPr>
              <w:t>16</w:t>
            </w:r>
          </w:p>
        </w:tc>
        <w:tc>
          <w:tcPr>
            <w:tcW w:w="5954" w:type="dxa"/>
            <w:vAlign w:val="center"/>
          </w:tcPr>
          <w:p w14:paraId="0A39BB5E" w14:textId="77777777" w:rsidR="008A7B68" w:rsidRPr="00A9271F" w:rsidRDefault="008A7B68" w:rsidP="008A7B68">
            <w:pPr>
              <w:pStyle w:val="aa"/>
              <w:rPr>
                <w:rFonts w:cs="Times New Roman"/>
                <w:highlight w:val="yellow"/>
              </w:rPr>
            </w:pPr>
            <w:r w:rsidRPr="00A9271F">
              <w:rPr>
                <w:rFonts w:eastAsiaTheme="minorEastAsia" w:cs="Times New Roman"/>
              </w:rPr>
              <w:t>Мощность каждого из зарезервированных блоков питания, Ватт:</w:t>
            </w:r>
          </w:p>
        </w:tc>
        <w:tc>
          <w:tcPr>
            <w:tcW w:w="2835" w:type="dxa"/>
            <w:vAlign w:val="center"/>
          </w:tcPr>
          <w:p w14:paraId="63D5C210" w14:textId="3995884A" w:rsidR="008A7B68" w:rsidRPr="00A9271F" w:rsidRDefault="008A7B68" w:rsidP="008A7B68">
            <w:pPr>
              <w:pStyle w:val="aa"/>
              <w:jc w:val="center"/>
              <w:rPr>
                <w:rFonts w:cs="Times New Roman"/>
                <w:highlight w:val="yellow"/>
              </w:rPr>
            </w:pPr>
            <w:r>
              <w:t>__________</w:t>
            </w:r>
            <w:r w:rsidRPr="00755588">
              <w:rPr>
                <w:rFonts w:eastAsiaTheme="minorEastAsia" w:cs="Times New Roman"/>
              </w:rPr>
              <w:t>*</w:t>
            </w:r>
          </w:p>
        </w:tc>
      </w:tr>
      <w:tr w:rsidR="0063510A" w:rsidRPr="00A9271F" w14:paraId="7CE24F56" w14:textId="77777777" w:rsidTr="00ED1D20">
        <w:tc>
          <w:tcPr>
            <w:tcW w:w="567" w:type="dxa"/>
            <w:vAlign w:val="center"/>
          </w:tcPr>
          <w:p w14:paraId="27F8C0B9" w14:textId="6D4A8AA9" w:rsidR="0063510A" w:rsidRPr="00A9271F" w:rsidRDefault="0063510A" w:rsidP="0063510A">
            <w:pPr>
              <w:pStyle w:val="a1"/>
              <w:numPr>
                <w:ilvl w:val="0"/>
                <w:numId w:val="0"/>
              </w:numPr>
              <w:rPr>
                <w:rFonts w:cs="Times New Roman"/>
                <w:lang w:val="ru-RU"/>
              </w:rPr>
            </w:pPr>
            <w:r w:rsidRPr="00A9271F">
              <w:rPr>
                <w:rFonts w:cs="Times New Roman"/>
                <w:lang w:val="ru-RU"/>
              </w:rPr>
              <w:t>17</w:t>
            </w:r>
          </w:p>
        </w:tc>
        <w:tc>
          <w:tcPr>
            <w:tcW w:w="5954" w:type="dxa"/>
            <w:vAlign w:val="center"/>
          </w:tcPr>
          <w:p w14:paraId="0D065047" w14:textId="77777777" w:rsidR="0063510A" w:rsidRPr="00A9271F" w:rsidRDefault="0063510A" w:rsidP="0063510A">
            <w:pPr>
              <w:pStyle w:val="aa"/>
              <w:rPr>
                <w:rFonts w:eastAsiaTheme="minorEastAsia" w:cs="Times New Roman"/>
              </w:rPr>
            </w:pPr>
            <w:r w:rsidRPr="00A9271F">
              <w:rPr>
                <w:rFonts w:eastAsiaTheme="minorEastAsia" w:cs="Times New Roman"/>
              </w:rPr>
              <w:t>Тип разъема кабеля питания в комплекте</w:t>
            </w:r>
          </w:p>
        </w:tc>
        <w:tc>
          <w:tcPr>
            <w:tcW w:w="2835" w:type="dxa"/>
            <w:vAlign w:val="center"/>
          </w:tcPr>
          <w:p w14:paraId="464269D1" w14:textId="77777777" w:rsidR="0063510A" w:rsidRPr="00A9271F" w:rsidRDefault="0063510A" w:rsidP="0063510A">
            <w:pPr>
              <w:pStyle w:val="aa"/>
              <w:jc w:val="center"/>
              <w:rPr>
                <w:rFonts w:eastAsiaTheme="minorEastAsia" w:cs="Times New Roman"/>
              </w:rPr>
            </w:pPr>
            <w:r w:rsidRPr="00A9271F">
              <w:rPr>
                <w:rFonts w:eastAsiaTheme="minorEastAsia" w:cs="Times New Roman"/>
              </w:rPr>
              <w:t>C13/C14</w:t>
            </w:r>
          </w:p>
        </w:tc>
      </w:tr>
      <w:tr w:rsidR="0063510A" w:rsidRPr="00A9271F" w14:paraId="6E6D8897" w14:textId="77777777" w:rsidTr="00ED1D20">
        <w:tc>
          <w:tcPr>
            <w:tcW w:w="567" w:type="dxa"/>
            <w:vAlign w:val="center"/>
          </w:tcPr>
          <w:p w14:paraId="110AA356" w14:textId="5FB666E9" w:rsidR="0063510A" w:rsidRPr="00A9271F" w:rsidRDefault="0063510A" w:rsidP="0063510A">
            <w:pPr>
              <w:pStyle w:val="a1"/>
              <w:numPr>
                <w:ilvl w:val="0"/>
                <w:numId w:val="0"/>
              </w:numPr>
              <w:rPr>
                <w:rFonts w:cs="Times New Roman"/>
                <w:lang w:val="ru-RU"/>
              </w:rPr>
            </w:pPr>
            <w:r w:rsidRPr="00A9271F">
              <w:rPr>
                <w:rFonts w:cs="Times New Roman"/>
                <w:lang w:val="ru-RU"/>
              </w:rPr>
              <w:t>18</w:t>
            </w:r>
          </w:p>
        </w:tc>
        <w:tc>
          <w:tcPr>
            <w:tcW w:w="5954" w:type="dxa"/>
            <w:vAlign w:val="center"/>
          </w:tcPr>
          <w:p w14:paraId="6028CEEA" w14:textId="77777777" w:rsidR="0063510A" w:rsidRPr="00A9271F" w:rsidRDefault="0063510A" w:rsidP="0063510A">
            <w:pPr>
              <w:pStyle w:val="aa"/>
              <w:rPr>
                <w:rFonts w:cs="Times New Roman"/>
              </w:rPr>
            </w:pPr>
            <w:r w:rsidRPr="00A9271F">
              <w:rPr>
                <w:rFonts w:eastAsia="Times New Roman" w:cs="Times New Roman"/>
                <w:color w:val="000000"/>
                <w:lang w:eastAsia="ar-SA"/>
              </w:rPr>
              <w:t>Наличие индикаторов неисправности на корпусе или дисплея для отображения диагностических кодов</w:t>
            </w:r>
          </w:p>
        </w:tc>
        <w:tc>
          <w:tcPr>
            <w:tcW w:w="2835" w:type="dxa"/>
            <w:vAlign w:val="center"/>
          </w:tcPr>
          <w:p w14:paraId="1896DB73" w14:textId="77777777" w:rsidR="0063510A" w:rsidRPr="00A9271F" w:rsidRDefault="0063510A" w:rsidP="0063510A">
            <w:pPr>
              <w:pStyle w:val="aa"/>
              <w:jc w:val="center"/>
              <w:rPr>
                <w:rFonts w:cs="Times New Roman"/>
              </w:rPr>
            </w:pPr>
            <w:r w:rsidRPr="00A9271F">
              <w:rPr>
                <w:rFonts w:cs="Times New Roman"/>
              </w:rPr>
              <w:t>Наличие</w:t>
            </w:r>
          </w:p>
        </w:tc>
      </w:tr>
      <w:tr w:rsidR="006934B5" w:rsidRPr="00A9271F" w14:paraId="68DB818E" w14:textId="77777777" w:rsidTr="00ED1D20">
        <w:tc>
          <w:tcPr>
            <w:tcW w:w="567" w:type="dxa"/>
            <w:vAlign w:val="center"/>
          </w:tcPr>
          <w:p w14:paraId="7B1E036F" w14:textId="7396D9AD" w:rsidR="006934B5" w:rsidRPr="00A9271F" w:rsidRDefault="006934B5" w:rsidP="006934B5">
            <w:pPr>
              <w:pStyle w:val="a1"/>
              <w:numPr>
                <w:ilvl w:val="0"/>
                <w:numId w:val="0"/>
              </w:numPr>
              <w:rPr>
                <w:rFonts w:cs="Times New Roman"/>
                <w:lang w:val="ru-RU"/>
              </w:rPr>
            </w:pPr>
            <w:r w:rsidRPr="00A9271F">
              <w:rPr>
                <w:rFonts w:cs="Times New Roman"/>
                <w:lang w:val="ru-RU"/>
              </w:rPr>
              <w:t>19</w:t>
            </w:r>
          </w:p>
        </w:tc>
        <w:tc>
          <w:tcPr>
            <w:tcW w:w="5954" w:type="dxa"/>
            <w:vAlign w:val="center"/>
          </w:tcPr>
          <w:p w14:paraId="4976BFD2" w14:textId="77777777" w:rsidR="006934B5" w:rsidRPr="00A9271F" w:rsidRDefault="006934B5" w:rsidP="006934B5">
            <w:pPr>
              <w:pStyle w:val="aa"/>
              <w:rPr>
                <w:rFonts w:eastAsiaTheme="minorEastAsia" w:cs="Times New Roman"/>
              </w:rPr>
            </w:pPr>
            <w:r w:rsidRPr="00A9271F">
              <w:rPr>
                <w:rFonts w:eastAsiaTheme="minorEastAsia" w:cs="Times New Roman"/>
              </w:rPr>
              <w:t>Количество портов Ethernet 10Гб/с SFP+, с установленными трансиверами Multi-mode (850 nm, LC), шт.:</w:t>
            </w:r>
          </w:p>
        </w:tc>
        <w:tc>
          <w:tcPr>
            <w:tcW w:w="2835" w:type="dxa"/>
            <w:vAlign w:val="center"/>
          </w:tcPr>
          <w:p w14:paraId="6BA9B6ED" w14:textId="6684704A" w:rsidR="006934B5" w:rsidRPr="00A9271F" w:rsidRDefault="006934B5" w:rsidP="006934B5">
            <w:pPr>
              <w:pStyle w:val="aa"/>
              <w:jc w:val="center"/>
              <w:rPr>
                <w:rFonts w:cs="Times New Roman"/>
              </w:rPr>
            </w:pPr>
            <w:r>
              <w:t>__________</w:t>
            </w:r>
            <w:r w:rsidRPr="00293A59">
              <w:rPr>
                <w:rFonts w:cs="Times New Roman"/>
              </w:rPr>
              <w:t>*</w:t>
            </w:r>
          </w:p>
        </w:tc>
      </w:tr>
      <w:tr w:rsidR="006934B5" w:rsidRPr="00A9271F" w14:paraId="7819C6B6" w14:textId="77777777" w:rsidTr="00ED1D20">
        <w:tc>
          <w:tcPr>
            <w:tcW w:w="567" w:type="dxa"/>
            <w:vAlign w:val="center"/>
          </w:tcPr>
          <w:p w14:paraId="48060E4F" w14:textId="7D29A44D" w:rsidR="006934B5" w:rsidRPr="00A9271F" w:rsidRDefault="006934B5" w:rsidP="006934B5">
            <w:pPr>
              <w:pStyle w:val="a1"/>
              <w:numPr>
                <w:ilvl w:val="0"/>
                <w:numId w:val="0"/>
              </w:numPr>
              <w:rPr>
                <w:rFonts w:cs="Times New Roman"/>
                <w:lang w:val="ru-RU"/>
              </w:rPr>
            </w:pPr>
            <w:r w:rsidRPr="00A9271F">
              <w:rPr>
                <w:rFonts w:cs="Times New Roman"/>
                <w:lang w:val="ru-RU"/>
              </w:rPr>
              <w:t>20</w:t>
            </w:r>
          </w:p>
        </w:tc>
        <w:tc>
          <w:tcPr>
            <w:tcW w:w="5954" w:type="dxa"/>
            <w:vAlign w:val="center"/>
          </w:tcPr>
          <w:p w14:paraId="2B5FD1DB" w14:textId="77777777" w:rsidR="006934B5" w:rsidRPr="00A9271F" w:rsidRDefault="006934B5" w:rsidP="006934B5">
            <w:pPr>
              <w:pStyle w:val="aa"/>
              <w:rPr>
                <w:rFonts w:eastAsiaTheme="minorEastAsia" w:cs="Times New Roman"/>
              </w:rPr>
            </w:pPr>
            <w:r w:rsidRPr="00A9271F">
              <w:rPr>
                <w:rFonts w:eastAsiaTheme="minorEastAsia" w:cs="Times New Roman"/>
              </w:rPr>
              <w:t xml:space="preserve">Для портов Ethernet 10Гб/с SFP+ - дальность передачи каждого из трансиверов Multi-mode (850 nm, LC), </w:t>
            </w:r>
            <w:r w:rsidRPr="00A9271F">
              <w:rPr>
                <w:rFonts w:eastAsiaTheme="minorEastAsia" w:cs="Times New Roman"/>
                <w:lang w:val="en-US"/>
              </w:rPr>
              <w:t>km</w:t>
            </w:r>
            <w:r w:rsidRPr="00A9271F">
              <w:rPr>
                <w:rFonts w:eastAsiaTheme="minorEastAsia" w:cs="Times New Roman"/>
              </w:rPr>
              <w:t>:</w:t>
            </w:r>
          </w:p>
        </w:tc>
        <w:tc>
          <w:tcPr>
            <w:tcW w:w="2835" w:type="dxa"/>
            <w:vAlign w:val="center"/>
          </w:tcPr>
          <w:p w14:paraId="16027A48" w14:textId="56997A32" w:rsidR="006934B5" w:rsidRPr="00A9271F" w:rsidRDefault="006934B5" w:rsidP="006934B5">
            <w:pPr>
              <w:pStyle w:val="aa"/>
              <w:jc w:val="center"/>
              <w:rPr>
                <w:rFonts w:cs="Times New Roman"/>
              </w:rPr>
            </w:pPr>
            <w:r>
              <w:t>__________</w:t>
            </w:r>
            <w:r w:rsidRPr="00293A59">
              <w:rPr>
                <w:rFonts w:cs="Times New Roman"/>
              </w:rPr>
              <w:t>*</w:t>
            </w:r>
          </w:p>
        </w:tc>
      </w:tr>
      <w:tr w:rsidR="006934B5" w:rsidRPr="00A9271F" w14:paraId="5EB34CEF" w14:textId="77777777" w:rsidTr="00ED1D20">
        <w:tc>
          <w:tcPr>
            <w:tcW w:w="567" w:type="dxa"/>
            <w:vAlign w:val="center"/>
          </w:tcPr>
          <w:p w14:paraId="0FE93AEB" w14:textId="419111E3" w:rsidR="006934B5" w:rsidRPr="00A9271F" w:rsidRDefault="006934B5" w:rsidP="006934B5">
            <w:pPr>
              <w:pStyle w:val="a1"/>
              <w:numPr>
                <w:ilvl w:val="0"/>
                <w:numId w:val="0"/>
              </w:numPr>
              <w:rPr>
                <w:rFonts w:cs="Times New Roman"/>
                <w:lang w:val="ru-RU"/>
              </w:rPr>
            </w:pPr>
            <w:r w:rsidRPr="00A9271F">
              <w:rPr>
                <w:rFonts w:cs="Times New Roman"/>
                <w:lang w:val="ru-RU"/>
              </w:rPr>
              <w:t>21</w:t>
            </w:r>
          </w:p>
        </w:tc>
        <w:tc>
          <w:tcPr>
            <w:tcW w:w="5954" w:type="dxa"/>
            <w:vAlign w:val="center"/>
          </w:tcPr>
          <w:p w14:paraId="0185F429" w14:textId="77777777" w:rsidR="006934B5" w:rsidRPr="00A9271F" w:rsidRDefault="006934B5" w:rsidP="006934B5">
            <w:pPr>
              <w:pStyle w:val="aa"/>
              <w:rPr>
                <w:rFonts w:eastAsiaTheme="minorEastAsia" w:cs="Times New Roman"/>
              </w:rPr>
            </w:pPr>
            <w:r w:rsidRPr="00A9271F">
              <w:rPr>
                <w:rFonts w:eastAsiaTheme="minorEastAsia" w:cs="Times New Roman"/>
              </w:rPr>
              <w:t>Для портов Ethernet 10Гб/с SFP+ - наличие в комплекте многомодовых оптических патчкордов duplex LC-LC длиной 3 метра, шт.:</w:t>
            </w:r>
          </w:p>
        </w:tc>
        <w:tc>
          <w:tcPr>
            <w:tcW w:w="2835" w:type="dxa"/>
            <w:vAlign w:val="center"/>
          </w:tcPr>
          <w:p w14:paraId="0AF47182" w14:textId="4AD4685F" w:rsidR="006934B5" w:rsidRPr="00A9271F" w:rsidRDefault="006934B5" w:rsidP="006934B5">
            <w:pPr>
              <w:pStyle w:val="aa"/>
              <w:jc w:val="center"/>
              <w:rPr>
                <w:rFonts w:cs="Times New Roman"/>
              </w:rPr>
            </w:pPr>
            <w:r>
              <w:t>__________</w:t>
            </w:r>
            <w:r w:rsidRPr="00293A59">
              <w:rPr>
                <w:rFonts w:cs="Times New Roman"/>
              </w:rPr>
              <w:t>*</w:t>
            </w:r>
          </w:p>
        </w:tc>
      </w:tr>
      <w:tr w:rsidR="0063510A" w:rsidRPr="00A9271F" w14:paraId="35CDD9B3" w14:textId="77777777" w:rsidTr="00ED1D20">
        <w:tc>
          <w:tcPr>
            <w:tcW w:w="567" w:type="dxa"/>
            <w:vAlign w:val="center"/>
          </w:tcPr>
          <w:p w14:paraId="1F9B67D2" w14:textId="75680B4D" w:rsidR="0063510A" w:rsidRPr="00A9271F" w:rsidRDefault="0063510A" w:rsidP="0063510A">
            <w:pPr>
              <w:pStyle w:val="a1"/>
              <w:numPr>
                <w:ilvl w:val="0"/>
                <w:numId w:val="0"/>
              </w:numPr>
              <w:rPr>
                <w:rFonts w:cs="Times New Roman"/>
                <w:lang w:val="ru-RU"/>
              </w:rPr>
            </w:pPr>
            <w:r w:rsidRPr="00A9271F">
              <w:rPr>
                <w:rFonts w:cs="Times New Roman"/>
                <w:lang w:val="ru-RU"/>
              </w:rPr>
              <w:t>22</w:t>
            </w:r>
          </w:p>
        </w:tc>
        <w:tc>
          <w:tcPr>
            <w:tcW w:w="5954" w:type="dxa"/>
            <w:vAlign w:val="center"/>
          </w:tcPr>
          <w:p w14:paraId="27EAB02B" w14:textId="77777777" w:rsidR="0063510A" w:rsidRPr="00A9271F" w:rsidRDefault="0063510A" w:rsidP="0063510A">
            <w:pPr>
              <w:pStyle w:val="aa"/>
              <w:rPr>
                <w:rFonts w:eastAsiaTheme="minorEastAsia" w:cs="Times New Roman"/>
              </w:rPr>
            </w:pPr>
            <w:r w:rsidRPr="00A9271F">
              <w:rPr>
                <w:rFonts w:eastAsiaTheme="minorEastAsia" w:cs="Times New Roman"/>
              </w:rPr>
              <w:t>1 выделенный порт удаленного управления 1 Гб/с, удаленная графическая консоль управления, поддержка удаленного монтирования ISO образов</w:t>
            </w:r>
          </w:p>
        </w:tc>
        <w:tc>
          <w:tcPr>
            <w:tcW w:w="2835" w:type="dxa"/>
            <w:vAlign w:val="center"/>
          </w:tcPr>
          <w:p w14:paraId="71752308" w14:textId="77777777" w:rsidR="0063510A" w:rsidRPr="00A9271F" w:rsidRDefault="0063510A" w:rsidP="0063510A">
            <w:pPr>
              <w:pStyle w:val="aa"/>
              <w:jc w:val="center"/>
              <w:rPr>
                <w:rFonts w:cs="Times New Roman"/>
              </w:rPr>
            </w:pPr>
            <w:r w:rsidRPr="00A9271F">
              <w:rPr>
                <w:rFonts w:cs="Times New Roman"/>
              </w:rPr>
              <w:t>Наличие</w:t>
            </w:r>
          </w:p>
        </w:tc>
      </w:tr>
      <w:tr w:rsidR="003453A6" w:rsidRPr="00A9271F" w14:paraId="7996F4A8" w14:textId="77777777" w:rsidTr="00ED1D20">
        <w:tc>
          <w:tcPr>
            <w:tcW w:w="567" w:type="dxa"/>
            <w:vAlign w:val="center"/>
          </w:tcPr>
          <w:p w14:paraId="1EAE77B3" w14:textId="71467986" w:rsidR="003453A6" w:rsidRPr="00A9271F" w:rsidRDefault="003453A6" w:rsidP="003453A6">
            <w:pPr>
              <w:pStyle w:val="a1"/>
              <w:numPr>
                <w:ilvl w:val="0"/>
                <w:numId w:val="0"/>
              </w:numPr>
              <w:rPr>
                <w:rFonts w:cs="Times New Roman"/>
                <w:lang w:val="ru-RU"/>
              </w:rPr>
            </w:pPr>
            <w:r w:rsidRPr="00293A59">
              <w:rPr>
                <w:rFonts w:cs="Times New Roman"/>
                <w:lang w:val="ru-RU"/>
              </w:rPr>
              <w:t>23</w:t>
            </w:r>
          </w:p>
        </w:tc>
        <w:tc>
          <w:tcPr>
            <w:tcW w:w="5954" w:type="dxa"/>
            <w:vAlign w:val="center"/>
          </w:tcPr>
          <w:p w14:paraId="37B10816" w14:textId="77777777" w:rsidR="003453A6" w:rsidRPr="00547329" w:rsidRDefault="003453A6" w:rsidP="003453A6">
            <w:pPr>
              <w:spacing w:line="240" w:lineRule="auto"/>
              <w:contextualSpacing/>
              <w:rPr>
                <w:rFonts w:ascii="Times New Roman" w:eastAsiaTheme="minorEastAsia" w:hAnsi="Times New Roman"/>
                <w:lang w:val="en-US"/>
              </w:rPr>
            </w:pPr>
            <w:r w:rsidRPr="00547329">
              <w:rPr>
                <w:rFonts w:ascii="Times New Roman" w:eastAsiaTheme="minorEastAsia" w:hAnsi="Times New Roman"/>
              </w:rPr>
              <w:t>Поддержка</w:t>
            </w:r>
            <w:r w:rsidRPr="00547329">
              <w:rPr>
                <w:rFonts w:ascii="Times New Roman" w:eastAsiaTheme="minorEastAsia" w:hAnsi="Times New Roman"/>
                <w:lang w:val="en-US"/>
              </w:rPr>
              <w:t xml:space="preserve"> </w:t>
            </w:r>
            <w:r w:rsidRPr="00547329">
              <w:rPr>
                <w:rFonts w:ascii="Times New Roman" w:eastAsiaTheme="minorEastAsia" w:hAnsi="Times New Roman"/>
              </w:rPr>
              <w:t>ОС:</w:t>
            </w:r>
            <w:r w:rsidRPr="00547329">
              <w:rPr>
                <w:rFonts w:ascii="Times New Roman" w:eastAsiaTheme="minorEastAsia" w:hAnsi="Times New Roman"/>
                <w:lang w:val="en-US"/>
              </w:rPr>
              <w:t xml:space="preserve">  </w:t>
            </w:r>
          </w:p>
          <w:p w14:paraId="1D8FF7F4" w14:textId="144F6D8E" w:rsidR="003453A6" w:rsidRDefault="003453A6" w:rsidP="003453A6">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547329">
              <w:rPr>
                <w:rFonts w:ascii="Times New Roman" w:eastAsiaTheme="minorEastAsia" w:hAnsi="Times New Roman"/>
              </w:rPr>
              <w:t>А</w:t>
            </w:r>
            <w:r w:rsidRPr="00547329">
              <w:rPr>
                <w:rFonts w:ascii="Times New Roman" w:eastAsiaTheme="minorEastAsia" w:hAnsi="Times New Roman"/>
                <w:lang w:val="en-US"/>
              </w:rPr>
              <w:t>stra Linux</w:t>
            </w:r>
          </w:p>
          <w:p w14:paraId="2632C3E7" w14:textId="000CF09D" w:rsidR="003453A6" w:rsidRPr="003453A6" w:rsidRDefault="003453A6" w:rsidP="003453A6">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3453A6">
              <w:rPr>
                <w:rFonts w:ascii="Times New Roman" w:eastAsiaTheme="minorEastAsia" w:hAnsi="Times New Roman"/>
              </w:rPr>
              <w:t>РЕД ОС</w:t>
            </w:r>
          </w:p>
        </w:tc>
        <w:tc>
          <w:tcPr>
            <w:tcW w:w="2835" w:type="dxa"/>
            <w:vAlign w:val="center"/>
          </w:tcPr>
          <w:p w14:paraId="04923F67" w14:textId="18BFE20B" w:rsidR="003453A6" w:rsidRPr="00A9271F" w:rsidRDefault="003453A6" w:rsidP="003453A6">
            <w:pPr>
              <w:pStyle w:val="aa"/>
              <w:jc w:val="center"/>
              <w:rPr>
                <w:rFonts w:cs="Times New Roman"/>
              </w:rPr>
            </w:pPr>
            <w:r w:rsidRPr="00547329">
              <w:rPr>
                <w:rFonts w:cs="Times New Roman"/>
              </w:rPr>
              <w:t>Соответствует</w:t>
            </w:r>
          </w:p>
        </w:tc>
      </w:tr>
      <w:tr w:rsidR="003453A6" w:rsidRPr="00A9271F" w14:paraId="2C8975D3" w14:textId="77777777" w:rsidTr="00ED1D20">
        <w:tc>
          <w:tcPr>
            <w:tcW w:w="567" w:type="dxa"/>
            <w:vAlign w:val="center"/>
          </w:tcPr>
          <w:p w14:paraId="3525822B" w14:textId="7EFEB81B" w:rsidR="003453A6" w:rsidRPr="00BD7D7B" w:rsidRDefault="003453A6" w:rsidP="003453A6">
            <w:pPr>
              <w:pStyle w:val="a1"/>
              <w:numPr>
                <w:ilvl w:val="0"/>
                <w:numId w:val="0"/>
              </w:numPr>
              <w:rPr>
                <w:rFonts w:cs="Times New Roman"/>
              </w:rPr>
            </w:pPr>
            <w:r w:rsidRPr="00A9271F">
              <w:rPr>
                <w:rFonts w:cs="Times New Roman"/>
                <w:lang w:val="ru-RU"/>
              </w:rPr>
              <w:t>2</w:t>
            </w:r>
            <w:r>
              <w:rPr>
                <w:rFonts w:cs="Times New Roman"/>
                <w:lang w:val="ru-RU"/>
              </w:rPr>
              <w:t>4</w:t>
            </w:r>
          </w:p>
        </w:tc>
        <w:tc>
          <w:tcPr>
            <w:tcW w:w="5954" w:type="dxa"/>
          </w:tcPr>
          <w:p w14:paraId="7AFF72CD" w14:textId="77777777" w:rsidR="003453A6" w:rsidRPr="00A9271F" w:rsidRDefault="003453A6" w:rsidP="003453A6">
            <w:pPr>
              <w:pStyle w:val="aa"/>
              <w:rPr>
                <w:rFonts w:eastAsiaTheme="minorEastAsia" w:cs="Times New Roman"/>
              </w:rPr>
            </w:pPr>
            <w:r w:rsidRPr="00A9271F">
              <w:rPr>
                <w:rFonts w:eastAsiaTheme="minorEastAsia" w:cs="Times New Roman"/>
              </w:rPr>
              <w:t>Поставляется с гарантией производителя, срок гарантии, лет:</w:t>
            </w:r>
          </w:p>
        </w:tc>
        <w:tc>
          <w:tcPr>
            <w:tcW w:w="2835" w:type="dxa"/>
            <w:vAlign w:val="center"/>
          </w:tcPr>
          <w:p w14:paraId="34E411BE" w14:textId="21B636C2" w:rsidR="003453A6" w:rsidRPr="00A9271F" w:rsidRDefault="006934B5" w:rsidP="003453A6">
            <w:pPr>
              <w:pStyle w:val="aa"/>
              <w:jc w:val="center"/>
              <w:rPr>
                <w:rFonts w:cs="Times New Roman"/>
              </w:rPr>
            </w:pPr>
            <w:r>
              <w:t>__________</w:t>
            </w:r>
            <w:r w:rsidR="003453A6" w:rsidRPr="00A9271F">
              <w:rPr>
                <w:rFonts w:eastAsiaTheme="minorEastAsia" w:cs="Times New Roman"/>
              </w:rPr>
              <w:t>*</w:t>
            </w:r>
          </w:p>
        </w:tc>
      </w:tr>
      <w:tr w:rsidR="003453A6" w:rsidRPr="00A9271F" w14:paraId="78F6E1AD" w14:textId="77777777" w:rsidTr="00ED1D20">
        <w:tc>
          <w:tcPr>
            <w:tcW w:w="567" w:type="dxa"/>
            <w:vAlign w:val="center"/>
          </w:tcPr>
          <w:p w14:paraId="3079E44A" w14:textId="526060E0" w:rsidR="003453A6" w:rsidRPr="00BD7D7B" w:rsidRDefault="003453A6" w:rsidP="003453A6">
            <w:pPr>
              <w:pStyle w:val="a1"/>
              <w:numPr>
                <w:ilvl w:val="0"/>
                <w:numId w:val="0"/>
              </w:numPr>
              <w:rPr>
                <w:rFonts w:cs="Times New Roman"/>
              </w:rPr>
            </w:pPr>
            <w:r>
              <w:rPr>
                <w:rFonts w:cs="Times New Roman"/>
              </w:rPr>
              <w:t>25</w:t>
            </w:r>
          </w:p>
        </w:tc>
        <w:tc>
          <w:tcPr>
            <w:tcW w:w="5954" w:type="dxa"/>
          </w:tcPr>
          <w:p w14:paraId="4F37AD0B" w14:textId="7B7D9803" w:rsidR="003453A6" w:rsidRPr="00A9271F" w:rsidRDefault="003453A6" w:rsidP="003453A6">
            <w:pPr>
              <w:pStyle w:val="aa"/>
              <w:rPr>
                <w:rFonts w:eastAsiaTheme="minorEastAsia" w:cs="Times New Roman"/>
              </w:rPr>
            </w:pPr>
            <w:r>
              <w:rPr>
                <w:rFonts w:eastAsiaTheme="minorEastAsia" w:cs="Times New Roman"/>
              </w:rPr>
              <w:t>Наличие гарантийной п</w:t>
            </w:r>
            <w:r w:rsidRPr="00A9271F">
              <w:rPr>
                <w:rFonts w:eastAsiaTheme="minorEastAsia" w:cs="Times New Roman"/>
              </w:rPr>
              <w:t>оддержк</w:t>
            </w:r>
            <w:r>
              <w:rPr>
                <w:rFonts w:eastAsiaTheme="minorEastAsia" w:cs="Times New Roman"/>
              </w:rPr>
              <w:t>и</w:t>
            </w:r>
            <w:r w:rsidRPr="00A9271F">
              <w:rPr>
                <w:rFonts w:eastAsiaTheme="minorEastAsia" w:cs="Times New Roman"/>
              </w:rPr>
              <w:t xml:space="preserve"> предусматрива</w:t>
            </w:r>
            <w:r>
              <w:rPr>
                <w:rFonts w:eastAsiaTheme="minorEastAsia" w:cs="Times New Roman"/>
              </w:rPr>
              <w:t>ющей</w:t>
            </w:r>
            <w:r w:rsidRPr="00A9271F">
              <w:rPr>
                <w:rFonts w:eastAsiaTheme="minorEastAsia" w:cs="Times New Roman"/>
              </w:rPr>
              <w:t xml:space="preserve"> ремонт на площадке </w:t>
            </w:r>
            <w:r>
              <w:rPr>
                <w:rFonts w:eastAsiaTheme="minorEastAsia" w:cs="Times New Roman"/>
              </w:rPr>
              <w:t xml:space="preserve">Покупателя </w:t>
            </w:r>
            <w:r w:rsidRPr="00A9271F">
              <w:rPr>
                <w:rFonts w:eastAsiaTheme="minorEastAsia" w:cs="Times New Roman"/>
              </w:rPr>
              <w:t>с выездом инженера</w:t>
            </w:r>
          </w:p>
        </w:tc>
        <w:tc>
          <w:tcPr>
            <w:tcW w:w="2835" w:type="dxa"/>
            <w:vAlign w:val="center"/>
          </w:tcPr>
          <w:p w14:paraId="25F667BF" w14:textId="77777777" w:rsidR="003453A6" w:rsidRPr="00A9271F" w:rsidRDefault="003453A6" w:rsidP="003453A6">
            <w:pPr>
              <w:pStyle w:val="aa"/>
              <w:jc w:val="center"/>
              <w:rPr>
                <w:rFonts w:cs="Times New Roman"/>
              </w:rPr>
            </w:pPr>
            <w:r w:rsidRPr="00A9271F">
              <w:rPr>
                <w:rFonts w:cs="Times New Roman"/>
              </w:rPr>
              <w:t>Соответствует</w:t>
            </w:r>
          </w:p>
        </w:tc>
      </w:tr>
      <w:tr w:rsidR="003453A6" w:rsidRPr="00A9271F" w14:paraId="6A9B5D80" w14:textId="77777777" w:rsidTr="00ED1D20">
        <w:tc>
          <w:tcPr>
            <w:tcW w:w="567" w:type="dxa"/>
            <w:vAlign w:val="center"/>
          </w:tcPr>
          <w:p w14:paraId="323C9B24" w14:textId="079A8DBD" w:rsidR="003453A6" w:rsidRPr="00BD7D7B" w:rsidRDefault="003453A6" w:rsidP="003453A6">
            <w:pPr>
              <w:pStyle w:val="a1"/>
              <w:numPr>
                <w:ilvl w:val="0"/>
                <w:numId w:val="0"/>
              </w:numPr>
              <w:rPr>
                <w:rFonts w:cs="Times New Roman"/>
              </w:rPr>
            </w:pPr>
            <w:r>
              <w:rPr>
                <w:rFonts w:cs="Times New Roman"/>
              </w:rPr>
              <w:t>26</w:t>
            </w:r>
          </w:p>
        </w:tc>
        <w:tc>
          <w:tcPr>
            <w:tcW w:w="5954" w:type="dxa"/>
          </w:tcPr>
          <w:p w14:paraId="5A188021" w14:textId="6A8E1A4D" w:rsidR="003453A6" w:rsidRPr="00A9271F" w:rsidRDefault="003453A6" w:rsidP="003453A6">
            <w:pPr>
              <w:pStyle w:val="aa"/>
              <w:rPr>
                <w:rFonts w:eastAsiaTheme="minorEastAsia" w:cs="Times New Roman"/>
              </w:rPr>
            </w:pPr>
            <w:r w:rsidRPr="00A9271F">
              <w:rPr>
                <w:rFonts w:eastAsiaTheme="minorEastAsia" w:cs="Times New Roman"/>
              </w:rPr>
              <w:t xml:space="preserve">Режим </w:t>
            </w:r>
            <w:r>
              <w:rPr>
                <w:rFonts w:eastAsiaTheme="minorEastAsia" w:cs="Times New Roman"/>
              </w:rPr>
              <w:t xml:space="preserve">гарантийной </w:t>
            </w:r>
            <w:r w:rsidRPr="00A9271F">
              <w:rPr>
                <w:rFonts w:eastAsiaTheme="minorEastAsia" w:cs="Times New Roman"/>
              </w:rPr>
              <w:t xml:space="preserve">поддержки 9x5x365 (9 часов (с 09:00 до 18:00 время московское) по рабочим дням в течение года), </w:t>
            </w:r>
            <w:r w:rsidRPr="00A9271F">
              <w:rPr>
                <w:rFonts w:eastAsiaTheme="minorEastAsia" w:cs="Times New Roman"/>
                <w:lang w:val="ru"/>
              </w:rPr>
              <w:t xml:space="preserve">время восстановления работоспособности </w:t>
            </w:r>
            <w:r w:rsidRPr="00A9271F">
              <w:rPr>
                <w:rFonts w:eastAsiaTheme="minorEastAsia" w:cs="Times New Roman"/>
              </w:rPr>
              <w:t xml:space="preserve">12 </w:t>
            </w:r>
            <w:r w:rsidRPr="00A9271F">
              <w:rPr>
                <w:rFonts w:eastAsiaTheme="minorEastAsia" w:cs="Times New Roman"/>
                <w:lang w:val="ru"/>
              </w:rPr>
              <w:t>рабочих дней</w:t>
            </w:r>
          </w:p>
        </w:tc>
        <w:tc>
          <w:tcPr>
            <w:tcW w:w="2835" w:type="dxa"/>
            <w:vAlign w:val="center"/>
          </w:tcPr>
          <w:p w14:paraId="78F859D6" w14:textId="77777777" w:rsidR="003453A6" w:rsidRPr="00A9271F" w:rsidRDefault="003453A6" w:rsidP="003453A6">
            <w:pPr>
              <w:pStyle w:val="aa"/>
              <w:jc w:val="center"/>
              <w:rPr>
                <w:rFonts w:cs="Times New Roman"/>
              </w:rPr>
            </w:pPr>
            <w:r w:rsidRPr="00A9271F">
              <w:rPr>
                <w:rFonts w:cs="Times New Roman"/>
              </w:rPr>
              <w:t>Соответствует</w:t>
            </w:r>
          </w:p>
        </w:tc>
      </w:tr>
      <w:tr w:rsidR="003453A6" w:rsidRPr="00A9271F" w14:paraId="6C648EC6" w14:textId="77777777" w:rsidTr="00ED1D20">
        <w:tc>
          <w:tcPr>
            <w:tcW w:w="9356" w:type="dxa"/>
            <w:gridSpan w:val="3"/>
          </w:tcPr>
          <w:p w14:paraId="51D4D10C" w14:textId="485FBD19" w:rsidR="003453A6" w:rsidRPr="00A9271F" w:rsidRDefault="00A563D0" w:rsidP="003453A6">
            <w:pPr>
              <w:pStyle w:val="aa"/>
              <w:rPr>
                <w:rFonts w:cs="Times New Roman"/>
              </w:rPr>
            </w:pPr>
            <w:r w:rsidRPr="00272C7E">
              <w:rPr>
                <w:rFonts w:cs="Times New Roman"/>
              </w:rPr>
              <w:t xml:space="preserve">* </w:t>
            </w:r>
            <w:r w:rsidRPr="00BC73FF">
              <w:t>Заполняется на основании заявки победителя в случае, если участником закупки в составе заявки представлены конкретные значения показателей предлагаемого Товара, соответствующие параметрам соответствия (экв</w:t>
            </w:r>
            <w:r>
              <w:t>ивалентности), установленным в Т</w:t>
            </w:r>
            <w:r w:rsidRPr="00BC73FF">
              <w:t>ехническом задании со знаком*</w:t>
            </w:r>
          </w:p>
        </w:tc>
      </w:tr>
    </w:tbl>
    <w:p w14:paraId="68C644D4" w14:textId="77777777" w:rsidR="00E9188C" w:rsidRDefault="00E9188C" w:rsidP="00973445">
      <w:pPr>
        <w:pStyle w:val="ConsPlusNormal"/>
        <w:ind w:firstLine="709"/>
        <w:jc w:val="both"/>
        <w:rPr>
          <w:rFonts w:ascii="Times New Roman" w:hAnsi="Times New Roman" w:cs="Times New Roman"/>
          <w:b/>
          <w:sz w:val="24"/>
          <w:szCs w:val="24"/>
        </w:rPr>
      </w:pPr>
    </w:p>
    <w:p w14:paraId="194B5F72" w14:textId="77777777" w:rsidR="006812CB" w:rsidRDefault="006812CB" w:rsidP="00973445">
      <w:pPr>
        <w:pStyle w:val="ConsPlusNormal"/>
        <w:ind w:firstLine="709"/>
        <w:jc w:val="both"/>
        <w:rPr>
          <w:rFonts w:ascii="Times New Roman" w:hAnsi="Times New Roman" w:cs="Times New Roman"/>
          <w:sz w:val="24"/>
          <w:szCs w:val="24"/>
        </w:rPr>
      </w:pPr>
      <w:r>
        <w:rPr>
          <w:rFonts w:ascii="Times New Roman" w:hAnsi="Times New Roman" w:cs="Times New Roman"/>
          <w:b/>
          <w:sz w:val="24"/>
          <w:szCs w:val="24"/>
        </w:rPr>
        <w:lastRenderedPageBreak/>
        <w:t xml:space="preserve">3.3.8. </w:t>
      </w:r>
      <w:r w:rsidRPr="00BF5807">
        <w:rPr>
          <w:rFonts w:ascii="Times New Roman" w:hAnsi="Times New Roman" w:cs="Times New Roman"/>
          <w:b/>
          <w:sz w:val="24"/>
          <w:szCs w:val="24"/>
        </w:rPr>
        <w:t xml:space="preserve">Требования к характеристикам каждой единицы </w:t>
      </w:r>
      <w:r w:rsidR="003E1318">
        <w:rPr>
          <w:rFonts w:ascii="Times New Roman" w:hAnsi="Times New Roman" w:cs="Times New Roman"/>
          <w:b/>
          <w:sz w:val="24"/>
          <w:szCs w:val="24"/>
        </w:rPr>
        <w:t>Сервера</w:t>
      </w:r>
      <w:r w:rsidRPr="00335293">
        <w:rPr>
          <w:rFonts w:ascii="Times New Roman" w:hAnsi="Times New Roman" w:cs="Times New Roman"/>
          <w:b/>
          <w:sz w:val="24"/>
          <w:szCs w:val="24"/>
        </w:rPr>
        <w:t xml:space="preserve"> </w:t>
      </w:r>
      <w:r w:rsidR="003E1318">
        <w:rPr>
          <w:rFonts w:ascii="Times New Roman" w:hAnsi="Times New Roman" w:cs="Times New Roman"/>
          <w:b/>
          <w:sz w:val="24"/>
          <w:szCs w:val="24"/>
        </w:rPr>
        <w:t>тип 7</w:t>
      </w:r>
    </w:p>
    <w:p w14:paraId="44BEC774" w14:textId="1C5A485F" w:rsidR="00973445" w:rsidRDefault="00973445" w:rsidP="001E50C8">
      <w:pPr>
        <w:pStyle w:val="ConsPlusNormal"/>
        <w:ind w:firstLine="0"/>
        <w:jc w:val="both"/>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954"/>
        <w:gridCol w:w="2835"/>
      </w:tblGrid>
      <w:tr w:rsidR="00973445" w:rsidRPr="00A9271F" w14:paraId="7519E0F8" w14:textId="77777777" w:rsidTr="00ED1D20">
        <w:tc>
          <w:tcPr>
            <w:tcW w:w="567" w:type="dxa"/>
            <w:vAlign w:val="center"/>
          </w:tcPr>
          <w:p w14:paraId="65F69404" w14:textId="77777777" w:rsidR="00973445" w:rsidRPr="00A9271F" w:rsidRDefault="00973445" w:rsidP="0025274D">
            <w:pPr>
              <w:pStyle w:val="a8"/>
              <w:rPr>
                <w:rFonts w:cs="Times New Roman"/>
                <w:b w:val="0"/>
              </w:rPr>
            </w:pPr>
            <w:r w:rsidRPr="00A9271F">
              <w:rPr>
                <w:rFonts w:cs="Times New Roman"/>
              </w:rPr>
              <w:t>№ п/п</w:t>
            </w:r>
          </w:p>
        </w:tc>
        <w:tc>
          <w:tcPr>
            <w:tcW w:w="5954" w:type="dxa"/>
            <w:vAlign w:val="center"/>
          </w:tcPr>
          <w:p w14:paraId="3F99465A" w14:textId="77777777" w:rsidR="00973445" w:rsidRPr="00A9271F" w:rsidRDefault="00973445" w:rsidP="0025274D">
            <w:pPr>
              <w:pStyle w:val="a8"/>
              <w:rPr>
                <w:rFonts w:cs="Times New Roman"/>
                <w:b w:val="0"/>
              </w:rPr>
            </w:pPr>
            <w:r w:rsidRPr="00A9271F">
              <w:rPr>
                <w:rFonts w:cs="Times New Roman"/>
              </w:rPr>
              <w:t>Характеристики Товара в соответствии с параметрами эквивалентности, установленными в Техническом задании</w:t>
            </w:r>
          </w:p>
        </w:tc>
        <w:tc>
          <w:tcPr>
            <w:tcW w:w="2835" w:type="dxa"/>
            <w:vAlign w:val="center"/>
          </w:tcPr>
          <w:p w14:paraId="762CCFEC" w14:textId="77777777" w:rsidR="00973445" w:rsidRPr="00A9271F" w:rsidRDefault="00973445" w:rsidP="0025274D">
            <w:pPr>
              <w:pStyle w:val="a8"/>
              <w:rPr>
                <w:rFonts w:cs="Times New Roman"/>
              </w:rPr>
            </w:pPr>
            <w:r w:rsidRPr="00A9271F">
              <w:rPr>
                <w:rFonts w:cs="Times New Roman"/>
              </w:rPr>
              <w:t xml:space="preserve">Значение характеристики Товара в соответствии с </w:t>
            </w:r>
          </w:p>
          <w:p w14:paraId="303179C9" w14:textId="77777777" w:rsidR="00973445" w:rsidRPr="00A9271F" w:rsidRDefault="00973445" w:rsidP="0025274D">
            <w:pPr>
              <w:pStyle w:val="a8"/>
              <w:rPr>
                <w:rFonts w:cs="Times New Roman"/>
                <w:b w:val="0"/>
              </w:rPr>
            </w:pPr>
            <w:r w:rsidRPr="00A9271F">
              <w:rPr>
                <w:rFonts w:cs="Times New Roman"/>
              </w:rPr>
              <w:t>значениями параметров эквивалентности Товара*</w:t>
            </w:r>
          </w:p>
        </w:tc>
      </w:tr>
      <w:tr w:rsidR="00973445" w:rsidRPr="00A9271F" w14:paraId="17A09591" w14:textId="77777777" w:rsidTr="00ED1D20">
        <w:trPr>
          <w:tblHeader/>
        </w:trPr>
        <w:tc>
          <w:tcPr>
            <w:tcW w:w="9356" w:type="dxa"/>
            <w:gridSpan w:val="3"/>
            <w:vAlign w:val="center"/>
          </w:tcPr>
          <w:p w14:paraId="7CD878D6" w14:textId="77777777" w:rsidR="00973445" w:rsidRPr="00A9271F" w:rsidRDefault="00973445" w:rsidP="0057562C">
            <w:pPr>
              <w:pStyle w:val="a8"/>
              <w:jc w:val="left"/>
              <w:rPr>
                <w:rFonts w:cs="Times New Roman"/>
              </w:rPr>
            </w:pPr>
            <w:r w:rsidRPr="00A9271F">
              <w:rPr>
                <w:rFonts w:cs="Times New Roman"/>
                <w:color w:val="000000"/>
              </w:rPr>
              <w:t xml:space="preserve">Сервер тип </w:t>
            </w:r>
            <w:r w:rsidR="0057562C" w:rsidRPr="00A9271F">
              <w:rPr>
                <w:rFonts w:cs="Times New Roman"/>
                <w:color w:val="000000"/>
              </w:rPr>
              <w:t>7</w:t>
            </w:r>
            <w:r w:rsidRPr="00A9271F">
              <w:rPr>
                <w:rFonts w:cs="Times New Roman"/>
                <w:color w:val="000000"/>
              </w:rPr>
              <w:t xml:space="preserve"> </w:t>
            </w:r>
            <w:r w:rsidRPr="00A9271F">
              <w:rPr>
                <w:rFonts w:cs="Times New Roman"/>
              </w:rPr>
              <w:t>со следующими характеристиками:</w:t>
            </w:r>
          </w:p>
        </w:tc>
      </w:tr>
      <w:tr w:rsidR="00E110A1" w:rsidRPr="00A9271F" w14:paraId="6E86E71A" w14:textId="77777777" w:rsidTr="00ED1D20">
        <w:tc>
          <w:tcPr>
            <w:tcW w:w="567" w:type="dxa"/>
            <w:vAlign w:val="center"/>
          </w:tcPr>
          <w:p w14:paraId="06969DD7" w14:textId="57405FE7" w:rsidR="00E110A1" w:rsidRPr="00A9271F" w:rsidRDefault="00E110A1" w:rsidP="00E110A1">
            <w:pPr>
              <w:pStyle w:val="a1"/>
              <w:numPr>
                <w:ilvl w:val="0"/>
                <w:numId w:val="0"/>
              </w:numPr>
              <w:rPr>
                <w:rFonts w:cs="Times New Roman"/>
                <w:lang w:val="ru-RU"/>
              </w:rPr>
            </w:pPr>
            <w:r w:rsidRPr="006F3DBE">
              <w:rPr>
                <w:rFonts w:cs="Times New Roman"/>
                <w:lang w:val="ru-RU"/>
              </w:rPr>
              <w:t>1</w:t>
            </w:r>
          </w:p>
        </w:tc>
        <w:tc>
          <w:tcPr>
            <w:tcW w:w="5954" w:type="dxa"/>
            <w:vAlign w:val="center"/>
          </w:tcPr>
          <w:p w14:paraId="5B32037E" w14:textId="7074CE00" w:rsidR="00E110A1" w:rsidRPr="00A9271F" w:rsidRDefault="00E110A1" w:rsidP="00E110A1">
            <w:pPr>
              <w:pStyle w:val="aa"/>
              <w:rPr>
                <w:rFonts w:cs="Times New Roman"/>
              </w:rPr>
            </w:pPr>
            <w:r w:rsidRPr="006F3DBE">
              <w:rPr>
                <w:rFonts w:eastAsiaTheme="minorEastAsia" w:cs="Times New Roman"/>
              </w:rPr>
              <w:t>Двухпроцессорный сервер стандартной архитектуры x86</w:t>
            </w:r>
          </w:p>
        </w:tc>
        <w:tc>
          <w:tcPr>
            <w:tcW w:w="2835" w:type="dxa"/>
            <w:vAlign w:val="center"/>
          </w:tcPr>
          <w:p w14:paraId="28BCD011" w14:textId="121E6E2B" w:rsidR="00E110A1" w:rsidRPr="00A9271F" w:rsidRDefault="00E110A1" w:rsidP="00E110A1">
            <w:pPr>
              <w:pStyle w:val="aa"/>
              <w:jc w:val="center"/>
              <w:rPr>
                <w:rFonts w:cs="Times New Roman"/>
              </w:rPr>
            </w:pPr>
            <w:r w:rsidRPr="006F3DBE">
              <w:rPr>
                <w:rFonts w:cs="Times New Roman"/>
              </w:rPr>
              <w:t>Соответствует</w:t>
            </w:r>
          </w:p>
        </w:tc>
      </w:tr>
      <w:tr w:rsidR="00E110A1" w:rsidRPr="00A9271F" w14:paraId="133DC36D" w14:textId="77777777" w:rsidTr="00ED1D20">
        <w:tc>
          <w:tcPr>
            <w:tcW w:w="567" w:type="dxa"/>
            <w:vAlign w:val="center"/>
          </w:tcPr>
          <w:p w14:paraId="485CC2DC" w14:textId="0AC009B7" w:rsidR="00E110A1" w:rsidRPr="00A9271F" w:rsidRDefault="00E110A1" w:rsidP="00E110A1">
            <w:pPr>
              <w:pStyle w:val="a1"/>
              <w:numPr>
                <w:ilvl w:val="0"/>
                <w:numId w:val="0"/>
              </w:numPr>
              <w:rPr>
                <w:rFonts w:cs="Times New Roman"/>
                <w:lang w:val="ru-RU"/>
              </w:rPr>
            </w:pPr>
            <w:r w:rsidRPr="006F3DBE">
              <w:rPr>
                <w:rFonts w:cs="Times New Roman"/>
                <w:lang w:val="ru-RU"/>
              </w:rPr>
              <w:t>2</w:t>
            </w:r>
          </w:p>
        </w:tc>
        <w:tc>
          <w:tcPr>
            <w:tcW w:w="5954" w:type="dxa"/>
          </w:tcPr>
          <w:p w14:paraId="29AC59D9" w14:textId="5D492B79" w:rsidR="00E110A1" w:rsidRPr="00A9271F" w:rsidRDefault="00E110A1" w:rsidP="00E110A1">
            <w:pPr>
              <w:pStyle w:val="aa"/>
              <w:rPr>
                <w:rFonts w:cs="Times New Roman"/>
              </w:rPr>
            </w:pPr>
            <w:r w:rsidRPr="006F3DBE">
              <w:rPr>
                <w:rFonts w:eastAsiaTheme="minorEastAsia" w:cs="Times New Roman"/>
              </w:rPr>
              <w:t>Форм-фактор, юнитов:</w:t>
            </w:r>
          </w:p>
        </w:tc>
        <w:tc>
          <w:tcPr>
            <w:tcW w:w="2835" w:type="dxa"/>
            <w:vAlign w:val="center"/>
          </w:tcPr>
          <w:p w14:paraId="53FFB133" w14:textId="083DC5C4" w:rsidR="00E110A1" w:rsidRPr="00A9271F" w:rsidRDefault="006934B5" w:rsidP="00E110A1">
            <w:pPr>
              <w:pStyle w:val="aa"/>
              <w:jc w:val="center"/>
              <w:rPr>
                <w:rFonts w:cs="Times New Roman"/>
              </w:rPr>
            </w:pPr>
            <w:r>
              <w:t>__________</w:t>
            </w:r>
            <w:r w:rsidR="00E110A1" w:rsidRPr="006F3DBE">
              <w:rPr>
                <w:rFonts w:eastAsiaTheme="minorEastAsia" w:cs="Times New Roman"/>
              </w:rPr>
              <w:t>*</w:t>
            </w:r>
          </w:p>
        </w:tc>
      </w:tr>
      <w:tr w:rsidR="00E110A1" w:rsidRPr="00A9271F" w14:paraId="5EC0FB7A" w14:textId="77777777" w:rsidTr="00ED1D20">
        <w:tc>
          <w:tcPr>
            <w:tcW w:w="567" w:type="dxa"/>
            <w:vAlign w:val="center"/>
          </w:tcPr>
          <w:p w14:paraId="437EF487" w14:textId="44B11A61" w:rsidR="00E110A1" w:rsidRPr="00A9271F" w:rsidRDefault="00E110A1" w:rsidP="00E110A1">
            <w:pPr>
              <w:pStyle w:val="a1"/>
              <w:numPr>
                <w:ilvl w:val="0"/>
                <w:numId w:val="0"/>
              </w:numPr>
              <w:rPr>
                <w:rFonts w:cs="Times New Roman"/>
                <w:lang w:val="ru-RU"/>
              </w:rPr>
            </w:pPr>
            <w:r w:rsidRPr="006F3DBE">
              <w:rPr>
                <w:rFonts w:cs="Times New Roman"/>
                <w:lang w:val="ru-RU"/>
              </w:rPr>
              <w:t>3</w:t>
            </w:r>
          </w:p>
        </w:tc>
        <w:tc>
          <w:tcPr>
            <w:tcW w:w="5954" w:type="dxa"/>
          </w:tcPr>
          <w:p w14:paraId="7877C744" w14:textId="181CC726" w:rsidR="00E110A1" w:rsidRPr="00A9271F" w:rsidRDefault="00E110A1" w:rsidP="00E110A1">
            <w:pPr>
              <w:pStyle w:val="aa"/>
              <w:rPr>
                <w:rFonts w:cs="Times New Roman"/>
              </w:rPr>
            </w:pPr>
            <w:r w:rsidRPr="006F3DBE">
              <w:rPr>
                <w:rFonts w:eastAsiaTheme="minorEastAsia" w:cs="Times New Roman"/>
              </w:rPr>
              <w:t>2 процессора</w:t>
            </w:r>
          </w:p>
        </w:tc>
        <w:tc>
          <w:tcPr>
            <w:tcW w:w="2835" w:type="dxa"/>
            <w:vAlign w:val="center"/>
          </w:tcPr>
          <w:p w14:paraId="26246EF2" w14:textId="55C2A3BC" w:rsidR="00E110A1" w:rsidRPr="00A9271F" w:rsidRDefault="00E110A1" w:rsidP="00E110A1">
            <w:pPr>
              <w:pStyle w:val="aa"/>
              <w:jc w:val="center"/>
              <w:rPr>
                <w:rFonts w:cs="Times New Roman"/>
              </w:rPr>
            </w:pPr>
            <w:r w:rsidRPr="006F3DBE">
              <w:rPr>
                <w:rFonts w:cs="Times New Roman"/>
              </w:rPr>
              <w:t>Соответствует</w:t>
            </w:r>
          </w:p>
        </w:tc>
      </w:tr>
      <w:tr w:rsidR="006934B5" w:rsidRPr="00A9271F" w14:paraId="37F782B6" w14:textId="77777777" w:rsidTr="00ED1D20">
        <w:tc>
          <w:tcPr>
            <w:tcW w:w="567" w:type="dxa"/>
            <w:vAlign w:val="center"/>
          </w:tcPr>
          <w:p w14:paraId="2C7C4EB0" w14:textId="38FA0BDD" w:rsidR="006934B5" w:rsidRPr="00A9271F" w:rsidRDefault="006934B5" w:rsidP="006934B5">
            <w:pPr>
              <w:pStyle w:val="a1"/>
              <w:numPr>
                <w:ilvl w:val="0"/>
                <w:numId w:val="0"/>
              </w:numPr>
              <w:rPr>
                <w:rFonts w:cs="Times New Roman"/>
                <w:lang w:val="ru-RU"/>
              </w:rPr>
            </w:pPr>
            <w:r w:rsidRPr="006F3DBE">
              <w:rPr>
                <w:rFonts w:cs="Times New Roman"/>
                <w:lang w:val="ru-RU"/>
              </w:rPr>
              <w:t>4</w:t>
            </w:r>
          </w:p>
        </w:tc>
        <w:tc>
          <w:tcPr>
            <w:tcW w:w="5954" w:type="dxa"/>
          </w:tcPr>
          <w:p w14:paraId="37E387D6" w14:textId="5A090CA8" w:rsidR="006934B5" w:rsidRPr="00A9271F" w:rsidRDefault="006934B5" w:rsidP="006934B5">
            <w:pPr>
              <w:tabs>
                <w:tab w:val="left" w:pos="250"/>
              </w:tabs>
              <w:spacing w:after="0" w:line="240" w:lineRule="auto"/>
              <w:contextualSpacing/>
              <w:jc w:val="both"/>
              <w:rPr>
                <w:rFonts w:ascii="Times New Roman" w:hAnsi="Times New Roman"/>
                <w:highlight w:val="yellow"/>
              </w:rPr>
            </w:pPr>
            <w:r w:rsidRPr="006F3DBE">
              <w:rPr>
                <w:rFonts w:ascii="Times New Roman" w:eastAsiaTheme="minorEastAsia" w:hAnsi="Times New Roman"/>
              </w:rPr>
              <w:t>Каждый процессор, количество ядер:</w:t>
            </w:r>
          </w:p>
        </w:tc>
        <w:tc>
          <w:tcPr>
            <w:tcW w:w="2835" w:type="dxa"/>
            <w:vAlign w:val="center"/>
          </w:tcPr>
          <w:p w14:paraId="2EDEE4AD" w14:textId="7B659921" w:rsidR="006934B5" w:rsidRPr="00A9271F" w:rsidRDefault="006934B5" w:rsidP="006934B5">
            <w:pPr>
              <w:pStyle w:val="aa"/>
              <w:jc w:val="center"/>
              <w:rPr>
                <w:rFonts w:cs="Times New Roman"/>
                <w:highlight w:val="yellow"/>
              </w:rPr>
            </w:pPr>
            <w:r>
              <w:t>__________</w:t>
            </w:r>
            <w:r w:rsidRPr="00293A59">
              <w:rPr>
                <w:rFonts w:cs="Times New Roman"/>
              </w:rPr>
              <w:t>*</w:t>
            </w:r>
          </w:p>
        </w:tc>
      </w:tr>
      <w:tr w:rsidR="006934B5" w:rsidRPr="00A9271F" w14:paraId="55A9324E" w14:textId="77777777" w:rsidTr="00ED1D20">
        <w:tc>
          <w:tcPr>
            <w:tcW w:w="567" w:type="dxa"/>
            <w:vAlign w:val="center"/>
          </w:tcPr>
          <w:p w14:paraId="2D5E4CFF" w14:textId="7330C348" w:rsidR="006934B5" w:rsidRPr="00A9271F" w:rsidRDefault="006934B5" w:rsidP="006934B5">
            <w:pPr>
              <w:pStyle w:val="a1"/>
              <w:numPr>
                <w:ilvl w:val="0"/>
                <w:numId w:val="0"/>
              </w:numPr>
              <w:rPr>
                <w:rFonts w:cs="Times New Roman"/>
                <w:lang w:val="ru-RU"/>
              </w:rPr>
            </w:pPr>
            <w:r w:rsidRPr="006F3DBE">
              <w:rPr>
                <w:rFonts w:cs="Times New Roman"/>
                <w:lang w:val="ru-RU"/>
              </w:rPr>
              <w:t>5</w:t>
            </w:r>
          </w:p>
        </w:tc>
        <w:tc>
          <w:tcPr>
            <w:tcW w:w="5954" w:type="dxa"/>
            <w:vAlign w:val="center"/>
          </w:tcPr>
          <w:p w14:paraId="15BC940D" w14:textId="67998800" w:rsidR="006934B5" w:rsidRPr="00A9271F" w:rsidRDefault="006934B5" w:rsidP="006934B5">
            <w:pPr>
              <w:tabs>
                <w:tab w:val="left" w:pos="250"/>
              </w:tabs>
              <w:spacing w:after="0" w:line="240" w:lineRule="auto"/>
              <w:contextualSpacing/>
              <w:jc w:val="both"/>
              <w:rPr>
                <w:rFonts w:ascii="Times New Roman" w:eastAsiaTheme="minorEastAsia" w:hAnsi="Times New Roman"/>
              </w:rPr>
            </w:pPr>
            <w:r w:rsidRPr="006F3DBE">
              <w:rPr>
                <w:rFonts w:ascii="Times New Roman" w:eastAsiaTheme="minorEastAsia" w:hAnsi="Times New Roman"/>
              </w:rPr>
              <w:t>Каждый процессор, количество потоков:</w:t>
            </w:r>
          </w:p>
        </w:tc>
        <w:tc>
          <w:tcPr>
            <w:tcW w:w="2835" w:type="dxa"/>
            <w:vAlign w:val="center"/>
          </w:tcPr>
          <w:p w14:paraId="7E888026" w14:textId="2758E7E0" w:rsidR="006934B5" w:rsidRPr="00A9271F" w:rsidRDefault="006934B5" w:rsidP="006934B5">
            <w:pPr>
              <w:pStyle w:val="aa"/>
              <w:jc w:val="center"/>
              <w:rPr>
                <w:rFonts w:cs="Times New Roman"/>
              </w:rPr>
            </w:pPr>
            <w:r>
              <w:t>__________</w:t>
            </w:r>
            <w:r w:rsidRPr="00293A59">
              <w:rPr>
                <w:rFonts w:cs="Times New Roman"/>
              </w:rPr>
              <w:t>*</w:t>
            </w:r>
          </w:p>
        </w:tc>
      </w:tr>
      <w:tr w:rsidR="006934B5" w:rsidRPr="00A9271F" w14:paraId="31A49E03" w14:textId="77777777" w:rsidTr="00ED1D20">
        <w:tc>
          <w:tcPr>
            <w:tcW w:w="567" w:type="dxa"/>
            <w:vAlign w:val="center"/>
          </w:tcPr>
          <w:p w14:paraId="56FBC7F4" w14:textId="3596C1B0" w:rsidR="006934B5" w:rsidRPr="00A9271F" w:rsidRDefault="006934B5" w:rsidP="006934B5">
            <w:pPr>
              <w:pStyle w:val="a1"/>
              <w:numPr>
                <w:ilvl w:val="0"/>
                <w:numId w:val="0"/>
              </w:numPr>
              <w:rPr>
                <w:rFonts w:cs="Times New Roman"/>
                <w:lang w:val="ru-RU"/>
              </w:rPr>
            </w:pPr>
            <w:r w:rsidRPr="006F3DBE">
              <w:rPr>
                <w:rFonts w:cs="Times New Roman"/>
                <w:lang w:val="ru-RU"/>
              </w:rPr>
              <w:t>6</w:t>
            </w:r>
          </w:p>
        </w:tc>
        <w:tc>
          <w:tcPr>
            <w:tcW w:w="5954" w:type="dxa"/>
            <w:vAlign w:val="center"/>
          </w:tcPr>
          <w:p w14:paraId="1432D1E1" w14:textId="26B884A0" w:rsidR="006934B5" w:rsidRPr="00A9271F" w:rsidRDefault="006934B5" w:rsidP="006934B5">
            <w:pPr>
              <w:tabs>
                <w:tab w:val="left" w:pos="250"/>
              </w:tabs>
              <w:spacing w:after="0" w:line="240" w:lineRule="auto"/>
              <w:contextualSpacing/>
              <w:jc w:val="both"/>
              <w:rPr>
                <w:rFonts w:ascii="Times New Roman" w:eastAsiaTheme="minorEastAsia" w:hAnsi="Times New Roman"/>
              </w:rPr>
            </w:pPr>
            <w:r w:rsidRPr="006F3DBE">
              <w:rPr>
                <w:rFonts w:ascii="Times New Roman" w:eastAsiaTheme="minorEastAsia" w:hAnsi="Times New Roman"/>
              </w:rPr>
              <w:t>Каждый процессор, частота ГГц:</w:t>
            </w:r>
          </w:p>
        </w:tc>
        <w:tc>
          <w:tcPr>
            <w:tcW w:w="2835" w:type="dxa"/>
            <w:vAlign w:val="center"/>
          </w:tcPr>
          <w:p w14:paraId="7CAA7056" w14:textId="3D1E4552" w:rsidR="006934B5" w:rsidRPr="00A9271F" w:rsidRDefault="006934B5" w:rsidP="006934B5">
            <w:pPr>
              <w:pStyle w:val="aa"/>
              <w:jc w:val="center"/>
              <w:rPr>
                <w:rFonts w:cs="Times New Roman"/>
              </w:rPr>
            </w:pPr>
            <w:r>
              <w:t>__________</w:t>
            </w:r>
            <w:r w:rsidRPr="00293A59">
              <w:rPr>
                <w:rFonts w:cs="Times New Roman"/>
              </w:rPr>
              <w:t>*</w:t>
            </w:r>
          </w:p>
        </w:tc>
      </w:tr>
      <w:tr w:rsidR="006934B5" w:rsidRPr="00A9271F" w14:paraId="5CDA2BCC" w14:textId="77777777" w:rsidTr="00ED1D20">
        <w:tc>
          <w:tcPr>
            <w:tcW w:w="567" w:type="dxa"/>
            <w:vAlign w:val="center"/>
          </w:tcPr>
          <w:p w14:paraId="134E9BDB" w14:textId="547004B7" w:rsidR="006934B5" w:rsidRPr="00A9271F" w:rsidRDefault="006934B5" w:rsidP="006934B5">
            <w:pPr>
              <w:pStyle w:val="a1"/>
              <w:numPr>
                <w:ilvl w:val="0"/>
                <w:numId w:val="0"/>
              </w:numPr>
              <w:rPr>
                <w:rFonts w:cs="Times New Roman"/>
                <w:lang w:val="ru-RU"/>
              </w:rPr>
            </w:pPr>
            <w:r w:rsidRPr="006F3DBE">
              <w:rPr>
                <w:rFonts w:cs="Times New Roman"/>
                <w:lang w:val="ru-RU"/>
              </w:rPr>
              <w:t>7</w:t>
            </w:r>
          </w:p>
        </w:tc>
        <w:tc>
          <w:tcPr>
            <w:tcW w:w="5954" w:type="dxa"/>
            <w:vAlign w:val="center"/>
          </w:tcPr>
          <w:p w14:paraId="49BDCDF7" w14:textId="6D873326" w:rsidR="006934B5" w:rsidRPr="00A9271F" w:rsidRDefault="006934B5" w:rsidP="006934B5">
            <w:pPr>
              <w:tabs>
                <w:tab w:val="left" w:pos="250"/>
              </w:tabs>
              <w:spacing w:after="0" w:line="240" w:lineRule="auto"/>
              <w:contextualSpacing/>
              <w:jc w:val="both"/>
              <w:rPr>
                <w:rFonts w:ascii="Times New Roman" w:eastAsiaTheme="minorEastAsia" w:hAnsi="Times New Roman"/>
              </w:rPr>
            </w:pPr>
            <w:r w:rsidRPr="006F3DBE">
              <w:rPr>
                <w:rFonts w:ascii="Times New Roman" w:eastAsiaTheme="minorEastAsia" w:hAnsi="Times New Roman"/>
              </w:rPr>
              <w:t>Объём установленной оперативной памяти, ГБ:</w:t>
            </w:r>
          </w:p>
        </w:tc>
        <w:tc>
          <w:tcPr>
            <w:tcW w:w="2835" w:type="dxa"/>
            <w:vAlign w:val="center"/>
          </w:tcPr>
          <w:p w14:paraId="1193596C" w14:textId="7D258D91" w:rsidR="006934B5" w:rsidRPr="00A9271F" w:rsidRDefault="006934B5" w:rsidP="006934B5">
            <w:pPr>
              <w:pStyle w:val="aa"/>
              <w:jc w:val="center"/>
              <w:rPr>
                <w:rFonts w:cs="Times New Roman"/>
                <w:highlight w:val="yellow"/>
              </w:rPr>
            </w:pPr>
            <w:r>
              <w:t>__________</w:t>
            </w:r>
            <w:r w:rsidRPr="00293A59">
              <w:rPr>
                <w:rFonts w:eastAsiaTheme="minorEastAsia" w:cs="Times New Roman"/>
              </w:rPr>
              <w:t>*</w:t>
            </w:r>
          </w:p>
        </w:tc>
      </w:tr>
      <w:tr w:rsidR="006934B5" w:rsidRPr="00A9271F" w14:paraId="7EC040AF" w14:textId="77777777" w:rsidTr="00ED1D20">
        <w:tc>
          <w:tcPr>
            <w:tcW w:w="567" w:type="dxa"/>
            <w:vAlign w:val="center"/>
          </w:tcPr>
          <w:p w14:paraId="38CF075A" w14:textId="05EB74CD" w:rsidR="006934B5" w:rsidRPr="00A9271F" w:rsidRDefault="006934B5" w:rsidP="006934B5">
            <w:pPr>
              <w:pStyle w:val="a1"/>
              <w:numPr>
                <w:ilvl w:val="0"/>
                <w:numId w:val="0"/>
              </w:numPr>
              <w:rPr>
                <w:rFonts w:cs="Times New Roman"/>
                <w:lang w:val="ru-RU"/>
              </w:rPr>
            </w:pPr>
            <w:r w:rsidRPr="006F3DBE">
              <w:rPr>
                <w:rFonts w:cs="Times New Roman"/>
                <w:lang w:val="ru-RU"/>
              </w:rPr>
              <w:t>8</w:t>
            </w:r>
          </w:p>
        </w:tc>
        <w:tc>
          <w:tcPr>
            <w:tcW w:w="5954" w:type="dxa"/>
            <w:vAlign w:val="center"/>
          </w:tcPr>
          <w:p w14:paraId="7959E427" w14:textId="71FF3316" w:rsidR="006934B5" w:rsidRPr="00A9271F" w:rsidRDefault="006934B5" w:rsidP="006934B5">
            <w:pPr>
              <w:pStyle w:val="aa"/>
              <w:rPr>
                <w:rFonts w:eastAsiaTheme="minorEastAsia" w:cs="Times New Roman"/>
              </w:rPr>
            </w:pPr>
            <w:r w:rsidRPr="006F3DBE">
              <w:rPr>
                <w:rFonts w:eastAsiaTheme="minorEastAsia" w:cs="Times New Roman"/>
              </w:rPr>
              <w:t>Накопители NVMe, шт.:</w:t>
            </w:r>
          </w:p>
        </w:tc>
        <w:tc>
          <w:tcPr>
            <w:tcW w:w="2835" w:type="dxa"/>
            <w:vAlign w:val="center"/>
          </w:tcPr>
          <w:p w14:paraId="0892B1EB" w14:textId="49B8560B" w:rsidR="006934B5" w:rsidRPr="00A9271F" w:rsidRDefault="006934B5" w:rsidP="006934B5">
            <w:pPr>
              <w:pStyle w:val="aa"/>
              <w:jc w:val="center"/>
              <w:rPr>
                <w:rFonts w:cs="Times New Roman"/>
                <w:highlight w:val="yellow"/>
              </w:rPr>
            </w:pPr>
            <w:r>
              <w:t>__________</w:t>
            </w:r>
            <w:r w:rsidRPr="00755588">
              <w:rPr>
                <w:rFonts w:eastAsiaTheme="minorEastAsia" w:cs="Times New Roman"/>
              </w:rPr>
              <w:t>*</w:t>
            </w:r>
          </w:p>
        </w:tc>
      </w:tr>
      <w:tr w:rsidR="006934B5" w:rsidRPr="00A9271F" w14:paraId="3F7D7B67" w14:textId="77777777" w:rsidTr="00ED1D20">
        <w:tc>
          <w:tcPr>
            <w:tcW w:w="567" w:type="dxa"/>
            <w:vAlign w:val="center"/>
          </w:tcPr>
          <w:p w14:paraId="307E823F" w14:textId="01BBB9DC" w:rsidR="006934B5" w:rsidRPr="00A9271F" w:rsidRDefault="006934B5" w:rsidP="006934B5">
            <w:pPr>
              <w:pStyle w:val="a1"/>
              <w:numPr>
                <w:ilvl w:val="0"/>
                <w:numId w:val="0"/>
              </w:numPr>
              <w:rPr>
                <w:rFonts w:cs="Times New Roman"/>
                <w:lang w:val="ru-RU"/>
              </w:rPr>
            </w:pPr>
            <w:r w:rsidRPr="006F3DBE">
              <w:rPr>
                <w:rFonts w:cs="Times New Roman"/>
                <w:lang w:val="ru-RU"/>
              </w:rPr>
              <w:t>9</w:t>
            </w:r>
          </w:p>
        </w:tc>
        <w:tc>
          <w:tcPr>
            <w:tcW w:w="5954" w:type="dxa"/>
            <w:vAlign w:val="center"/>
          </w:tcPr>
          <w:p w14:paraId="00576A5B" w14:textId="3AF2130B" w:rsidR="006934B5" w:rsidRPr="00A9271F" w:rsidRDefault="006934B5" w:rsidP="006934B5">
            <w:pPr>
              <w:pStyle w:val="aa"/>
              <w:rPr>
                <w:rFonts w:cs="Times New Roman"/>
                <w:highlight w:val="yellow"/>
              </w:rPr>
            </w:pPr>
            <w:r w:rsidRPr="006F3DBE">
              <w:rPr>
                <w:rFonts w:eastAsiaTheme="minorEastAsia" w:cs="Times New Roman"/>
              </w:rPr>
              <w:t>Объём каждого из накопителей NVMe, Тб:</w:t>
            </w:r>
          </w:p>
        </w:tc>
        <w:tc>
          <w:tcPr>
            <w:tcW w:w="2835" w:type="dxa"/>
            <w:vAlign w:val="center"/>
          </w:tcPr>
          <w:p w14:paraId="3497D2C4" w14:textId="3AF19BFE" w:rsidR="006934B5" w:rsidRPr="00A9271F" w:rsidRDefault="006934B5" w:rsidP="006934B5">
            <w:pPr>
              <w:pStyle w:val="aa"/>
              <w:jc w:val="center"/>
              <w:rPr>
                <w:rFonts w:cs="Times New Roman"/>
                <w:highlight w:val="yellow"/>
              </w:rPr>
            </w:pPr>
            <w:r>
              <w:t>__________</w:t>
            </w:r>
            <w:r w:rsidRPr="00755588">
              <w:rPr>
                <w:rFonts w:eastAsiaTheme="minorEastAsia" w:cs="Times New Roman"/>
              </w:rPr>
              <w:t>*</w:t>
            </w:r>
          </w:p>
        </w:tc>
      </w:tr>
      <w:tr w:rsidR="006934B5" w:rsidRPr="00A9271F" w14:paraId="398C0EF9" w14:textId="77777777" w:rsidTr="00ED1D20">
        <w:tc>
          <w:tcPr>
            <w:tcW w:w="567" w:type="dxa"/>
            <w:vAlign w:val="center"/>
          </w:tcPr>
          <w:p w14:paraId="4BF3EA3F" w14:textId="0DE98726" w:rsidR="006934B5" w:rsidRPr="00A9271F" w:rsidRDefault="006934B5" w:rsidP="006934B5">
            <w:pPr>
              <w:pStyle w:val="a1"/>
              <w:numPr>
                <w:ilvl w:val="0"/>
                <w:numId w:val="0"/>
              </w:numPr>
              <w:rPr>
                <w:rFonts w:cs="Times New Roman"/>
                <w:lang w:val="ru-RU"/>
              </w:rPr>
            </w:pPr>
            <w:r w:rsidRPr="006F3DBE">
              <w:rPr>
                <w:rFonts w:cs="Times New Roman"/>
                <w:lang w:val="ru-RU"/>
              </w:rPr>
              <w:t>10</w:t>
            </w:r>
          </w:p>
        </w:tc>
        <w:tc>
          <w:tcPr>
            <w:tcW w:w="5954" w:type="dxa"/>
            <w:vAlign w:val="center"/>
          </w:tcPr>
          <w:p w14:paraId="676E45D5" w14:textId="382C5E74" w:rsidR="006934B5" w:rsidRPr="00A9271F" w:rsidRDefault="006934B5" w:rsidP="006934B5">
            <w:pPr>
              <w:pStyle w:val="aa"/>
              <w:rPr>
                <w:rFonts w:eastAsiaTheme="minorEastAsia" w:cs="Times New Roman"/>
              </w:rPr>
            </w:pPr>
            <w:r w:rsidRPr="006F3DBE">
              <w:rPr>
                <w:rFonts w:eastAsiaTheme="minorEastAsia" w:cs="Times New Roman"/>
              </w:rPr>
              <w:t>Ресурс каждого из накопителей NVMe, DWPD (количество перезаписей всего объема накопителя в день в течении 5 лет):</w:t>
            </w:r>
          </w:p>
        </w:tc>
        <w:tc>
          <w:tcPr>
            <w:tcW w:w="2835" w:type="dxa"/>
            <w:vAlign w:val="center"/>
          </w:tcPr>
          <w:p w14:paraId="0C79D925" w14:textId="53AAEA88" w:rsidR="006934B5" w:rsidRPr="00A9271F" w:rsidRDefault="006934B5" w:rsidP="006934B5">
            <w:pPr>
              <w:pStyle w:val="aa"/>
              <w:jc w:val="center"/>
              <w:rPr>
                <w:rFonts w:cs="Times New Roman"/>
                <w:highlight w:val="yellow"/>
              </w:rPr>
            </w:pPr>
            <w:r>
              <w:t>__________</w:t>
            </w:r>
            <w:r w:rsidRPr="00293A59">
              <w:rPr>
                <w:rFonts w:eastAsiaTheme="minorEastAsia" w:cs="Times New Roman"/>
              </w:rPr>
              <w:t>*</w:t>
            </w:r>
          </w:p>
        </w:tc>
      </w:tr>
      <w:tr w:rsidR="00E110A1" w:rsidRPr="00A9271F" w14:paraId="3D1C985A" w14:textId="77777777" w:rsidTr="00ED1D20">
        <w:tc>
          <w:tcPr>
            <w:tcW w:w="567" w:type="dxa"/>
            <w:vAlign w:val="center"/>
          </w:tcPr>
          <w:p w14:paraId="4D273894" w14:textId="11AD2536" w:rsidR="00E110A1" w:rsidRPr="00A9271F" w:rsidRDefault="00E110A1" w:rsidP="00E110A1">
            <w:pPr>
              <w:pStyle w:val="a1"/>
              <w:numPr>
                <w:ilvl w:val="0"/>
                <w:numId w:val="0"/>
              </w:numPr>
              <w:rPr>
                <w:rFonts w:cs="Times New Roman"/>
                <w:lang w:val="ru-RU"/>
              </w:rPr>
            </w:pPr>
            <w:r w:rsidRPr="006F3DBE">
              <w:rPr>
                <w:rFonts w:cs="Times New Roman"/>
                <w:lang w:val="ru-RU"/>
              </w:rPr>
              <w:t>11</w:t>
            </w:r>
          </w:p>
        </w:tc>
        <w:tc>
          <w:tcPr>
            <w:tcW w:w="5954" w:type="dxa"/>
            <w:vAlign w:val="center"/>
          </w:tcPr>
          <w:p w14:paraId="74B26299" w14:textId="59EEC046" w:rsidR="00E110A1" w:rsidRPr="00A9271F" w:rsidRDefault="00E110A1" w:rsidP="00E110A1">
            <w:pPr>
              <w:pStyle w:val="aa"/>
              <w:rPr>
                <w:rFonts w:cs="Times New Roman"/>
                <w:highlight w:val="yellow"/>
              </w:rPr>
            </w:pPr>
            <w:r w:rsidRPr="006F3DBE">
              <w:rPr>
                <w:rFonts w:eastAsiaTheme="minorEastAsia" w:cs="Times New Roman"/>
              </w:rPr>
              <w:t>Установленные NVMe накопители должны иметь возможность объединения в RAID массив уровней 0, 1</w:t>
            </w:r>
          </w:p>
        </w:tc>
        <w:tc>
          <w:tcPr>
            <w:tcW w:w="2835" w:type="dxa"/>
            <w:vAlign w:val="center"/>
          </w:tcPr>
          <w:p w14:paraId="7A7D89CE" w14:textId="0D3FBABF" w:rsidR="00E110A1" w:rsidRPr="00A9271F" w:rsidRDefault="00E110A1" w:rsidP="00E110A1">
            <w:pPr>
              <w:pStyle w:val="aa"/>
              <w:jc w:val="center"/>
              <w:rPr>
                <w:rFonts w:cs="Times New Roman"/>
                <w:highlight w:val="yellow"/>
              </w:rPr>
            </w:pPr>
            <w:r w:rsidRPr="006F3DBE">
              <w:rPr>
                <w:rFonts w:cs="Times New Roman"/>
              </w:rPr>
              <w:t>Соответствует</w:t>
            </w:r>
          </w:p>
        </w:tc>
      </w:tr>
      <w:tr w:rsidR="006934B5" w:rsidRPr="00A9271F" w14:paraId="7A3F5380" w14:textId="77777777" w:rsidTr="00ED1D20">
        <w:tc>
          <w:tcPr>
            <w:tcW w:w="567" w:type="dxa"/>
            <w:vAlign w:val="center"/>
          </w:tcPr>
          <w:p w14:paraId="0D0D798F" w14:textId="5458E839" w:rsidR="006934B5" w:rsidRPr="00A9271F" w:rsidRDefault="006934B5" w:rsidP="006934B5">
            <w:pPr>
              <w:pStyle w:val="a1"/>
              <w:numPr>
                <w:ilvl w:val="0"/>
                <w:numId w:val="0"/>
              </w:numPr>
              <w:rPr>
                <w:rFonts w:cs="Times New Roman"/>
                <w:lang w:val="ru-RU"/>
              </w:rPr>
            </w:pPr>
            <w:r w:rsidRPr="006F3DBE">
              <w:rPr>
                <w:rFonts w:cs="Times New Roman"/>
                <w:lang w:val="ru-RU"/>
              </w:rPr>
              <w:t>12</w:t>
            </w:r>
          </w:p>
        </w:tc>
        <w:tc>
          <w:tcPr>
            <w:tcW w:w="5954" w:type="dxa"/>
            <w:vAlign w:val="center"/>
          </w:tcPr>
          <w:p w14:paraId="58FD13A7" w14:textId="16E6053A" w:rsidR="006934B5" w:rsidRPr="00A9271F" w:rsidRDefault="006934B5" w:rsidP="006934B5">
            <w:pPr>
              <w:pStyle w:val="aa"/>
              <w:rPr>
                <w:rFonts w:eastAsiaTheme="minorEastAsia" w:cs="Times New Roman"/>
              </w:rPr>
            </w:pPr>
            <w:r>
              <w:rPr>
                <w:rFonts w:eastAsiaTheme="minorEastAsia" w:cs="Times New Roman"/>
              </w:rPr>
              <w:t xml:space="preserve">Количество графических ускорителей </w:t>
            </w:r>
            <w:r>
              <w:rPr>
                <w:rFonts w:eastAsiaTheme="minorEastAsia" w:cs="Times New Roman"/>
                <w:lang w:val="en-US"/>
              </w:rPr>
              <w:t>GPU</w:t>
            </w:r>
            <w:r w:rsidRPr="00494A9B">
              <w:rPr>
                <w:rFonts w:eastAsiaTheme="minorEastAsia" w:cs="Times New Roman"/>
              </w:rPr>
              <w:t xml:space="preserve">, </w:t>
            </w:r>
            <w:r>
              <w:rPr>
                <w:rFonts w:eastAsiaTheme="minorEastAsia" w:cs="Times New Roman"/>
              </w:rPr>
              <w:t>шт.</w:t>
            </w:r>
          </w:p>
        </w:tc>
        <w:tc>
          <w:tcPr>
            <w:tcW w:w="2835" w:type="dxa"/>
            <w:vAlign w:val="center"/>
          </w:tcPr>
          <w:p w14:paraId="7FE7CA0D" w14:textId="274035B9" w:rsidR="006934B5" w:rsidRPr="00A9271F" w:rsidRDefault="006934B5" w:rsidP="006934B5">
            <w:pPr>
              <w:pStyle w:val="aa"/>
              <w:jc w:val="center"/>
              <w:rPr>
                <w:rFonts w:cs="Times New Roman"/>
                <w:highlight w:val="yellow"/>
              </w:rPr>
            </w:pPr>
            <w:r>
              <w:t>__________</w:t>
            </w:r>
            <w:r w:rsidRPr="00293A59">
              <w:rPr>
                <w:rFonts w:cs="Times New Roman"/>
              </w:rPr>
              <w:t>*</w:t>
            </w:r>
          </w:p>
        </w:tc>
      </w:tr>
      <w:tr w:rsidR="006934B5" w:rsidRPr="00A9271F" w14:paraId="237E6D72" w14:textId="77777777" w:rsidTr="00ED1D20">
        <w:tc>
          <w:tcPr>
            <w:tcW w:w="567" w:type="dxa"/>
            <w:vAlign w:val="center"/>
          </w:tcPr>
          <w:p w14:paraId="498450AF" w14:textId="42B12C46" w:rsidR="006934B5" w:rsidRPr="00A9271F" w:rsidRDefault="006934B5" w:rsidP="006934B5">
            <w:pPr>
              <w:pStyle w:val="a1"/>
              <w:numPr>
                <w:ilvl w:val="0"/>
                <w:numId w:val="0"/>
              </w:numPr>
              <w:rPr>
                <w:rFonts w:cs="Times New Roman"/>
                <w:lang w:val="ru-RU"/>
              </w:rPr>
            </w:pPr>
            <w:r w:rsidRPr="006F3DBE">
              <w:rPr>
                <w:rFonts w:cs="Times New Roman"/>
                <w:lang w:val="ru-RU"/>
              </w:rPr>
              <w:t>13</w:t>
            </w:r>
          </w:p>
        </w:tc>
        <w:tc>
          <w:tcPr>
            <w:tcW w:w="5954" w:type="dxa"/>
            <w:vAlign w:val="center"/>
          </w:tcPr>
          <w:p w14:paraId="74182A14" w14:textId="6A8033CD" w:rsidR="006934B5" w:rsidRPr="00A9271F" w:rsidRDefault="006934B5" w:rsidP="006934B5">
            <w:pPr>
              <w:pStyle w:val="aa"/>
              <w:rPr>
                <w:rFonts w:eastAsiaTheme="minorEastAsia" w:cs="Times New Roman"/>
              </w:rPr>
            </w:pPr>
            <w:r>
              <w:rPr>
                <w:rFonts w:eastAsiaTheme="minorEastAsia" w:cs="Times New Roman"/>
              </w:rPr>
              <w:t xml:space="preserve">Количество оперативной памяти </w:t>
            </w:r>
            <w:r>
              <w:rPr>
                <w:rFonts w:eastAsiaTheme="minorEastAsia" w:cs="Times New Roman"/>
                <w:lang w:val="en-US"/>
              </w:rPr>
              <w:t>HBM</w:t>
            </w:r>
            <w:r w:rsidRPr="00494A9B">
              <w:rPr>
                <w:rFonts w:eastAsiaTheme="minorEastAsia" w:cs="Times New Roman"/>
              </w:rPr>
              <w:t xml:space="preserve"> </w:t>
            </w:r>
            <w:r>
              <w:rPr>
                <w:rFonts w:eastAsiaTheme="minorEastAsia" w:cs="Times New Roman"/>
              </w:rPr>
              <w:t>на всех графических ускорителях</w:t>
            </w:r>
            <w:r w:rsidRPr="006F3DBE">
              <w:rPr>
                <w:rFonts w:eastAsiaTheme="minorEastAsia" w:cs="Times New Roman"/>
              </w:rPr>
              <w:t>, ГБ:</w:t>
            </w:r>
          </w:p>
        </w:tc>
        <w:tc>
          <w:tcPr>
            <w:tcW w:w="2835" w:type="dxa"/>
            <w:vAlign w:val="center"/>
          </w:tcPr>
          <w:p w14:paraId="5E133FAB" w14:textId="3F79A0F1" w:rsidR="006934B5" w:rsidRPr="00A9271F" w:rsidRDefault="006934B5" w:rsidP="006934B5">
            <w:pPr>
              <w:pStyle w:val="aa"/>
              <w:jc w:val="center"/>
              <w:rPr>
                <w:rFonts w:cs="Times New Roman"/>
              </w:rPr>
            </w:pPr>
            <w:r>
              <w:t>__________</w:t>
            </w:r>
            <w:r w:rsidRPr="00293A59">
              <w:rPr>
                <w:rFonts w:cs="Times New Roman"/>
              </w:rPr>
              <w:t>*</w:t>
            </w:r>
          </w:p>
        </w:tc>
      </w:tr>
      <w:tr w:rsidR="006934B5" w:rsidRPr="00A9271F" w14:paraId="247652AC" w14:textId="77777777" w:rsidTr="00ED1D20">
        <w:tc>
          <w:tcPr>
            <w:tcW w:w="567" w:type="dxa"/>
            <w:vAlign w:val="center"/>
          </w:tcPr>
          <w:p w14:paraId="4DDE42B6" w14:textId="554A2BAC" w:rsidR="006934B5" w:rsidRPr="00A9271F" w:rsidRDefault="006934B5" w:rsidP="006934B5">
            <w:pPr>
              <w:pStyle w:val="a1"/>
              <w:numPr>
                <w:ilvl w:val="0"/>
                <w:numId w:val="0"/>
              </w:numPr>
              <w:rPr>
                <w:rFonts w:cs="Times New Roman"/>
                <w:lang w:val="ru-RU"/>
              </w:rPr>
            </w:pPr>
            <w:r w:rsidRPr="006F3DBE">
              <w:rPr>
                <w:rFonts w:cs="Times New Roman"/>
              </w:rPr>
              <w:t>14</w:t>
            </w:r>
          </w:p>
        </w:tc>
        <w:tc>
          <w:tcPr>
            <w:tcW w:w="5954" w:type="dxa"/>
            <w:vAlign w:val="center"/>
          </w:tcPr>
          <w:p w14:paraId="62B22C29" w14:textId="0614F434" w:rsidR="006934B5" w:rsidRPr="00A9271F" w:rsidRDefault="006934B5" w:rsidP="006934B5">
            <w:pPr>
              <w:pStyle w:val="aa"/>
              <w:rPr>
                <w:rFonts w:eastAsiaTheme="minorEastAsia" w:cs="Times New Roman"/>
              </w:rPr>
            </w:pPr>
            <w:r w:rsidRPr="006F3DBE">
              <w:rPr>
                <w:rFonts w:eastAsiaTheme="minorEastAsia" w:cs="Times New Roman"/>
              </w:rPr>
              <w:t>Производительность тензорных ядер FP64 на каждую карту TFLOPS каждого из графических ускорител</w:t>
            </w:r>
            <w:r>
              <w:rPr>
                <w:rFonts w:eastAsiaTheme="minorEastAsia" w:cs="Times New Roman"/>
              </w:rPr>
              <w:t>ей</w:t>
            </w:r>
            <w:r w:rsidRPr="006F3DBE">
              <w:rPr>
                <w:rFonts w:eastAsiaTheme="minorEastAsia" w:cs="Times New Roman"/>
              </w:rPr>
              <w:t xml:space="preserve"> GPU</w:t>
            </w:r>
          </w:p>
        </w:tc>
        <w:tc>
          <w:tcPr>
            <w:tcW w:w="2835" w:type="dxa"/>
            <w:vAlign w:val="center"/>
          </w:tcPr>
          <w:p w14:paraId="68551E3F" w14:textId="403CDF60" w:rsidR="006934B5" w:rsidRPr="00A9271F" w:rsidRDefault="006934B5" w:rsidP="006934B5">
            <w:pPr>
              <w:pStyle w:val="aa"/>
              <w:jc w:val="center"/>
              <w:rPr>
                <w:rFonts w:cs="Times New Roman"/>
              </w:rPr>
            </w:pPr>
            <w:r>
              <w:t>__________</w:t>
            </w:r>
            <w:r w:rsidRPr="00293A59">
              <w:rPr>
                <w:rFonts w:cs="Times New Roman"/>
              </w:rPr>
              <w:t>*</w:t>
            </w:r>
          </w:p>
        </w:tc>
      </w:tr>
      <w:tr w:rsidR="00E110A1" w:rsidRPr="00A9271F" w14:paraId="4A6890D4" w14:textId="77777777" w:rsidTr="00ED1D20">
        <w:tc>
          <w:tcPr>
            <w:tcW w:w="567" w:type="dxa"/>
            <w:vAlign w:val="center"/>
          </w:tcPr>
          <w:p w14:paraId="114A06B5" w14:textId="2DA5CDAB" w:rsidR="00E110A1" w:rsidRPr="00A9271F" w:rsidRDefault="00E110A1" w:rsidP="00E110A1">
            <w:pPr>
              <w:pStyle w:val="a1"/>
              <w:numPr>
                <w:ilvl w:val="0"/>
                <w:numId w:val="0"/>
              </w:numPr>
              <w:rPr>
                <w:rFonts w:cs="Times New Roman"/>
                <w:lang w:val="ru-RU"/>
              </w:rPr>
            </w:pPr>
            <w:r w:rsidRPr="006F3DBE">
              <w:rPr>
                <w:rFonts w:cs="Times New Roman"/>
                <w:lang w:val="ru-RU"/>
              </w:rPr>
              <w:t>15</w:t>
            </w:r>
          </w:p>
        </w:tc>
        <w:tc>
          <w:tcPr>
            <w:tcW w:w="5954" w:type="dxa"/>
            <w:vAlign w:val="center"/>
          </w:tcPr>
          <w:p w14:paraId="5FF00DD1" w14:textId="5E07F74D" w:rsidR="00E110A1" w:rsidRPr="00A9271F" w:rsidRDefault="00E110A1" w:rsidP="00E110A1">
            <w:pPr>
              <w:pStyle w:val="aa"/>
              <w:rPr>
                <w:rFonts w:eastAsiaTheme="minorEastAsia" w:cs="Times New Roman"/>
              </w:rPr>
            </w:pPr>
            <w:r w:rsidRPr="006F3DBE">
              <w:rPr>
                <w:rFonts w:cs="Times New Roman"/>
              </w:rPr>
              <w:t xml:space="preserve">Возможность объединить не менее двух </w:t>
            </w:r>
            <w:r w:rsidRPr="006F3DBE">
              <w:rPr>
                <w:rFonts w:cs="Times New Roman"/>
                <w:lang w:val="en-US"/>
              </w:rPr>
              <w:t>GPU</w:t>
            </w:r>
            <w:r w:rsidRPr="006F3DBE">
              <w:rPr>
                <w:rFonts w:cs="Times New Roman"/>
              </w:rPr>
              <w:t xml:space="preserve"> карт по единой шине передаче данных </w:t>
            </w:r>
            <w:r w:rsidRPr="006F3DBE">
              <w:rPr>
                <w:rFonts w:cs="Times New Roman"/>
                <w:lang w:val="en-US"/>
              </w:rPr>
              <w:t>NVlink</w:t>
            </w:r>
            <w:r w:rsidRPr="006F3DBE">
              <w:rPr>
                <w:rFonts w:cs="Times New Roman"/>
              </w:rPr>
              <w:t xml:space="preserve"> или аналогичной</w:t>
            </w:r>
          </w:p>
        </w:tc>
        <w:tc>
          <w:tcPr>
            <w:tcW w:w="2835" w:type="dxa"/>
            <w:vAlign w:val="center"/>
          </w:tcPr>
          <w:p w14:paraId="174EF062" w14:textId="110DDAF6" w:rsidR="00E110A1" w:rsidRPr="00A9271F" w:rsidRDefault="00E110A1" w:rsidP="00E110A1">
            <w:pPr>
              <w:pStyle w:val="aa"/>
              <w:jc w:val="center"/>
              <w:rPr>
                <w:rFonts w:cs="Times New Roman"/>
              </w:rPr>
            </w:pPr>
            <w:r w:rsidRPr="006F3DBE">
              <w:rPr>
                <w:rFonts w:cs="Times New Roman"/>
              </w:rPr>
              <w:t>Наличие</w:t>
            </w:r>
          </w:p>
        </w:tc>
      </w:tr>
      <w:tr w:rsidR="002204E2" w:rsidRPr="00A9271F" w14:paraId="25AA6D11" w14:textId="77777777" w:rsidTr="00ED1D20">
        <w:tc>
          <w:tcPr>
            <w:tcW w:w="567" w:type="dxa"/>
            <w:vAlign w:val="center"/>
          </w:tcPr>
          <w:p w14:paraId="6A733C39" w14:textId="1C0D2262" w:rsidR="002204E2" w:rsidRPr="00A9271F" w:rsidRDefault="002204E2" w:rsidP="002204E2">
            <w:pPr>
              <w:pStyle w:val="a1"/>
              <w:numPr>
                <w:ilvl w:val="0"/>
                <w:numId w:val="0"/>
              </w:numPr>
              <w:rPr>
                <w:rFonts w:cs="Times New Roman"/>
                <w:lang w:val="ru-RU"/>
              </w:rPr>
            </w:pPr>
            <w:r w:rsidRPr="006F3DBE">
              <w:rPr>
                <w:rFonts w:cs="Times New Roman"/>
                <w:lang w:val="ru-RU"/>
              </w:rPr>
              <w:t>16</w:t>
            </w:r>
          </w:p>
        </w:tc>
        <w:tc>
          <w:tcPr>
            <w:tcW w:w="5954" w:type="dxa"/>
            <w:vAlign w:val="center"/>
          </w:tcPr>
          <w:p w14:paraId="61DA581B" w14:textId="1E3D95FD" w:rsidR="002204E2" w:rsidRPr="00A9271F" w:rsidRDefault="002204E2" w:rsidP="002204E2">
            <w:pPr>
              <w:pStyle w:val="aa"/>
              <w:rPr>
                <w:rFonts w:cs="Times New Roman"/>
                <w:highlight w:val="yellow"/>
              </w:rPr>
            </w:pPr>
            <w:r w:rsidRPr="006F3DBE">
              <w:rPr>
                <w:rFonts w:eastAsiaTheme="minorEastAsia" w:cs="Times New Roman"/>
              </w:rPr>
              <w:t>Количество зарезервированных блоков питания, шт.:</w:t>
            </w:r>
          </w:p>
        </w:tc>
        <w:tc>
          <w:tcPr>
            <w:tcW w:w="2835" w:type="dxa"/>
            <w:vAlign w:val="center"/>
          </w:tcPr>
          <w:p w14:paraId="1072F840" w14:textId="16CB8737" w:rsidR="002204E2" w:rsidRPr="00A9271F" w:rsidRDefault="002204E2" w:rsidP="002204E2">
            <w:pPr>
              <w:pStyle w:val="aa"/>
              <w:jc w:val="center"/>
              <w:rPr>
                <w:rFonts w:cs="Times New Roman"/>
                <w:highlight w:val="yellow"/>
              </w:rPr>
            </w:pPr>
            <w:r>
              <w:t>__________</w:t>
            </w:r>
            <w:r w:rsidRPr="00293A59">
              <w:rPr>
                <w:rFonts w:cs="Times New Roman"/>
              </w:rPr>
              <w:t>*</w:t>
            </w:r>
          </w:p>
        </w:tc>
      </w:tr>
      <w:tr w:rsidR="002204E2" w:rsidRPr="00A9271F" w14:paraId="251BD79F" w14:textId="77777777" w:rsidTr="00ED1D20">
        <w:tc>
          <w:tcPr>
            <w:tcW w:w="567" w:type="dxa"/>
            <w:vAlign w:val="center"/>
          </w:tcPr>
          <w:p w14:paraId="1626F966" w14:textId="30065883" w:rsidR="002204E2" w:rsidRPr="00A9271F" w:rsidRDefault="002204E2" w:rsidP="002204E2">
            <w:pPr>
              <w:pStyle w:val="a1"/>
              <w:numPr>
                <w:ilvl w:val="0"/>
                <w:numId w:val="0"/>
              </w:numPr>
              <w:rPr>
                <w:rFonts w:cs="Times New Roman"/>
                <w:lang w:val="ru-RU"/>
              </w:rPr>
            </w:pPr>
            <w:r w:rsidRPr="006F3DBE">
              <w:rPr>
                <w:rFonts w:cs="Times New Roman"/>
                <w:lang w:val="ru-RU"/>
              </w:rPr>
              <w:t>17</w:t>
            </w:r>
          </w:p>
        </w:tc>
        <w:tc>
          <w:tcPr>
            <w:tcW w:w="5954" w:type="dxa"/>
            <w:vAlign w:val="center"/>
          </w:tcPr>
          <w:p w14:paraId="703A77D2" w14:textId="52BAA4AB" w:rsidR="002204E2" w:rsidRPr="00A9271F" w:rsidRDefault="002204E2" w:rsidP="002204E2">
            <w:pPr>
              <w:pStyle w:val="aa"/>
              <w:rPr>
                <w:rFonts w:eastAsiaTheme="minorEastAsia" w:cs="Times New Roman"/>
              </w:rPr>
            </w:pPr>
            <w:r w:rsidRPr="006F3DBE">
              <w:rPr>
                <w:rFonts w:eastAsiaTheme="minorEastAsia" w:cs="Times New Roman"/>
              </w:rPr>
              <w:t>Стандарт каждого из зарезервированных блоков питания:</w:t>
            </w:r>
          </w:p>
        </w:tc>
        <w:tc>
          <w:tcPr>
            <w:tcW w:w="2835" w:type="dxa"/>
            <w:vAlign w:val="center"/>
          </w:tcPr>
          <w:p w14:paraId="0E13B538" w14:textId="6F5F6184" w:rsidR="002204E2" w:rsidRPr="00A9271F" w:rsidRDefault="002204E2" w:rsidP="002204E2">
            <w:pPr>
              <w:pStyle w:val="aa"/>
              <w:jc w:val="center"/>
              <w:rPr>
                <w:rFonts w:eastAsiaTheme="minorEastAsia" w:cs="Times New Roman"/>
              </w:rPr>
            </w:pPr>
            <w:r>
              <w:t>__________</w:t>
            </w:r>
            <w:r w:rsidRPr="00293A59">
              <w:rPr>
                <w:rFonts w:cs="Times New Roman"/>
              </w:rPr>
              <w:t>*</w:t>
            </w:r>
          </w:p>
        </w:tc>
      </w:tr>
      <w:tr w:rsidR="002204E2" w:rsidRPr="00A9271F" w14:paraId="697F5A3D" w14:textId="77777777" w:rsidTr="00ED1D20">
        <w:tc>
          <w:tcPr>
            <w:tcW w:w="567" w:type="dxa"/>
            <w:vAlign w:val="center"/>
          </w:tcPr>
          <w:p w14:paraId="382BC408" w14:textId="2D05D1D9" w:rsidR="002204E2" w:rsidRPr="00A9271F" w:rsidRDefault="002204E2" w:rsidP="002204E2">
            <w:pPr>
              <w:pStyle w:val="a1"/>
              <w:numPr>
                <w:ilvl w:val="0"/>
                <w:numId w:val="0"/>
              </w:numPr>
              <w:rPr>
                <w:rFonts w:cs="Times New Roman"/>
                <w:lang w:val="ru-RU"/>
              </w:rPr>
            </w:pPr>
            <w:r w:rsidRPr="006F3DBE">
              <w:rPr>
                <w:rFonts w:cs="Times New Roman"/>
                <w:lang w:val="ru-RU"/>
              </w:rPr>
              <w:t>18</w:t>
            </w:r>
          </w:p>
        </w:tc>
        <w:tc>
          <w:tcPr>
            <w:tcW w:w="5954" w:type="dxa"/>
            <w:vAlign w:val="center"/>
          </w:tcPr>
          <w:p w14:paraId="020C3583" w14:textId="4A235AC7" w:rsidR="002204E2" w:rsidRPr="00A9271F" w:rsidRDefault="002204E2" w:rsidP="002204E2">
            <w:pPr>
              <w:pStyle w:val="aa"/>
              <w:rPr>
                <w:rFonts w:cs="Times New Roman"/>
                <w:highlight w:val="yellow"/>
              </w:rPr>
            </w:pPr>
            <w:r w:rsidRPr="006F3DBE">
              <w:rPr>
                <w:rFonts w:eastAsiaTheme="minorEastAsia" w:cs="Times New Roman"/>
              </w:rPr>
              <w:t>Мощность каждого из зарезервированных блоков питания, Ватт:</w:t>
            </w:r>
          </w:p>
        </w:tc>
        <w:tc>
          <w:tcPr>
            <w:tcW w:w="2835" w:type="dxa"/>
            <w:vAlign w:val="center"/>
          </w:tcPr>
          <w:p w14:paraId="296D8476" w14:textId="0FDDD943" w:rsidR="002204E2" w:rsidRPr="00A9271F" w:rsidRDefault="002204E2" w:rsidP="002204E2">
            <w:pPr>
              <w:pStyle w:val="aa"/>
              <w:jc w:val="center"/>
              <w:rPr>
                <w:rFonts w:cs="Times New Roman"/>
                <w:highlight w:val="yellow"/>
              </w:rPr>
            </w:pPr>
            <w:r>
              <w:t>__________</w:t>
            </w:r>
            <w:r w:rsidRPr="00293A59">
              <w:rPr>
                <w:rFonts w:cs="Times New Roman"/>
              </w:rPr>
              <w:t>*</w:t>
            </w:r>
          </w:p>
        </w:tc>
      </w:tr>
      <w:tr w:rsidR="00E110A1" w:rsidRPr="00A9271F" w14:paraId="013721FC" w14:textId="77777777" w:rsidTr="00ED1D20">
        <w:tc>
          <w:tcPr>
            <w:tcW w:w="567" w:type="dxa"/>
            <w:vAlign w:val="center"/>
          </w:tcPr>
          <w:p w14:paraId="55B5CFEB" w14:textId="25FD01DC" w:rsidR="00E110A1" w:rsidRPr="00A9271F" w:rsidRDefault="00E110A1" w:rsidP="00E110A1">
            <w:pPr>
              <w:pStyle w:val="a1"/>
              <w:numPr>
                <w:ilvl w:val="0"/>
                <w:numId w:val="0"/>
              </w:numPr>
              <w:rPr>
                <w:rFonts w:cs="Times New Roman"/>
                <w:lang w:val="ru-RU"/>
              </w:rPr>
            </w:pPr>
            <w:r w:rsidRPr="006F3DBE">
              <w:rPr>
                <w:rFonts w:cs="Times New Roman"/>
                <w:lang w:val="ru-RU"/>
              </w:rPr>
              <w:t>19</w:t>
            </w:r>
          </w:p>
        </w:tc>
        <w:tc>
          <w:tcPr>
            <w:tcW w:w="5954" w:type="dxa"/>
            <w:vAlign w:val="center"/>
          </w:tcPr>
          <w:p w14:paraId="3AF64A94" w14:textId="23298CAC" w:rsidR="00E110A1" w:rsidRPr="00A9271F" w:rsidRDefault="00E110A1" w:rsidP="00E110A1">
            <w:pPr>
              <w:pStyle w:val="aa"/>
              <w:rPr>
                <w:rFonts w:eastAsiaTheme="minorEastAsia" w:cs="Times New Roman"/>
              </w:rPr>
            </w:pPr>
            <w:r w:rsidRPr="006F3DBE">
              <w:rPr>
                <w:rFonts w:eastAsia="Arial Unicode MS" w:cs="Times New Roman"/>
                <w:lang w:val="ru" w:eastAsia="ar-SA"/>
              </w:rPr>
              <w:t xml:space="preserve">Наличие дисплея </w:t>
            </w:r>
            <w:r w:rsidRPr="006F3DBE">
              <w:rPr>
                <w:rFonts w:eastAsia="Arial Unicode MS" w:cs="Times New Roman"/>
                <w:lang w:eastAsia="ar-SA"/>
              </w:rPr>
              <w:t xml:space="preserve">или индикации </w:t>
            </w:r>
            <w:r w:rsidRPr="006F3DBE">
              <w:rPr>
                <w:rFonts w:eastAsia="Arial Unicode MS" w:cs="Times New Roman"/>
                <w:lang w:val="ru" w:eastAsia="ar-SA"/>
              </w:rPr>
              <w:t>для отображения</w:t>
            </w:r>
            <w:r w:rsidRPr="006F3DBE">
              <w:rPr>
                <w:rFonts w:eastAsia="Arial Unicode MS" w:cs="Times New Roman"/>
                <w:lang w:eastAsia="ar-SA"/>
              </w:rPr>
              <w:t xml:space="preserve"> неисправностей</w:t>
            </w:r>
          </w:p>
        </w:tc>
        <w:tc>
          <w:tcPr>
            <w:tcW w:w="2835" w:type="dxa"/>
            <w:vAlign w:val="center"/>
          </w:tcPr>
          <w:p w14:paraId="1597F24D" w14:textId="6A9B0A59" w:rsidR="00E110A1" w:rsidRPr="00A9271F" w:rsidRDefault="00E110A1" w:rsidP="00E110A1">
            <w:pPr>
              <w:pStyle w:val="aa"/>
              <w:jc w:val="center"/>
              <w:rPr>
                <w:rFonts w:eastAsiaTheme="minorEastAsia" w:cs="Times New Roman"/>
              </w:rPr>
            </w:pPr>
            <w:r w:rsidRPr="006F3DBE">
              <w:rPr>
                <w:rFonts w:cs="Times New Roman"/>
              </w:rPr>
              <w:t>Наличие</w:t>
            </w:r>
          </w:p>
        </w:tc>
      </w:tr>
      <w:tr w:rsidR="002204E2" w:rsidRPr="00A9271F" w14:paraId="5CF52ADC" w14:textId="77777777" w:rsidTr="00ED1D20">
        <w:tc>
          <w:tcPr>
            <w:tcW w:w="567" w:type="dxa"/>
            <w:vAlign w:val="center"/>
          </w:tcPr>
          <w:p w14:paraId="3B1F61E4" w14:textId="7854E253" w:rsidR="002204E2" w:rsidRPr="00A9271F" w:rsidRDefault="002204E2" w:rsidP="002204E2">
            <w:pPr>
              <w:pStyle w:val="a1"/>
              <w:numPr>
                <w:ilvl w:val="0"/>
                <w:numId w:val="0"/>
              </w:numPr>
              <w:rPr>
                <w:rFonts w:cs="Times New Roman"/>
              </w:rPr>
            </w:pPr>
            <w:r w:rsidRPr="006F3DBE">
              <w:rPr>
                <w:rFonts w:cs="Times New Roman"/>
                <w:lang w:val="ru-RU"/>
              </w:rPr>
              <w:t>20</w:t>
            </w:r>
          </w:p>
        </w:tc>
        <w:tc>
          <w:tcPr>
            <w:tcW w:w="5954" w:type="dxa"/>
            <w:vAlign w:val="center"/>
          </w:tcPr>
          <w:p w14:paraId="3DFB3B26" w14:textId="7B21B1B4" w:rsidR="002204E2" w:rsidRPr="00A9271F" w:rsidRDefault="002204E2" w:rsidP="002204E2">
            <w:pPr>
              <w:pStyle w:val="aa"/>
              <w:rPr>
                <w:rFonts w:cs="Times New Roman"/>
              </w:rPr>
            </w:pPr>
            <w:r w:rsidRPr="006F3DBE">
              <w:rPr>
                <w:rFonts w:eastAsiaTheme="minorEastAsia" w:cs="Times New Roman"/>
              </w:rPr>
              <w:t>Количество портов Ethernet 25Гб/с SFP+, с установленными трансиверами Multi-mode (850 nm, LC), шт.:</w:t>
            </w:r>
          </w:p>
        </w:tc>
        <w:tc>
          <w:tcPr>
            <w:tcW w:w="2835" w:type="dxa"/>
            <w:vAlign w:val="center"/>
          </w:tcPr>
          <w:p w14:paraId="6A190582" w14:textId="70A67DDB" w:rsidR="002204E2" w:rsidRPr="00A9271F" w:rsidRDefault="002204E2" w:rsidP="002204E2">
            <w:pPr>
              <w:pStyle w:val="aa"/>
              <w:jc w:val="center"/>
              <w:rPr>
                <w:rFonts w:cs="Times New Roman"/>
              </w:rPr>
            </w:pPr>
            <w:r>
              <w:t>__________</w:t>
            </w:r>
            <w:r w:rsidRPr="00293A59">
              <w:rPr>
                <w:rFonts w:cs="Times New Roman"/>
              </w:rPr>
              <w:t>*</w:t>
            </w:r>
          </w:p>
        </w:tc>
      </w:tr>
      <w:tr w:rsidR="002204E2" w:rsidRPr="00A9271F" w14:paraId="319F1132" w14:textId="77777777" w:rsidTr="00ED1D20">
        <w:tc>
          <w:tcPr>
            <w:tcW w:w="567" w:type="dxa"/>
            <w:vAlign w:val="center"/>
          </w:tcPr>
          <w:p w14:paraId="447A2392" w14:textId="624D142C" w:rsidR="002204E2" w:rsidRPr="00A9271F" w:rsidRDefault="002204E2" w:rsidP="002204E2">
            <w:pPr>
              <w:pStyle w:val="a1"/>
              <w:numPr>
                <w:ilvl w:val="0"/>
                <w:numId w:val="0"/>
              </w:numPr>
              <w:rPr>
                <w:rFonts w:cs="Times New Roman"/>
              </w:rPr>
            </w:pPr>
            <w:r w:rsidRPr="006F3DBE">
              <w:rPr>
                <w:rFonts w:cs="Times New Roman"/>
                <w:lang w:val="ru-RU"/>
              </w:rPr>
              <w:t>21</w:t>
            </w:r>
          </w:p>
        </w:tc>
        <w:tc>
          <w:tcPr>
            <w:tcW w:w="5954" w:type="dxa"/>
            <w:vAlign w:val="center"/>
          </w:tcPr>
          <w:p w14:paraId="1CB3763A" w14:textId="5A5D3268" w:rsidR="002204E2" w:rsidRPr="00CE4089" w:rsidRDefault="002204E2" w:rsidP="002204E2">
            <w:pPr>
              <w:tabs>
                <w:tab w:val="left" w:pos="250"/>
              </w:tabs>
              <w:spacing w:after="0" w:line="240" w:lineRule="auto"/>
              <w:contextualSpacing/>
              <w:jc w:val="both"/>
              <w:rPr>
                <w:rFonts w:ascii="Times New Roman" w:eastAsiaTheme="minorEastAsia" w:hAnsi="Times New Roman"/>
              </w:rPr>
            </w:pPr>
            <w:r w:rsidRPr="00CE4089">
              <w:rPr>
                <w:rFonts w:ascii="Times New Roman" w:eastAsiaTheme="minorEastAsia" w:hAnsi="Times New Roman"/>
              </w:rPr>
              <w:t xml:space="preserve">Для портов Ethernet 25Гб/с SFP+ - дальность передачи каждого из трансиверов Multi-mode (850 nm, LC), </w:t>
            </w:r>
            <w:r w:rsidRPr="00CE4089">
              <w:rPr>
                <w:rFonts w:ascii="Times New Roman" w:eastAsiaTheme="minorEastAsia" w:hAnsi="Times New Roman"/>
                <w:lang w:val="en-US"/>
              </w:rPr>
              <w:t>km</w:t>
            </w:r>
            <w:r w:rsidRPr="00CE4089">
              <w:rPr>
                <w:rFonts w:ascii="Times New Roman" w:eastAsiaTheme="minorEastAsia" w:hAnsi="Times New Roman"/>
              </w:rPr>
              <w:t>:</w:t>
            </w:r>
          </w:p>
        </w:tc>
        <w:tc>
          <w:tcPr>
            <w:tcW w:w="2835" w:type="dxa"/>
            <w:vAlign w:val="center"/>
          </w:tcPr>
          <w:p w14:paraId="2BCB4EE9" w14:textId="662CAFBA" w:rsidR="002204E2" w:rsidRPr="00A9271F" w:rsidRDefault="002204E2" w:rsidP="002204E2">
            <w:pPr>
              <w:pStyle w:val="aa"/>
              <w:jc w:val="center"/>
              <w:rPr>
                <w:rFonts w:eastAsiaTheme="minorEastAsia" w:cs="Times New Roman"/>
              </w:rPr>
            </w:pPr>
            <w:r>
              <w:t>__________</w:t>
            </w:r>
            <w:r w:rsidRPr="00293A59">
              <w:rPr>
                <w:rFonts w:cs="Times New Roman"/>
              </w:rPr>
              <w:t>*</w:t>
            </w:r>
          </w:p>
        </w:tc>
      </w:tr>
      <w:tr w:rsidR="002204E2" w:rsidRPr="00A9271F" w14:paraId="1E78802E" w14:textId="77777777" w:rsidTr="00ED1D20">
        <w:tc>
          <w:tcPr>
            <w:tcW w:w="567" w:type="dxa"/>
            <w:vAlign w:val="center"/>
          </w:tcPr>
          <w:p w14:paraId="3E6368C1" w14:textId="45A18F3F" w:rsidR="002204E2" w:rsidRPr="00A9271F" w:rsidRDefault="002204E2" w:rsidP="002204E2">
            <w:pPr>
              <w:pStyle w:val="a1"/>
              <w:numPr>
                <w:ilvl w:val="0"/>
                <w:numId w:val="0"/>
              </w:numPr>
              <w:rPr>
                <w:rFonts w:cs="Times New Roman"/>
              </w:rPr>
            </w:pPr>
            <w:r w:rsidRPr="006F3DBE">
              <w:rPr>
                <w:rFonts w:cs="Times New Roman"/>
                <w:lang w:val="ru-RU"/>
              </w:rPr>
              <w:t>22</w:t>
            </w:r>
          </w:p>
        </w:tc>
        <w:tc>
          <w:tcPr>
            <w:tcW w:w="5954" w:type="dxa"/>
            <w:vAlign w:val="center"/>
          </w:tcPr>
          <w:p w14:paraId="06B699CB" w14:textId="62AA3143" w:rsidR="002204E2" w:rsidRPr="00CE4089" w:rsidRDefault="002204E2" w:rsidP="002204E2">
            <w:pPr>
              <w:tabs>
                <w:tab w:val="left" w:pos="250"/>
              </w:tabs>
              <w:spacing w:after="0" w:line="240" w:lineRule="auto"/>
              <w:contextualSpacing/>
              <w:jc w:val="both"/>
              <w:rPr>
                <w:rFonts w:ascii="Times New Roman" w:eastAsiaTheme="minorEastAsia" w:hAnsi="Times New Roman"/>
              </w:rPr>
            </w:pPr>
            <w:r w:rsidRPr="00CE4089">
              <w:rPr>
                <w:rFonts w:ascii="Times New Roman" w:eastAsiaTheme="minorEastAsia" w:hAnsi="Times New Roman"/>
              </w:rPr>
              <w:t>Для портов Ethernet 25Гб/с SFP+ - наличие в комплекте многомодовых оптических патчкордов duplex LC-LC длиной 3 метра, шт.:</w:t>
            </w:r>
          </w:p>
        </w:tc>
        <w:tc>
          <w:tcPr>
            <w:tcW w:w="2835" w:type="dxa"/>
            <w:vAlign w:val="center"/>
          </w:tcPr>
          <w:p w14:paraId="2636C6E2" w14:textId="4C0AC54A" w:rsidR="002204E2" w:rsidRPr="00A9271F" w:rsidRDefault="002204E2" w:rsidP="002204E2">
            <w:pPr>
              <w:pStyle w:val="aa"/>
              <w:jc w:val="center"/>
              <w:rPr>
                <w:rFonts w:eastAsiaTheme="minorEastAsia" w:cs="Times New Roman"/>
              </w:rPr>
            </w:pPr>
            <w:r>
              <w:t>__________</w:t>
            </w:r>
            <w:r w:rsidRPr="00293A59">
              <w:rPr>
                <w:rFonts w:cs="Times New Roman"/>
              </w:rPr>
              <w:t>*</w:t>
            </w:r>
          </w:p>
        </w:tc>
      </w:tr>
      <w:tr w:rsidR="00E110A1" w:rsidRPr="00A9271F" w14:paraId="4D8FBD7A" w14:textId="77777777" w:rsidTr="00ED1D20">
        <w:tc>
          <w:tcPr>
            <w:tcW w:w="567" w:type="dxa"/>
            <w:vAlign w:val="center"/>
          </w:tcPr>
          <w:p w14:paraId="0FDA2168" w14:textId="59282CDA" w:rsidR="00E110A1" w:rsidRPr="00A9271F" w:rsidRDefault="00E110A1" w:rsidP="00E110A1">
            <w:pPr>
              <w:pStyle w:val="a1"/>
              <w:numPr>
                <w:ilvl w:val="0"/>
                <w:numId w:val="0"/>
              </w:numPr>
              <w:rPr>
                <w:rFonts w:cs="Times New Roman"/>
              </w:rPr>
            </w:pPr>
            <w:r w:rsidRPr="006F3DBE">
              <w:rPr>
                <w:rFonts w:cs="Times New Roman"/>
                <w:lang w:val="ru-RU"/>
              </w:rPr>
              <w:t>23</w:t>
            </w:r>
          </w:p>
        </w:tc>
        <w:tc>
          <w:tcPr>
            <w:tcW w:w="5954" w:type="dxa"/>
            <w:vAlign w:val="center"/>
          </w:tcPr>
          <w:p w14:paraId="3E404B34" w14:textId="3C30675A" w:rsidR="00E110A1" w:rsidRPr="00CE4089" w:rsidRDefault="00E110A1" w:rsidP="00E110A1">
            <w:pPr>
              <w:tabs>
                <w:tab w:val="left" w:pos="250"/>
              </w:tabs>
              <w:spacing w:after="0" w:line="240" w:lineRule="auto"/>
              <w:contextualSpacing/>
              <w:jc w:val="both"/>
              <w:rPr>
                <w:rFonts w:ascii="Times New Roman" w:eastAsiaTheme="minorEastAsia" w:hAnsi="Times New Roman"/>
              </w:rPr>
            </w:pPr>
            <w:r w:rsidRPr="00CE4089">
              <w:rPr>
                <w:rFonts w:ascii="Times New Roman" w:eastAsiaTheme="minorEastAsia" w:hAnsi="Times New Roman"/>
              </w:rPr>
              <w:t>1 выделенный порт удаленного управления 1 Гб/с, удаленная графическая консоль управления, поддержка удаленного монтирования ISO образов</w:t>
            </w:r>
          </w:p>
        </w:tc>
        <w:tc>
          <w:tcPr>
            <w:tcW w:w="2835" w:type="dxa"/>
            <w:vAlign w:val="center"/>
          </w:tcPr>
          <w:p w14:paraId="4391DB1D" w14:textId="330F7B9E" w:rsidR="00E110A1" w:rsidRPr="00A9271F" w:rsidRDefault="00E110A1" w:rsidP="00E110A1">
            <w:pPr>
              <w:pStyle w:val="aa"/>
              <w:jc w:val="center"/>
              <w:rPr>
                <w:rFonts w:eastAsiaTheme="minorEastAsia" w:cs="Times New Roman"/>
              </w:rPr>
            </w:pPr>
            <w:r w:rsidRPr="006F3DBE">
              <w:rPr>
                <w:rFonts w:cs="Times New Roman"/>
              </w:rPr>
              <w:t>Наличие</w:t>
            </w:r>
          </w:p>
        </w:tc>
      </w:tr>
      <w:tr w:rsidR="003453A6" w:rsidRPr="00A9271F" w14:paraId="0DA192AD" w14:textId="77777777" w:rsidTr="00ED1D20">
        <w:tc>
          <w:tcPr>
            <w:tcW w:w="567" w:type="dxa"/>
            <w:vAlign w:val="center"/>
          </w:tcPr>
          <w:p w14:paraId="7887645E" w14:textId="5EF7E3F4" w:rsidR="003453A6" w:rsidRPr="006F3DBE" w:rsidRDefault="003453A6" w:rsidP="003453A6">
            <w:pPr>
              <w:pStyle w:val="a1"/>
              <w:numPr>
                <w:ilvl w:val="0"/>
                <w:numId w:val="0"/>
              </w:numPr>
              <w:rPr>
                <w:rFonts w:cs="Times New Roman"/>
                <w:lang w:val="ru-RU"/>
              </w:rPr>
            </w:pPr>
            <w:r w:rsidRPr="00293A59">
              <w:rPr>
                <w:rFonts w:cs="Times New Roman"/>
                <w:lang w:val="ru-RU"/>
              </w:rPr>
              <w:t>2</w:t>
            </w:r>
            <w:r>
              <w:rPr>
                <w:rFonts w:cs="Times New Roman"/>
                <w:lang w:val="ru-RU"/>
              </w:rPr>
              <w:t>4</w:t>
            </w:r>
          </w:p>
        </w:tc>
        <w:tc>
          <w:tcPr>
            <w:tcW w:w="5954" w:type="dxa"/>
            <w:vAlign w:val="center"/>
          </w:tcPr>
          <w:p w14:paraId="7FD18334" w14:textId="77777777" w:rsidR="003453A6" w:rsidRPr="00547329" w:rsidRDefault="003453A6" w:rsidP="003453A6">
            <w:pPr>
              <w:spacing w:line="240" w:lineRule="auto"/>
              <w:contextualSpacing/>
              <w:rPr>
                <w:rFonts w:ascii="Times New Roman" w:eastAsiaTheme="minorEastAsia" w:hAnsi="Times New Roman"/>
                <w:lang w:val="en-US"/>
              </w:rPr>
            </w:pPr>
            <w:r w:rsidRPr="00547329">
              <w:rPr>
                <w:rFonts w:ascii="Times New Roman" w:eastAsiaTheme="minorEastAsia" w:hAnsi="Times New Roman"/>
              </w:rPr>
              <w:t>Поддержка</w:t>
            </w:r>
            <w:r w:rsidRPr="00547329">
              <w:rPr>
                <w:rFonts w:ascii="Times New Roman" w:eastAsiaTheme="minorEastAsia" w:hAnsi="Times New Roman"/>
                <w:lang w:val="en-US"/>
              </w:rPr>
              <w:t xml:space="preserve"> </w:t>
            </w:r>
            <w:r w:rsidRPr="00547329">
              <w:rPr>
                <w:rFonts w:ascii="Times New Roman" w:eastAsiaTheme="minorEastAsia" w:hAnsi="Times New Roman"/>
              </w:rPr>
              <w:t>ОС:</w:t>
            </w:r>
            <w:r w:rsidRPr="00547329">
              <w:rPr>
                <w:rFonts w:ascii="Times New Roman" w:eastAsiaTheme="minorEastAsia" w:hAnsi="Times New Roman"/>
                <w:lang w:val="en-US"/>
              </w:rPr>
              <w:t xml:space="preserve">  </w:t>
            </w:r>
          </w:p>
          <w:p w14:paraId="23A36A56" w14:textId="7FD9C643" w:rsidR="003453A6" w:rsidRDefault="003453A6" w:rsidP="003453A6">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547329">
              <w:rPr>
                <w:rFonts w:ascii="Times New Roman" w:eastAsiaTheme="minorEastAsia" w:hAnsi="Times New Roman"/>
              </w:rPr>
              <w:t>А</w:t>
            </w:r>
            <w:r w:rsidRPr="00547329">
              <w:rPr>
                <w:rFonts w:ascii="Times New Roman" w:eastAsiaTheme="minorEastAsia" w:hAnsi="Times New Roman"/>
                <w:lang w:val="en-US"/>
              </w:rPr>
              <w:t>stra Linux</w:t>
            </w:r>
          </w:p>
          <w:p w14:paraId="7D226DA5" w14:textId="366A5CE5" w:rsidR="003453A6" w:rsidRPr="003453A6" w:rsidRDefault="003453A6" w:rsidP="003453A6">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3453A6">
              <w:rPr>
                <w:rFonts w:ascii="Times New Roman" w:eastAsiaTheme="minorEastAsia" w:hAnsi="Times New Roman"/>
              </w:rPr>
              <w:t>РЕД ОС</w:t>
            </w:r>
          </w:p>
        </w:tc>
        <w:tc>
          <w:tcPr>
            <w:tcW w:w="2835" w:type="dxa"/>
            <w:vAlign w:val="center"/>
          </w:tcPr>
          <w:p w14:paraId="2CD54AC1" w14:textId="7AB4A98F" w:rsidR="003453A6" w:rsidRPr="006F3DBE" w:rsidRDefault="003453A6" w:rsidP="003453A6">
            <w:pPr>
              <w:pStyle w:val="aa"/>
              <w:jc w:val="center"/>
              <w:rPr>
                <w:rFonts w:cs="Times New Roman"/>
              </w:rPr>
            </w:pPr>
            <w:r w:rsidRPr="00547329">
              <w:rPr>
                <w:rFonts w:cs="Times New Roman"/>
              </w:rPr>
              <w:t>Соответствует</w:t>
            </w:r>
          </w:p>
        </w:tc>
      </w:tr>
      <w:tr w:rsidR="003453A6" w:rsidRPr="00A9271F" w14:paraId="4CD30EE2" w14:textId="77777777" w:rsidTr="00ED1D20">
        <w:tc>
          <w:tcPr>
            <w:tcW w:w="567" w:type="dxa"/>
            <w:vAlign w:val="center"/>
          </w:tcPr>
          <w:p w14:paraId="1E64D846" w14:textId="0F3A9521" w:rsidR="003453A6" w:rsidRPr="00A9271F" w:rsidRDefault="003453A6" w:rsidP="003453A6">
            <w:pPr>
              <w:pStyle w:val="a1"/>
              <w:numPr>
                <w:ilvl w:val="0"/>
                <w:numId w:val="0"/>
              </w:numPr>
              <w:rPr>
                <w:rFonts w:cs="Times New Roman"/>
                <w:lang w:val="ru-RU"/>
              </w:rPr>
            </w:pPr>
            <w:r>
              <w:rPr>
                <w:rFonts w:cs="Times New Roman"/>
                <w:lang w:val="ru-RU"/>
              </w:rPr>
              <w:t>25</w:t>
            </w:r>
          </w:p>
        </w:tc>
        <w:tc>
          <w:tcPr>
            <w:tcW w:w="5954" w:type="dxa"/>
          </w:tcPr>
          <w:p w14:paraId="1DC9BEF0" w14:textId="4DD84894" w:rsidR="003453A6" w:rsidRPr="00A9271F" w:rsidRDefault="003453A6" w:rsidP="003453A6">
            <w:pPr>
              <w:pStyle w:val="aa"/>
              <w:rPr>
                <w:rFonts w:eastAsiaTheme="minorEastAsia" w:cs="Times New Roman"/>
              </w:rPr>
            </w:pPr>
            <w:r w:rsidRPr="006F3DBE">
              <w:rPr>
                <w:rFonts w:eastAsiaTheme="minorEastAsia" w:cs="Times New Roman"/>
              </w:rPr>
              <w:t>Поставляется с гарантией производителя, срок гарантии, лет:</w:t>
            </w:r>
          </w:p>
        </w:tc>
        <w:tc>
          <w:tcPr>
            <w:tcW w:w="2835" w:type="dxa"/>
            <w:vAlign w:val="center"/>
          </w:tcPr>
          <w:p w14:paraId="5FAEB7EE" w14:textId="3AE57D54" w:rsidR="003453A6" w:rsidRPr="00A9271F" w:rsidRDefault="002204E2" w:rsidP="003453A6">
            <w:pPr>
              <w:pStyle w:val="aa"/>
              <w:jc w:val="center"/>
              <w:rPr>
                <w:rFonts w:cs="Times New Roman"/>
              </w:rPr>
            </w:pPr>
            <w:r>
              <w:t>__________</w:t>
            </w:r>
            <w:r w:rsidR="003453A6" w:rsidRPr="006F3DBE">
              <w:rPr>
                <w:rFonts w:eastAsiaTheme="minorEastAsia" w:cs="Times New Roman"/>
              </w:rPr>
              <w:t>*</w:t>
            </w:r>
          </w:p>
        </w:tc>
      </w:tr>
      <w:tr w:rsidR="003453A6" w:rsidRPr="00A9271F" w14:paraId="681DB450" w14:textId="77777777" w:rsidTr="00ED1D20">
        <w:tc>
          <w:tcPr>
            <w:tcW w:w="567" w:type="dxa"/>
            <w:vAlign w:val="center"/>
          </w:tcPr>
          <w:p w14:paraId="57EEE3BE" w14:textId="18E1449F" w:rsidR="003453A6" w:rsidRPr="00A9271F" w:rsidRDefault="003453A6" w:rsidP="003453A6">
            <w:pPr>
              <w:pStyle w:val="a1"/>
              <w:numPr>
                <w:ilvl w:val="0"/>
                <w:numId w:val="0"/>
              </w:numPr>
              <w:rPr>
                <w:rFonts w:cs="Times New Roman"/>
                <w:lang w:val="ru-RU"/>
              </w:rPr>
            </w:pPr>
            <w:r>
              <w:rPr>
                <w:rFonts w:cs="Times New Roman"/>
                <w:lang w:val="ru-RU"/>
              </w:rPr>
              <w:t>26</w:t>
            </w:r>
          </w:p>
        </w:tc>
        <w:tc>
          <w:tcPr>
            <w:tcW w:w="5954" w:type="dxa"/>
          </w:tcPr>
          <w:p w14:paraId="02A3E298" w14:textId="587BB276" w:rsidR="003453A6" w:rsidRPr="00A9271F" w:rsidRDefault="003453A6" w:rsidP="003453A6">
            <w:pPr>
              <w:pStyle w:val="aa"/>
              <w:rPr>
                <w:rFonts w:eastAsiaTheme="minorEastAsia" w:cs="Times New Roman"/>
              </w:rPr>
            </w:pPr>
            <w:r>
              <w:rPr>
                <w:rFonts w:eastAsiaTheme="minorEastAsia" w:cs="Times New Roman"/>
              </w:rPr>
              <w:t>Наличие гарантийной п</w:t>
            </w:r>
            <w:r w:rsidRPr="006F3DBE">
              <w:rPr>
                <w:rFonts w:eastAsiaTheme="minorEastAsia" w:cs="Times New Roman"/>
              </w:rPr>
              <w:t>оддержк</w:t>
            </w:r>
            <w:r>
              <w:rPr>
                <w:rFonts w:eastAsiaTheme="minorEastAsia" w:cs="Times New Roman"/>
              </w:rPr>
              <w:t>и</w:t>
            </w:r>
            <w:r w:rsidRPr="006F3DBE">
              <w:rPr>
                <w:rFonts w:eastAsiaTheme="minorEastAsia" w:cs="Times New Roman"/>
              </w:rPr>
              <w:t xml:space="preserve"> предусматрива</w:t>
            </w:r>
            <w:r>
              <w:rPr>
                <w:rFonts w:eastAsiaTheme="minorEastAsia" w:cs="Times New Roman"/>
              </w:rPr>
              <w:t>ющей</w:t>
            </w:r>
            <w:r w:rsidRPr="006F3DBE">
              <w:rPr>
                <w:rFonts w:eastAsiaTheme="minorEastAsia" w:cs="Times New Roman"/>
              </w:rPr>
              <w:t xml:space="preserve"> ремонт на площадке </w:t>
            </w:r>
            <w:r>
              <w:rPr>
                <w:rFonts w:eastAsiaTheme="minorEastAsia" w:cs="Times New Roman"/>
              </w:rPr>
              <w:t xml:space="preserve">Покупателя </w:t>
            </w:r>
            <w:r w:rsidRPr="006F3DBE">
              <w:rPr>
                <w:rFonts w:eastAsiaTheme="minorEastAsia" w:cs="Times New Roman"/>
              </w:rPr>
              <w:t>с выездом инженера</w:t>
            </w:r>
          </w:p>
        </w:tc>
        <w:tc>
          <w:tcPr>
            <w:tcW w:w="2835" w:type="dxa"/>
            <w:vAlign w:val="center"/>
          </w:tcPr>
          <w:p w14:paraId="64388A47" w14:textId="16A79F0D" w:rsidR="003453A6" w:rsidRPr="00A9271F" w:rsidRDefault="003453A6" w:rsidP="003453A6">
            <w:pPr>
              <w:pStyle w:val="aa"/>
              <w:jc w:val="center"/>
              <w:rPr>
                <w:rFonts w:cs="Times New Roman"/>
              </w:rPr>
            </w:pPr>
            <w:r w:rsidRPr="006F3DBE">
              <w:rPr>
                <w:rFonts w:cs="Times New Roman"/>
              </w:rPr>
              <w:t>Соответствует</w:t>
            </w:r>
          </w:p>
        </w:tc>
      </w:tr>
      <w:tr w:rsidR="003453A6" w:rsidRPr="00A9271F" w14:paraId="1AEA300D" w14:textId="77777777" w:rsidTr="00ED1D20">
        <w:tc>
          <w:tcPr>
            <w:tcW w:w="567" w:type="dxa"/>
            <w:vAlign w:val="center"/>
          </w:tcPr>
          <w:p w14:paraId="569B4ED5" w14:textId="185B5C30" w:rsidR="003453A6" w:rsidRPr="00A9271F" w:rsidRDefault="003453A6" w:rsidP="003453A6">
            <w:pPr>
              <w:pStyle w:val="a1"/>
              <w:numPr>
                <w:ilvl w:val="0"/>
                <w:numId w:val="0"/>
              </w:numPr>
              <w:rPr>
                <w:rFonts w:cs="Times New Roman"/>
                <w:lang w:val="ru-RU"/>
              </w:rPr>
            </w:pPr>
            <w:r>
              <w:rPr>
                <w:rFonts w:cs="Times New Roman"/>
                <w:lang w:val="ru-RU"/>
              </w:rPr>
              <w:t>27</w:t>
            </w:r>
          </w:p>
        </w:tc>
        <w:tc>
          <w:tcPr>
            <w:tcW w:w="5954" w:type="dxa"/>
          </w:tcPr>
          <w:p w14:paraId="1F2C1F31" w14:textId="78908130" w:rsidR="003453A6" w:rsidRPr="00A9271F" w:rsidRDefault="003453A6" w:rsidP="003453A6">
            <w:pPr>
              <w:pStyle w:val="aa"/>
              <w:rPr>
                <w:rFonts w:eastAsiaTheme="minorEastAsia" w:cs="Times New Roman"/>
              </w:rPr>
            </w:pPr>
            <w:r w:rsidRPr="006F3DBE">
              <w:rPr>
                <w:rFonts w:eastAsiaTheme="minorEastAsia" w:cs="Times New Roman"/>
              </w:rPr>
              <w:t xml:space="preserve">Режим </w:t>
            </w:r>
            <w:r>
              <w:rPr>
                <w:rFonts w:eastAsiaTheme="minorEastAsia" w:cs="Times New Roman"/>
              </w:rPr>
              <w:t xml:space="preserve">гарантийной </w:t>
            </w:r>
            <w:r w:rsidRPr="006F3DBE">
              <w:rPr>
                <w:rFonts w:eastAsiaTheme="minorEastAsia" w:cs="Times New Roman"/>
              </w:rPr>
              <w:t xml:space="preserve">поддержки 9x5x365 (9 часов (с 09:00 до 18:00 время московское) по рабочим дням в течение года), </w:t>
            </w:r>
            <w:r w:rsidRPr="006F3DBE">
              <w:rPr>
                <w:rFonts w:eastAsiaTheme="minorEastAsia" w:cs="Times New Roman"/>
                <w:lang w:val="ru"/>
              </w:rPr>
              <w:t xml:space="preserve">время восстановления работоспособности </w:t>
            </w:r>
            <w:r w:rsidRPr="006F3DBE">
              <w:rPr>
                <w:rFonts w:eastAsiaTheme="minorEastAsia" w:cs="Times New Roman"/>
              </w:rPr>
              <w:t>следующий рабочий день</w:t>
            </w:r>
          </w:p>
        </w:tc>
        <w:tc>
          <w:tcPr>
            <w:tcW w:w="2835" w:type="dxa"/>
            <w:vAlign w:val="center"/>
          </w:tcPr>
          <w:p w14:paraId="7AB55E28" w14:textId="076B073A" w:rsidR="003453A6" w:rsidRPr="00A9271F" w:rsidRDefault="003453A6" w:rsidP="003453A6">
            <w:pPr>
              <w:pStyle w:val="aa"/>
              <w:jc w:val="center"/>
              <w:rPr>
                <w:rFonts w:cs="Times New Roman"/>
              </w:rPr>
            </w:pPr>
            <w:r w:rsidRPr="006F3DBE">
              <w:rPr>
                <w:rFonts w:cs="Times New Roman"/>
              </w:rPr>
              <w:t>Соответствует</w:t>
            </w:r>
          </w:p>
        </w:tc>
      </w:tr>
      <w:tr w:rsidR="003453A6" w:rsidRPr="00A9271F" w14:paraId="0FD9AF64" w14:textId="77777777" w:rsidTr="00ED1D20">
        <w:tc>
          <w:tcPr>
            <w:tcW w:w="9356" w:type="dxa"/>
            <w:gridSpan w:val="3"/>
          </w:tcPr>
          <w:p w14:paraId="26651B6B" w14:textId="6C5362B4" w:rsidR="003453A6" w:rsidRPr="00A9271F" w:rsidRDefault="00A563D0" w:rsidP="003453A6">
            <w:pPr>
              <w:pStyle w:val="aa"/>
              <w:rPr>
                <w:rFonts w:cs="Times New Roman"/>
              </w:rPr>
            </w:pPr>
            <w:r w:rsidRPr="00272C7E">
              <w:rPr>
                <w:rFonts w:cs="Times New Roman"/>
              </w:rPr>
              <w:t xml:space="preserve">* </w:t>
            </w:r>
            <w:r w:rsidRPr="00BC73FF">
              <w:t>Заполняется на основании заявки победителя в случае, если участником закупки в составе заявки представлены конкретные значения показателей предлагаемого Товара, соответствующие параметрам соответствия (экв</w:t>
            </w:r>
            <w:r>
              <w:t>ивалентности), установленным в Т</w:t>
            </w:r>
            <w:r w:rsidRPr="00BC73FF">
              <w:t>ехническом задании со знаком*</w:t>
            </w:r>
          </w:p>
        </w:tc>
      </w:tr>
    </w:tbl>
    <w:p w14:paraId="2D2A48CD" w14:textId="77777777" w:rsidR="00E9188C" w:rsidRDefault="00E9188C" w:rsidP="00B76470">
      <w:pPr>
        <w:pStyle w:val="ConsPlusNormal"/>
        <w:ind w:firstLine="709"/>
        <w:jc w:val="both"/>
        <w:rPr>
          <w:rFonts w:ascii="Times New Roman" w:hAnsi="Times New Roman" w:cs="Times New Roman"/>
          <w:b/>
          <w:sz w:val="24"/>
          <w:szCs w:val="24"/>
        </w:rPr>
      </w:pPr>
    </w:p>
    <w:p w14:paraId="4A37A029" w14:textId="77777777" w:rsidR="006812CB" w:rsidRDefault="006812CB" w:rsidP="00B76470">
      <w:pPr>
        <w:pStyle w:val="ConsPlusNormal"/>
        <w:ind w:firstLine="709"/>
        <w:jc w:val="both"/>
        <w:rPr>
          <w:rFonts w:ascii="Times New Roman" w:hAnsi="Times New Roman" w:cs="Times New Roman"/>
          <w:sz w:val="24"/>
          <w:szCs w:val="24"/>
        </w:rPr>
      </w:pPr>
      <w:r>
        <w:rPr>
          <w:rFonts w:ascii="Times New Roman" w:hAnsi="Times New Roman" w:cs="Times New Roman"/>
          <w:b/>
          <w:sz w:val="24"/>
          <w:szCs w:val="24"/>
        </w:rPr>
        <w:t xml:space="preserve">3.3.9. </w:t>
      </w:r>
      <w:r w:rsidRPr="00BF5807">
        <w:rPr>
          <w:rFonts w:ascii="Times New Roman" w:hAnsi="Times New Roman" w:cs="Times New Roman"/>
          <w:b/>
          <w:sz w:val="24"/>
          <w:szCs w:val="24"/>
        </w:rPr>
        <w:t xml:space="preserve">Требования к характеристикам каждой единицы </w:t>
      </w:r>
      <w:r w:rsidRPr="00335293">
        <w:rPr>
          <w:rFonts w:ascii="Times New Roman" w:hAnsi="Times New Roman" w:cs="Times New Roman"/>
          <w:b/>
          <w:sz w:val="24"/>
          <w:szCs w:val="24"/>
        </w:rPr>
        <w:t xml:space="preserve">Системы хранения данных </w:t>
      </w:r>
      <w:r w:rsidR="003E1318">
        <w:rPr>
          <w:rFonts w:ascii="Times New Roman" w:hAnsi="Times New Roman" w:cs="Times New Roman"/>
          <w:b/>
          <w:sz w:val="24"/>
          <w:szCs w:val="24"/>
        </w:rPr>
        <w:t>тип 2</w:t>
      </w:r>
    </w:p>
    <w:p w14:paraId="53082DDE" w14:textId="799DA3E7" w:rsidR="00B76470" w:rsidRPr="00E9188C" w:rsidRDefault="00B76470" w:rsidP="00E9188C">
      <w:pPr>
        <w:pStyle w:val="ConsPlusNormal"/>
        <w:ind w:firstLine="709"/>
        <w:jc w:val="both"/>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954"/>
        <w:gridCol w:w="2835"/>
      </w:tblGrid>
      <w:tr w:rsidR="00B76470" w:rsidRPr="00547329" w14:paraId="6131AE0B" w14:textId="77777777" w:rsidTr="00ED1D20">
        <w:tc>
          <w:tcPr>
            <w:tcW w:w="567" w:type="dxa"/>
            <w:vAlign w:val="center"/>
          </w:tcPr>
          <w:p w14:paraId="7BD489D7" w14:textId="77777777" w:rsidR="00B76470" w:rsidRPr="00547329" w:rsidRDefault="00B76470" w:rsidP="002C5100">
            <w:pPr>
              <w:pStyle w:val="a8"/>
              <w:rPr>
                <w:rFonts w:cs="Times New Roman"/>
                <w:b w:val="0"/>
              </w:rPr>
            </w:pPr>
            <w:r w:rsidRPr="00547329">
              <w:rPr>
                <w:rFonts w:cs="Times New Roman"/>
              </w:rPr>
              <w:t>№ п/п</w:t>
            </w:r>
          </w:p>
        </w:tc>
        <w:tc>
          <w:tcPr>
            <w:tcW w:w="5954" w:type="dxa"/>
            <w:vAlign w:val="center"/>
          </w:tcPr>
          <w:p w14:paraId="23B90866" w14:textId="77777777" w:rsidR="00B76470" w:rsidRPr="00547329" w:rsidRDefault="00B76470" w:rsidP="002C5100">
            <w:pPr>
              <w:pStyle w:val="a8"/>
              <w:rPr>
                <w:rFonts w:cs="Times New Roman"/>
                <w:b w:val="0"/>
              </w:rPr>
            </w:pPr>
            <w:r w:rsidRPr="00547329">
              <w:rPr>
                <w:rFonts w:cs="Times New Roman"/>
              </w:rPr>
              <w:t>Характеристики Товара в соответствии с параметрами эквивалентности, установленными в Техническом задании</w:t>
            </w:r>
          </w:p>
        </w:tc>
        <w:tc>
          <w:tcPr>
            <w:tcW w:w="2835" w:type="dxa"/>
            <w:vAlign w:val="center"/>
          </w:tcPr>
          <w:p w14:paraId="0C83FE4F" w14:textId="77777777" w:rsidR="00B76470" w:rsidRPr="00547329" w:rsidRDefault="00B76470" w:rsidP="002C5100">
            <w:pPr>
              <w:pStyle w:val="a8"/>
              <w:rPr>
                <w:rFonts w:cs="Times New Roman"/>
              </w:rPr>
            </w:pPr>
            <w:r w:rsidRPr="00547329">
              <w:rPr>
                <w:rFonts w:cs="Times New Roman"/>
              </w:rPr>
              <w:t xml:space="preserve">Значение характеристики Товара в соответствии с </w:t>
            </w:r>
          </w:p>
          <w:p w14:paraId="3EBFDA97" w14:textId="77777777" w:rsidR="00B76470" w:rsidRPr="00547329" w:rsidRDefault="00B76470" w:rsidP="002C5100">
            <w:pPr>
              <w:pStyle w:val="a8"/>
              <w:rPr>
                <w:rFonts w:cs="Times New Roman"/>
                <w:b w:val="0"/>
              </w:rPr>
            </w:pPr>
            <w:r w:rsidRPr="00547329">
              <w:rPr>
                <w:rFonts w:cs="Times New Roman"/>
              </w:rPr>
              <w:lastRenderedPageBreak/>
              <w:t>значениями параметров эквивалентности Товара*</w:t>
            </w:r>
          </w:p>
        </w:tc>
      </w:tr>
      <w:tr w:rsidR="00B76470" w:rsidRPr="00547329" w14:paraId="661600A9" w14:textId="77777777" w:rsidTr="00ED1D20">
        <w:trPr>
          <w:tblHeader/>
        </w:trPr>
        <w:tc>
          <w:tcPr>
            <w:tcW w:w="9356" w:type="dxa"/>
            <w:gridSpan w:val="3"/>
            <w:vAlign w:val="center"/>
          </w:tcPr>
          <w:p w14:paraId="49EEB802" w14:textId="77777777" w:rsidR="00B76470" w:rsidRPr="00547329" w:rsidRDefault="00B76470" w:rsidP="002C5100">
            <w:pPr>
              <w:pStyle w:val="a8"/>
              <w:jc w:val="left"/>
              <w:rPr>
                <w:rFonts w:cs="Times New Roman"/>
              </w:rPr>
            </w:pPr>
            <w:r w:rsidRPr="00547329">
              <w:rPr>
                <w:rFonts w:cs="Times New Roman"/>
                <w:color w:val="000000"/>
              </w:rPr>
              <w:lastRenderedPageBreak/>
              <w:t xml:space="preserve">Система хранения данных тип 2 </w:t>
            </w:r>
            <w:r w:rsidRPr="00547329">
              <w:rPr>
                <w:rFonts w:cs="Times New Roman"/>
              </w:rPr>
              <w:t>со следующими характеристиками:</w:t>
            </w:r>
          </w:p>
        </w:tc>
      </w:tr>
      <w:tr w:rsidR="00B76470" w:rsidRPr="00547329" w14:paraId="3DEFE848" w14:textId="77777777" w:rsidTr="00ED1D20">
        <w:tc>
          <w:tcPr>
            <w:tcW w:w="567" w:type="dxa"/>
            <w:vAlign w:val="center"/>
          </w:tcPr>
          <w:p w14:paraId="75244EB9" w14:textId="77777777" w:rsidR="00B76470" w:rsidRPr="00547329" w:rsidRDefault="00B76470" w:rsidP="0079513A">
            <w:pPr>
              <w:pStyle w:val="a1"/>
              <w:numPr>
                <w:ilvl w:val="0"/>
                <w:numId w:val="0"/>
              </w:numPr>
              <w:rPr>
                <w:rFonts w:cs="Times New Roman"/>
                <w:lang w:val="ru-RU"/>
              </w:rPr>
            </w:pPr>
            <w:r w:rsidRPr="00547329">
              <w:rPr>
                <w:rFonts w:cs="Times New Roman"/>
                <w:lang w:val="ru-RU"/>
              </w:rPr>
              <w:t>1</w:t>
            </w:r>
          </w:p>
        </w:tc>
        <w:tc>
          <w:tcPr>
            <w:tcW w:w="5954" w:type="dxa"/>
            <w:vAlign w:val="center"/>
          </w:tcPr>
          <w:p w14:paraId="0CED0EAA" w14:textId="77777777" w:rsidR="00B76470" w:rsidRPr="00547329" w:rsidRDefault="00B76470" w:rsidP="002C5100">
            <w:pPr>
              <w:pStyle w:val="aa"/>
              <w:rPr>
                <w:rFonts w:eastAsiaTheme="minorEastAsia" w:cs="Times New Roman"/>
              </w:rPr>
            </w:pPr>
            <w:r w:rsidRPr="00547329">
              <w:rPr>
                <w:rFonts w:eastAsiaTheme="minorEastAsia" w:cs="Times New Roman"/>
              </w:rPr>
              <w:t>Отказоустойчивая система хранения данных</w:t>
            </w:r>
          </w:p>
        </w:tc>
        <w:tc>
          <w:tcPr>
            <w:tcW w:w="2835" w:type="dxa"/>
            <w:vAlign w:val="center"/>
          </w:tcPr>
          <w:p w14:paraId="7D58422E" w14:textId="77777777" w:rsidR="00B76470" w:rsidRPr="00547329" w:rsidRDefault="00B76470" w:rsidP="00DC34CE">
            <w:pPr>
              <w:pStyle w:val="aa"/>
              <w:jc w:val="center"/>
              <w:rPr>
                <w:rFonts w:eastAsiaTheme="minorEastAsia" w:cs="Times New Roman"/>
              </w:rPr>
            </w:pPr>
            <w:r w:rsidRPr="00547329">
              <w:rPr>
                <w:rFonts w:eastAsiaTheme="minorEastAsia" w:cs="Times New Roman"/>
              </w:rPr>
              <w:t>Соответствует</w:t>
            </w:r>
          </w:p>
        </w:tc>
      </w:tr>
      <w:tr w:rsidR="00B76470" w:rsidRPr="00547329" w14:paraId="32A29ADD" w14:textId="77777777" w:rsidTr="00ED1D20">
        <w:tc>
          <w:tcPr>
            <w:tcW w:w="567" w:type="dxa"/>
            <w:vAlign w:val="center"/>
          </w:tcPr>
          <w:p w14:paraId="37AED884" w14:textId="77777777" w:rsidR="00B76470" w:rsidRPr="00547329" w:rsidRDefault="00B76470" w:rsidP="0079513A">
            <w:pPr>
              <w:pStyle w:val="a1"/>
              <w:numPr>
                <w:ilvl w:val="0"/>
                <w:numId w:val="0"/>
              </w:numPr>
              <w:rPr>
                <w:rFonts w:cs="Times New Roman"/>
                <w:lang w:val="ru-RU"/>
              </w:rPr>
            </w:pPr>
            <w:r w:rsidRPr="00547329">
              <w:rPr>
                <w:rFonts w:cs="Times New Roman"/>
                <w:lang w:val="ru-RU"/>
              </w:rPr>
              <w:t>2</w:t>
            </w:r>
          </w:p>
        </w:tc>
        <w:tc>
          <w:tcPr>
            <w:tcW w:w="5954" w:type="dxa"/>
          </w:tcPr>
          <w:p w14:paraId="49B508EF" w14:textId="73AE9A33" w:rsidR="00B76470" w:rsidRPr="00547329" w:rsidRDefault="00B76470" w:rsidP="00812B9D">
            <w:pPr>
              <w:pStyle w:val="aa"/>
              <w:rPr>
                <w:rFonts w:cs="Times New Roman"/>
              </w:rPr>
            </w:pPr>
            <w:r w:rsidRPr="00547329">
              <w:rPr>
                <w:rFonts w:eastAsiaTheme="minorEastAsia" w:cs="Times New Roman"/>
              </w:rPr>
              <w:t xml:space="preserve">Количество контроллеров, работающих в режиме </w:t>
            </w:r>
            <w:r w:rsidRPr="00547329">
              <w:rPr>
                <w:rFonts w:eastAsiaTheme="minorEastAsia" w:cs="Times New Roman"/>
                <w:lang w:val="en-US"/>
              </w:rPr>
              <w:t>Active</w:t>
            </w:r>
            <w:r w:rsidRPr="00547329">
              <w:rPr>
                <w:rFonts w:eastAsiaTheme="minorEastAsia" w:cs="Times New Roman"/>
              </w:rPr>
              <w:t>-</w:t>
            </w:r>
            <w:r w:rsidRPr="00547329">
              <w:rPr>
                <w:rFonts w:eastAsiaTheme="minorEastAsia" w:cs="Times New Roman"/>
                <w:lang w:val="en-US"/>
              </w:rPr>
              <w:t>Active</w:t>
            </w:r>
            <w:r w:rsidR="00812B9D" w:rsidRPr="00C12C79">
              <w:rPr>
                <w:rFonts w:eastAsiaTheme="minorEastAsia" w:cs="Times New Roman"/>
              </w:rPr>
              <w:t xml:space="preserve"> </w:t>
            </w:r>
            <w:r w:rsidR="00812B9D">
              <w:rPr>
                <w:rFonts w:eastAsiaTheme="minorEastAsia" w:cs="Times New Roman"/>
              </w:rPr>
              <w:t xml:space="preserve">(при использовании </w:t>
            </w:r>
            <w:r w:rsidR="00812B9D">
              <w:rPr>
                <w:rFonts w:eastAsiaTheme="minorEastAsia" w:cs="Times New Roman"/>
                <w:lang w:val="en-US"/>
              </w:rPr>
              <w:t>Raid</w:t>
            </w:r>
            <w:r w:rsidR="00812B9D" w:rsidRPr="00C12C79">
              <w:rPr>
                <w:rFonts w:eastAsiaTheme="minorEastAsia" w:cs="Times New Roman"/>
              </w:rPr>
              <w:t xml:space="preserve"> 5, 6)</w:t>
            </w:r>
            <w:r w:rsidRPr="00547329">
              <w:rPr>
                <w:rFonts w:eastAsiaTheme="minorEastAsia" w:cs="Times New Roman"/>
              </w:rPr>
              <w:t xml:space="preserve">, с возможностью доступа к любому </w:t>
            </w:r>
            <w:r w:rsidRPr="00547329">
              <w:rPr>
                <w:rFonts w:eastAsiaTheme="minorEastAsia" w:cs="Times New Roman"/>
                <w:lang w:val="en-US"/>
              </w:rPr>
              <w:t>LUN</w:t>
            </w:r>
            <w:r w:rsidRPr="00547329">
              <w:rPr>
                <w:rFonts w:eastAsiaTheme="minorEastAsia" w:cs="Times New Roman"/>
              </w:rPr>
              <w:t xml:space="preserve"> через все контроллеры, шт.:</w:t>
            </w:r>
          </w:p>
        </w:tc>
        <w:tc>
          <w:tcPr>
            <w:tcW w:w="2835" w:type="dxa"/>
            <w:vAlign w:val="center"/>
          </w:tcPr>
          <w:p w14:paraId="41248F84" w14:textId="23CE8FB3" w:rsidR="00B76470" w:rsidRPr="00547329" w:rsidRDefault="002204E2" w:rsidP="00DC34CE">
            <w:pPr>
              <w:pStyle w:val="aa"/>
              <w:jc w:val="center"/>
              <w:rPr>
                <w:rFonts w:cs="Times New Roman"/>
              </w:rPr>
            </w:pPr>
            <w:r>
              <w:t>__________</w:t>
            </w:r>
            <w:r w:rsidR="00B76470" w:rsidRPr="00547329">
              <w:rPr>
                <w:rFonts w:eastAsiaTheme="minorEastAsia" w:cs="Times New Roman"/>
              </w:rPr>
              <w:t>*</w:t>
            </w:r>
          </w:p>
        </w:tc>
      </w:tr>
      <w:tr w:rsidR="0025274D" w:rsidRPr="00547329" w14:paraId="00B19A65" w14:textId="77777777" w:rsidTr="00ED1D20">
        <w:tc>
          <w:tcPr>
            <w:tcW w:w="567" w:type="dxa"/>
            <w:vAlign w:val="center"/>
          </w:tcPr>
          <w:p w14:paraId="231BD6F2" w14:textId="77777777" w:rsidR="0025274D" w:rsidRPr="00547329" w:rsidRDefault="00D112E2" w:rsidP="0079513A">
            <w:pPr>
              <w:pStyle w:val="a1"/>
              <w:numPr>
                <w:ilvl w:val="0"/>
                <w:numId w:val="0"/>
              </w:numPr>
              <w:rPr>
                <w:rFonts w:cs="Times New Roman"/>
                <w:lang w:val="ru-RU"/>
              </w:rPr>
            </w:pPr>
            <w:r w:rsidRPr="00547329">
              <w:rPr>
                <w:rFonts w:cs="Times New Roman"/>
                <w:lang w:val="ru-RU"/>
              </w:rPr>
              <w:t>3</w:t>
            </w:r>
          </w:p>
        </w:tc>
        <w:tc>
          <w:tcPr>
            <w:tcW w:w="5954" w:type="dxa"/>
          </w:tcPr>
          <w:p w14:paraId="7E11C067" w14:textId="77777777" w:rsidR="0025274D" w:rsidRPr="00547329" w:rsidRDefault="0025274D" w:rsidP="002C5100">
            <w:pPr>
              <w:pStyle w:val="aa"/>
              <w:rPr>
                <w:rFonts w:eastAsiaTheme="minorEastAsia" w:cs="Times New Roman"/>
              </w:rPr>
            </w:pPr>
            <w:r w:rsidRPr="00547329">
              <w:rPr>
                <w:rFonts w:eastAsiaTheme="minorEastAsia" w:cs="Times New Roman"/>
              </w:rPr>
              <w:t>Контроллеры системы хранения данных должны обеспечивать симметричную архитектуру ввода-вывода с возможностью доступа к предоставленным ресурсам через оба контроллера серверов к СХ. Назначение конкретного контроллера в качестве владельца ресурса не требуется</w:t>
            </w:r>
          </w:p>
        </w:tc>
        <w:tc>
          <w:tcPr>
            <w:tcW w:w="2835" w:type="dxa"/>
            <w:vAlign w:val="center"/>
          </w:tcPr>
          <w:p w14:paraId="0A0F1BFE" w14:textId="77777777" w:rsidR="0025274D" w:rsidRPr="00547329" w:rsidRDefault="0025274D" w:rsidP="00DC34CE">
            <w:pPr>
              <w:pStyle w:val="aa"/>
              <w:jc w:val="center"/>
              <w:rPr>
                <w:rFonts w:eastAsiaTheme="minorEastAsia" w:cs="Times New Roman"/>
              </w:rPr>
            </w:pPr>
            <w:r w:rsidRPr="00547329">
              <w:rPr>
                <w:rFonts w:cs="Times New Roman"/>
              </w:rPr>
              <w:t>Соответствует</w:t>
            </w:r>
          </w:p>
        </w:tc>
      </w:tr>
      <w:tr w:rsidR="0025274D" w:rsidRPr="00547329" w14:paraId="0125F94D" w14:textId="77777777" w:rsidTr="00ED1D20">
        <w:tc>
          <w:tcPr>
            <w:tcW w:w="567" w:type="dxa"/>
            <w:vAlign w:val="center"/>
          </w:tcPr>
          <w:p w14:paraId="387CD43B" w14:textId="2FA5D6C5" w:rsidR="0025274D" w:rsidRPr="00547329" w:rsidRDefault="00D112E2" w:rsidP="0079513A">
            <w:pPr>
              <w:pStyle w:val="a1"/>
              <w:numPr>
                <w:ilvl w:val="0"/>
                <w:numId w:val="0"/>
              </w:numPr>
              <w:rPr>
                <w:rFonts w:cs="Times New Roman"/>
                <w:lang w:val="ru-RU"/>
              </w:rPr>
            </w:pPr>
            <w:r w:rsidRPr="00547329">
              <w:rPr>
                <w:rFonts w:cs="Times New Roman"/>
                <w:lang w:val="ru-RU"/>
              </w:rPr>
              <w:t>4</w:t>
            </w:r>
          </w:p>
        </w:tc>
        <w:tc>
          <w:tcPr>
            <w:tcW w:w="5954" w:type="dxa"/>
          </w:tcPr>
          <w:p w14:paraId="27E6B679" w14:textId="77777777" w:rsidR="0025274D" w:rsidRPr="00547329" w:rsidRDefault="0025274D" w:rsidP="002C5100">
            <w:pPr>
              <w:pStyle w:val="aa"/>
              <w:rPr>
                <w:rFonts w:cs="Times New Roman"/>
              </w:rPr>
            </w:pPr>
            <w:r w:rsidRPr="00547329">
              <w:rPr>
                <w:rFonts w:eastAsiaTheme="minorEastAsia" w:cs="Times New Roman"/>
              </w:rPr>
              <w:t>Система хранения данных должна обеспечивать централизованную работу с обоими контроллерами как с единым логическим устройством</w:t>
            </w:r>
          </w:p>
        </w:tc>
        <w:tc>
          <w:tcPr>
            <w:tcW w:w="2835" w:type="dxa"/>
            <w:vAlign w:val="center"/>
          </w:tcPr>
          <w:p w14:paraId="58F3197F" w14:textId="77777777" w:rsidR="0025274D" w:rsidRPr="00547329" w:rsidRDefault="0025274D" w:rsidP="00DC34CE">
            <w:pPr>
              <w:pStyle w:val="aa"/>
              <w:jc w:val="center"/>
              <w:rPr>
                <w:rFonts w:eastAsiaTheme="minorEastAsia" w:cs="Times New Roman"/>
              </w:rPr>
            </w:pPr>
            <w:r w:rsidRPr="00547329">
              <w:rPr>
                <w:rFonts w:cs="Times New Roman"/>
              </w:rPr>
              <w:t>Соответствует</w:t>
            </w:r>
          </w:p>
        </w:tc>
      </w:tr>
      <w:tr w:rsidR="002204E2" w:rsidRPr="00547329" w14:paraId="7224D76C" w14:textId="77777777" w:rsidTr="00ED1D20">
        <w:tc>
          <w:tcPr>
            <w:tcW w:w="567" w:type="dxa"/>
            <w:vAlign w:val="center"/>
          </w:tcPr>
          <w:p w14:paraId="28D9C27C" w14:textId="082D152B" w:rsidR="002204E2" w:rsidRPr="00547329" w:rsidRDefault="002204E2" w:rsidP="002204E2">
            <w:pPr>
              <w:pStyle w:val="a1"/>
              <w:numPr>
                <w:ilvl w:val="0"/>
                <w:numId w:val="0"/>
              </w:numPr>
              <w:rPr>
                <w:rFonts w:cs="Times New Roman"/>
                <w:lang w:val="ru-RU"/>
              </w:rPr>
            </w:pPr>
            <w:r w:rsidRPr="00547329">
              <w:rPr>
                <w:rFonts w:cs="Times New Roman"/>
                <w:lang w:val="ru-RU"/>
              </w:rPr>
              <w:t>5</w:t>
            </w:r>
          </w:p>
        </w:tc>
        <w:tc>
          <w:tcPr>
            <w:tcW w:w="5954" w:type="dxa"/>
          </w:tcPr>
          <w:p w14:paraId="4506DBC6" w14:textId="77777777" w:rsidR="002204E2" w:rsidRPr="00547329" w:rsidRDefault="002204E2" w:rsidP="002204E2">
            <w:pPr>
              <w:pStyle w:val="aa"/>
              <w:rPr>
                <w:rFonts w:cs="Times New Roman"/>
              </w:rPr>
            </w:pPr>
            <w:r w:rsidRPr="00547329">
              <w:rPr>
                <w:rFonts w:cs="Times New Roman"/>
              </w:rPr>
              <w:t>Объём Кэш памяти, ТБ:</w:t>
            </w:r>
          </w:p>
        </w:tc>
        <w:tc>
          <w:tcPr>
            <w:tcW w:w="2835" w:type="dxa"/>
            <w:vAlign w:val="center"/>
          </w:tcPr>
          <w:p w14:paraId="332A2045" w14:textId="649D6555" w:rsidR="002204E2" w:rsidRPr="00547329" w:rsidRDefault="002204E2" w:rsidP="002204E2">
            <w:pPr>
              <w:pStyle w:val="aa"/>
              <w:jc w:val="center"/>
              <w:rPr>
                <w:rFonts w:cs="Times New Roman"/>
              </w:rPr>
            </w:pPr>
            <w:r>
              <w:t>__________</w:t>
            </w:r>
            <w:r w:rsidRPr="00293A59">
              <w:rPr>
                <w:rFonts w:cs="Times New Roman"/>
              </w:rPr>
              <w:t>*</w:t>
            </w:r>
          </w:p>
        </w:tc>
      </w:tr>
      <w:tr w:rsidR="002204E2" w:rsidRPr="00547329" w14:paraId="3C535D96" w14:textId="77777777" w:rsidTr="00ED1D20">
        <w:tc>
          <w:tcPr>
            <w:tcW w:w="567" w:type="dxa"/>
            <w:vAlign w:val="center"/>
          </w:tcPr>
          <w:p w14:paraId="77597589" w14:textId="7A81CAAD" w:rsidR="002204E2" w:rsidRPr="00547329" w:rsidRDefault="002204E2" w:rsidP="002204E2">
            <w:pPr>
              <w:pStyle w:val="a1"/>
              <w:numPr>
                <w:ilvl w:val="0"/>
                <w:numId w:val="0"/>
              </w:numPr>
              <w:rPr>
                <w:rFonts w:cs="Times New Roman"/>
                <w:lang w:val="ru-RU"/>
              </w:rPr>
            </w:pPr>
            <w:r w:rsidRPr="00547329">
              <w:rPr>
                <w:rFonts w:cs="Times New Roman"/>
                <w:lang w:val="ru-RU"/>
              </w:rPr>
              <w:t>6</w:t>
            </w:r>
          </w:p>
        </w:tc>
        <w:tc>
          <w:tcPr>
            <w:tcW w:w="5954" w:type="dxa"/>
          </w:tcPr>
          <w:p w14:paraId="3DFEFB09" w14:textId="3CF8465A" w:rsidR="002204E2" w:rsidRPr="00547329" w:rsidRDefault="002204E2" w:rsidP="002204E2">
            <w:pPr>
              <w:pStyle w:val="aa"/>
              <w:rPr>
                <w:rFonts w:cs="Times New Roman"/>
              </w:rPr>
            </w:pPr>
            <w:r>
              <w:rPr>
                <w:rFonts w:cs="Times New Roman"/>
              </w:rPr>
              <w:t xml:space="preserve">Производительность СХД (определенная в соответствии с требованиями указанными в Приложении № 2 к настоящему Техническому заданию (программа и методика испытаний), тыс. </w:t>
            </w:r>
            <w:r>
              <w:rPr>
                <w:rFonts w:cs="Times New Roman"/>
                <w:lang w:val="en-US"/>
              </w:rPr>
              <w:t>IOPS</w:t>
            </w:r>
            <w:r>
              <w:rPr>
                <w:rFonts w:cs="Times New Roman"/>
              </w:rPr>
              <w:t>:</w:t>
            </w:r>
          </w:p>
        </w:tc>
        <w:tc>
          <w:tcPr>
            <w:tcW w:w="2835" w:type="dxa"/>
            <w:vAlign w:val="center"/>
          </w:tcPr>
          <w:p w14:paraId="79F16241" w14:textId="503034BF" w:rsidR="002204E2" w:rsidRPr="00547329" w:rsidRDefault="002204E2" w:rsidP="002204E2">
            <w:pPr>
              <w:pStyle w:val="aa"/>
              <w:jc w:val="center"/>
              <w:rPr>
                <w:rFonts w:eastAsiaTheme="minorEastAsia" w:cs="Times New Roman"/>
              </w:rPr>
            </w:pPr>
            <w:r>
              <w:t>__________</w:t>
            </w:r>
            <w:r w:rsidRPr="00293A59">
              <w:rPr>
                <w:rFonts w:cs="Times New Roman"/>
              </w:rPr>
              <w:t>*</w:t>
            </w:r>
          </w:p>
        </w:tc>
      </w:tr>
      <w:tr w:rsidR="002204E2" w:rsidRPr="00547329" w14:paraId="205FCF1A" w14:textId="77777777" w:rsidTr="00ED1D20">
        <w:tc>
          <w:tcPr>
            <w:tcW w:w="567" w:type="dxa"/>
            <w:vAlign w:val="center"/>
          </w:tcPr>
          <w:p w14:paraId="0A693AB5" w14:textId="5C5C02E5" w:rsidR="002204E2" w:rsidRPr="00547329" w:rsidRDefault="002204E2" w:rsidP="002204E2">
            <w:pPr>
              <w:pStyle w:val="a1"/>
              <w:numPr>
                <w:ilvl w:val="0"/>
                <w:numId w:val="0"/>
              </w:numPr>
              <w:rPr>
                <w:rFonts w:cs="Times New Roman"/>
                <w:lang w:val="ru-RU"/>
              </w:rPr>
            </w:pPr>
            <w:r w:rsidRPr="00547329">
              <w:rPr>
                <w:rFonts w:cs="Times New Roman"/>
                <w:lang w:val="ru-RU"/>
              </w:rPr>
              <w:t>7</w:t>
            </w:r>
          </w:p>
        </w:tc>
        <w:tc>
          <w:tcPr>
            <w:tcW w:w="5954" w:type="dxa"/>
            <w:vAlign w:val="center"/>
          </w:tcPr>
          <w:p w14:paraId="01FDD799" w14:textId="77777777" w:rsidR="002204E2" w:rsidRPr="00547329" w:rsidRDefault="002204E2" w:rsidP="002204E2">
            <w:pPr>
              <w:tabs>
                <w:tab w:val="left" w:pos="250"/>
              </w:tabs>
              <w:spacing w:after="0" w:line="240" w:lineRule="auto"/>
              <w:contextualSpacing/>
              <w:jc w:val="both"/>
              <w:rPr>
                <w:rFonts w:ascii="Times New Roman" w:hAnsi="Times New Roman"/>
                <w:highlight w:val="yellow"/>
              </w:rPr>
            </w:pPr>
            <w:r w:rsidRPr="00547329">
              <w:rPr>
                <w:rFonts w:ascii="Times New Roman" w:eastAsiaTheme="minorEastAsia" w:hAnsi="Times New Roman"/>
              </w:rPr>
              <w:t xml:space="preserve">Количество установленных накопителей </w:t>
            </w:r>
            <w:r w:rsidRPr="00547329">
              <w:rPr>
                <w:rFonts w:ascii="Times New Roman" w:eastAsiaTheme="minorEastAsia" w:hAnsi="Times New Roman"/>
                <w:lang w:val="en-US"/>
              </w:rPr>
              <w:t>NVMe</w:t>
            </w:r>
            <w:r w:rsidRPr="00547329">
              <w:rPr>
                <w:rFonts w:ascii="Times New Roman" w:eastAsiaTheme="minorEastAsia" w:hAnsi="Times New Roman"/>
              </w:rPr>
              <w:t>, шт.:</w:t>
            </w:r>
          </w:p>
        </w:tc>
        <w:tc>
          <w:tcPr>
            <w:tcW w:w="2835" w:type="dxa"/>
            <w:vAlign w:val="center"/>
          </w:tcPr>
          <w:p w14:paraId="0244B1A6" w14:textId="77EC3C2A" w:rsidR="002204E2" w:rsidRPr="00547329" w:rsidRDefault="002204E2" w:rsidP="002204E2">
            <w:pPr>
              <w:pStyle w:val="aa"/>
              <w:jc w:val="center"/>
              <w:rPr>
                <w:rFonts w:cs="Times New Roman"/>
                <w:highlight w:val="yellow"/>
              </w:rPr>
            </w:pPr>
            <w:r>
              <w:t>__________</w:t>
            </w:r>
            <w:r w:rsidRPr="00293A59">
              <w:rPr>
                <w:rFonts w:cs="Times New Roman"/>
              </w:rPr>
              <w:t>*</w:t>
            </w:r>
          </w:p>
        </w:tc>
      </w:tr>
      <w:tr w:rsidR="002204E2" w:rsidRPr="00547329" w14:paraId="3A66F448" w14:textId="77777777" w:rsidTr="00ED1D20">
        <w:tc>
          <w:tcPr>
            <w:tcW w:w="567" w:type="dxa"/>
            <w:vAlign w:val="center"/>
          </w:tcPr>
          <w:p w14:paraId="1698DFDA" w14:textId="50E7E8ED" w:rsidR="002204E2" w:rsidRPr="00547329" w:rsidRDefault="002204E2" w:rsidP="002204E2">
            <w:pPr>
              <w:pStyle w:val="a1"/>
              <w:numPr>
                <w:ilvl w:val="0"/>
                <w:numId w:val="0"/>
              </w:numPr>
              <w:rPr>
                <w:rFonts w:cs="Times New Roman"/>
                <w:lang w:val="ru-RU"/>
              </w:rPr>
            </w:pPr>
            <w:r w:rsidRPr="00547329">
              <w:rPr>
                <w:rFonts w:cs="Times New Roman"/>
                <w:lang w:val="ru-RU"/>
              </w:rPr>
              <w:t>8</w:t>
            </w:r>
          </w:p>
        </w:tc>
        <w:tc>
          <w:tcPr>
            <w:tcW w:w="5954" w:type="dxa"/>
            <w:vAlign w:val="center"/>
          </w:tcPr>
          <w:p w14:paraId="01D05E01" w14:textId="77777777" w:rsidR="002204E2" w:rsidRPr="00547329" w:rsidRDefault="002204E2" w:rsidP="002204E2">
            <w:pPr>
              <w:tabs>
                <w:tab w:val="left" w:pos="250"/>
              </w:tabs>
              <w:spacing w:after="0" w:line="240" w:lineRule="auto"/>
              <w:contextualSpacing/>
              <w:jc w:val="both"/>
              <w:rPr>
                <w:rFonts w:ascii="Times New Roman" w:eastAsiaTheme="minorEastAsia" w:hAnsi="Times New Roman"/>
              </w:rPr>
            </w:pPr>
            <w:r w:rsidRPr="00547329">
              <w:rPr>
                <w:rFonts w:ascii="Times New Roman" w:eastAsiaTheme="minorEastAsia" w:hAnsi="Times New Roman"/>
              </w:rPr>
              <w:t xml:space="preserve">Суммарный объем RAW установленных накопителей </w:t>
            </w:r>
            <w:r w:rsidRPr="00547329">
              <w:rPr>
                <w:rFonts w:ascii="Times New Roman" w:eastAsiaTheme="minorEastAsia" w:hAnsi="Times New Roman"/>
                <w:lang w:val="en-US"/>
              </w:rPr>
              <w:t>NVMe</w:t>
            </w:r>
            <w:r w:rsidRPr="00547329">
              <w:rPr>
                <w:rFonts w:ascii="Times New Roman" w:eastAsiaTheme="minorEastAsia" w:hAnsi="Times New Roman"/>
              </w:rPr>
              <w:t xml:space="preserve">, Тб: </w:t>
            </w:r>
          </w:p>
        </w:tc>
        <w:tc>
          <w:tcPr>
            <w:tcW w:w="2835" w:type="dxa"/>
            <w:vAlign w:val="center"/>
          </w:tcPr>
          <w:p w14:paraId="31B2FB7F" w14:textId="20EA9422" w:rsidR="002204E2" w:rsidRPr="00547329" w:rsidRDefault="002204E2" w:rsidP="002204E2">
            <w:pPr>
              <w:pStyle w:val="aa"/>
              <w:jc w:val="center"/>
              <w:rPr>
                <w:rFonts w:cs="Times New Roman"/>
              </w:rPr>
            </w:pPr>
            <w:r>
              <w:t>__________</w:t>
            </w:r>
            <w:r w:rsidRPr="00293A59">
              <w:rPr>
                <w:rFonts w:eastAsiaTheme="minorEastAsia" w:cs="Times New Roman"/>
              </w:rPr>
              <w:t>*</w:t>
            </w:r>
          </w:p>
        </w:tc>
      </w:tr>
      <w:tr w:rsidR="00E110A1" w:rsidRPr="00547329" w14:paraId="0CBB4345" w14:textId="77777777" w:rsidTr="00ED1D20">
        <w:tc>
          <w:tcPr>
            <w:tcW w:w="567" w:type="dxa"/>
            <w:vAlign w:val="center"/>
          </w:tcPr>
          <w:p w14:paraId="01E8EB00" w14:textId="54A1237B" w:rsidR="00E110A1" w:rsidRPr="00547329" w:rsidRDefault="00E110A1" w:rsidP="00E110A1">
            <w:pPr>
              <w:pStyle w:val="a1"/>
              <w:numPr>
                <w:ilvl w:val="0"/>
                <w:numId w:val="0"/>
              </w:numPr>
              <w:rPr>
                <w:rFonts w:cs="Times New Roman"/>
                <w:lang w:val="ru-RU"/>
              </w:rPr>
            </w:pPr>
            <w:r>
              <w:rPr>
                <w:rFonts w:cs="Times New Roman"/>
                <w:lang w:val="ru-RU"/>
              </w:rPr>
              <w:t>9</w:t>
            </w:r>
          </w:p>
        </w:tc>
        <w:tc>
          <w:tcPr>
            <w:tcW w:w="5954" w:type="dxa"/>
            <w:vAlign w:val="center"/>
          </w:tcPr>
          <w:p w14:paraId="5F8C1DB7" w14:textId="2C5E270E" w:rsidR="00E110A1" w:rsidRPr="00547329" w:rsidRDefault="00E110A1" w:rsidP="00D0635F">
            <w:pPr>
              <w:tabs>
                <w:tab w:val="left" w:pos="250"/>
              </w:tabs>
              <w:spacing w:after="0" w:line="240" w:lineRule="auto"/>
              <w:contextualSpacing/>
              <w:jc w:val="both"/>
              <w:rPr>
                <w:rFonts w:ascii="Times New Roman" w:eastAsiaTheme="minorEastAsia" w:hAnsi="Times New Roman"/>
              </w:rPr>
            </w:pPr>
            <w:r w:rsidRPr="000879DC">
              <w:rPr>
                <w:rFonts w:ascii="Times New Roman" w:eastAsiaTheme="minorEastAsia" w:hAnsi="Times New Roman"/>
              </w:rPr>
              <w:t xml:space="preserve">СХД должна обеспечивать полезную емкость не менее 70% </w:t>
            </w:r>
            <w:r>
              <w:rPr>
                <w:rFonts w:ascii="Times New Roman" w:eastAsiaTheme="minorEastAsia" w:hAnsi="Times New Roman"/>
              </w:rPr>
              <w:t xml:space="preserve">в конфигурации </w:t>
            </w:r>
            <w:r>
              <w:rPr>
                <w:rFonts w:ascii="Times New Roman" w:eastAsiaTheme="minorEastAsia" w:hAnsi="Times New Roman"/>
                <w:lang w:val="en-US"/>
              </w:rPr>
              <w:t>RAID</w:t>
            </w:r>
            <w:r w:rsidRPr="000879DC">
              <w:rPr>
                <w:rFonts w:ascii="Times New Roman" w:eastAsiaTheme="minorEastAsia" w:hAnsi="Times New Roman"/>
              </w:rPr>
              <w:t xml:space="preserve"> 6 от суммарного </w:t>
            </w:r>
            <w:r>
              <w:rPr>
                <w:rFonts w:ascii="Times New Roman" w:eastAsiaTheme="minorEastAsia" w:hAnsi="Times New Roman"/>
              </w:rPr>
              <w:t xml:space="preserve">объема </w:t>
            </w:r>
            <w:r w:rsidRPr="000879DC">
              <w:rPr>
                <w:rFonts w:ascii="Times New Roman" w:eastAsiaTheme="minorEastAsia" w:hAnsi="Times New Roman"/>
              </w:rPr>
              <w:t xml:space="preserve">RAW установленных </w:t>
            </w:r>
            <w:r>
              <w:rPr>
                <w:rFonts w:ascii="Times New Roman" w:eastAsiaTheme="minorEastAsia" w:hAnsi="Times New Roman"/>
              </w:rPr>
              <w:t xml:space="preserve">накопителей </w:t>
            </w:r>
            <w:r w:rsidR="00D0635F">
              <w:rPr>
                <w:rFonts w:ascii="Times New Roman" w:eastAsiaTheme="minorEastAsia" w:hAnsi="Times New Roman"/>
                <w:lang w:val="en-US"/>
              </w:rPr>
              <w:t>NVMe</w:t>
            </w:r>
            <w:r w:rsidRPr="000879DC">
              <w:rPr>
                <w:rFonts w:ascii="Times New Roman" w:eastAsiaTheme="minorEastAsia" w:hAnsi="Times New Roman"/>
              </w:rPr>
              <w:t xml:space="preserve"> после вычета всех накладных расходов, связанных с отказоустойчивостью и резервированием емкости, включая RAID, Erasure Coding, Hot Spare, Global Spare, Distributed Spare или функционально эквивалентные механизмы.</w:t>
            </w:r>
            <w:r>
              <w:rPr>
                <w:rFonts w:ascii="Times New Roman" w:eastAsiaTheme="minorEastAsia" w:hAnsi="Times New Roman"/>
              </w:rPr>
              <w:t xml:space="preserve"> </w:t>
            </w:r>
            <w:r w:rsidRPr="000879DC">
              <w:rPr>
                <w:rFonts w:ascii="Times New Roman" w:eastAsiaTheme="minorEastAsia" w:hAnsi="Times New Roman"/>
              </w:rPr>
              <w:t>Технические механизмы компрессии, дедупликации, thin provisioning и иные логические методы оптимизации хранения не должны учитываться при подтверждении данного требования.</w:t>
            </w:r>
          </w:p>
        </w:tc>
        <w:tc>
          <w:tcPr>
            <w:tcW w:w="2835" w:type="dxa"/>
            <w:vAlign w:val="center"/>
          </w:tcPr>
          <w:p w14:paraId="1D5CD099" w14:textId="57CFF8F3" w:rsidR="00E110A1" w:rsidRDefault="00E110A1" w:rsidP="00E110A1">
            <w:pPr>
              <w:pStyle w:val="aa"/>
              <w:jc w:val="center"/>
              <w:rPr>
                <w:rFonts w:eastAsiaTheme="minorEastAsia" w:cs="Times New Roman"/>
              </w:rPr>
            </w:pPr>
            <w:r w:rsidRPr="007826D2">
              <w:rPr>
                <w:rFonts w:cs="Times New Roman"/>
              </w:rPr>
              <w:t>Соответствует</w:t>
            </w:r>
          </w:p>
        </w:tc>
      </w:tr>
      <w:tr w:rsidR="00E110A1" w:rsidRPr="00547329" w14:paraId="5C6FB8B9" w14:textId="77777777" w:rsidTr="00ED1D20">
        <w:tc>
          <w:tcPr>
            <w:tcW w:w="567" w:type="dxa"/>
            <w:vAlign w:val="center"/>
          </w:tcPr>
          <w:p w14:paraId="1AB64108" w14:textId="65B6636D" w:rsidR="00E110A1" w:rsidRPr="00547329" w:rsidRDefault="00E110A1" w:rsidP="00E110A1">
            <w:pPr>
              <w:pStyle w:val="a1"/>
              <w:numPr>
                <w:ilvl w:val="0"/>
                <w:numId w:val="0"/>
              </w:numPr>
              <w:rPr>
                <w:rFonts w:cs="Times New Roman"/>
                <w:lang w:val="ru-RU"/>
              </w:rPr>
            </w:pPr>
            <w:r w:rsidRPr="00547329">
              <w:rPr>
                <w:rFonts w:cs="Times New Roman"/>
                <w:lang w:val="ru-RU"/>
              </w:rPr>
              <w:t>10</w:t>
            </w:r>
          </w:p>
        </w:tc>
        <w:tc>
          <w:tcPr>
            <w:tcW w:w="5954" w:type="dxa"/>
            <w:vAlign w:val="center"/>
          </w:tcPr>
          <w:p w14:paraId="5CE97F56" w14:textId="77777777" w:rsidR="00E110A1" w:rsidRPr="00547329" w:rsidRDefault="00E110A1" w:rsidP="00E110A1">
            <w:pPr>
              <w:tabs>
                <w:tab w:val="left" w:pos="250"/>
              </w:tabs>
              <w:spacing w:after="0" w:line="240" w:lineRule="auto"/>
              <w:contextualSpacing/>
              <w:jc w:val="both"/>
              <w:rPr>
                <w:rFonts w:ascii="Times New Roman" w:eastAsiaTheme="minorEastAsia" w:hAnsi="Times New Roman"/>
              </w:rPr>
            </w:pPr>
            <w:r w:rsidRPr="00547329">
              <w:rPr>
                <w:rFonts w:ascii="Times New Roman" w:eastAsiaTheme="minorEastAsia" w:hAnsi="Times New Roman"/>
              </w:rPr>
              <w:t xml:space="preserve">Возможность объединения всех дисков в единую группу (домен, пул), с возможностью распределения данных одного </w:t>
            </w:r>
            <w:r w:rsidRPr="00547329">
              <w:rPr>
                <w:rFonts w:ascii="Times New Roman" w:eastAsiaTheme="minorEastAsia" w:hAnsi="Times New Roman"/>
                <w:lang w:val="en-US"/>
              </w:rPr>
              <w:t>LUN</w:t>
            </w:r>
            <w:r w:rsidRPr="00547329">
              <w:rPr>
                <w:rFonts w:ascii="Times New Roman" w:eastAsiaTheme="minorEastAsia" w:hAnsi="Times New Roman"/>
              </w:rPr>
              <w:t xml:space="preserve"> по всем дискам</w:t>
            </w:r>
          </w:p>
        </w:tc>
        <w:tc>
          <w:tcPr>
            <w:tcW w:w="2835" w:type="dxa"/>
            <w:vAlign w:val="center"/>
          </w:tcPr>
          <w:p w14:paraId="04C6DF43" w14:textId="77777777" w:rsidR="00E110A1" w:rsidRPr="00547329" w:rsidRDefault="00E110A1" w:rsidP="00E110A1">
            <w:pPr>
              <w:pStyle w:val="aa"/>
              <w:jc w:val="center"/>
              <w:rPr>
                <w:rFonts w:cs="Times New Roman"/>
              </w:rPr>
            </w:pPr>
            <w:r w:rsidRPr="00547329">
              <w:rPr>
                <w:rFonts w:cs="Times New Roman"/>
              </w:rPr>
              <w:t>Соответствует</w:t>
            </w:r>
          </w:p>
        </w:tc>
      </w:tr>
      <w:tr w:rsidR="00C43C1B" w:rsidRPr="00547329" w14:paraId="5CE9F479" w14:textId="77777777" w:rsidTr="00ED1D20">
        <w:tc>
          <w:tcPr>
            <w:tcW w:w="567" w:type="dxa"/>
            <w:vAlign w:val="center"/>
          </w:tcPr>
          <w:p w14:paraId="450E7191" w14:textId="2A63E3B5" w:rsidR="00C43C1B" w:rsidRPr="00547329" w:rsidRDefault="00C43C1B" w:rsidP="00C43C1B">
            <w:pPr>
              <w:pStyle w:val="a1"/>
              <w:numPr>
                <w:ilvl w:val="0"/>
                <w:numId w:val="0"/>
              </w:numPr>
              <w:rPr>
                <w:rFonts w:cs="Times New Roman"/>
                <w:lang w:val="ru-RU"/>
              </w:rPr>
            </w:pPr>
            <w:r w:rsidRPr="00547329">
              <w:rPr>
                <w:rFonts w:cs="Times New Roman"/>
                <w:lang w:val="ru-RU"/>
              </w:rPr>
              <w:t>11</w:t>
            </w:r>
          </w:p>
        </w:tc>
        <w:tc>
          <w:tcPr>
            <w:tcW w:w="5954" w:type="dxa"/>
            <w:vAlign w:val="center"/>
          </w:tcPr>
          <w:p w14:paraId="562791C7" w14:textId="77777777" w:rsidR="00C43C1B" w:rsidRPr="00547329" w:rsidRDefault="00C43C1B" w:rsidP="00C43C1B">
            <w:pPr>
              <w:tabs>
                <w:tab w:val="left" w:pos="250"/>
              </w:tabs>
              <w:spacing w:after="0" w:line="240" w:lineRule="auto"/>
              <w:contextualSpacing/>
              <w:jc w:val="both"/>
              <w:rPr>
                <w:rFonts w:ascii="Times New Roman" w:eastAsiaTheme="minorEastAsia" w:hAnsi="Times New Roman"/>
              </w:rPr>
            </w:pPr>
            <w:r w:rsidRPr="00547329">
              <w:rPr>
                <w:rFonts w:ascii="Times New Roman" w:eastAsiaTheme="minorEastAsia" w:hAnsi="Times New Roman"/>
              </w:rPr>
              <w:t>Количество портов Fibre Channel, с установленными оптическими трансиверами Multi-mode (850 nm, LC), шт.:</w:t>
            </w:r>
          </w:p>
        </w:tc>
        <w:tc>
          <w:tcPr>
            <w:tcW w:w="2835" w:type="dxa"/>
            <w:vAlign w:val="center"/>
          </w:tcPr>
          <w:p w14:paraId="471071C9" w14:textId="3F8ECD4C" w:rsidR="00C43C1B" w:rsidRPr="00547329" w:rsidRDefault="00C43C1B" w:rsidP="00C43C1B">
            <w:pPr>
              <w:pStyle w:val="aa"/>
              <w:jc w:val="center"/>
              <w:rPr>
                <w:rFonts w:eastAsiaTheme="minorEastAsia" w:cs="Times New Roman"/>
              </w:rPr>
            </w:pPr>
            <w:r>
              <w:t>__________</w:t>
            </w:r>
            <w:r w:rsidRPr="00293A59">
              <w:rPr>
                <w:rFonts w:cs="Times New Roman"/>
              </w:rPr>
              <w:t>*</w:t>
            </w:r>
          </w:p>
        </w:tc>
      </w:tr>
      <w:tr w:rsidR="00C43C1B" w:rsidRPr="00547329" w14:paraId="6B7B6DB3" w14:textId="77777777" w:rsidTr="00ED1D20">
        <w:tc>
          <w:tcPr>
            <w:tcW w:w="567" w:type="dxa"/>
            <w:vAlign w:val="center"/>
          </w:tcPr>
          <w:p w14:paraId="1654B89A" w14:textId="4695C316" w:rsidR="00C43C1B" w:rsidRPr="00547329" w:rsidRDefault="00C43C1B" w:rsidP="00C43C1B">
            <w:pPr>
              <w:pStyle w:val="a1"/>
              <w:numPr>
                <w:ilvl w:val="0"/>
                <w:numId w:val="0"/>
              </w:numPr>
              <w:rPr>
                <w:rFonts w:cs="Times New Roman"/>
                <w:lang w:val="ru-RU"/>
              </w:rPr>
            </w:pPr>
            <w:r w:rsidRPr="00547329">
              <w:rPr>
                <w:rFonts w:cs="Times New Roman"/>
                <w:lang w:val="ru-RU"/>
              </w:rPr>
              <w:t>12</w:t>
            </w:r>
          </w:p>
        </w:tc>
        <w:tc>
          <w:tcPr>
            <w:tcW w:w="5954" w:type="dxa"/>
            <w:vAlign w:val="center"/>
          </w:tcPr>
          <w:p w14:paraId="4B3A9BF9" w14:textId="77777777" w:rsidR="00C43C1B" w:rsidRPr="00547329" w:rsidRDefault="00C43C1B" w:rsidP="00C43C1B">
            <w:pPr>
              <w:tabs>
                <w:tab w:val="left" w:pos="250"/>
              </w:tabs>
              <w:spacing w:after="0" w:line="240" w:lineRule="auto"/>
              <w:contextualSpacing/>
              <w:jc w:val="both"/>
              <w:rPr>
                <w:rFonts w:ascii="Times New Roman" w:eastAsiaTheme="minorEastAsia" w:hAnsi="Times New Roman"/>
              </w:rPr>
            </w:pPr>
            <w:r w:rsidRPr="00547329">
              <w:rPr>
                <w:rFonts w:ascii="Times New Roman" w:eastAsiaTheme="minorEastAsia" w:hAnsi="Times New Roman"/>
              </w:rPr>
              <w:t>Скорость каждого из портов Fibre Channel, Гбит/с:</w:t>
            </w:r>
          </w:p>
        </w:tc>
        <w:tc>
          <w:tcPr>
            <w:tcW w:w="2835" w:type="dxa"/>
            <w:vAlign w:val="center"/>
          </w:tcPr>
          <w:p w14:paraId="227E89DB" w14:textId="52023C01" w:rsidR="00C43C1B" w:rsidRPr="00547329" w:rsidRDefault="00C43C1B" w:rsidP="00C43C1B">
            <w:pPr>
              <w:pStyle w:val="aa"/>
              <w:jc w:val="center"/>
              <w:rPr>
                <w:rFonts w:eastAsiaTheme="minorEastAsia" w:cs="Times New Roman"/>
              </w:rPr>
            </w:pPr>
            <w:r>
              <w:t>__________</w:t>
            </w:r>
            <w:r w:rsidRPr="00293A59">
              <w:rPr>
                <w:rFonts w:cs="Times New Roman"/>
              </w:rPr>
              <w:t>*</w:t>
            </w:r>
          </w:p>
        </w:tc>
      </w:tr>
      <w:tr w:rsidR="00C43C1B" w:rsidRPr="00547329" w14:paraId="48058657" w14:textId="77777777" w:rsidTr="00ED1D20">
        <w:tc>
          <w:tcPr>
            <w:tcW w:w="567" w:type="dxa"/>
            <w:vAlign w:val="center"/>
          </w:tcPr>
          <w:p w14:paraId="792C4F61" w14:textId="50F83353" w:rsidR="00C43C1B" w:rsidRPr="00547329" w:rsidRDefault="00C43C1B" w:rsidP="00C43C1B">
            <w:pPr>
              <w:pStyle w:val="a1"/>
              <w:numPr>
                <w:ilvl w:val="0"/>
                <w:numId w:val="0"/>
              </w:numPr>
              <w:rPr>
                <w:rFonts w:cs="Times New Roman"/>
                <w:lang w:val="ru-RU"/>
              </w:rPr>
            </w:pPr>
            <w:r w:rsidRPr="00547329">
              <w:rPr>
                <w:rFonts w:cs="Times New Roman"/>
                <w:lang w:val="ru-RU"/>
              </w:rPr>
              <w:t>13</w:t>
            </w:r>
          </w:p>
        </w:tc>
        <w:tc>
          <w:tcPr>
            <w:tcW w:w="5954" w:type="dxa"/>
            <w:vAlign w:val="center"/>
          </w:tcPr>
          <w:p w14:paraId="33EE370C" w14:textId="77777777" w:rsidR="00C43C1B" w:rsidRPr="00547329" w:rsidRDefault="00C43C1B" w:rsidP="00C43C1B">
            <w:pPr>
              <w:tabs>
                <w:tab w:val="left" w:pos="250"/>
              </w:tabs>
              <w:spacing w:after="0" w:line="240" w:lineRule="auto"/>
              <w:contextualSpacing/>
              <w:jc w:val="both"/>
              <w:rPr>
                <w:rFonts w:ascii="Times New Roman" w:eastAsiaTheme="minorEastAsia" w:hAnsi="Times New Roman"/>
              </w:rPr>
            </w:pPr>
            <w:r w:rsidRPr="00547329">
              <w:rPr>
                <w:rFonts w:ascii="Times New Roman" w:eastAsiaTheme="minorEastAsia" w:hAnsi="Times New Roman"/>
              </w:rPr>
              <w:t>Для портов Fibre Channel - дальность передачи каждого из установленных трансиверов Multi-mode (850 nm, LC), km:</w:t>
            </w:r>
          </w:p>
        </w:tc>
        <w:tc>
          <w:tcPr>
            <w:tcW w:w="2835" w:type="dxa"/>
            <w:vAlign w:val="center"/>
          </w:tcPr>
          <w:p w14:paraId="54C2961C" w14:textId="295989E5" w:rsidR="00C43C1B" w:rsidRPr="00547329" w:rsidRDefault="00C43C1B" w:rsidP="00C43C1B">
            <w:pPr>
              <w:pStyle w:val="aa"/>
              <w:jc w:val="center"/>
              <w:rPr>
                <w:rFonts w:eastAsiaTheme="minorEastAsia" w:cs="Times New Roman"/>
              </w:rPr>
            </w:pPr>
            <w:r>
              <w:t>__________</w:t>
            </w:r>
            <w:r w:rsidRPr="00293A59">
              <w:rPr>
                <w:rFonts w:cs="Times New Roman"/>
              </w:rPr>
              <w:t>*</w:t>
            </w:r>
          </w:p>
        </w:tc>
      </w:tr>
      <w:tr w:rsidR="00C43C1B" w:rsidRPr="00547329" w14:paraId="6C77F710" w14:textId="77777777" w:rsidTr="00ED1D20">
        <w:tc>
          <w:tcPr>
            <w:tcW w:w="567" w:type="dxa"/>
            <w:vAlign w:val="center"/>
          </w:tcPr>
          <w:p w14:paraId="16FF8D1A" w14:textId="116EF592" w:rsidR="00C43C1B" w:rsidRPr="00547329" w:rsidRDefault="00C43C1B" w:rsidP="00C43C1B">
            <w:pPr>
              <w:pStyle w:val="a1"/>
              <w:numPr>
                <w:ilvl w:val="0"/>
                <w:numId w:val="0"/>
              </w:numPr>
              <w:rPr>
                <w:rFonts w:cs="Times New Roman"/>
                <w:lang w:val="ru-RU"/>
              </w:rPr>
            </w:pPr>
            <w:r w:rsidRPr="00547329">
              <w:rPr>
                <w:rFonts w:cs="Times New Roman"/>
                <w:lang w:val="ru-RU"/>
              </w:rPr>
              <w:t>14</w:t>
            </w:r>
          </w:p>
        </w:tc>
        <w:tc>
          <w:tcPr>
            <w:tcW w:w="5954" w:type="dxa"/>
            <w:vAlign w:val="center"/>
          </w:tcPr>
          <w:p w14:paraId="64D4DB96" w14:textId="7FC39545" w:rsidR="00C43C1B" w:rsidRPr="00547329" w:rsidRDefault="00C43C1B" w:rsidP="00C43C1B">
            <w:pPr>
              <w:pStyle w:val="aa"/>
              <w:rPr>
                <w:rFonts w:cs="Times New Roman"/>
                <w:highlight w:val="yellow"/>
              </w:rPr>
            </w:pPr>
            <w:r w:rsidRPr="00547329">
              <w:rPr>
                <w:rFonts w:eastAsiaTheme="minorEastAsia" w:cs="Times New Roman"/>
              </w:rPr>
              <w:t>Количество портов Ethernet с максимальной пропускной способностью каждого порта 25 Гбит/с, с установленными оптическими трансиверами стандарта 25</w:t>
            </w:r>
            <w:r w:rsidRPr="00547329">
              <w:rPr>
                <w:rFonts w:eastAsiaTheme="minorEastAsia" w:cs="Times New Roman"/>
                <w:lang w:val="en-US"/>
              </w:rPr>
              <w:t>G</w:t>
            </w:r>
            <w:r w:rsidRPr="00547329">
              <w:rPr>
                <w:rFonts w:eastAsiaTheme="minorEastAsia" w:cs="Times New Roman"/>
              </w:rPr>
              <w:t xml:space="preserve"> </w:t>
            </w:r>
            <w:r w:rsidRPr="00547329">
              <w:rPr>
                <w:rFonts w:eastAsiaTheme="minorEastAsia" w:cs="Times New Roman"/>
                <w:lang w:val="en-US"/>
              </w:rPr>
              <w:t>SFP</w:t>
            </w:r>
            <w:r>
              <w:rPr>
                <w:rFonts w:eastAsiaTheme="minorEastAsia" w:cs="Times New Roman"/>
              </w:rPr>
              <w:t>28</w:t>
            </w:r>
            <w:r w:rsidRPr="00547329">
              <w:rPr>
                <w:rFonts w:eastAsiaTheme="minorEastAsia" w:cs="Times New Roman"/>
              </w:rPr>
              <w:t>, шт.:</w:t>
            </w:r>
          </w:p>
        </w:tc>
        <w:tc>
          <w:tcPr>
            <w:tcW w:w="2835" w:type="dxa"/>
            <w:vAlign w:val="center"/>
          </w:tcPr>
          <w:p w14:paraId="54F8EBB9" w14:textId="4077DD72" w:rsidR="00C43C1B" w:rsidRPr="00547329" w:rsidRDefault="00C43C1B" w:rsidP="00C43C1B">
            <w:pPr>
              <w:pStyle w:val="aa"/>
              <w:jc w:val="center"/>
              <w:rPr>
                <w:rFonts w:cs="Times New Roman"/>
                <w:highlight w:val="yellow"/>
              </w:rPr>
            </w:pPr>
            <w:r>
              <w:t>__________</w:t>
            </w:r>
            <w:r w:rsidRPr="00293A59">
              <w:rPr>
                <w:rFonts w:eastAsiaTheme="minorEastAsia" w:cs="Times New Roman"/>
              </w:rPr>
              <w:t>*</w:t>
            </w:r>
          </w:p>
        </w:tc>
      </w:tr>
      <w:tr w:rsidR="00C43C1B" w:rsidRPr="00547329" w14:paraId="0282861D" w14:textId="77777777" w:rsidTr="00ED1D20">
        <w:tc>
          <w:tcPr>
            <w:tcW w:w="567" w:type="dxa"/>
            <w:vAlign w:val="center"/>
          </w:tcPr>
          <w:p w14:paraId="514E1F5E" w14:textId="7EA1FAE1" w:rsidR="00C43C1B" w:rsidRPr="00547329" w:rsidRDefault="00C43C1B" w:rsidP="00C43C1B">
            <w:pPr>
              <w:pStyle w:val="a1"/>
              <w:numPr>
                <w:ilvl w:val="0"/>
                <w:numId w:val="0"/>
              </w:numPr>
              <w:rPr>
                <w:rFonts w:cs="Times New Roman"/>
                <w:lang w:val="ru-RU"/>
              </w:rPr>
            </w:pPr>
            <w:r w:rsidRPr="00547329">
              <w:rPr>
                <w:rFonts w:cs="Times New Roman"/>
                <w:lang w:val="ru-RU"/>
              </w:rPr>
              <w:t>15</w:t>
            </w:r>
          </w:p>
        </w:tc>
        <w:tc>
          <w:tcPr>
            <w:tcW w:w="5954" w:type="dxa"/>
            <w:vAlign w:val="center"/>
          </w:tcPr>
          <w:p w14:paraId="3D162B0C" w14:textId="77777777" w:rsidR="00C43C1B" w:rsidRPr="00547329" w:rsidRDefault="00C43C1B" w:rsidP="00C43C1B">
            <w:pPr>
              <w:pStyle w:val="aa"/>
              <w:rPr>
                <w:rFonts w:eastAsiaTheme="minorEastAsia" w:cs="Times New Roman"/>
              </w:rPr>
            </w:pPr>
            <w:r w:rsidRPr="00547329">
              <w:rPr>
                <w:rFonts w:eastAsiaTheme="minorEastAsia" w:cs="Times New Roman"/>
              </w:rPr>
              <w:t>Наличие в комплекте многомодовых оптических патчкордов duplex LC-LC длиной 3 метра, шт.:</w:t>
            </w:r>
          </w:p>
        </w:tc>
        <w:tc>
          <w:tcPr>
            <w:tcW w:w="2835" w:type="dxa"/>
            <w:vAlign w:val="center"/>
          </w:tcPr>
          <w:p w14:paraId="167E334B" w14:textId="6559EB6C" w:rsidR="00C43C1B" w:rsidRPr="00547329" w:rsidRDefault="00C43C1B" w:rsidP="00C43C1B">
            <w:pPr>
              <w:pStyle w:val="aa"/>
              <w:jc w:val="center"/>
              <w:rPr>
                <w:rFonts w:eastAsiaTheme="minorEastAsia" w:cs="Times New Roman"/>
              </w:rPr>
            </w:pPr>
            <w:r>
              <w:t>__________</w:t>
            </w:r>
            <w:r w:rsidRPr="00755588">
              <w:rPr>
                <w:rFonts w:eastAsiaTheme="minorEastAsia" w:cs="Times New Roman"/>
              </w:rPr>
              <w:t>*</w:t>
            </w:r>
          </w:p>
        </w:tc>
      </w:tr>
      <w:tr w:rsidR="00E110A1" w:rsidRPr="00547329" w14:paraId="52B77AE0" w14:textId="77777777" w:rsidTr="00ED1D20">
        <w:tc>
          <w:tcPr>
            <w:tcW w:w="567" w:type="dxa"/>
            <w:vAlign w:val="center"/>
          </w:tcPr>
          <w:p w14:paraId="645FAD0C" w14:textId="743DA6D8" w:rsidR="00E110A1" w:rsidRPr="00547329" w:rsidRDefault="00E110A1" w:rsidP="00E110A1">
            <w:pPr>
              <w:pStyle w:val="a1"/>
              <w:numPr>
                <w:ilvl w:val="0"/>
                <w:numId w:val="0"/>
              </w:numPr>
              <w:rPr>
                <w:rFonts w:cs="Times New Roman"/>
                <w:lang w:val="ru-RU"/>
              </w:rPr>
            </w:pPr>
            <w:r w:rsidRPr="00547329">
              <w:rPr>
                <w:rFonts w:cs="Times New Roman"/>
                <w:lang w:val="ru-RU"/>
              </w:rPr>
              <w:t>16</w:t>
            </w:r>
          </w:p>
        </w:tc>
        <w:tc>
          <w:tcPr>
            <w:tcW w:w="5954" w:type="dxa"/>
            <w:vAlign w:val="center"/>
          </w:tcPr>
          <w:p w14:paraId="457E8D23" w14:textId="52F57477" w:rsidR="00E110A1" w:rsidRPr="00547329" w:rsidRDefault="00E110A1" w:rsidP="00E110A1">
            <w:pPr>
              <w:pStyle w:val="aa"/>
              <w:rPr>
                <w:rFonts w:eastAsiaTheme="minorEastAsia" w:cs="Times New Roman"/>
              </w:rPr>
            </w:pPr>
            <w:r>
              <w:rPr>
                <w:rFonts w:eastAsiaTheme="minorEastAsia" w:cs="Times New Roman"/>
              </w:rPr>
              <w:t>Возможность подключения дополнительной полки расширения</w:t>
            </w:r>
          </w:p>
        </w:tc>
        <w:tc>
          <w:tcPr>
            <w:tcW w:w="2835" w:type="dxa"/>
            <w:vAlign w:val="center"/>
          </w:tcPr>
          <w:p w14:paraId="22F95826" w14:textId="6AF52F67" w:rsidR="00E110A1" w:rsidRPr="00547329" w:rsidRDefault="00E110A1" w:rsidP="00E110A1">
            <w:pPr>
              <w:pStyle w:val="aa"/>
              <w:jc w:val="center"/>
              <w:rPr>
                <w:rFonts w:cs="Times New Roman"/>
              </w:rPr>
            </w:pPr>
            <w:r w:rsidRPr="007826D2">
              <w:rPr>
                <w:rFonts w:cs="Times New Roman"/>
              </w:rPr>
              <w:t>Соответствует</w:t>
            </w:r>
          </w:p>
        </w:tc>
      </w:tr>
      <w:tr w:rsidR="00E110A1" w:rsidRPr="00547329" w14:paraId="35BBBD3C" w14:textId="77777777" w:rsidTr="00ED1D20">
        <w:tc>
          <w:tcPr>
            <w:tcW w:w="567" w:type="dxa"/>
            <w:vAlign w:val="center"/>
          </w:tcPr>
          <w:p w14:paraId="63F1D1BE" w14:textId="5888346F" w:rsidR="00E110A1" w:rsidRPr="00547329" w:rsidRDefault="00E110A1" w:rsidP="00E110A1">
            <w:pPr>
              <w:pStyle w:val="a1"/>
              <w:numPr>
                <w:ilvl w:val="0"/>
                <w:numId w:val="0"/>
              </w:numPr>
              <w:rPr>
                <w:rFonts w:cs="Times New Roman"/>
                <w:lang w:val="ru-RU"/>
              </w:rPr>
            </w:pPr>
            <w:r w:rsidRPr="00547329">
              <w:rPr>
                <w:rFonts w:cs="Times New Roman"/>
                <w:lang w:val="ru-RU"/>
              </w:rPr>
              <w:t>17</w:t>
            </w:r>
          </w:p>
        </w:tc>
        <w:tc>
          <w:tcPr>
            <w:tcW w:w="5954" w:type="dxa"/>
            <w:vAlign w:val="center"/>
          </w:tcPr>
          <w:p w14:paraId="4F085537" w14:textId="77777777" w:rsidR="00E110A1" w:rsidRPr="00547329" w:rsidRDefault="00E110A1" w:rsidP="00E110A1">
            <w:pPr>
              <w:pStyle w:val="aa"/>
              <w:rPr>
                <w:rFonts w:cs="Times New Roman"/>
                <w:highlight w:val="yellow"/>
              </w:rPr>
            </w:pPr>
            <w:r w:rsidRPr="00547329">
              <w:rPr>
                <w:rFonts w:eastAsiaTheme="minorEastAsia" w:cs="Times New Roman"/>
              </w:rPr>
              <w:t>Если функционал требует дополнительного лицензирования, лицензии включены в поставку системы хранения данных. Лицензии предоставляются либо без ограничения объема СХД, либо на максимальный объем СХД.</w:t>
            </w:r>
          </w:p>
        </w:tc>
        <w:tc>
          <w:tcPr>
            <w:tcW w:w="2835" w:type="dxa"/>
            <w:vAlign w:val="center"/>
          </w:tcPr>
          <w:p w14:paraId="0DBA0E1A" w14:textId="77777777" w:rsidR="00E110A1" w:rsidRPr="00547329" w:rsidRDefault="00E110A1" w:rsidP="00E110A1">
            <w:pPr>
              <w:pStyle w:val="aa"/>
              <w:jc w:val="center"/>
              <w:rPr>
                <w:rFonts w:cs="Times New Roman"/>
                <w:highlight w:val="yellow"/>
              </w:rPr>
            </w:pPr>
            <w:r w:rsidRPr="00547329">
              <w:rPr>
                <w:rFonts w:cs="Times New Roman"/>
              </w:rPr>
              <w:t>Соответствует</w:t>
            </w:r>
          </w:p>
        </w:tc>
      </w:tr>
      <w:tr w:rsidR="00E110A1" w:rsidRPr="00547329" w14:paraId="676FC0EC" w14:textId="77777777" w:rsidTr="00ED1D20">
        <w:tc>
          <w:tcPr>
            <w:tcW w:w="567" w:type="dxa"/>
            <w:vAlign w:val="center"/>
          </w:tcPr>
          <w:p w14:paraId="7E576CB4" w14:textId="352C5E69" w:rsidR="00E110A1" w:rsidRPr="00547329" w:rsidRDefault="00E110A1" w:rsidP="00E110A1">
            <w:pPr>
              <w:pStyle w:val="a1"/>
              <w:numPr>
                <w:ilvl w:val="0"/>
                <w:numId w:val="0"/>
              </w:numPr>
              <w:rPr>
                <w:rFonts w:cs="Times New Roman"/>
                <w:lang w:val="ru-RU"/>
              </w:rPr>
            </w:pPr>
            <w:r w:rsidRPr="00547329">
              <w:rPr>
                <w:rFonts w:cs="Times New Roman"/>
                <w:lang w:val="ru-RU"/>
              </w:rPr>
              <w:t>18</w:t>
            </w:r>
          </w:p>
        </w:tc>
        <w:tc>
          <w:tcPr>
            <w:tcW w:w="5954" w:type="dxa"/>
            <w:vAlign w:val="center"/>
          </w:tcPr>
          <w:p w14:paraId="7AF22149" w14:textId="77777777" w:rsidR="00E110A1" w:rsidRPr="00547329" w:rsidRDefault="00E110A1" w:rsidP="00E110A1">
            <w:pPr>
              <w:pStyle w:val="aa"/>
              <w:rPr>
                <w:rFonts w:cs="Times New Roman"/>
              </w:rPr>
            </w:pPr>
            <w:r w:rsidRPr="00547329">
              <w:rPr>
                <w:rFonts w:eastAsiaTheme="minorEastAsia" w:cs="Times New Roman"/>
              </w:rPr>
              <w:t>Установка приоритетов по операциям ввода-вывода и пропускной способности для логических томов, для тома (выделенной группы томов) по параметрам: пропускная способность, количество операций ввода-вывода.</w:t>
            </w:r>
          </w:p>
        </w:tc>
        <w:tc>
          <w:tcPr>
            <w:tcW w:w="2835" w:type="dxa"/>
            <w:vAlign w:val="center"/>
          </w:tcPr>
          <w:p w14:paraId="35F3DCF0" w14:textId="77777777" w:rsidR="00E110A1" w:rsidRPr="00547329" w:rsidRDefault="00E110A1" w:rsidP="00E110A1">
            <w:pPr>
              <w:pStyle w:val="aa"/>
              <w:jc w:val="center"/>
              <w:rPr>
                <w:rFonts w:cs="Times New Roman"/>
              </w:rPr>
            </w:pPr>
            <w:r w:rsidRPr="00547329">
              <w:rPr>
                <w:rFonts w:cs="Times New Roman"/>
              </w:rPr>
              <w:t>Соответствует</w:t>
            </w:r>
          </w:p>
        </w:tc>
      </w:tr>
      <w:tr w:rsidR="00E110A1" w:rsidRPr="00547329" w14:paraId="27474429" w14:textId="77777777" w:rsidTr="00ED1D20">
        <w:tc>
          <w:tcPr>
            <w:tcW w:w="567" w:type="dxa"/>
            <w:vAlign w:val="center"/>
          </w:tcPr>
          <w:p w14:paraId="51013170" w14:textId="53DD9C04" w:rsidR="00E110A1" w:rsidRPr="00547329" w:rsidRDefault="00E110A1" w:rsidP="00E110A1">
            <w:pPr>
              <w:pStyle w:val="a1"/>
              <w:numPr>
                <w:ilvl w:val="0"/>
                <w:numId w:val="0"/>
              </w:numPr>
              <w:rPr>
                <w:rFonts w:cs="Times New Roman"/>
                <w:lang w:val="ru-RU"/>
              </w:rPr>
            </w:pPr>
            <w:r w:rsidRPr="00547329">
              <w:rPr>
                <w:rFonts w:cs="Times New Roman"/>
                <w:lang w:val="ru-RU"/>
              </w:rPr>
              <w:t>19</w:t>
            </w:r>
          </w:p>
        </w:tc>
        <w:tc>
          <w:tcPr>
            <w:tcW w:w="5954" w:type="dxa"/>
            <w:vAlign w:val="center"/>
          </w:tcPr>
          <w:p w14:paraId="35D28076" w14:textId="66A17391" w:rsidR="00E110A1" w:rsidRPr="00547329" w:rsidRDefault="00E110A1" w:rsidP="00E110A1">
            <w:pPr>
              <w:pStyle w:val="aa"/>
              <w:rPr>
                <w:rFonts w:eastAsiaTheme="minorEastAsia" w:cs="Times New Roman"/>
              </w:rPr>
            </w:pPr>
            <w:r w:rsidRPr="00C12C79">
              <w:rPr>
                <w:rFonts w:eastAsiaTheme="minorEastAsia" w:cs="Times New Roman"/>
              </w:rPr>
              <w:t>Открытое документированное API для автоматизации операций управления, мониторинга и интеграции системы хранения данных с внешними информационными системами</w:t>
            </w:r>
          </w:p>
        </w:tc>
        <w:tc>
          <w:tcPr>
            <w:tcW w:w="2835" w:type="dxa"/>
            <w:vAlign w:val="center"/>
          </w:tcPr>
          <w:p w14:paraId="6797027C" w14:textId="5ADB651B" w:rsidR="00E110A1" w:rsidRPr="00547329" w:rsidRDefault="00E110A1" w:rsidP="00E110A1">
            <w:pPr>
              <w:pStyle w:val="aa"/>
              <w:jc w:val="center"/>
              <w:rPr>
                <w:rFonts w:cs="Times New Roman"/>
              </w:rPr>
            </w:pPr>
            <w:r w:rsidRPr="007826D2">
              <w:rPr>
                <w:rFonts w:cs="Times New Roman"/>
              </w:rPr>
              <w:t>Наличие</w:t>
            </w:r>
          </w:p>
        </w:tc>
      </w:tr>
      <w:tr w:rsidR="00E110A1" w:rsidRPr="00547329" w14:paraId="191B9C9C" w14:textId="77777777" w:rsidTr="00ED1D20">
        <w:tc>
          <w:tcPr>
            <w:tcW w:w="567" w:type="dxa"/>
            <w:vAlign w:val="center"/>
          </w:tcPr>
          <w:p w14:paraId="15751F49" w14:textId="45CE3937" w:rsidR="00E110A1" w:rsidRPr="00547329" w:rsidRDefault="00E110A1" w:rsidP="00E110A1">
            <w:pPr>
              <w:pStyle w:val="a1"/>
              <w:numPr>
                <w:ilvl w:val="0"/>
                <w:numId w:val="0"/>
              </w:numPr>
              <w:rPr>
                <w:rFonts w:cs="Times New Roman"/>
                <w:lang w:val="ru-RU"/>
              </w:rPr>
            </w:pPr>
            <w:r w:rsidRPr="00547329">
              <w:rPr>
                <w:rFonts w:cs="Times New Roman"/>
                <w:lang w:val="ru-RU"/>
              </w:rPr>
              <w:t>20</w:t>
            </w:r>
          </w:p>
        </w:tc>
        <w:tc>
          <w:tcPr>
            <w:tcW w:w="5954" w:type="dxa"/>
            <w:vAlign w:val="center"/>
          </w:tcPr>
          <w:p w14:paraId="493DEEDD" w14:textId="1D50CD86" w:rsidR="00E110A1" w:rsidRPr="00547329" w:rsidRDefault="00E110A1" w:rsidP="00E110A1">
            <w:pPr>
              <w:pStyle w:val="aa"/>
              <w:rPr>
                <w:rFonts w:eastAsiaTheme="minorEastAsia" w:cs="Times New Roman"/>
              </w:rPr>
            </w:pPr>
            <w:r w:rsidRPr="00C12C79">
              <w:rPr>
                <w:rFonts w:eastAsiaTheme="minorEastAsia" w:cs="Times New Roman"/>
              </w:rPr>
              <w:t>Возможность передачи журналов событий системы хранения данных на внешний сервер syslog</w:t>
            </w:r>
          </w:p>
        </w:tc>
        <w:tc>
          <w:tcPr>
            <w:tcW w:w="2835" w:type="dxa"/>
            <w:vAlign w:val="center"/>
          </w:tcPr>
          <w:p w14:paraId="680168BA" w14:textId="3FE93F22" w:rsidR="00E110A1" w:rsidRPr="00547329" w:rsidRDefault="00E110A1" w:rsidP="00E110A1">
            <w:pPr>
              <w:pStyle w:val="aa"/>
              <w:jc w:val="center"/>
              <w:rPr>
                <w:rFonts w:cs="Times New Roman"/>
              </w:rPr>
            </w:pPr>
            <w:r w:rsidRPr="007826D2">
              <w:rPr>
                <w:rFonts w:cs="Times New Roman"/>
              </w:rPr>
              <w:t>Наличие</w:t>
            </w:r>
          </w:p>
        </w:tc>
      </w:tr>
      <w:tr w:rsidR="00E110A1" w:rsidRPr="00547329" w14:paraId="2CA7319A" w14:textId="77777777" w:rsidTr="00ED1D20">
        <w:tc>
          <w:tcPr>
            <w:tcW w:w="567" w:type="dxa"/>
            <w:vAlign w:val="center"/>
          </w:tcPr>
          <w:p w14:paraId="4549007D" w14:textId="2AE8D2D3" w:rsidR="00E110A1" w:rsidRPr="00547329" w:rsidRDefault="00E110A1" w:rsidP="00E110A1">
            <w:pPr>
              <w:pStyle w:val="a1"/>
              <w:numPr>
                <w:ilvl w:val="0"/>
                <w:numId w:val="0"/>
              </w:numPr>
              <w:rPr>
                <w:rFonts w:cs="Times New Roman"/>
                <w:lang w:val="ru-RU"/>
              </w:rPr>
            </w:pPr>
            <w:r w:rsidRPr="00547329">
              <w:rPr>
                <w:rFonts w:cs="Times New Roman"/>
                <w:lang w:val="ru-RU"/>
              </w:rPr>
              <w:lastRenderedPageBreak/>
              <w:t>21</w:t>
            </w:r>
          </w:p>
        </w:tc>
        <w:tc>
          <w:tcPr>
            <w:tcW w:w="5954" w:type="dxa"/>
            <w:vAlign w:val="center"/>
          </w:tcPr>
          <w:p w14:paraId="1CA4A4B0" w14:textId="77777777" w:rsidR="00E110A1" w:rsidRPr="00547329" w:rsidRDefault="00E110A1" w:rsidP="00E110A1">
            <w:pPr>
              <w:pStyle w:val="aa"/>
              <w:rPr>
                <w:rFonts w:eastAsiaTheme="minorEastAsia" w:cs="Times New Roman"/>
              </w:rPr>
            </w:pPr>
            <w:r w:rsidRPr="00547329">
              <w:rPr>
                <w:rFonts w:eastAsiaTheme="minorEastAsia" w:cs="Times New Roman"/>
              </w:rPr>
              <w:t>Возможность создания “тонких” томов</w:t>
            </w:r>
          </w:p>
        </w:tc>
        <w:tc>
          <w:tcPr>
            <w:tcW w:w="2835" w:type="dxa"/>
            <w:vAlign w:val="center"/>
          </w:tcPr>
          <w:p w14:paraId="734EAF47" w14:textId="77777777" w:rsidR="00E110A1" w:rsidRPr="00547329" w:rsidRDefault="00E110A1" w:rsidP="00E110A1">
            <w:pPr>
              <w:pStyle w:val="aa"/>
              <w:jc w:val="center"/>
              <w:rPr>
                <w:rFonts w:cs="Times New Roman"/>
              </w:rPr>
            </w:pPr>
            <w:r w:rsidRPr="00547329">
              <w:rPr>
                <w:rFonts w:cs="Times New Roman"/>
              </w:rPr>
              <w:t>Наличие</w:t>
            </w:r>
          </w:p>
        </w:tc>
      </w:tr>
      <w:tr w:rsidR="00E110A1" w:rsidRPr="00547329" w14:paraId="49688B84" w14:textId="77777777" w:rsidTr="00ED1D20">
        <w:tc>
          <w:tcPr>
            <w:tcW w:w="567" w:type="dxa"/>
            <w:vAlign w:val="center"/>
          </w:tcPr>
          <w:p w14:paraId="2526AFB2" w14:textId="50B2A9B6" w:rsidR="00E110A1" w:rsidRPr="00547329" w:rsidRDefault="00E110A1" w:rsidP="00E110A1">
            <w:pPr>
              <w:pStyle w:val="a1"/>
              <w:numPr>
                <w:ilvl w:val="0"/>
                <w:numId w:val="0"/>
              </w:numPr>
              <w:rPr>
                <w:rFonts w:cs="Times New Roman"/>
                <w:lang w:val="ru-RU"/>
              </w:rPr>
            </w:pPr>
            <w:r w:rsidRPr="00547329">
              <w:rPr>
                <w:rFonts w:cs="Times New Roman"/>
                <w:lang w:val="ru-RU"/>
              </w:rPr>
              <w:t>22</w:t>
            </w:r>
          </w:p>
        </w:tc>
        <w:tc>
          <w:tcPr>
            <w:tcW w:w="5954" w:type="dxa"/>
            <w:vAlign w:val="center"/>
          </w:tcPr>
          <w:p w14:paraId="582F15D5" w14:textId="5BCF7B02" w:rsidR="00E110A1" w:rsidRPr="00547329" w:rsidRDefault="00E110A1" w:rsidP="00E110A1">
            <w:pPr>
              <w:pStyle w:val="aa"/>
              <w:rPr>
                <w:rFonts w:eastAsiaTheme="minorEastAsia" w:cs="Times New Roman"/>
              </w:rPr>
            </w:pPr>
            <w:r w:rsidRPr="00547329">
              <w:rPr>
                <w:rFonts w:eastAsiaTheme="minorEastAsia" w:cs="Times New Roman"/>
              </w:rPr>
              <w:t xml:space="preserve">Поддерживаемые протоколы: </w:t>
            </w:r>
            <w:r w:rsidRPr="00547329">
              <w:rPr>
                <w:rFonts w:eastAsiaTheme="minorEastAsia" w:cs="Times New Roman"/>
                <w:lang w:val="en-US"/>
              </w:rPr>
              <w:t>Fibre</w:t>
            </w:r>
            <w:r w:rsidRPr="00547329">
              <w:rPr>
                <w:rFonts w:eastAsiaTheme="minorEastAsia" w:cs="Times New Roman"/>
              </w:rPr>
              <w:t xml:space="preserve"> </w:t>
            </w:r>
            <w:r w:rsidRPr="00547329">
              <w:rPr>
                <w:rFonts w:eastAsiaTheme="minorEastAsia" w:cs="Times New Roman"/>
                <w:lang w:val="en-US"/>
              </w:rPr>
              <w:t>Channel</w:t>
            </w:r>
            <w:r w:rsidRPr="00547329">
              <w:rPr>
                <w:rFonts w:eastAsiaTheme="minorEastAsia" w:cs="Times New Roman"/>
              </w:rPr>
              <w:t xml:space="preserve">, </w:t>
            </w:r>
            <w:r w:rsidRPr="00547329">
              <w:rPr>
                <w:rFonts w:eastAsiaTheme="minorEastAsia" w:cs="Times New Roman"/>
                <w:lang w:val="en-US"/>
              </w:rPr>
              <w:t>iSCSI</w:t>
            </w:r>
          </w:p>
        </w:tc>
        <w:tc>
          <w:tcPr>
            <w:tcW w:w="2835" w:type="dxa"/>
            <w:vAlign w:val="center"/>
          </w:tcPr>
          <w:p w14:paraId="216561E0" w14:textId="77777777" w:rsidR="00E110A1" w:rsidRPr="00547329" w:rsidRDefault="00E110A1" w:rsidP="00E110A1">
            <w:pPr>
              <w:pStyle w:val="aa"/>
              <w:jc w:val="center"/>
              <w:rPr>
                <w:rFonts w:eastAsiaTheme="minorEastAsia" w:cs="Times New Roman"/>
              </w:rPr>
            </w:pPr>
            <w:r w:rsidRPr="00547329">
              <w:rPr>
                <w:rFonts w:cs="Times New Roman"/>
              </w:rPr>
              <w:t>Соответствует</w:t>
            </w:r>
          </w:p>
        </w:tc>
      </w:tr>
      <w:tr w:rsidR="00E110A1" w:rsidRPr="00547329" w14:paraId="0A318E47" w14:textId="77777777" w:rsidTr="00ED1D20">
        <w:tc>
          <w:tcPr>
            <w:tcW w:w="567" w:type="dxa"/>
            <w:vAlign w:val="center"/>
          </w:tcPr>
          <w:p w14:paraId="4ABD292F" w14:textId="47AF7992" w:rsidR="00E110A1" w:rsidRPr="00547329" w:rsidRDefault="00E110A1" w:rsidP="00E110A1">
            <w:pPr>
              <w:pStyle w:val="a1"/>
              <w:numPr>
                <w:ilvl w:val="0"/>
                <w:numId w:val="0"/>
              </w:numPr>
              <w:rPr>
                <w:rFonts w:cs="Times New Roman"/>
                <w:lang w:val="ru-RU"/>
              </w:rPr>
            </w:pPr>
            <w:r w:rsidRPr="00547329">
              <w:rPr>
                <w:rFonts w:cs="Times New Roman"/>
                <w:lang w:val="ru-RU"/>
              </w:rPr>
              <w:t>23</w:t>
            </w:r>
          </w:p>
        </w:tc>
        <w:tc>
          <w:tcPr>
            <w:tcW w:w="5954" w:type="dxa"/>
            <w:vAlign w:val="center"/>
          </w:tcPr>
          <w:p w14:paraId="55E1CEEF" w14:textId="77777777" w:rsidR="00E110A1" w:rsidRPr="00547329" w:rsidRDefault="00E110A1" w:rsidP="00E110A1">
            <w:pPr>
              <w:pStyle w:val="aa"/>
              <w:rPr>
                <w:rFonts w:eastAsiaTheme="minorEastAsia" w:cs="Times New Roman"/>
              </w:rPr>
            </w:pPr>
            <w:r w:rsidRPr="00547329">
              <w:rPr>
                <w:rFonts w:eastAsiaTheme="minorEastAsia" w:cs="Times New Roman"/>
              </w:rPr>
              <w:t xml:space="preserve">Поддерживаемые уровни </w:t>
            </w:r>
            <w:r w:rsidRPr="00547329">
              <w:rPr>
                <w:rFonts w:eastAsiaTheme="minorEastAsia" w:cs="Times New Roman"/>
                <w:lang w:val="en-US"/>
              </w:rPr>
              <w:t>RAID: 5,6</w:t>
            </w:r>
          </w:p>
        </w:tc>
        <w:tc>
          <w:tcPr>
            <w:tcW w:w="2835" w:type="dxa"/>
            <w:vAlign w:val="center"/>
          </w:tcPr>
          <w:p w14:paraId="52CC7F04" w14:textId="77777777" w:rsidR="00E110A1" w:rsidRPr="00547329" w:rsidRDefault="00E110A1" w:rsidP="00E110A1">
            <w:pPr>
              <w:pStyle w:val="aa"/>
              <w:jc w:val="center"/>
              <w:rPr>
                <w:rFonts w:eastAsiaTheme="minorEastAsia" w:cs="Times New Roman"/>
              </w:rPr>
            </w:pPr>
            <w:r w:rsidRPr="00547329">
              <w:rPr>
                <w:rFonts w:cs="Times New Roman"/>
              </w:rPr>
              <w:t>Соответствует</w:t>
            </w:r>
          </w:p>
        </w:tc>
      </w:tr>
      <w:tr w:rsidR="00E110A1" w:rsidRPr="00547329" w14:paraId="17EE2A86" w14:textId="77777777" w:rsidTr="00ED1D20">
        <w:tc>
          <w:tcPr>
            <w:tcW w:w="567" w:type="dxa"/>
            <w:vAlign w:val="center"/>
          </w:tcPr>
          <w:p w14:paraId="2A2BFAC2" w14:textId="3CE480FE" w:rsidR="00E110A1" w:rsidRPr="00547329" w:rsidRDefault="00E110A1" w:rsidP="00E110A1">
            <w:pPr>
              <w:pStyle w:val="a1"/>
              <w:numPr>
                <w:ilvl w:val="0"/>
                <w:numId w:val="0"/>
              </w:numPr>
              <w:rPr>
                <w:rFonts w:cs="Times New Roman"/>
                <w:lang w:val="ru-RU"/>
              </w:rPr>
            </w:pPr>
            <w:r w:rsidRPr="00547329">
              <w:rPr>
                <w:rFonts w:cs="Times New Roman"/>
                <w:lang w:val="ru-RU"/>
              </w:rPr>
              <w:t>24</w:t>
            </w:r>
          </w:p>
        </w:tc>
        <w:tc>
          <w:tcPr>
            <w:tcW w:w="5954" w:type="dxa"/>
            <w:vAlign w:val="center"/>
          </w:tcPr>
          <w:p w14:paraId="743FAA75" w14:textId="77777777" w:rsidR="00E110A1" w:rsidRPr="00547329" w:rsidRDefault="00E110A1" w:rsidP="00E110A1">
            <w:pPr>
              <w:pStyle w:val="aa"/>
              <w:rPr>
                <w:rFonts w:eastAsiaTheme="minorEastAsia" w:cs="Times New Roman"/>
              </w:rPr>
            </w:pPr>
            <w:r w:rsidRPr="00547329">
              <w:rPr>
                <w:rFonts w:eastAsiaTheme="minorEastAsia" w:cs="Times New Roman"/>
              </w:rPr>
              <w:t>Система хранения данных должна поддерживать «горячую замену» дисковых и твердотельных накопителей, контроллеров, блоков питания, вентиляторов системы охлаждения без остановки работы системы хранения данных и приложений.</w:t>
            </w:r>
          </w:p>
        </w:tc>
        <w:tc>
          <w:tcPr>
            <w:tcW w:w="2835" w:type="dxa"/>
            <w:vAlign w:val="center"/>
          </w:tcPr>
          <w:p w14:paraId="497B3D5E" w14:textId="77777777" w:rsidR="00E110A1" w:rsidRPr="00547329" w:rsidRDefault="00E110A1" w:rsidP="00E110A1">
            <w:pPr>
              <w:pStyle w:val="aa"/>
              <w:jc w:val="center"/>
              <w:rPr>
                <w:rFonts w:eastAsiaTheme="minorEastAsia" w:cs="Times New Roman"/>
              </w:rPr>
            </w:pPr>
            <w:r w:rsidRPr="00547329">
              <w:rPr>
                <w:rFonts w:cs="Times New Roman"/>
              </w:rPr>
              <w:t>Соответствует</w:t>
            </w:r>
          </w:p>
        </w:tc>
      </w:tr>
      <w:tr w:rsidR="00E110A1" w:rsidRPr="00547329" w14:paraId="6A025D2A" w14:textId="77777777" w:rsidTr="00ED1D20">
        <w:tc>
          <w:tcPr>
            <w:tcW w:w="567" w:type="dxa"/>
            <w:vAlign w:val="center"/>
          </w:tcPr>
          <w:p w14:paraId="26E21552" w14:textId="0E70DDFC" w:rsidR="00E110A1" w:rsidRPr="00547329" w:rsidRDefault="00E110A1" w:rsidP="00E110A1">
            <w:pPr>
              <w:pStyle w:val="a1"/>
              <w:numPr>
                <w:ilvl w:val="0"/>
                <w:numId w:val="0"/>
              </w:numPr>
              <w:rPr>
                <w:rFonts w:cs="Times New Roman"/>
                <w:lang w:val="ru-RU"/>
              </w:rPr>
            </w:pPr>
            <w:r>
              <w:rPr>
                <w:rFonts w:cs="Times New Roman"/>
                <w:lang w:val="ru-RU"/>
              </w:rPr>
              <w:t>25</w:t>
            </w:r>
          </w:p>
        </w:tc>
        <w:tc>
          <w:tcPr>
            <w:tcW w:w="5954" w:type="dxa"/>
            <w:vAlign w:val="center"/>
          </w:tcPr>
          <w:p w14:paraId="4A58BEEF" w14:textId="77777777" w:rsidR="00E110A1" w:rsidRPr="00547329" w:rsidRDefault="00E110A1" w:rsidP="00E110A1">
            <w:pPr>
              <w:spacing w:line="240" w:lineRule="auto"/>
              <w:contextualSpacing/>
              <w:rPr>
                <w:rFonts w:ascii="Times New Roman" w:eastAsiaTheme="minorEastAsia" w:hAnsi="Times New Roman"/>
                <w:lang w:val="en-US"/>
              </w:rPr>
            </w:pPr>
            <w:r w:rsidRPr="00547329">
              <w:rPr>
                <w:rFonts w:ascii="Times New Roman" w:eastAsiaTheme="minorEastAsia" w:hAnsi="Times New Roman"/>
              </w:rPr>
              <w:t>Поддержка</w:t>
            </w:r>
            <w:r w:rsidRPr="00547329">
              <w:rPr>
                <w:rFonts w:ascii="Times New Roman" w:eastAsiaTheme="minorEastAsia" w:hAnsi="Times New Roman"/>
                <w:lang w:val="en-US"/>
              </w:rPr>
              <w:t xml:space="preserve"> </w:t>
            </w:r>
            <w:r w:rsidRPr="00547329">
              <w:rPr>
                <w:rFonts w:ascii="Times New Roman" w:eastAsiaTheme="minorEastAsia" w:hAnsi="Times New Roman"/>
              </w:rPr>
              <w:t>ОС:</w:t>
            </w:r>
            <w:r w:rsidRPr="00547329">
              <w:rPr>
                <w:rFonts w:ascii="Times New Roman" w:eastAsiaTheme="minorEastAsia" w:hAnsi="Times New Roman"/>
                <w:lang w:val="en-US"/>
              </w:rPr>
              <w:t xml:space="preserve">  </w:t>
            </w:r>
          </w:p>
          <w:p w14:paraId="49A1AFFD" w14:textId="77777777" w:rsidR="00E110A1" w:rsidRPr="00547329" w:rsidRDefault="00E110A1" w:rsidP="00E110A1">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547329">
              <w:rPr>
                <w:rFonts w:ascii="Times New Roman" w:eastAsiaTheme="minorEastAsia" w:hAnsi="Times New Roman"/>
              </w:rPr>
              <w:t>А</w:t>
            </w:r>
            <w:r w:rsidRPr="00547329">
              <w:rPr>
                <w:rFonts w:ascii="Times New Roman" w:eastAsiaTheme="minorEastAsia" w:hAnsi="Times New Roman"/>
                <w:lang w:val="en-US"/>
              </w:rPr>
              <w:t>stra Linux</w:t>
            </w:r>
          </w:p>
          <w:p w14:paraId="5AE95C98" w14:textId="77777777" w:rsidR="00E110A1" w:rsidRPr="00547329" w:rsidRDefault="00E110A1" w:rsidP="00E110A1">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547329">
              <w:rPr>
                <w:rFonts w:ascii="Times New Roman" w:eastAsiaTheme="minorEastAsia" w:hAnsi="Times New Roman"/>
              </w:rPr>
              <w:t xml:space="preserve">Альт </w:t>
            </w:r>
            <w:r w:rsidRPr="00547329">
              <w:rPr>
                <w:rFonts w:ascii="Times New Roman" w:eastAsiaTheme="minorEastAsia" w:hAnsi="Times New Roman"/>
                <w:lang w:val="en-US"/>
              </w:rPr>
              <w:t>Linux</w:t>
            </w:r>
          </w:p>
          <w:p w14:paraId="45920B56" w14:textId="77777777" w:rsidR="00E110A1" w:rsidRPr="00547329" w:rsidRDefault="00E110A1" w:rsidP="00E110A1">
            <w:pPr>
              <w:numPr>
                <w:ilvl w:val="0"/>
                <w:numId w:val="2"/>
              </w:numPr>
              <w:tabs>
                <w:tab w:val="left" w:pos="250"/>
              </w:tabs>
              <w:spacing w:after="0" w:line="240" w:lineRule="auto"/>
              <w:ind w:left="0" w:firstLine="0"/>
              <w:contextualSpacing/>
              <w:jc w:val="both"/>
              <w:rPr>
                <w:rFonts w:ascii="Times New Roman" w:eastAsiaTheme="minorEastAsia" w:hAnsi="Times New Roman"/>
              </w:rPr>
            </w:pPr>
            <w:r w:rsidRPr="00547329">
              <w:rPr>
                <w:rFonts w:ascii="Times New Roman" w:eastAsiaTheme="minorEastAsia" w:hAnsi="Times New Roman"/>
              </w:rPr>
              <w:t>РЕД ОС</w:t>
            </w:r>
          </w:p>
        </w:tc>
        <w:tc>
          <w:tcPr>
            <w:tcW w:w="2835" w:type="dxa"/>
            <w:vAlign w:val="center"/>
          </w:tcPr>
          <w:p w14:paraId="0EC9AD19" w14:textId="77777777" w:rsidR="00E110A1" w:rsidRPr="00547329" w:rsidRDefault="00E110A1" w:rsidP="00E110A1">
            <w:pPr>
              <w:pStyle w:val="aa"/>
              <w:jc w:val="center"/>
              <w:rPr>
                <w:rFonts w:eastAsiaTheme="minorEastAsia" w:cs="Times New Roman"/>
              </w:rPr>
            </w:pPr>
            <w:r w:rsidRPr="00547329">
              <w:rPr>
                <w:rFonts w:cs="Times New Roman"/>
              </w:rPr>
              <w:t>Соответствует</w:t>
            </w:r>
          </w:p>
        </w:tc>
      </w:tr>
      <w:tr w:rsidR="00E110A1" w:rsidRPr="00547329" w14:paraId="4FA03B28" w14:textId="77777777" w:rsidTr="00ED1D20">
        <w:tc>
          <w:tcPr>
            <w:tcW w:w="567" w:type="dxa"/>
            <w:vAlign w:val="center"/>
          </w:tcPr>
          <w:p w14:paraId="77BD003A" w14:textId="07D06C79" w:rsidR="00E110A1" w:rsidRPr="00547329" w:rsidRDefault="00E110A1" w:rsidP="00E110A1">
            <w:pPr>
              <w:pStyle w:val="a1"/>
              <w:numPr>
                <w:ilvl w:val="0"/>
                <w:numId w:val="0"/>
              </w:numPr>
              <w:rPr>
                <w:rFonts w:cs="Times New Roman"/>
                <w:lang w:val="ru-RU"/>
              </w:rPr>
            </w:pPr>
            <w:r>
              <w:rPr>
                <w:rFonts w:cs="Times New Roman"/>
                <w:lang w:val="ru-RU"/>
              </w:rPr>
              <w:t>26</w:t>
            </w:r>
          </w:p>
        </w:tc>
        <w:tc>
          <w:tcPr>
            <w:tcW w:w="5954" w:type="dxa"/>
          </w:tcPr>
          <w:p w14:paraId="28BEA775" w14:textId="77777777" w:rsidR="00E110A1" w:rsidRPr="00547329" w:rsidRDefault="00E110A1" w:rsidP="00E110A1">
            <w:pPr>
              <w:pStyle w:val="aa"/>
              <w:rPr>
                <w:rFonts w:eastAsiaTheme="minorEastAsia" w:cs="Times New Roman"/>
              </w:rPr>
            </w:pPr>
            <w:r w:rsidRPr="00547329">
              <w:rPr>
                <w:rFonts w:eastAsiaTheme="minorEastAsia" w:cs="Times New Roman"/>
              </w:rPr>
              <w:t>Поставляется с гарантией производителя, срок гарантии, лет:</w:t>
            </w:r>
          </w:p>
        </w:tc>
        <w:tc>
          <w:tcPr>
            <w:tcW w:w="2835" w:type="dxa"/>
            <w:vAlign w:val="center"/>
          </w:tcPr>
          <w:p w14:paraId="352B0D0B" w14:textId="7A9E3C32" w:rsidR="00E110A1" w:rsidRPr="00547329" w:rsidRDefault="00C43C1B" w:rsidP="00E110A1">
            <w:pPr>
              <w:pStyle w:val="aa"/>
              <w:jc w:val="center"/>
              <w:rPr>
                <w:rFonts w:eastAsiaTheme="minorEastAsia" w:cs="Times New Roman"/>
              </w:rPr>
            </w:pPr>
            <w:r>
              <w:t>__________</w:t>
            </w:r>
            <w:r w:rsidR="00E110A1" w:rsidRPr="00547329">
              <w:rPr>
                <w:rFonts w:eastAsiaTheme="minorEastAsia" w:cs="Times New Roman"/>
              </w:rPr>
              <w:t>*</w:t>
            </w:r>
          </w:p>
        </w:tc>
      </w:tr>
      <w:tr w:rsidR="00E110A1" w:rsidRPr="00547329" w14:paraId="7C3AE3D8" w14:textId="77777777" w:rsidTr="00ED1D20">
        <w:tc>
          <w:tcPr>
            <w:tcW w:w="567" w:type="dxa"/>
            <w:vAlign w:val="center"/>
          </w:tcPr>
          <w:p w14:paraId="510A5767" w14:textId="22633D90" w:rsidR="00E110A1" w:rsidRPr="00547329" w:rsidRDefault="00E110A1" w:rsidP="00E110A1">
            <w:pPr>
              <w:pStyle w:val="a1"/>
              <w:numPr>
                <w:ilvl w:val="0"/>
                <w:numId w:val="0"/>
              </w:numPr>
              <w:rPr>
                <w:rFonts w:cs="Times New Roman"/>
                <w:lang w:val="ru-RU"/>
              </w:rPr>
            </w:pPr>
            <w:r>
              <w:rPr>
                <w:rFonts w:cs="Times New Roman"/>
                <w:lang w:val="ru-RU"/>
              </w:rPr>
              <w:t>27</w:t>
            </w:r>
          </w:p>
        </w:tc>
        <w:tc>
          <w:tcPr>
            <w:tcW w:w="5954" w:type="dxa"/>
          </w:tcPr>
          <w:p w14:paraId="14C7FD83" w14:textId="5C3CEDC2" w:rsidR="00E110A1" w:rsidRPr="00547329" w:rsidRDefault="00E110A1" w:rsidP="00E110A1">
            <w:pPr>
              <w:pStyle w:val="aa"/>
              <w:rPr>
                <w:rFonts w:eastAsiaTheme="minorEastAsia" w:cs="Times New Roman"/>
              </w:rPr>
            </w:pPr>
            <w:r>
              <w:rPr>
                <w:rFonts w:eastAsiaTheme="minorEastAsia" w:cs="Times New Roman"/>
              </w:rPr>
              <w:t>Наличие гарантийной п</w:t>
            </w:r>
            <w:r w:rsidRPr="00547329">
              <w:rPr>
                <w:rFonts w:eastAsiaTheme="minorEastAsia" w:cs="Times New Roman"/>
              </w:rPr>
              <w:t>оддержк</w:t>
            </w:r>
            <w:r>
              <w:rPr>
                <w:rFonts w:eastAsiaTheme="minorEastAsia" w:cs="Times New Roman"/>
              </w:rPr>
              <w:t>и</w:t>
            </w:r>
            <w:r w:rsidRPr="00547329">
              <w:rPr>
                <w:rFonts w:eastAsiaTheme="minorEastAsia" w:cs="Times New Roman"/>
              </w:rPr>
              <w:t xml:space="preserve"> предусматрива</w:t>
            </w:r>
            <w:r>
              <w:rPr>
                <w:rFonts w:eastAsiaTheme="minorEastAsia" w:cs="Times New Roman"/>
              </w:rPr>
              <w:t>ющей</w:t>
            </w:r>
            <w:r w:rsidRPr="00547329">
              <w:rPr>
                <w:rFonts w:eastAsiaTheme="minorEastAsia" w:cs="Times New Roman"/>
              </w:rPr>
              <w:t xml:space="preserve"> ремонт на площадке</w:t>
            </w:r>
            <w:r>
              <w:rPr>
                <w:rFonts w:eastAsiaTheme="minorEastAsia" w:cs="Times New Roman"/>
              </w:rPr>
              <w:t xml:space="preserve"> Покупателя</w:t>
            </w:r>
            <w:r w:rsidRPr="00547329">
              <w:rPr>
                <w:rFonts w:eastAsiaTheme="minorEastAsia" w:cs="Times New Roman"/>
              </w:rPr>
              <w:t xml:space="preserve"> с выездом инженера</w:t>
            </w:r>
          </w:p>
        </w:tc>
        <w:tc>
          <w:tcPr>
            <w:tcW w:w="2835" w:type="dxa"/>
            <w:vAlign w:val="center"/>
          </w:tcPr>
          <w:p w14:paraId="57553E11" w14:textId="77777777" w:rsidR="00E110A1" w:rsidRPr="00547329" w:rsidRDefault="00E110A1" w:rsidP="00E110A1">
            <w:pPr>
              <w:pStyle w:val="aa"/>
              <w:jc w:val="center"/>
              <w:rPr>
                <w:rFonts w:eastAsiaTheme="minorEastAsia" w:cs="Times New Roman"/>
              </w:rPr>
            </w:pPr>
            <w:r w:rsidRPr="00547329">
              <w:rPr>
                <w:rFonts w:cs="Times New Roman"/>
              </w:rPr>
              <w:t>Соответствует</w:t>
            </w:r>
          </w:p>
        </w:tc>
      </w:tr>
      <w:tr w:rsidR="00E110A1" w:rsidRPr="00547329" w14:paraId="3FB23081" w14:textId="77777777" w:rsidTr="00ED1D20">
        <w:tc>
          <w:tcPr>
            <w:tcW w:w="567" w:type="dxa"/>
            <w:vAlign w:val="center"/>
          </w:tcPr>
          <w:p w14:paraId="7A43D538" w14:textId="574D2253" w:rsidR="00E110A1" w:rsidRPr="00547329" w:rsidRDefault="00E110A1" w:rsidP="00E110A1">
            <w:pPr>
              <w:pStyle w:val="a1"/>
              <w:numPr>
                <w:ilvl w:val="0"/>
                <w:numId w:val="0"/>
              </w:numPr>
              <w:rPr>
                <w:rFonts w:cs="Times New Roman"/>
                <w:lang w:val="ru-RU"/>
              </w:rPr>
            </w:pPr>
            <w:r>
              <w:rPr>
                <w:rFonts w:cs="Times New Roman"/>
                <w:lang w:val="ru-RU"/>
              </w:rPr>
              <w:t>28</w:t>
            </w:r>
          </w:p>
        </w:tc>
        <w:tc>
          <w:tcPr>
            <w:tcW w:w="5954" w:type="dxa"/>
          </w:tcPr>
          <w:p w14:paraId="1757BA03" w14:textId="702340B3" w:rsidR="00E110A1" w:rsidRPr="00547329" w:rsidRDefault="00E110A1" w:rsidP="00E110A1">
            <w:pPr>
              <w:pStyle w:val="aa"/>
              <w:rPr>
                <w:rFonts w:eastAsiaTheme="minorEastAsia" w:cs="Times New Roman"/>
              </w:rPr>
            </w:pPr>
            <w:r w:rsidRPr="00547329">
              <w:rPr>
                <w:rFonts w:eastAsiaTheme="minorEastAsia" w:cs="Times New Roman"/>
              </w:rPr>
              <w:t xml:space="preserve">Режим </w:t>
            </w:r>
            <w:r>
              <w:rPr>
                <w:rFonts w:eastAsiaTheme="minorEastAsia" w:cs="Times New Roman"/>
              </w:rPr>
              <w:t xml:space="preserve">гарантийной </w:t>
            </w:r>
            <w:r w:rsidRPr="00547329">
              <w:rPr>
                <w:rFonts w:eastAsiaTheme="minorEastAsia" w:cs="Times New Roman"/>
              </w:rPr>
              <w:t xml:space="preserve">поддержки 24x7x365 </w:t>
            </w:r>
            <w:r w:rsidRPr="00547329">
              <w:rPr>
                <w:rFonts w:eastAsiaTheme="minorEastAsia" w:cs="Times New Roman"/>
                <w:color w:val="000000" w:themeColor="text1"/>
                <w:lang w:val="ru"/>
              </w:rPr>
              <w:t>(9 часов (с 09:00 до 18:00 время московское) по рабочим дням в течение года)</w:t>
            </w:r>
            <w:r w:rsidRPr="00547329">
              <w:rPr>
                <w:rFonts w:eastAsiaTheme="minorEastAsia" w:cs="Times New Roman"/>
              </w:rPr>
              <w:t>, гарантированное время восстановления работоспособности 24 часа.</w:t>
            </w:r>
          </w:p>
        </w:tc>
        <w:tc>
          <w:tcPr>
            <w:tcW w:w="2835" w:type="dxa"/>
            <w:vAlign w:val="center"/>
          </w:tcPr>
          <w:p w14:paraId="1B87B186" w14:textId="77777777" w:rsidR="00E110A1" w:rsidRPr="00547329" w:rsidRDefault="00E110A1" w:rsidP="00E110A1">
            <w:pPr>
              <w:pStyle w:val="aa"/>
              <w:jc w:val="center"/>
              <w:rPr>
                <w:rFonts w:eastAsiaTheme="minorEastAsia" w:cs="Times New Roman"/>
              </w:rPr>
            </w:pPr>
            <w:r w:rsidRPr="00547329">
              <w:rPr>
                <w:rFonts w:cs="Times New Roman"/>
              </w:rPr>
              <w:t>Соответствует</w:t>
            </w:r>
          </w:p>
        </w:tc>
      </w:tr>
      <w:tr w:rsidR="00E110A1" w:rsidRPr="00547329" w14:paraId="2E3F76DD" w14:textId="77777777" w:rsidTr="00ED1D20">
        <w:tc>
          <w:tcPr>
            <w:tcW w:w="9356" w:type="dxa"/>
            <w:gridSpan w:val="3"/>
          </w:tcPr>
          <w:p w14:paraId="096CCEA0" w14:textId="265CC5B4" w:rsidR="00E110A1" w:rsidRPr="00547329" w:rsidRDefault="00BB1C95" w:rsidP="00E110A1">
            <w:pPr>
              <w:pStyle w:val="aa"/>
              <w:rPr>
                <w:rFonts w:cs="Times New Roman"/>
              </w:rPr>
            </w:pPr>
            <w:r w:rsidRPr="00272C7E">
              <w:rPr>
                <w:rFonts w:cs="Times New Roman"/>
              </w:rPr>
              <w:t xml:space="preserve">* </w:t>
            </w:r>
            <w:r w:rsidRPr="00BC73FF">
              <w:t>Заполняется на основании заявки победителя в случае, если участником закупки в составе заявки представлены конкретные значения показателей предлагаемого Товара, соответствующие параметрам соответствия (экв</w:t>
            </w:r>
            <w:r>
              <w:t>ивалентности), установленным в Т</w:t>
            </w:r>
            <w:r w:rsidRPr="00BC73FF">
              <w:t>ехническом задании со знаком*</w:t>
            </w:r>
          </w:p>
        </w:tc>
      </w:tr>
    </w:tbl>
    <w:p w14:paraId="53BFD29A" w14:textId="77777777" w:rsidR="00E9188C" w:rsidRDefault="00E9188C" w:rsidP="009D007A">
      <w:pPr>
        <w:pStyle w:val="ConsPlusNormal"/>
        <w:ind w:firstLine="709"/>
        <w:jc w:val="both"/>
        <w:rPr>
          <w:rFonts w:ascii="Times New Roman" w:hAnsi="Times New Roman" w:cs="Times New Roman"/>
          <w:b/>
          <w:sz w:val="24"/>
          <w:szCs w:val="24"/>
        </w:rPr>
      </w:pPr>
    </w:p>
    <w:p w14:paraId="00FF4161" w14:textId="77777777" w:rsidR="006812CB" w:rsidRDefault="006812CB" w:rsidP="009D007A">
      <w:pPr>
        <w:pStyle w:val="ConsPlusNormal"/>
        <w:ind w:firstLine="709"/>
        <w:jc w:val="both"/>
        <w:rPr>
          <w:rFonts w:ascii="Times New Roman" w:hAnsi="Times New Roman" w:cs="Times New Roman"/>
          <w:sz w:val="24"/>
          <w:szCs w:val="24"/>
        </w:rPr>
      </w:pPr>
      <w:r>
        <w:rPr>
          <w:rFonts w:ascii="Times New Roman" w:hAnsi="Times New Roman" w:cs="Times New Roman"/>
          <w:b/>
          <w:sz w:val="24"/>
          <w:szCs w:val="24"/>
        </w:rPr>
        <w:t xml:space="preserve">3.3.10. </w:t>
      </w:r>
      <w:r w:rsidRPr="00BF5807">
        <w:rPr>
          <w:rFonts w:ascii="Times New Roman" w:hAnsi="Times New Roman" w:cs="Times New Roman"/>
          <w:b/>
          <w:sz w:val="24"/>
          <w:szCs w:val="24"/>
        </w:rPr>
        <w:t xml:space="preserve">Требования к характеристикам каждой единицы </w:t>
      </w:r>
      <w:r w:rsidR="003E1318">
        <w:rPr>
          <w:rFonts w:ascii="Times New Roman" w:hAnsi="Times New Roman" w:cs="Times New Roman"/>
          <w:b/>
          <w:sz w:val="24"/>
          <w:szCs w:val="24"/>
        </w:rPr>
        <w:t>Сервера</w:t>
      </w:r>
      <w:r w:rsidRPr="00335293">
        <w:rPr>
          <w:rFonts w:ascii="Times New Roman" w:hAnsi="Times New Roman" w:cs="Times New Roman"/>
          <w:b/>
          <w:sz w:val="24"/>
          <w:szCs w:val="24"/>
        </w:rPr>
        <w:t xml:space="preserve"> </w:t>
      </w:r>
      <w:r w:rsidR="003E1318">
        <w:rPr>
          <w:rFonts w:ascii="Times New Roman" w:hAnsi="Times New Roman" w:cs="Times New Roman"/>
          <w:b/>
          <w:sz w:val="24"/>
          <w:szCs w:val="24"/>
        </w:rPr>
        <w:t>тип 8</w:t>
      </w:r>
    </w:p>
    <w:p w14:paraId="3992B0B2" w14:textId="53572D0B" w:rsidR="009D007A" w:rsidRDefault="009D007A" w:rsidP="00B341C5">
      <w:pPr>
        <w:pStyle w:val="ConsPlusNormal"/>
        <w:ind w:firstLine="0"/>
        <w:jc w:val="both"/>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954"/>
        <w:gridCol w:w="2835"/>
      </w:tblGrid>
      <w:tr w:rsidR="009D007A" w:rsidRPr="006F3DBE" w14:paraId="448DF582" w14:textId="77777777" w:rsidTr="00ED1D20">
        <w:tc>
          <w:tcPr>
            <w:tcW w:w="567" w:type="dxa"/>
            <w:vAlign w:val="center"/>
          </w:tcPr>
          <w:p w14:paraId="4B917FF2" w14:textId="77777777" w:rsidR="009D007A" w:rsidRPr="006F3DBE" w:rsidRDefault="009D007A" w:rsidP="00250DDD">
            <w:pPr>
              <w:pStyle w:val="a8"/>
              <w:rPr>
                <w:rFonts w:cs="Times New Roman"/>
                <w:b w:val="0"/>
              </w:rPr>
            </w:pPr>
            <w:r w:rsidRPr="006F3DBE">
              <w:rPr>
                <w:rFonts w:cs="Times New Roman"/>
              </w:rPr>
              <w:t>№ п/п</w:t>
            </w:r>
          </w:p>
        </w:tc>
        <w:tc>
          <w:tcPr>
            <w:tcW w:w="5954" w:type="dxa"/>
            <w:vAlign w:val="center"/>
          </w:tcPr>
          <w:p w14:paraId="27E6343E" w14:textId="77777777" w:rsidR="009D007A" w:rsidRPr="006F3DBE" w:rsidRDefault="009D007A" w:rsidP="00250DDD">
            <w:pPr>
              <w:pStyle w:val="a8"/>
              <w:rPr>
                <w:rFonts w:cs="Times New Roman"/>
                <w:b w:val="0"/>
              </w:rPr>
            </w:pPr>
            <w:r w:rsidRPr="006F3DBE">
              <w:rPr>
                <w:rFonts w:cs="Times New Roman"/>
              </w:rPr>
              <w:t>Характеристики Товара в соответствии с параметрами эквивалентности, установленными в Техническом задании</w:t>
            </w:r>
          </w:p>
        </w:tc>
        <w:tc>
          <w:tcPr>
            <w:tcW w:w="2835" w:type="dxa"/>
            <w:vAlign w:val="center"/>
          </w:tcPr>
          <w:p w14:paraId="456EF362" w14:textId="77777777" w:rsidR="009D007A" w:rsidRPr="006F3DBE" w:rsidRDefault="009D007A" w:rsidP="00250DDD">
            <w:pPr>
              <w:pStyle w:val="a8"/>
              <w:rPr>
                <w:rFonts w:cs="Times New Roman"/>
              </w:rPr>
            </w:pPr>
            <w:r w:rsidRPr="006F3DBE">
              <w:rPr>
                <w:rFonts w:cs="Times New Roman"/>
              </w:rPr>
              <w:t xml:space="preserve">Значение характеристики Товара в соответствии с </w:t>
            </w:r>
          </w:p>
          <w:p w14:paraId="4C7BCDAB" w14:textId="77777777" w:rsidR="009D007A" w:rsidRPr="006F3DBE" w:rsidRDefault="009D007A" w:rsidP="00250DDD">
            <w:pPr>
              <w:pStyle w:val="a8"/>
              <w:rPr>
                <w:rFonts w:cs="Times New Roman"/>
                <w:b w:val="0"/>
              </w:rPr>
            </w:pPr>
            <w:r w:rsidRPr="006F3DBE">
              <w:rPr>
                <w:rFonts w:cs="Times New Roman"/>
              </w:rPr>
              <w:t>значениями параметров эквивалентности Товара*</w:t>
            </w:r>
          </w:p>
        </w:tc>
      </w:tr>
      <w:tr w:rsidR="009D007A" w:rsidRPr="006F3DBE" w14:paraId="2E8BFE4E" w14:textId="77777777" w:rsidTr="00ED1D20">
        <w:trPr>
          <w:tblHeader/>
        </w:trPr>
        <w:tc>
          <w:tcPr>
            <w:tcW w:w="9356" w:type="dxa"/>
            <w:gridSpan w:val="3"/>
            <w:vAlign w:val="center"/>
          </w:tcPr>
          <w:p w14:paraId="151054A5" w14:textId="77777777" w:rsidR="009D007A" w:rsidRPr="006F3DBE" w:rsidRDefault="009D007A" w:rsidP="00250DDD">
            <w:pPr>
              <w:pStyle w:val="a8"/>
              <w:jc w:val="left"/>
              <w:rPr>
                <w:rFonts w:cs="Times New Roman"/>
              </w:rPr>
            </w:pPr>
            <w:r w:rsidRPr="006F3DBE">
              <w:rPr>
                <w:rFonts w:cs="Times New Roman"/>
                <w:color w:val="000000"/>
              </w:rPr>
              <w:t xml:space="preserve">Сервер тип 8 </w:t>
            </w:r>
            <w:r w:rsidRPr="006F3DBE">
              <w:rPr>
                <w:rFonts w:cs="Times New Roman"/>
              </w:rPr>
              <w:t>со следующими характеристиками:</w:t>
            </w:r>
          </w:p>
        </w:tc>
      </w:tr>
      <w:tr w:rsidR="009D007A" w:rsidRPr="006F3DBE" w14:paraId="4DA72785" w14:textId="77777777" w:rsidTr="00ED1D20">
        <w:tc>
          <w:tcPr>
            <w:tcW w:w="567" w:type="dxa"/>
            <w:vAlign w:val="center"/>
          </w:tcPr>
          <w:p w14:paraId="4BA7D14C" w14:textId="77777777" w:rsidR="009D007A" w:rsidRPr="006F3DBE" w:rsidRDefault="009D007A" w:rsidP="00D112E2">
            <w:pPr>
              <w:pStyle w:val="a1"/>
              <w:numPr>
                <w:ilvl w:val="0"/>
                <w:numId w:val="0"/>
              </w:numPr>
              <w:rPr>
                <w:rFonts w:cs="Times New Roman"/>
                <w:lang w:val="ru-RU"/>
              </w:rPr>
            </w:pPr>
            <w:r w:rsidRPr="006F3DBE">
              <w:rPr>
                <w:rFonts w:cs="Times New Roman"/>
                <w:lang w:val="ru-RU"/>
              </w:rPr>
              <w:t>1</w:t>
            </w:r>
          </w:p>
        </w:tc>
        <w:tc>
          <w:tcPr>
            <w:tcW w:w="5954" w:type="dxa"/>
            <w:vAlign w:val="center"/>
          </w:tcPr>
          <w:p w14:paraId="00153E15" w14:textId="77777777" w:rsidR="009D007A" w:rsidRPr="006F3DBE" w:rsidRDefault="009D007A" w:rsidP="00250DDD">
            <w:pPr>
              <w:pStyle w:val="aa"/>
              <w:rPr>
                <w:rFonts w:cs="Times New Roman"/>
              </w:rPr>
            </w:pPr>
            <w:r w:rsidRPr="006F3DBE">
              <w:rPr>
                <w:rFonts w:eastAsiaTheme="minorEastAsia" w:cs="Times New Roman"/>
              </w:rPr>
              <w:t>Двухпроцессорный сервер стандартной архитектуры x86</w:t>
            </w:r>
          </w:p>
        </w:tc>
        <w:tc>
          <w:tcPr>
            <w:tcW w:w="2835" w:type="dxa"/>
            <w:vAlign w:val="center"/>
          </w:tcPr>
          <w:p w14:paraId="49FB6D91" w14:textId="77777777" w:rsidR="009D007A" w:rsidRPr="006F3DBE" w:rsidRDefault="009D007A" w:rsidP="00DC34CE">
            <w:pPr>
              <w:pStyle w:val="aa"/>
              <w:jc w:val="center"/>
              <w:rPr>
                <w:rFonts w:cs="Times New Roman"/>
              </w:rPr>
            </w:pPr>
            <w:r w:rsidRPr="006F3DBE">
              <w:rPr>
                <w:rFonts w:cs="Times New Roman"/>
              </w:rPr>
              <w:t>Соответствует</w:t>
            </w:r>
          </w:p>
        </w:tc>
      </w:tr>
      <w:tr w:rsidR="009D007A" w:rsidRPr="006F3DBE" w14:paraId="619E4AD8" w14:textId="77777777" w:rsidTr="00ED1D20">
        <w:tc>
          <w:tcPr>
            <w:tcW w:w="567" w:type="dxa"/>
            <w:vAlign w:val="center"/>
          </w:tcPr>
          <w:p w14:paraId="20A40A9C" w14:textId="77777777" w:rsidR="009D007A" w:rsidRPr="006F3DBE" w:rsidRDefault="009D007A" w:rsidP="00D112E2">
            <w:pPr>
              <w:pStyle w:val="a1"/>
              <w:numPr>
                <w:ilvl w:val="0"/>
                <w:numId w:val="0"/>
              </w:numPr>
              <w:rPr>
                <w:rFonts w:cs="Times New Roman"/>
                <w:lang w:val="ru-RU"/>
              </w:rPr>
            </w:pPr>
            <w:r w:rsidRPr="006F3DBE">
              <w:rPr>
                <w:rFonts w:cs="Times New Roman"/>
                <w:lang w:val="ru-RU"/>
              </w:rPr>
              <w:t>2</w:t>
            </w:r>
          </w:p>
        </w:tc>
        <w:tc>
          <w:tcPr>
            <w:tcW w:w="5954" w:type="dxa"/>
          </w:tcPr>
          <w:p w14:paraId="5037CEB9" w14:textId="77777777" w:rsidR="009D007A" w:rsidRPr="006F3DBE" w:rsidRDefault="009D007A" w:rsidP="00250DDD">
            <w:pPr>
              <w:pStyle w:val="aa"/>
              <w:rPr>
                <w:rFonts w:cs="Times New Roman"/>
              </w:rPr>
            </w:pPr>
            <w:r w:rsidRPr="006F3DBE">
              <w:rPr>
                <w:rFonts w:eastAsiaTheme="minorEastAsia" w:cs="Times New Roman"/>
              </w:rPr>
              <w:t>Форм-фактор, юнитов:</w:t>
            </w:r>
          </w:p>
        </w:tc>
        <w:tc>
          <w:tcPr>
            <w:tcW w:w="2835" w:type="dxa"/>
            <w:vAlign w:val="center"/>
          </w:tcPr>
          <w:p w14:paraId="08027710" w14:textId="02371F2D" w:rsidR="009D007A" w:rsidRPr="006F3DBE" w:rsidRDefault="00C43C1B" w:rsidP="00E716C5">
            <w:pPr>
              <w:pStyle w:val="aa"/>
              <w:jc w:val="center"/>
              <w:rPr>
                <w:rFonts w:cs="Times New Roman"/>
              </w:rPr>
            </w:pPr>
            <w:r>
              <w:t>__________</w:t>
            </w:r>
            <w:r w:rsidR="009D007A" w:rsidRPr="006F3DBE">
              <w:rPr>
                <w:rFonts w:eastAsiaTheme="minorEastAsia" w:cs="Times New Roman"/>
              </w:rPr>
              <w:t>*</w:t>
            </w:r>
          </w:p>
        </w:tc>
      </w:tr>
      <w:tr w:rsidR="009D007A" w:rsidRPr="006F3DBE" w14:paraId="6196E4C4" w14:textId="77777777" w:rsidTr="00ED1D20">
        <w:tc>
          <w:tcPr>
            <w:tcW w:w="567" w:type="dxa"/>
            <w:vAlign w:val="center"/>
          </w:tcPr>
          <w:p w14:paraId="10AA3CDA" w14:textId="77777777" w:rsidR="009D007A" w:rsidRPr="006F3DBE" w:rsidRDefault="009D007A" w:rsidP="00D112E2">
            <w:pPr>
              <w:pStyle w:val="a1"/>
              <w:numPr>
                <w:ilvl w:val="0"/>
                <w:numId w:val="0"/>
              </w:numPr>
              <w:rPr>
                <w:rFonts w:cs="Times New Roman"/>
                <w:lang w:val="ru-RU"/>
              </w:rPr>
            </w:pPr>
            <w:r w:rsidRPr="006F3DBE">
              <w:rPr>
                <w:rFonts w:cs="Times New Roman"/>
                <w:lang w:val="ru-RU"/>
              </w:rPr>
              <w:t>3</w:t>
            </w:r>
          </w:p>
        </w:tc>
        <w:tc>
          <w:tcPr>
            <w:tcW w:w="5954" w:type="dxa"/>
          </w:tcPr>
          <w:p w14:paraId="6DED3EC0" w14:textId="77777777" w:rsidR="009D007A" w:rsidRPr="006F3DBE" w:rsidRDefault="009D007A" w:rsidP="00250DDD">
            <w:pPr>
              <w:pStyle w:val="aa"/>
              <w:rPr>
                <w:rFonts w:cs="Times New Roman"/>
              </w:rPr>
            </w:pPr>
            <w:r w:rsidRPr="006F3DBE">
              <w:rPr>
                <w:rFonts w:eastAsiaTheme="minorEastAsia" w:cs="Times New Roman"/>
              </w:rPr>
              <w:t>2 процессора</w:t>
            </w:r>
          </w:p>
        </w:tc>
        <w:tc>
          <w:tcPr>
            <w:tcW w:w="2835" w:type="dxa"/>
            <w:vAlign w:val="center"/>
          </w:tcPr>
          <w:p w14:paraId="418D377F" w14:textId="77777777" w:rsidR="009D007A" w:rsidRPr="006F3DBE" w:rsidRDefault="009D007A" w:rsidP="00DC34CE">
            <w:pPr>
              <w:pStyle w:val="aa"/>
              <w:jc w:val="center"/>
              <w:rPr>
                <w:rFonts w:cs="Times New Roman"/>
              </w:rPr>
            </w:pPr>
            <w:r w:rsidRPr="006F3DBE">
              <w:rPr>
                <w:rFonts w:cs="Times New Roman"/>
              </w:rPr>
              <w:t>Соответствует</w:t>
            </w:r>
          </w:p>
        </w:tc>
      </w:tr>
      <w:tr w:rsidR="009D007A" w:rsidRPr="006F3DBE" w14:paraId="3D01AB0C" w14:textId="77777777" w:rsidTr="00ED1D20">
        <w:tc>
          <w:tcPr>
            <w:tcW w:w="567" w:type="dxa"/>
            <w:vAlign w:val="center"/>
          </w:tcPr>
          <w:p w14:paraId="74D3270A" w14:textId="77777777" w:rsidR="009D007A" w:rsidRPr="006F3DBE" w:rsidRDefault="009D007A" w:rsidP="00D112E2">
            <w:pPr>
              <w:pStyle w:val="a1"/>
              <w:numPr>
                <w:ilvl w:val="0"/>
                <w:numId w:val="0"/>
              </w:numPr>
              <w:rPr>
                <w:rFonts w:cs="Times New Roman"/>
                <w:lang w:val="ru-RU"/>
              </w:rPr>
            </w:pPr>
            <w:r w:rsidRPr="006F3DBE">
              <w:rPr>
                <w:rFonts w:cs="Times New Roman"/>
                <w:lang w:val="ru-RU"/>
              </w:rPr>
              <w:t>4</w:t>
            </w:r>
          </w:p>
        </w:tc>
        <w:tc>
          <w:tcPr>
            <w:tcW w:w="5954" w:type="dxa"/>
          </w:tcPr>
          <w:p w14:paraId="638DA3CA" w14:textId="77777777" w:rsidR="009D007A" w:rsidRPr="006F3DBE" w:rsidRDefault="009D007A" w:rsidP="00250DDD">
            <w:pPr>
              <w:tabs>
                <w:tab w:val="left" w:pos="250"/>
              </w:tabs>
              <w:spacing w:after="0" w:line="240" w:lineRule="auto"/>
              <w:contextualSpacing/>
              <w:jc w:val="both"/>
              <w:rPr>
                <w:rFonts w:ascii="Times New Roman" w:hAnsi="Times New Roman"/>
                <w:highlight w:val="yellow"/>
              </w:rPr>
            </w:pPr>
            <w:r w:rsidRPr="006F3DBE">
              <w:rPr>
                <w:rFonts w:ascii="Times New Roman" w:eastAsiaTheme="minorEastAsia" w:hAnsi="Times New Roman"/>
              </w:rPr>
              <w:t>Каждый процессор, количество ядер:</w:t>
            </w:r>
          </w:p>
        </w:tc>
        <w:tc>
          <w:tcPr>
            <w:tcW w:w="2835" w:type="dxa"/>
            <w:vAlign w:val="center"/>
          </w:tcPr>
          <w:p w14:paraId="4BD171A5" w14:textId="132ABB4B" w:rsidR="009D007A" w:rsidRPr="006F3DBE" w:rsidRDefault="00C43C1B" w:rsidP="00DC34CE">
            <w:pPr>
              <w:pStyle w:val="aa"/>
              <w:jc w:val="center"/>
              <w:rPr>
                <w:rFonts w:cs="Times New Roman"/>
                <w:highlight w:val="yellow"/>
              </w:rPr>
            </w:pPr>
            <w:r>
              <w:t>__________</w:t>
            </w:r>
            <w:r w:rsidR="009D007A" w:rsidRPr="006F3DBE">
              <w:rPr>
                <w:rFonts w:cs="Times New Roman"/>
              </w:rPr>
              <w:t>*</w:t>
            </w:r>
          </w:p>
        </w:tc>
      </w:tr>
      <w:tr w:rsidR="009D007A" w:rsidRPr="006F3DBE" w14:paraId="5F6C4B88" w14:textId="77777777" w:rsidTr="00ED1D20">
        <w:tc>
          <w:tcPr>
            <w:tcW w:w="567" w:type="dxa"/>
            <w:vAlign w:val="center"/>
          </w:tcPr>
          <w:p w14:paraId="040BB89D" w14:textId="77777777" w:rsidR="009D007A" w:rsidRPr="006F3DBE" w:rsidRDefault="009D007A" w:rsidP="00D112E2">
            <w:pPr>
              <w:pStyle w:val="a1"/>
              <w:numPr>
                <w:ilvl w:val="0"/>
                <w:numId w:val="0"/>
              </w:numPr>
              <w:rPr>
                <w:rFonts w:cs="Times New Roman"/>
                <w:lang w:val="ru-RU"/>
              </w:rPr>
            </w:pPr>
            <w:r w:rsidRPr="006F3DBE">
              <w:rPr>
                <w:rFonts w:cs="Times New Roman"/>
                <w:lang w:val="ru-RU"/>
              </w:rPr>
              <w:t>5</w:t>
            </w:r>
          </w:p>
        </w:tc>
        <w:tc>
          <w:tcPr>
            <w:tcW w:w="5954" w:type="dxa"/>
            <w:vAlign w:val="center"/>
          </w:tcPr>
          <w:p w14:paraId="50B61CED" w14:textId="77777777" w:rsidR="009D007A" w:rsidRPr="006F3DBE" w:rsidRDefault="009D007A" w:rsidP="00250DDD">
            <w:pPr>
              <w:tabs>
                <w:tab w:val="left" w:pos="250"/>
              </w:tabs>
              <w:spacing w:after="0" w:line="240" w:lineRule="auto"/>
              <w:contextualSpacing/>
              <w:jc w:val="both"/>
              <w:rPr>
                <w:rFonts w:ascii="Times New Roman" w:eastAsiaTheme="minorEastAsia" w:hAnsi="Times New Roman"/>
              </w:rPr>
            </w:pPr>
            <w:r w:rsidRPr="006F3DBE">
              <w:rPr>
                <w:rFonts w:ascii="Times New Roman" w:eastAsiaTheme="minorEastAsia" w:hAnsi="Times New Roman"/>
              </w:rPr>
              <w:t>Каждый процессор, количество потоков:</w:t>
            </w:r>
          </w:p>
        </w:tc>
        <w:tc>
          <w:tcPr>
            <w:tcW w:w="2835" w:type="dxa"/>
            <w:vAlign w:val="center"/>
          </w:tcPr>
          <w:p w14:paraId="75808B48" w14:textId="411D1BEE" w:rsidR="009D007A" w:rsidRPr="006F3DBE" w:rsidRDefault="00C43C1B" w:rsidP="00DC34CE">
            <w:pPr>
              <w:pStyle w:val="aa"/>
              <w:jc w:val="center"/>
              <w:rPr>
                <w:rFonts w:cs="Times New Roman"/>
              </w:rPr>
            </w:pPr>
            <w:r>
              <w:t>__________</w:t>
            </w:r>
            <w:r w:rsidR="009D007A" w:rsidRPr="006F3DBE">
              <w:rPr>
                <w:rFonts w:cs="Times New Roman"/>
              </w:rPr>
              <w:t>*</w:t>
            </w:r>
          </w:p>
        </w:tc>
      </w:tr>
      <w:tr w:rsidR="009D007A" w:rsidRPr="006F3DBE" w14:paraId="52F89C82" w14:textId="77777777" w:rsidTr="00ED1D20">
        <w:tc>
          <w:tcPr>
            <w:tcW w:w="567" w:type="dxa"/>
            <w:vAlign w:val="center"/>
          </w:tcPr>
          <w:p w14:paraId="589A7C58" w14:textId="77777777" w:rsidR="009D007A" w:rsidRPr="006F3DBE" w:rsidRDefault="009D007A" w:rsidP="00D112E2">
            <w:pPr>
              <w:pStyle w:val="a1"/>
              <w:numPr>
                <w:ilvl w:val="0"/>
                <w:numId w:val="0"/>
              </w:numPr>
              <w:rPr>
                <w:rFonts w:cs="Times New Roman"/>
                <w:lang w:val="ru-RU"/>
              </w:rPr>
            </w:pPr>
            <w:r w:rsidRPr="006F3DBE">
              <w:rPr>
                <w:rFonts w:cs="Times New Roman"/>
                <w:lang w:val="ru-RU"/>
              </w:rPr>
              <w:t>6</w:t>
            </w:r>
          </w:p>
        </w:tc>
        <w:tc>
          <w:tcPr>
            <w:tcW w:w="5954" w:type="dxa"/>
            <w:vAlign w:val="center"/>
          </w:tcPr>
          <w:p w14:paraId="39A110F0" w14:textId="77777777" w:rsidR="009D007A" w:rsidRPr="006F3DBE" w:rsidRDefault="009D007A" w:rsidP="00250DDD">
            <w:pPr>
              <w:tabs>
                <w:tab w:val="left" w:pos="250"/>
              </w:tabs>
              <w:spacing w:after="0" w:line="240" w:lineRule="auto"/>
              <w:contextualSpacing/>
              <w:jc w:val="both"/>
              <w:rPr>
                <w:rFonts w:ascii="Times New Roman" w:eastAsiaTheme="minorEastAsia" w:hAnsi="Times New Roman"/>
              </w:rPr>
            </w:pPr>
            <w:r w:rsidRPr="006F3DBE">
              <w:rPr>
                <w:rFonts w:ascii="Times New Roman" w:eastAsiaTheme="minorEastAsia" w:hAnsi="Times New Roman"/>
              </w:rPr>
              <w:t>Каждый процессор, частота ГГц:</w:t>
            </w:r>
          </w:p>
        </w:tc>
        <w:tc>
          <w:tcPr>
            <w:tcW w:w="2835" w:type="dxa"/>
            <w:vAlign w:val="center"/>
          </w:tcPr>
          <w:p w14:paraId="7313A046" w14:textId="0F205458" w:rsidR="009D007A" w:rsidRPr="006F3DBE" w:rsidRDefault="00C43C1B" w:rsidP="00DC34CE">
            <w:pPr>
              <w:pStyle w:val="aa"/>
              <w:jc w:val="center"/>
              <w:rPr>
                <w:rFonts w:cs="Times New Roman"/>
              </w:rPr>
            </w:pPr>
            <w:r>
              <w:t>__________</w:t>
            </w:r>
            <w:r w:rsidR="009D007A" w:rsidRPr="006F3DBE">
              <w:rPr>
                <w:rFonts w:cs="Times New Roman"/>
              </w:rPr>
              <w:t>*</w:t>
            </w:r>
          </w:p>
        </w:tc>
      </w:tr>
      <w:tr w:rsidR="009D007A" w:rsidRPr="006F3DBE" w14:paraId="368C8F6C" w14:textId="77777777" w:rsidTr="00ED1D20">
        <w:tc>
          <w:tcPr>
            <w:tcW w:w="567" w:type="dxa"/>
            <w:vAlign w:val="center"/>
          </w:tcPr>
          <w:p w14:paraId="26990377" w14:textId="77777777" w:rsidR="009D007A" w:rsidRPr="006F3DBE" w:rsidRDefault="009D007A" w:rsidP="00D112E2">
            <w:pPr>
              <w:pStyle w:val="a1"/>
              <w:numPr>
                <w:ilvl w:val="0"/>
                <w:numId w:val="0"/>
              </w:numPr>
              <w:rPr>
                <w:rFonts w:cs="Times New Roman"/>
                <w:lang w:val="ru-RU"/>
              </w:rPr>
            </w:pPr>
            <w:r w:rsidRPr="006F3DBE">
              <w:rPr>
                <w:rFonts w:cs="Times New Roman"/>
                <w:lang w:val="ru-RU"/>
              </w:rPr>
              <w:t>7</w:t>
            </w:r>
          </w:p>
        </w:tc>
        <w:tc>
          <w:tcPr>
            <w:tcW w:w="5954" w:type="dxa"/>
            <w:vAlign w:val="center"/>
          </w:tcPr>
          <w:p w14:paraId="5726B6B5" w14:textId="305A5BD4" w:rsidR="009D007A" w:rsidRPr="006F3DBE" w:rsidRDefault="009D007A" w:rsidP="009F11AF">
            <w:pPr>
              <w:tabs>
                <w:tab w:val="left" w:pos="250"/>
              </w:tabs>
              <w:spacing w:after="0" w:line="240" w:lineRule="auto"/>
              <w:contextualSpacing/>
              <w:jc w:val="both"/>
              <w:rPr>
                <w:rFonts w:ascii="Times New Roman" w:eastAsiaTheme="minorEastAsia" w:hAnsi="Times New Roman"/>
              </w:rPr>
            </w:pPr>
            <w:r w:rsidRPr="006F3DBE">
              <w:rPr>
                <w:rFonts w:ascii="Times New Roman" w:eastAsiaTheme="minorEastAsia" w:hAnsi="Times New Roman"/>
              </w:rPr>
              <w:t>Объём установленной оперативной памяти, ГБ:</w:t>
            </w:r>
          </w:p>
        </w:tc>
        <w:tc>
          <w:tcPr>
            <w:tcW w:w="2835" w:type="dxa"/>
            <w:vAlign w:val="center"/>
          </w:tcPr>
          <w:p w14:paraId="033C2CBA" w14:textId="5CF7A8BF" w:rsidR="009D007A" w:rsidRPr="006F3DBE" w:rsidRDefault="00C43C1B" w:rsidP="00DC34CE">
            <w:pPr>
              <w:pStyle w:val="aa"/>
              <w:jc w:val="center"/>
              <w:rPr>
                <w:rFonts w:cs="Times New Roman"/>
                <w:highlight w:val="yellow"/>
              </w:rPr>
            </w:pPr>
            <w:r>
              <w:t>__________</w:t>
            </w:r>
            <w:r w:rsidR="009D007A" w:rsidRPr="006F3DBE">
              <w:rPr>
                <w:rFonts w:eastAsiaTheme="minorEastAsia" w:cs="Times New Roman"/>
              </w:rPr>
              <w:t>*</w:t>
            </w:r>
          </w:p>
        </w:tc>
      </w:tr>
      <w:tr w:rsidR="009D007A" w:rsidRPr="006F3DBE" w14:paraId="1DB81CC7" w14:textId="77777777" w:rsidTr="00ED1D20">
        <w:tc>
          <w:tcPr>
            <w:tcW w:w="567" w:type="dxa"/>
            <w:vAlign w:val="center"/>
          </w:tcPr>
          <w:p w14:paraId="4966F063" w14:textId="77777777" w:rsidR="009D007A" w:rsidRPr="006F3DBE" w:rsidRDefault="009D007A" w:rsidP="00D112E2">
            <w:pPr>
              <w:pStyle w:val="a1"/>
              <w:numPr>
                <w:ilvl w:val="0"/>
                <w:numId w:val="0"/>
              </w:numPr>
              <w:rPr>
                <w:rFonts w:cs="Times New Roman"/>
                <w:lang w:val="ru-RU"/>
              </w:rPr>
            </w:pPr>
            <w:r w:rsidRPr="006F3DBE">
              <w:rPr>
                <w:rFonts w:cs="Times New Roman"/>
                <w:lang w:val="ru-RU"/>
              </w:rPr>
              <w:t>8</w:t>
            </w:r>
          </w:p>
        </w:tc>
        <w:tc>
          <w:tcPr>
            <w:tcW w:w="5954" w:type="dxa"/>
            <w:vAlign w:val="center"/>
          </w:tcPr>
          <w:p w14:paraId="0D20E1C1" w14:textId="77777777" w:rsidR="009D007A" w:rsidRPr="006F3DBE" w:rsidRDefault="009D007A" w:rsidP="00250DDD">
            <w:pPr>
              <w:pStyle w:val="aa"/>
              <w:rPr>
                <w:rFonts w:cs="Times New Roman"/>
                <w:highlight w:val="yellow"/>
              </w:rPr>
            </w:pPr>
            <w:r w:rsidRPr="006F3DBE">
              <w:rPr>
                <w:rFonts w:eastAsiaTheme="minorEastAsia" w:cs="Times New Roman"/>
              </w:rPr>
              <w:t>Накопители NVMe, шт.:</w:t>
            </w:r>
          </w:p>
        </w:tc>
        <w:tc>
          <w:tcPr>
            <w:tcW w:w="2835" w:type="dxa"/>
            <w:vAlign w:val="center"/>
          </w:tcPr>
          <w:p w14:paraId="41817025" w14:textId="77922D45" w:rsidR="009D007A" w:rsidRPr="006F3DBE" w:rsidRDefault="00C43C1B" w:rsidP="00DC34CE">
            <w:pPr>
              <w:pStyle w:val="aa"/>
              <w:jc w:val="center"/>
              <w:rPr>
                <w:rFonts w:cs="Times New Roman"/>
                <w:highlight w:val="yellow"/>
              </w:rPr>
            </w:pPr>
            <w:r>
              <w:t>__________</w:t>
            </w:r>
            <w:r w:rsidR="009D007A" w:rsidRPr="006F3DBE">
              <w:rPr>
                <w:rFonts w:eastAsiaTheme="minorEastAsia" w:cs="Times New Roman"/>
              </w:rPr>
              <w:t>*</w:t>
            </w:r>
          </w:p>
        </w:tc>
      </w:tr>
      <w:tr w:rsidR="009D007A" w:rsidRPr="006F3DBE" w14:paraId="1801C762" w14:textId="77777777" w:rsidTr="00ED1D20">
        <w:tc>
          <w:tcPr>
            <w:tcW w:w="567" w:type="dxa"/>
            <w:vAlign w:val="center"/>
          </w:tcPr>
          <w:p w14:paraId="3B34AFE5" w14:textId="77777777" w:rsidR="009D007A" w:rsidRPr="006F3DBE" w:rsidRDefault="009D007A" w:rsidP="00D112E2">
            <w:pPr>
              <w:pStyle w:val="a1"/>
              <w:numPr>
                <w:ilvl w:val="0"/>
                <w:numId w:val="0"/>
              </w:numPr>
              <w:rPr>
                <w:rFonts w:cs="Times New Roman"/>
                <w:lang w:val="ru-RU"/>
              </w:rPr>
            </w:pPr>
            <w:r w:rsidRPr="006F3DBE">
              <w:rPr>
                <w:rFonts w:cs="Times New Roman"/>
                <w:lang w:val="ru-RU"/>
              </w:rPr>
              <w:t>9</w:t>
            </w:r>
          </w:p>
        </w:tc>
        <w:tc>
          <w:tcPr>
            <w:tcW w:w="5954" w:type="dxa"/>
            <w:vAlign w:val="center"/>
          </w:tcPr>
          <w:p w14:paraId="6F4CC778" w14:textId="77777777" w:rsidR="009D007A" w:rsidRPr="006F3DBE" w:rsidRDefault="009D007A" w:rsidP="00250DDD">
            <w:pPr>
              <w:pStyle w:val="aa"/>
              <w:rPr>
                <w:rFonts w:eastAsiaTheme="minorEastAsia" w:cs="Times New Roman"/>
              </w:rPr>
            </w:pPr>
            <w:r w:rsidRPr="006F3DBE">
              <w:rPr>
                <w:rFonts w:eastAsiaTheme="minorEastAsia" w:cs="Times New Roman"/>
              </w:rPr>
              <w:t>Объём каждого из накопителей NVMe, Тб:</w:t>
            </w:r>
          </w:p>
        </w:tc>
        <w:tc>
          <w:tcPr>
            <w:tcW w:w="2835" w:type="dxa"/>
            <w:vAlign w:val="center"/>
          </w:tcPr>
          <w:p w14:paraId="6F8D3A48" w14:textId="16262629" w:rsidR="009D007A" w:rsidRPr="006F3DBE" w:rsidRDefault="00C43C1B" w:rsidP="00DC34CE">
            <w:pPr>
              <w:pStyle w:val="aa"/>
              <w:jc w:val="center"/>
              <w:rPr>
                <w:rFonts w:cs="Times New Roman"/>
                <w:highlight w:val="yellow"/>
              </w:rPr>
            </w:pPr>
            <w:r>
              <w:t>__________</w:t>
            </w:r>
            <w:r w:rsidR="009D007A" w:rsidRPr="006F3DBE">
              <w:rPr>
                <w:rFonts w:eastAsiaTheme="minorEastAsia" w:cs="Times New Roman"/>
              </w:rPr>
              <w:t>*</w:t>
            </w:r>
          </w:p>
        </w:tc>
      </w:tr>
      <w:tr w:rsidR="009D007A" w:rsidRPr="006F3DBE" w14:paraId="1662FAB2" w14:textId="77777777" w:rsidTr="00ED1D20">
        <w:tc>
          <w:tcPr>
            <w:tcW w:w="567" w:type="dxa"/>
            <w:vAlign w:val="center"/>
          </w:tcPr>
          <w:p w14:paraId="174AAB62" w14:textId="77777777" w:rsidR="009D007A" w:rsidRPr="006F3DBE" w:rsidRDefault="009D007A" w:rsidP="00D112E2">
            <w:pPr>
              <w:pStyle w:val="a1"/>
              <w:numPr>
                <w:ilvl w:val="0"/>
                <w:numId w:val="0"/>
              </w:numPr>
              <w:rPr>
                <w:rFonts w:cs="Times New Roman"/>
                <w:lang w:val="ru-RU"/>
              </w:rPr>
            </w:pPr>
            <w:r w:rsidRPr="006F3DBE">
              <w:rPr>
                <w:rFonts w:cs="Times New Roman"/>
                <w:lang w:val="ru-RU"/>
              </w:rPr>
              <w:t>10</w:t>
            </w:r>
          </w:p>
        </w:tc>
        <w:tc>
          <w:tcPr>
            <w:tcW w:w="5954" w:type="dxa"/>
            <w:vAlign w:val="center"/>
          </w:tcPr>
          <w:p w14:paraId="269D8B98" w14:textId="77777777" w:rsidR="009D007A" w:rsidRPr="006F3DBE" w:rsidRDefault="009D007A" w:rsidP="00250DDD">
            <w:pPr>
              <w:pStyle w:val="aa"/>
              <w:rPr>
                <w:rFonts w:cs="Times New Roman"/>
                <w:highlight w:val="yellow"/>
              </w:rPr>
            </w:pPr>
            <w:r w:rsidRPr="006F3DBE">
              <w:rPr>
                <w:rFonts w:eastAsiaTheme="minorEastAsia" w:cs="Times New Roman"/>
              </w:rPr>
              <w:t>Ресурс каждого из накопителей NVMe, DWPD (количество перезаписей всего объема накопителя в день в течении 5 лет):</w:t>
            </w:r>
          </w:p>
        </w:tc>
        <w:tc>
          <w:tcPr>
            <w:tcW w:w="2835" w:type="dxa"/>
            <w:vAlign w:val="center"/>
          </w:tcPr>
          <w:p w14:paraId="05011A84" w14:textId="5A34CA6A" w:rsidR="009D007A" w:rsidRPr="006F3DBE" w:rsidRDefault="00C43C1B" w:rsidP="00DC34CE">
            <w:pPr>
              <w:pStyle w:val="aa"/>
              <w:jc w:val="center"/>
              <w:rPr>
                <w:rFonts w:cs="Times New Roman"/>
                <w:highlight w:val="yellow"/>
              </w:rPr>
            </w:pPr>
            <w:r>
              <w:t>__________</w:t>
            </w:r>
            <w:r w:rsidR="009D007A" w:rsidRPr="006F3DBE">
              <w:rPr>
                <w:rFonts w:eastAsiaTheme="minorEastAsia" w:cs="Times New Roman"/>
              </w:rPr>
              <w:t>*</w:t>
            </w:r>
          </w:p>
        </w:tc>
      </w:tr>
      <w:tr w:rsidR="009D007A" w:rsidRPr="006F3DBE" w14:paraId="7E9A0FA1" w14:textId="77777777" w:rsidTr="00ED1D20">
        <w:tc>
          <w:tcPr>
            <w:tcW w:w="567" w:type="dxa"/>
            <w:vAlign w:val="center"/>
          </w:tcPr>
          <w:p w14:paraId="6E382FBD" w14:textId="77777777" w:rsidR="009D007A" w:rsidRPr="006F3DBE" w:rsidRDefault="009D007A" w:rsidP="00D112E2">
            <w:pPr>
              <w:pStyle w:val="a1"/>
              <w:numPr>
                <w:ilvl w:val="0"/>
                <w:numId w:val="0"/>
              </w:numPr>
              <w:rPr>
                <w:rFonts w:cs="Times New Roman"/>
                <w:lang w:val="ru-RU"/>
              </w:rPr>
            </w:pPr>
            <w:r w:rsidRPr="006F3DBE">
              <w:rPr>
                <w:rFonts w:cs="Times New Roman"/>
                <w:lang w:val="ru-RU"/>
              </w:rPr>
              <w:t>11</w:t>
            </w:r>
          </w:p>
        </w:tc>
        <w:tc>
          <w:tcPr>
            <w:tcW w:w="5954" w:type="dxa"/>
            <w:vAlign w:val="center"/>
          </w:tcPr>
          <w:p w14:paraId="7C8C64E3" w14:textId="30A6F4F6" w:rsidR="009D007A" w:rsidRPr="006F3DBE" w:rsidRDefault="009D007A" w:rsidP="00E716C5">
            <w:pPr>
              <w:pStyle w:val="aa"/>
              <w:rPr>
                <w:rFonts w:eastAsiaTheme="minorEastAsia" w:cs="Times New Roman"/>
              </w:rPr>
            </w:pPr>
            <w:r w:rsidRPr="006F3DBE">
              <w:rPr>
                <w:rFonts w:eastAsiaTheme="minorEastAsia" w:cs="Times New Roman"/>
              </w:rPr>
              <w:t>Установленные NVMe накопители должны иметь возможность объединения в RAID массив уровней 0, 1</w:t>
            </w:r>
          </w:p>
        </w:tc>
        <w:tc>
          <w:tcPr>
            <w:tcW w:w="2835" w:type="dxa"/>
            <w:vAlign w:val="center"/>
          </w:tcPr>
          <w:p w14:paraId="310742CA" w14:textId="77777777" w:rsidR="009D007A" w:rsidRPr="006F3DBE" w:rsidRDefault="009D007A" w:rsidP="00DC34CE">
            <w:pPr>
              <w:pStyle w:val="aa"/>
              <w:jc w:val="center"/>
              <w:rPr>
                <w:rFonts w:eastAsiaTheme="minorEastAsia" w:cs="Times New Roman"/>
              </w:rPr>
            </w:pPr>
            <w:r w:rsidRPr="006F3DBE">
              <w:rPr>
                <w:rFonts w:cs="Times New Roman"/>
              </w:rPr>
              <w:t>Соответствует</w:t>
            </w:r>
          </w:p>
        </w:tc>
      </w:tr>
      <w:tr w:rsidR="00F903F8" w:rsidRPr="006F3DBE" w14:paraId="3230C4F0" w14:textId="77777777" w:rsidTr="00ED1D20">
        <w:tc>
          <w:tcPr>
            <w:tcW w:w="567" w:type="dxa"/>
            <w:vAlign w:val="center"/>
          </w:tcPr>
          <w:p w14:paraId="11225663" w14:textId="22174BC7" w:rsidR="00F903F8" w:rsidRPr="006F3DBE" w:rsidRDefault="00F903F8" w:rsidP="00F903F8">
            <w:pPr>
              <w:pStyle w:val="a1"/>
              <w:numPr>
                <w:ilvl w:val="0"/>
                <w:numId w:val="0"/>
              </w:numPr>
              <w:rPr>
                <w:rFonts w:cs="Times New Roman"/>
                <w:lang w:val="ru-RU"/>
              </w:rPr>
            </w:pPr>
            <w:r w:rsidRPr="006F3DBE">
              <w:rPr>
                <w:rFonts w:cs="Times New Roman"/>
                <w:lang w:val="ru-RU"/>
              </w:rPr>
              <w:t>12</w:t>
            </w:r>
          </w:p>
        </w:tc>
        <w:tc>
          <w:tcPr>
            <w:tcW w:w="5954" w:type="dxa"/>
            <w:vAlign w:val="center"/>
          </w:tcPr>
          <w:p w14:paraId="6D58CABC" w14:textId="3A404DE6" w:rsidR="00F903F8" w:rsidRPr="00721365" w:rsidRDefault="00F903F8" w:rsidP="00F903F8">
            <w:pPr>
              <w:pStyle w:val="aa"/>
              <w:rPr>
                <w:rFonts w:eastAsiaTheme="minorEastAsia" w:cs="Times New Roman"/>
              </w:rPr>
            </w:pPr>
            <w:r>
              <w:rPr>
                <w:rFonts w:eastAsiaTheme="minorEastAsia" w:cs="Times New Roman"/>
              </w:rPr>
              <w:t xml:space="preserve">Количество графических ускорителей </w:t>
            </w:r>
            <w:r>
              <w:rPr>
                <w:rFonts w:eastAsiaTheme="minorEastAsia" w:cs="Times New Roman"/>
                <w:lang w:val="en-US"/>
              </w:rPr>
              <w:t>GPU</w:t>
            </w:r>
            <w:r w:rsidRPr="00494A9B">
              <w:rPr>
                <w:rFonts w:eastAsiaTheme="minorEastAsia" w:cs="Times New Roman"/>
              </w:rPr>
              <w:t xml:space="preserve">, </w:t>
            </w:r>
            <w:r>
              <w:rPr>
                <w:rFonts w:eastAsiaTheme="minorEastAsia" w:cs="Times New Roman"/>
              </w:rPr>
              <w:t>шт.</w:t>
            </w:r>
          </w:p>
        </w:tc>
        <w:tc>
          <w:tcPr>
            <w:tcW w:w="2835" w:type="dxa"/>
            <w:vAlign w:val="center"/>
          </w:tcPr>
          <w:p w14:paraId="02668609" w14:textId="5CA8B47D" w:rsidR="00F903F8" w:rsidRPr="006F3DBE" w:rsidRDefault="00C43C1B" w:rsidP="00F903F8">
            <w:pPr>
              <w:pStyle w:val="aa"/>
              <w:jc w:val="center"/>
              <w:rPr>
                <w:rFonts w:eastAsiaTheme="minorEastAsia" w:cs="Times New Roman"/>
              </w:rPr>
            </w:pPr>
            <w:r>
              <w:t>__________</w:t>
            </w:r>
            <w:r w:rsidR="00F903F8">
              <w:rPr>
                <w:rFonts w:eastAsiaTheme="minorEastAsia" w:cs="Times New Roman"/>
              </w:rPr>
              <w:t>*</w:t>
            </w:r>
          </w:p>
        </w:tc>
      </w:tr>
      <w:tr w:rsidR="00F903F8" w:rsidRPr="006F3DBE" w14:paraId="240CD9A8" w14:textId="77777777" w:rsidTr="00ED1D20">
        <w:tc>
          <w:tcPr>
            <w:tcW w:w="567" w:type="dxa"/>
            <w:vAlign w:val="center"/>
          </w:tcPr>
          <w:p w14:paraId="775681EE" w14:textId="3E74CDF2" w:rsidR="00F903F8" w:rsidRPr="006F3DBE" w:rsidRDefault="00F903F8" w:rsidP="00F903F8">
            <w:pPr>
              <w:pStyle w:val="a1"/>
              <w:numPr>
                <w:ilvl w:val="0"/>
                <w:numId w:val="0"/>
              </w:numPr>
              <w:rPr>
                <w:rFonts w:cs="Times New Roman"/>
                <w:lang w:val="ru-RU"/>
              </w:rPr>
            </w:pPr>
            <w:r w:rsidRPr="006F3DBE">
              <w:rPr>
                <w:rFonts w:cs="Times New Roman"/>
                <w:lang w:val="ru-RU"/>
              </w:rPr>
              <w:t>13</w:t>
            </w:r>
          </w:p>
        </w:tc>
        <w:tc>
          <w:tcPr>
            <w:tcW w:w="5954" w:type="dxa"/>
            <w:vAlign w:val="center"/>
          </w:tcPr>
          <w:p w14:paraId="4CC37DC6" w14:textId="5BB092A5" w:rsidR="00F903F8" w:rsidRPr="006F3DBE" w:rsidRDefault="00F903F8" w:rsidP="00F903F8">
            <w:pPr>
              <w:pStyle w:val="aa"/>
              <w:rPr>
                <w:rFonts w:cs="Times New Roman"/>
                <w:highlight w:val="yellow"/>
              </w:rPr>
            </w:pPr>
            <w:r>
              <w:rPr>
                <w:rFonts w:eastAsiaTheme="minorEastAsia" w:cs="Times New Roman"/>
              </w:rPr>
              <w:t xml:space="preserve">Количество оперативной памяти </w:t>
            </w:r>
            <w:r>
              <w:rPr>
                <w:rFonts w:eastAsiaTheme="minorEastAsia" w:cs="Times New Roman"/>
                <w:lang w:val="en-US"/>
              </w:rPr>
              <w:t>HBM</w:t>
            </w:r>
            <w:r w:rsidRPr="00494A9B">
              <w:rPr>
                <w:rFonts w:eastAsiaTheme="minorEastAsia" w:cs="Times New Roman"/>
              </w:rPr>
              <w:t xml:space="preserve"> </w:t>
            </w:r>
            <w:r>
              <w:rPr>
                <w:rFonts w:eastAsiaTheme="minorEastAsia" w:cs="Times New Roman"/>
              </w:rPr>
              <w:t>на всех графических ускорителях</w:t>
            </w:r>
            <w:r w:rsidRPr="006F3DBE">
              <w:rPr>
                <w:rFonts w:eastAsiaTheme="minorEastAsia" w:cs="Times New Roman"/>
              </w:rPr>
              <w:t>, ГБ:</w:t>
            </w:r>
          </w:p>
        </w:tc>
        <w:tc>
          <w:tcPr>
            <w:tcW w:w="2835" w:type="dxa"/>
            <w:vAlign w:val="center"/>
          </w:tcPr>
          <w:p w14:paraId="02BCE794" w14:textId="21B51A87" w:rsidR="00F903F8" w:rsidRPr="006F3DBE" w:rsidRDefault="00C43C1B" w:rsidP="00F903F8">
            <w:pPr>
              <w:pStyle w:val="aa"/>
              <w:jc w:val="center"/>
              <w:rPr>
                <w:rFonts w:cs="Times New Roman"/>
                <w:highlight w:val="yellow"/>
              </w:rPr>
            </w:pPr>
            <w:r>
              <w:t>__________</w:t>
            </w:r>
            <w:r w:rsidR="00F903F8" w:rsidRPr="006F3DBE">
              <w:rPr>
                <w:rFonts w:eastAsiaTheme="minorEastAsia" w:cs="Times New Roman"/>
              </w:rPr>
              <w:t>*</w:t>
            </w:r>
          </w:p>
        </w:tc>
      </w:tr>
      <w:tr w:rsidR="00F903F8" w:rsidRPr="006F3DBE" w14:paraId="0C9B92CD" w14:textId="77777777" w:rsidTr="00ED1D20">
        <w:tc>
          <w:tcPr>
            <w:tcW w:w="567" w:type="dxa"/>
            <w:vAlign w:val="center"/>
          </w:tcPr>
          <w:p w14:paraId="1C06C10D" w14:textId="220D8320" w:rsidR="00F903F8" w:rsidRPr="006F3DBE" w:rsidRDefault="00F903F8" w:rsidP="00F903F8">
            <w:pPr>
              <w:pStyle w:val="a1"/>
              <w:numPr>
                <w:ilvl w:val="0"/>
                <w:numId w:val="0"/>
              </w:numPr>
              <w:rPr>
                <w:rFonts w:cs="Times New Roman"/>
                <w:lang w:val="ru-RU"/>
              </w:rPr>
            </w:pPr>
            <w:r w:rsidRPr="006F3DBE">
              <w:rPr>
                <w:rFonts w:cs="Times New Roman"/>
              </w:rPr>
              <w:t>14</w:t>
            </w:r>
          </w:p>
        </w:tc>
        <w:tc>
          <w:tcPr>
            <w:tcW w:w="5954" w:type="dxa"/>
            <w:vAlign w:val="center"/>
          </w:tcPr>
          <w:p w14:paraId="4A28D0FC" w14:textId="3E8C3F9D" w:rsidR="00F903F8" w:rsidRPr="006F3DBE" w:rsidRDefault="00F903F8" w:rsidP="00F903F8">
            <w:pPr>
              <w:pStyle w:val="aa"/>
              <w:rPr>
                <w:rFonts w:cs="Times New Roman"/>
              </w:rPr>
            </w:pPr>
            <w:r w:rsidRPr="006F3DBE">
              <w:rPr>
                <w:rFonts w:eastAsiaTheme="minorEastAsia" w:cs="Times New Roman"/>
              </w:rPr>
              <w:t>Производительность тензорных ядер FP64 на каждую карту TFLOPS каждого из графических ускорител</w:t>
            </w:r>
            <w:r>
              <w:rPr>
                <w:rFonts w:eastAsiaTheme="minorEastAsia" w:cs="Times New Roman"/>
              </w:rPr>
              <w:t>ей</w:t>
            </w:r>
            <w:r w:rsidRPr="006F3DBE">
              <w:rPr>
                <w:rFonts w:eastAsiaTheme="minorEastAsia" w:cs="Times New Roman"/>
              </w:rPr>
              <w:t xml:space="preserve"> GPU</w:t>
            </w:r>
          </w:p>
        </w:tc>
        <w:tc>
          <w:tcPr>
            <w:tcW w:w="2835" w:type="dxa"/>
            <w:vAlign w:val="center"/>
          </w:tcPr>
          <w:p w14:paraId="1AE63568" w14:textId="0A1A9810" w:rsidR="00F903F8" w:rsidRPr="006F3DBE" w:rsidRDefault="00C43C1B" w:rsidP="00F903F8">
            <w:pPr>
              <w:pStyle w:val="aa"/>
              <w:jc w:val="center"/>
              <w:rPr>
                <w:rFonts w:cs="Times New Roman"/>
              </w:rPr>
            </w:pPr>
            <w:r>
              <w:t>__________</w:t>
            </w:r>
            <w:r w:rsidR="00F903F8" w:rsidRPr="006F3DBE">
              <w:rPr>
                <w:rFonts w:eastAsiaTheme="minorEastAsia" w:cs="Times New Roman"/>
              </w:rPr>
              <w:t>*</w:t>
            </w:r>
          </w:p>
        </w:tc>
      </w:tr>
      <w:tr w:rsidR="00F903F8" w:rsidRPr="006F3DBE" w14:paraId="0CD0A4A6" w14:textId="77777777" w:rsidTr="00ED1D20">
        <w:tc>
          <w:tcPr>
            <w:tcW w:w="567" w:type="dxa"/>
            <w:vAlign w:val="center"/>
          </w:tcPr>
          <w:p w14:paraId="475B88E8" w14:textId="7B6C1DAA" w:rsidR="00F903F8" w:rsidRPr="006F3DBE" w:rsidRDefault="00F903F8" w:rsidP="00F903F8">
            <w:pPr>
              <w:pStyle w:val="a1"/>
              <w:numPr>
                <w:ilvl w:val="0"/>
                <w:numId w:val="0"/>
              </w:numPr>
              <w:rPr>
                <w:rFonts w:cs="Times New Roman"/>
              </w:rPr>
            </w:pPr>
            <w:r w:rsidRPr="006F3DBE">
              <w:rPr>
                <w:rFonts w:cs="Times New Roman"/>
                <w:lang w:val="ru-RU"/>
              </w:rPr>
              <w:t>15</w:t>
            </w:r>
          </w:p>
        </w:tc>
        <w:tc>
          <w:tcPr>
            <w:tcW w:w="5954" w:type="dxa"/>
            <w:vAlign w:val="center"/>
          </w:tcPr>
          <w:p w14:paraId="1D9FFC3B" w14:textId="77777777" w:rsidR="00F903F8" w:rsidRPr="006F3DBE" w:rsidRDefault="00F903F8" w:rsidP="00F903F8">
            <w:pPr>
              <w:pStyle w:val="aa"/>
              <w:rPr>
                <w:rFonts w:eastAsiaTheme="minorEastAsia" w:cs="Times New Roman"/>
              </w:rPr>
            </w:pPr>
            <w:r w:rsidRPr="006F3DBE">
              <w:rPr>
                <w:rFonts w:cs="Times New Roman"/>
              </w:rPr>
              <w:t xml:space="preserve">Возможность объединить не менее двух </w:t>
            </w:r>
            <w:r w:rsidRPr="006F3DBE">
              <w:rPr>
                <w:rFonts w:cs="Times New Roman"/>
                <w:lang w:val="en-US"/>
              </w:rPr>
              <w:t>GPU</w:t>
            </w:r>
            <w:r w:rsidRPr="006F3DBE">
              <w:rPr>
                <w:rFonts w:cs="Times New Roman"/>
              </w:rPr>
              <w:t xml:space="preserve"> карт по единой шине передаче данных </w:t>
            </w:r>
            <w:r w:rsidRPr="006F3DBE">
              <w:rPr>
                <w:rFonts w:cs="Times New Roman"/>
                <w:lang w:val="en-US"/>
              </w:rPr>
              <w:t>NVlink</w:t>
            </w:r>
            <w:r w:rsidRPr="006F3DBE">
              <w:rPr>
                <w:rFonts w:cs="Times New Roman"/>
              </w:rPr>
              <w:t xml:space="preserve"> или аналогичной</w:t>
            </w:r>
          </w:p>
        </w:tc>
        <w:tc>
          <w:tcPr>
            <w:tcW w:w="2835" w:type="dxa"/>
            <w:vAlign w:val="center"/>
          </w:tcPr>
          <w:p w14:paraId="1D9C3602" w14:textId="77777777" w:rsidR="00F903F8" w:rsidRPr="006F3DBE" w:rsidRDefault="00F903F8" w:rsidP="00F903F8">
            <w:pPr>
              <w:pStyle w:val="aa"/>
              <w:jc w:val="center"/>
              <w:rPr>
                <w:rFonts w:eastAsiaTheme="minorEastAsia" w:cs="Times New Roman"/>
              </w:rPr>
            </w:pPr>
            <w:r w:rsidRPr="006F3DBE">
              <w:rPr>
                <w:rFonts w:cs="Times New Roman"/>
              </w:rPr>
              <w:t>Наличие</w:t>
            </w:r>
          </w:p>
        </w:tc>
      </w:tr>
      <w:tr w:rsidR="00F903F8" w:rsidRPr="006F3DBE" w14:paraId="00D4BCE4" w14:textId="77777777" w:rsidTr="00ED1D20">
        <w:tc>
          <w:tcPr>
            <w:tcW w:w="567" w:type="dxa"/>
            <w:vAlign w:val="center"/>
          </w:tcPr>
          <w:p w14:paraId="3B493771" w14:textId="7DBB080D" w:rsidR="00F903F8" w:rsidRPr="006F3DBE" w:rsidRDefault="00F903F8" w:rsidP="00F903F8">
            <w:pPr>
              <w:pStyle w:val="a1"/>
              <w:numPr>
                <w:ilvl w:val="0"/>
                <w:numId w:val="0"/>
              </w:numPr>
              <w:rPr>
                <w:rFonts w:cs="Times New Roman"/>
                <w:lang w:val="ru-RU"/>
              </w:rPr>
            </w:pPr>
            <w:r w:rsidRPr="006F3DBE">
              <w:rPr>
                <w:rFonts w:cs="Times New Roman"/>
                <w:lang w:val="ru-RU"/>
              </w:rPr>
              <w:t>16</w:t>
            </w:r>
          </w:p>
        </w:tc>
        <w:tc>
          <w:tcPr>
            <w:tcW w:w="5954" w:type="dxa"/>
            <w:vAlign w:val="center"/>
          </w:tcPr>
          <w:p w14:paraId="02E0BA4E" w14:textId="77777777" w:rsidR="00F903F8" w:rsidRPr="006F3DBE" w:rsidRDefault="00F903F8" w:rsidP="00F903F8">
            <w:pPr>
              <w:pStyle w:val="aa"/>
              <w:rPr>
                <w:rFonts w:eastAsiaTheme="minorEastAsia" w:cs="Times New Roman"/>
              </w:rPr>
            </w:pPr>
            <w:r w:rsidRPr="006F3DBE">
              <w:rPr>
                <w:rFonts w:eastAsiaTheme="minorEastAsia" w:cs="Times New Roman"/>
              </w:rPr>
              <w:t>Количество зарезервированных блоков питания, шт.:</w:t>
            </w:r>
          </w:p>
        </w:tc>
        <w:tc>
          <w:tcPr>
            <w:tcW w:w="2835" w:type="dxa"/>
            <w:vAlign w:val="center"/>
          </w:tcPr>
          <w:p w14:paraId="0257E40F" w14:textId="022CAF30" w:rsidR="00F903F8" w:rsidRPr="006F3DBE" w:rsidRDefault="00C43C1B" w:rsidP="00F903F8">
            <w:pPr>
              <w:pStyle w:val="aa"/>
              <w:jc w:val="center"/>
              <w:rPr>
                <w:rFonts w:cs="Times New Roman"/>
              </w:rPr>
            </w:pPr>
            <w:r>
              <w:t>__________</w:t>
            </w:r>
            <w:r w:rsidR="00F903F8" w:rsidRPr="006F3DBE">
              <w:rPr>
                <w:rFonts w:eastAsiaTheme="minorEastAsia" w:cs="Times New Roman"/>
              </w:rPr>
              <w:t>*</w:t>
            </w:r>
          </w:p>
        </w:tc>
      </w:tr>
      <w:tr w:rsidR="00F903F8" w:rsidRPr="006F3DBE" w14:paraId="0C0F08FE" w14:textId="77777777" w:rsidTr="00ED1D20">
        <w:tc>
          <w:tcPr>
            <w:tcW w:w="567" w:type="dxa"/>
            <w:vAlign w:val="center"/>
          </w:tcPr>
          <w:p w14:paraId="7C5F2C18" w14:textId="0B30E053" w:rsidR="00F903F8" w:rsidRPr="006F3DBE" w:rsidRDefault="00F903F8" w:rsidP="00F903F8">
            <w:pPr>
              <w:pStyle w:val="a1"/>
              <w:numPr>
                <w:ilvl w:val="0"/>
                <w:numId w:val="0"/>
              </w:numPr>
              <w:rPr>
                <w:rFonts w:cs="Times New Roman"/>
                <w:lang w:val="ru-RU"/>
              </w:rPr>
            </w:pPr>
            <w:r w:rsidRPr="006F3DBE">
              <w:rPr>
                <w:rFonts w:cs="Times New Roman"/>
                <w:lang w:val="ru-RU"/>
              </w:rPr>
              <w:t>17</w:t>
            </w:r>
          </w:p>
        </w:tc>
        <w:tc>
          <w:tcPr>
            <w:tcW w:w="5954" w:type="dxa"/>
            <w:vAlign w:val="center"/>
          </w:tcPr>
          <w:p w14:paraId="6A2B92E9" w14:textId="77777777" w:rsidR="00F903F8" w:rsidRPr="006F3DBE" w:rsidRDefault="00F903F8" w:rsidP="00F903F8">
            <w:pPr>
              <w:pStyle w:val="aa"/>
              <w:rPr>
                <w:rFonts w:eastAsiaTheme="minorEastAsia" w:cs="Times New Roman"/>
              </w:rPr>
            </w:pPr>
            <w:r w:rsidRPr="006F3DBE">
              <w:rPr>
                <w:rFonts w:eastAsiaTheme="minorEastAsia" w:cs="Times New Roman"/>
              </w:rPr>
              <w:t>Стандарт каждого из зарезервированных блоков питания:</w:t>
            </w:r>
          </w:p>
        </w:tc>
        <w:tc>
          <w:tcPr>
            <w:tcW w:w="2835" w:type="dxa"/>
            <w:vAlign w:val="center"/>
          </w:tcPr>
          <w:p w14:paraId="24AFEC75" w14:textId="29E222D7" w:rsidR="00F903F8" w:rsidRPr="006F3DBE" w:rsidRDefault="00FB2372" w:rsidP="00F903F8">
            <w:pPr>
              <w:pStyle w:val="aa"/>
              <w:jc w:val="center"/>
              <w:rPr>
                <w:rFonts w:eastAsiaTheme="minorEastAsia" w:cs="Times New Roman"/>
              </w:rPr>
            </w:pPr>
            <w:r>
              <w:t>__________</w:t>
            </w:r>
            <w:r w:rsidR="00F903F8" w:rsidRPr="006F3DBE">
              <w:rPr>
                <w:rFonts w:eastAsiaTheme="minorEastAsia" w:cs="Times New Roman"/>
              </w:rPr>
              <w:t>*</w:t>
            </w:r>
          </w:p>
        </w:tc>
      </w:tr>
      <w:tr w:rsidR="00F903F8" w:rsidRPr="006F3DBE" w14:paraId="63D1B860" w14:textId="77777777" w:rsidTr="00ED1D20">
        <w:tc>
          <w:tcPr>
            <w:tcW w:w="567" w:type="dxa"/>
            <w:vAlign w:val="center"/>
          </w:tcPr>
          <w:p w14:paraId="37D8AC80" w14:textId="6D1A7E88" w:rsidR="00F903F8" w:rsidRPr="006F3DBE" w:rsidRDefault="00F903F8" w:rsidP="00F903F8">
            <w:pPr>
              <w:pStyle w:val="a1"/>
              <w:numPr>
                <w:ilvl w:val="0"/>
                <w:numId w:val="0"/>
              </w:numPr>
              <w:rPr>
                <w:rFonts w:cs="Times New Roman"/>
                <w:lang w:val="ru-RU"/>
              </w:rPr>
            </w:pPr>
            <w:r w:rsidRPr="006F3DBE">
              <w:rPr>
                <w:rFonts w:cs="Times New Roman"/>
                <w:lang w:val="ru-RU"/>
              </w:rPr>
              <w:t>18</w:t>
            </w:r>
          </w:p>
        </w:tc>
        <w:tc>
          <w:tcPr>
            <w:tcW w:w="5954" w:type="dxa"/>
            <w:vAlign w:val="center"/>
          </w:tcPr>
          <w:p w14:paraId="0E5E7522" w14:textId="77777777" w:rsidR="00F903F8" w:rsidRPr="006F3DBE" w:rsidRDefault="00F903F8" w:rsidP="00F903F8">
            <w:pPr>
              <w:pStyle w:val="aa"/>
              <w:rPr>
                <w:rFonts w:eastAsiaTheme="minorEastAsia" w:cs="Times New Roman"/>
              </w:rPr>
            </w:pPr>
            <w:r w:rsidRPr="006F3DBE">
              <w:rPr>
                <w:rFonts w:eastAsiaTheme="minorEastAsia" w:cs="Times New Roman"/>
              </w:rPr>
              <w:t>Мощность каждого из зарезервированных блоков питания, Ватт:</w:t>
            </w:r>
          </w:p>
        </w:tc>
        <w:tc>
          <w:tcPr>
            <w:tcW w:w="2835" w:type="dxa"/>
            <w:vAlign w:val="center"/>
          </w:tcPr>
          <w:p w14:paraId="58C04987" w14:textId="1E131E49" w:rsidR="00F903F8" w:rsidRPr="006F3DBE" w:rsidRDefault="00FB2372" w:rsidP="00F903F8">
            <w:pPr>
              <w:pStyle w:val="aa"/>
              <w:jc w:val="center"/>
              <w:rPr>
                <w:rFonts w:eastAsiaTheme="minorEastAsia" w:cs="Times New Roman"/>
              </w:rPr>
            </w:pPr>
            <w:r>
              <w:t>__________</w:t>
            </w:r>
            <w:r w:rsidR="00F903F8" w:rsidRPr="006F3DBE">
              <w:rPr>
                <w:rFonts w:eastAsiaTheme="minorEastAsia" w:cs="Times New Roman"/>
              </w:rPr>
              <w:t>*</w:t>
            </w:r>
          </w:p>
        </w:tc>
      </w:tr>
      <w:tr w:rsidR="00F903F8" w:rsidRPr="006F3DBE" w14:paraId="5A534576" w14:textId="77777777" w:rsidTr="00ED1D20">
        <w:tc>
          <w:tcPr>
            <w:tcW w:w="567" w:type="dxa"/>
            <w:vAlign w:val="center"/>
          </w:tcPr>
          <w:p w14:paraId="7F9B3022" w14:textId="2C7511F5" w:rsidR="00F903F8" w:rsidRPr="006F3DBE" w:rsidRDefault="00F903F8" w:rsidP="00F903F8">
            <w:pPr>
              <w:pStyle w:val="a1"/>
              <w:numPr>
                <w:ilvl w:val="0"/>
                <w:numId w:val="0"/>
              </w:numPr>
              <w:rPr>
                <w:rFonts w:cs="Times New Roman"/>
                <w:lang w:val="ru-RU"/>
              </w:rPr>
            </w:pPr>
            <w:r w:rsidRPr="006F3DBE">
              <w:rPr>
                <w:rFonts w:cs="Times New Roman"/>
                <w:lang w:val="ru-RU"/>
              </w:rPr>
              <w:t>19</w:t>
            </w:r>
          </w:p>
        </w:tc>
        <w:tc>
          <w:tcPr>
            <w:tcW w:w="5954" w:type="dxa"/>
            <w:vAlign w:val="center"/>
          </w:tcPr>
          <w:p w14:paraId="7F9292D1" w14:textId="77777777" w:rsidR="00F903F8" w:rsidRPr="006F3DBE" w:rsidRDefault="00F903F8" w:rsidP="00F903F8">
            <w:pPr>
              <w:pStyle w:val="aa"/>
              <w:rPr>
                <w:rFonts w:eastAsiaTheme="minorEastAsia" w:cs="Times New Roman"/>
              </w:rPr>
            </w:pPr>
            <w:r w:rsidRPr="006F3DBE">
              <w:rPr>
                <w:rFonts w:eastAsia="Arial Unicode MS" w:cs="Times New Roman"/>
                <w:lang w:val="ru" w:eastAsia="ar-SA"/>
              </w:rPr>
              <w:t xml:space="preserve">Наличие дисплея </w:t>
            </w:r>
            <w:r w:rsidRPr="006F3DBE">
              <w:rPr>
                <w:rFonts w:eastAsia="Arial Unicode MS" w:cs="Times New Roman"/>
                <w:lang w:eastAsia="ar-SA"/>
              </w:rPr>
              <w:t xml:space="preserve">или индикации </w:t>
            </w:r>
            <w:r w:rsidRPr="006F3DBE">
              <w:rPr>
                <w:rFonts w:eastAsia="Arial Unicode MS" w:cs="Times New Roman"/>
                <w:lang w:val="ru" w:eastAsia="ar-SA"/>
              </w:rPr>
              <w:t>для отображения</w:t>
            </w:r>
            <w:r w:rsidRPr="006F3DBE">
              <w:rPr>
                <w:rFonts w:eastAsia="Arial Unicode MS" w:cs="Times New Roman"/>
                <w:lang w:eastAsia="ar-SA"/>
              </w:rPr>
              <w:t xml:space="preserve"> неисправностей</w:t>
            </w:r>
          </w:p>
        </w:tc>
        <w:tc>
          <w:tcPr>
            <w:tcW w:w="2835" w:type="dxa"/>
            <w:vAlign w:val="center"/>
          </w:tcPr>
          <w:p w14:paraId="35174F8B" w14:textId="77777777" w:rsidR="00F903F8" w:rsidRPr="006F3DBE" w:rsidRDefault="00F903F8" w:rsidP="00F903F8">
            <w:pPr>
              <w:pStyle w:val="aa"/>
              <w:jc w:val="center"/>
              <w:rPr>
                <w:rFonts w:eastAsiaTheme="minorEastAsia" w:cs="Times New Roman"/>
              </w:rPr>
            </w:pPr>
            <w:r w:rsidRPr="006F3DBE">
              <w:rPr>
                <w:rFonts w:cs="Times New Roman"/>
              </w:rPr>
              <w:t>Наличие</w:t>
            </w:r>
          </w:p>
        </w:tc>
      </w:tr>
      <w:tr w:rsidR="00F903F8" w:rsidRPr="006F3DBE" w14:paraId="2E976AA5" w14:textId="77777777" w:rsidTr="00ED1D20">
        <w:tc>
          <w:tcPr>
            <w:tcW w:w="567" w:type="dxa"/>
            <w:vAlign w:val="center"/>
          </w:tcPr>
          <w:p w14:paraId="479CA206" w14:textId="223EA2DF" w:rsidR="00F903F8" w:rsidRPr="006F3DBE" w:rsidRDefault="00F903F8" w:rsidP="00F903F8">
            <w:pPr>
              <w:pStyle w:val="a1"/>
              <w:numPr>
                <w:ilvl w:val="0"/>
                <w:numId w:val="0"/>
              </w:numPr>
              <w:rPr>
                <w:rFonts w:cs="Times New Roman"/>
                <w:lang w:val="ru-RU"/>
              </w:rPr>
            </w:pPr>
            <w:r w:rsidRPr="006F3DBE">
              <w:rPr>
                <w:rFonts w:cs="Times New Roman"/>
                <w:lang w:val="ru-RU"/>
              </w:rPr>
              <w:t>20</w:t>
            </w:r>
          </w:p>
        </w:tc>
        <w:tc>
          <w:tcPr>
            <w:tcW w:w="5954" w:type="dxa"/>
            <w:vAlign w:val="center"/>
          </w:tcPr>
          <w:p w14:paraId="5F009812" w14:textId="77777777" w:rsidR="00F903F8" w:rsidRPr="006F3DBE" w:rsidRDefault="00F903F8" w:rsidP="00F903F8">
            <w:pPr>
              <w:pStyle w:val="aa"/>
              <w:rPr>
                <w:rFonts w:eastAsiaTheme="minorEastAsia" w:cs="Times New Roman"/>
              </w:rPr>
            </w:pPr>
            <w:r w:rsidRPr="006F3DBE">
              <w:rPr>
                <w:rFonts w:eastAsiaTheme="minorEastAsia" w:cs="Times New Roman"/>
              </w:rPr>
              <w:t>Количество портов Ethernet 25Гб/с SFP+, с установленными трансиверами Multi-mode (850 nm, LC), шт.:</w:t>
            </w:r>
          </w:p>
        </w:tc>
        <w:tc>
          <w:tcPr>
            <w:tcW w:w="2835" w:type="dxa"/>
            <w:vAlign w:val="center"/>
          </w:tcPr>
          <w:p w14:paraId="34D6C6DA" w14:textId="3BE4CEF0" w:rsidR="00F903F8" w:rsidRPr="006F3DBE" w:rsidRDefault="00FB2372" w:rsidP="00F903F8">
            <w:pPr>
              <w:pStyle w:val="aa"/>
              <w:jc w:val="center"/>
              <w:rPr>
                <w:rFonts w:eastAsiaTheme="minorEastAsia" w:cs="Times New Roman"/>
              </w:rPr>
            </w:pPr>
            <w:r>
              <w:t>__________</w:t>
            </w:r>
            <w:r w:rsidR="00F903F8" w:rsidRPr="006F3DBE">
              <w:rPr>
                <w:rFonts w:eastAsiaTheme="minorEastAsia" w:cs="Times New Roman"/>
              </w:rPr>
              <w:t>*</w:t>
            </w:r>
          </w:p>
        </w:tc>
      </w:tr>
      <w:tr w:rsidR="00F903F8" w:rsidRPr="006F3DBE" w14:paraId="7083B5CB" w14:textId="77777777" w:rsidTr="00ED1D20">
        <w:tc>
          <w:tcPr>
            <w:tcW w:w="567" w:type="dxa"/>
            <w:vAlign w:val="center"/>
          </w:tcPr>
          <w:p w14:paraId="01E3006E" w14:textId="57FB07B2" w:rsidR="00F903F8" w:rsidRPr="006F3DBE" w:rsidRDefault="00F903F8" w:rsidP="00F903F8">
            <w:pPr>
              <w:pStyle w:val="a1"/>
              <w:numPr>
                <w:ilvl w:val="0"/>
                <w:numId w:val="0"/>
              </w:numPr>
              <w:rPr>
                <w:rFonts w:cs="Times New Roman"/>
                <w:lang w:val="ru-RU"/>
              </w:rPr>
            </w:pPr>
            <w:r w:rsidRPr="006F3DBE">
              <w:rPr>
                <w:rFonts w:cs="Times New Roman"/>
                <w:lang w:val="ru-RU"/>
              </w:rPr>
              <w:t>21</w:t>
            </w:r>
          </w:p>
        </w:tc>
        <w:tc>
          <w:tcPr>
            <w:tcW w:w="5954" w:type="dxa"/>
            <w:vAlign w:val="center"/>
          </w:tcPr>
          <w:p w14:paraId="7C94302F" w14:textId="77777777" w:rsidR="00F903F8" w:rsidRPr="006F3DBE" w:rsidRDefault="00F903F8" w:rsidP="00F903F8">
            <w:pPr>
              <w:pStyle w:val="aa"/>
              <w:rPr>
                <w:rFonts w:eastAsiaTheme="minorEastAsia" w:cs="Times New Roman"/>
              </w:rPr>
            </w:pPr>
            <w:r w:rsidRPr="006F3DBE">
              <w:rPr>
                <w:rFonts w:eastAsiaTheme="minorEastAsia" w:cs="Times New Roman"/>
              </w:rPr>
              <w:t xml:space="preserve">Для портов Ethernet 25Гб/с SFP+ - дальность передачи каждого из трансиверов Multi-mode (850 nm, LC), </w:t>
            </w:r>
            <w:r w:rsidRPr="006F3DBE">
              <w:rPr>
                <w:rFonts w:eastAsiaTheme="minorEastAsia" w:cs="Times New Roman"/>
                <w:lang w:val="en-US"/>
              </w:rPr>
              <w:t>km</w:t>
            </w:r>
            <w:r w:rsidRPr="006F3DBE">
              <w:rPr>
                <w:rFonts w:eastAsiaTheme="minorEastAsia" w:cs="Times New Roman"/>
              </w:rPr>
              <w:t>:</w:t>
            </w:r>
          </w:p>
        </w:tc>
        <w:tc>
          <w:tcPr>
            <w:tcW w:w="2835" w:type="dxa"/>
            <w:vAlign w:val="center"/>
          </w:tcPr>
          <w:p w14:paraId="5C096C11" w14:textId="0FAE5C42" w:rsidR="00F903F8" w:rsidRPr="006F3DBE" w:rsidRDefault="00FB2372" w:rsidP="00F903F8">
            <w:pPr>
              <w:pStyle w:val="aa"/>
              <w:jc w:val="center"/>
              <w:rPr>
                <w:rFonts w:eastAsiaTheme="minorEastAsia" w:cs="Times New Roman"/>
              </w:rPr>
            </w:pPr>
            <w:r>
              <w:t>__________</w:t>
            </w:r>
            <w:r w:rsidR="00F903F8" w:rsidRPr="006F3DBE">
              <w:rPr>
                <w:rFonts w:eastAsiaTheme="minorEastAsia" w:cs="Times New Roman"/>
              </w:rPr>
              <w:t>*</w:t>
            </w:r>
          </w:p>
        </w:tc>
      </w:tr>
      <w:tr w:rsidR="00F903F8" w:rsidRPr="006F3DBE" w14:paraId="46E61D29" w14:textId="77777777" w:rsidTr="00ED1D20">
        <w:tc>
          <w:tcPr>
            <w:tcW w:w="567" w:type="dxa"/>
            <w:vAlign w:val="center"/>
          </w:tcPr>
          <w:p w14:paraId="07E222FD" w14:textId="54632AD4" w:rsidR="00F903F8" w:rsidRPr="006F3DBE" w:rsidRDefault="00F903F8" w:rsidP="00F903F8">
            <w:pPr>
              <w:pStyle w:val="a1"/>
              <w:numPr>
                <w:ilvl w:val="0"/>
                <w:numId w:val="0"/>
              </w:numPr>
              <w:rPr>
                <w:rFonts w:cs="Times New Roman"/>
                <w:lang w:val="ru-RU"/>
              </w:rPr>
            </w:pPr>
            <w:r w:rsidRPr="006F3DBE">
              <w:rPr>
                <w:rFonts w:cs="Times New Roman"/>
                <w:lang w:val="ru-RU"/>
              </w:rPr>
              <w:t>22</w:t>
            </w:r>
          </w:p>
        </w:tc>
        <w:tc>
          <w:tcPr>
            <w:tcW w:w="5954" w:type="dxa"/>
            <w:vAlign w:val="center"/>
          </w:tcPr>
          <w:p w14:paraId="0964E94E" w14:textId="77777777" w:rsidR="00F903F8" w:rsidRPr="006F3DBE" w:rsidRDefault="00F903F8" w:rsidP="00F903F8">
            <w:pPr>
              <w:pStyle w:val="aa"/>
              <w:rPr>
                <w:rFonts w:eastAsiaTheme="minorEastAsia" w:cs="Times New Roman"/>
              </w:rPr>
            </w:pPr>
            <w:r w:rsidRPr="006F3DBE">
              <w:rPr>
                <w:rFonts w:eastAsiaTheme="minorEastAsia" w:cs="Times New Roman"/>
              </w:rPr>
              <w:t>Для портов Ethernet 25Гб/с SFP+ - наличие в комплекте многомодовых оптических патчкордов duplex LC-LC длиной 3 метра, шт.:</w:t>
            </w:r>
          </w:p>
        </w:tc>
        <w:tc>
          <w:tcPr>
            <w:tcW w:w="2835" w:type="dxa"/>
            <w:vAlign w:val="center"/>
          </w:tcPr>
          <w:p w14:paraId="7F56FAF2" w14:textId="486D0147" w:rsidR="00F903F8" w:rsidRPr="006F3DBE" w:rsidRDefault="00FB2372" w:rsidP="00F903F8">
            <w:pPr>
              <w:pStyle w:val="aa"/>
              <w:jc w:val="center"/>
              <w:rPr>
                <w:rFonts w:eastAsiaTheme="minorEastAsia" w:cs="Times New Roman"/>
              </w:rPr>
            </w:pPr>
            <w:r>
              <w:t>__________</w:t>
            </w:r>
            <w:r w:rsidR="00F903F8" w:rsidRPr="006F3DBE">
              <w:rPr>
                <w:rFonts w:eastAsiaTheme="minorEastAsia" w:cs="Times New Roman"/>
              </w:rPr>
              <w:t>*</w:t>
            </w:r>
          </w:p>
        </w:tc>
      </w:tr>
      <w:tr w:rsidR="00F903F8" w:rsidRPr="006F3DBE" w14:paraId="2A2DD428" w14:textId="77777777" w:rsidTr="00ED1D20">
        <w:tc>
          <w:tcPr>
            <w:tcW w:w="567" w:type="dxa"/>
            <w:vAlign w:val="center"/>
          </w:tcPr>
          <w:p w14:paraId="04F9827E" w14:textId="7B6EE7D2" w:rsidR="00F903F8" w:rsidRPr="006F3DBE" w:rsidRDefault="00F903F8" w:rsidP="00F903F8">
            <w:pPr>
              <w:pStyle w:val="a1"/>
              <w:numPr>
                <w:ilvl w:val="0"/>
                <w:numId w:val="0"/>
              </w:numPr>
              <w:rPr>
                <w:rFonts w:cs="Times New Roman"/>
                <w:lang w:val="ru-RU"/>
              </w:rPr>
            </w:pPr>
            <w:r w:rsidRPr="006F3DBE">
              <w:rPr>
                <w:rFonts w:cs="Times New Roman"/>
                <w:lang w:val="ru-RU"/>
              </w:rPr>
              <w:lastRenderedPageBreak/>
              <w:t>23</w:t>
            </w:r>
          </w:p>
        </w:tc>
        <w:tc>
          <w:tcPr>
            <w:tcW w:w="5954" w:type="dxa"/>
            <w:vAlign w:val="center"/>
          </w:tcPr>
          <w:p w14:paraId="730FD205" w14:textId="77777777" w:rsidR="00F903F8" w:rsidRPr="006F3DBE" w:rsidRDefault="00F903F8" w:rsidP="00F903F8">
            <w:pPr>
              <w:pStyle w:val="aa"/>
              <w:rPr>
                <w:rFonts w:eastAsiaTheme="minorEastAsia" w:cs="Times New Roman"/>
              </w:rPr>
            </w:pPr>
            <w:r w:rsidRPr="006F3DBE">
              <w:rPr>
                <w:rFonts w:eastAsiaTheme="minorEastAsia" w:cs="Times New Roman"/>
              </w:rPr>
              <w:t>1 выделенный порт удаленного управления 1 Гб/с, удаленная графическая консоль управления, поддержка удаленного монтирования ISO образов</w:t>
            </w:r>
          </w:p>
        </w:tc>
        <w:tc>
          <w:tcPr>
            <w:tcW w:w="2835" w:type="dxa"/>
            <w:vAlign w:val="center"/>
          </w:tcPr>
          <w:p w14:paraId="40F8F723" w14:textId="77777777" w:rsidR="00F903F8" w:rsidRPr="006F3DBE" w:rsidRDefault="00F903F8" w:rsidP="00F903F8">
            <w:pPr>
              <w:pStyle w:val="aa"/>
              <w:jc w:val="center"/>
              <w:rPr>
                <w:rFonts w:eastAsiaTheme="minorEastAsia" w:cs="Times New Roman"/>
              </w:rPr>
            </w:pPr>
            <w:r w:rsidRPr="006F3DBE">
              <w:rPr>
                <w:rFonts w:cs="Times New Roman"/>
              </w:rPr>
              <w:t>Наличие</w:t>
            </w:r>
          </w:p>
        </w:tc>
      </w:tr>
      <w:tr w:rsidR="003453A6" w:rsidRPr="006F3DBE" w14:paraId="12813F71" w14:textId="77777777" w:rsidTr="00ED1D20">
        <w:tc>
          <w:tcPr>
            <w:tcW w:w="567" w:type="dxa"/>
            <w:vAlign w:val="center"/>
          </w:tcPr>
          <w:p w14:paraId="36E15F6F" w14:textId="0487821C" w:rsidR="003453A6" w:rsidRPr="006F3DBE" w:rsidRDefault="003453A6" w:rsidP="003453A6">
            <w:pPr>
              <w:pStyle w:val="a1"/>
              <w:numPr>
                <w:ilvl w:val="0"/>
                <w:numId w:val="0"/>
              </w:numPr>
              <w:rPr>
                <w:rFonts w:cs="Times New Roman"/>
                <w:lang w:val="ru-RU"/>
              </w:rPr>
            </w:pPr>
            <w:r w:rsidRPr="00293A59">
              <w:rPr>
                <w:rFonts w:cs="Times New Roman"/>
                <w:lang w:val="ru-RU"/>
              </w:rPr>
              <w:t>2</w:t>
            </w:r>
            <w:r>
              <w:rPr>
                <w:rFonts w:cs="Times New Roman"/>
                <w:lang w:val="ru-RU"/>
              </w:rPr>
              <w:t>4</w:t>
            </w:r>
          </w:p>
        </w:tc>
        <w:tc>
          <w:tcPr>
            <w:tcW w:w="5954" w:type="dxa"/>
            <w:vAlign w:val="center"/>
          </w:tcPr>
          <w:p w14:paraId="231C971C" w14:textId="77777777" w:rsidR="003453A6" w:rsidRPr="00547329" w:rsidRDefault="003453A6" w:rsidP="003453A6">
            <w:pPr>
              <w:spacing w:line="240" w:lineRule="auto"/>
              <w:contextualSpacing/>
              <w:rPr>
                <w:rFonts w:ascii="Times New Roman" w:eastAsiaTheme="minorEastAsia" w:hAnsi="Times New Roman"/>
                <w:lang w:val="en-US"/>
              </w:rPr>
            </w:pPr>
            <w:r w:rsidRPr="00547329">
              <w:rPr>
                <w:rFonts w:ascii="Times New Roman" w:eastAsiaTheme="minorEastAsia" w:hAnsi="Times New Roman"/>
              </w:rPr>
              <w:t>Поддержка</w:t>
            </w:r>
            <w:r w:rsidRPr="00547329">
              <w:rPr>
                <w:rFonts w:ascii="Times New Roman" w:eastAsiaTheme="minorEastAsia" w:hAnsi="Times New Roman"/>
                <w:lang w:val="en-US"/>
              </w:rPr>
              <w:t xml:space="preserve"> </w:t>
            </w:r>
            <w:r w:rsidRPr="00547329">
              <w:rPr>
                <w:rFonts w:ascii="Times New Roman" w:eastAsiaTheme="minorEastAsia" w:hAnsi="Times New Roman"/>
              </w:rPr>
              <w:t>ОС:</w:t>
            </w:r>
            <w:r w:rsidRPr="00547329">
              <w:rPr>
                <w:rFonts w:ascii="Times New Roman" w:eastAsiaTheme="minorEastAsia" w:hAnsi="Times New Roman"/>
                <w:lang w:val="en-US"/>
              </w:rPr>
              <w:t xml:space="preserve">  </w:t>
            </w:r>
          </w:p>
          <w:p w14:paraId="1ADDC3DF" w14:textId="39A72790" w:rsidR="003453A6" w:rsidRDefault="003453A6" w:rsidP="003453A6">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547329">
              <w:rPr>
                <w:rFonts w:ascii="Times New Roman" w:eastAsiaTheme="minorEastAsia" w:hAnsi="Times New Roman"/>
              </w:rPr>
              <w:t>А</w:t>
            </w:r>
            <w:r w:rsidRPr="00547329">
              <w:rPr>
                <w:rFonts w:ascii="Times New Roman" w:eastAsiaTheme="minorEastAsia" w:hAnsi="Times New Roman"/>
                <w:lang w:val="en-US"/>
              </w:rPr>
              <w:t>stra Linux</w:t>
            </w:r>
          </w:p>
          <w:p w14:paraId="7F16FEDC" w14:textId="05171300" w:rsidR="003453A6" w:rsidRPr="003453A6" w:rsidRDefault="003453A6" w:rsidP="003453A6">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3453A6">
              <w:rPr>
                <w:rFonts w:ascii="Times New Roman" w:eastAsiaTheme="minorEastAsia" w:hAnsi="Times New Roman"/>
              </w:rPr>
              <w:t>РЕД ОС</w:t>
            </w:r>
          </w:p>
        </w:tc>
        <w:tc>
          <w:tcPr>
            <w:tcW w:w="2835" w:type="dxa"/>
            <w:vAlign w:val="center"/>
          </w:tcPr>
          <w:p w14:paraId="303C4073" w14:textId="24D92683" w:rsidR="003453A6" w:rsidRPr="006F3DBE" w:rsidRDefault="003453A6" w:rsidP="003453A6">
            <w:pPr>
              <w:pStyle w:val="aa"/>
              <w:jc w:val="center"/>
              <w:rPr>
                <w:rFonts w:cs="Times New Roman"/>
              </w:rPr>
            </w:pPr>
            <w:r w:rsidRPr="00547329">
              <w:rPr>
                <w:rFonts w:cs="Times New Roman"/>
              </w:rPr>
              <w:t>Соответствует</w:t>
            </w:r>
          </w:p>
        </w:tc>
      </w:tr>
      <w:tr w:rsidR="003453A6" w:rsidRPr="006F3DBE" w14:paraId="3DA2E294" w14:textId="77777777" w:rsidTr="00ED1D20">
        <w:tc>
          <w:tcPr>
            <w:tcW w:w="567" w:type="dxa"/>
            <w:vAlign w:val="center"/>
          </w:tcPr>
          <w:p w14:paraId="3B30BF39" w14:textId="1309A634" w:rsidR="003453A6" w:rsidRPr="006F3DBE" w:rsidRDefault="003453A6" w:rsidP="003453A6">
            <w:pPr>
              <w:pStyle w:val="a1"/>
              <w:numPr>
                <w:ilvl w:val="0"/>
                <w:numId w:val="0"/>
              </w:numPr>
              <w:rPr>
                <w:rFonts w:cs="Times New Roman"/>
                <w:lang w:val="ru-RU"/>
              </w:rPr>
            </w:pPr>
            <w:r>
              <w:rPr>
                <w:rFonts w:cs="Times New Roman"/>
                <w:lang w:val="ru-RU"/>
              </w:rPr>
              <w:t>25</w:t>
            </w:r>
          </w:p>
        </w:tc>
        <w:tc>
          <w:tcPr>
            <w:tcW w:w="5954" w:type="dxa"/>
          </w:tcPr>
          <w:p w14:paraId="5824CC7D" w14:textId="77777777" w:rsidR="003453A6" w:rsidRPr="006F3DBE" w:rsidRDefault="003453A6" w:rsidP="003453A6">
            <w:pPr>
              <w:pStyle w:val="aa"/>
              <w:rPr>
                <w:rFonts w:eastAsiaTheme="minorEastAsia" w:cs="Times New Roman"/>
              </w:rPr>
            </w:pPr>
            <w:r w:rsidRPr="006F3DBE">
              <w:rPr>
                <w:rFonts w:eastAsiaTheme="minorEastAsia" w:cs="Times New Roman"/>
              </w:rPr>
              <w:t>Поставляется с гарантией производителя, срок гарантии, лет:</w:t>
            </w:r>
          </w:p>
        </w:tc>
        <w:tc>
          <w:tcPr>
            <w:tcW w:w="2835" w:type="dxa"/>
            <w:vAlign w:val="center"/>
          </w:tcPr>
          <w:p w14:paraId="16C5CF00" w14:textId="05DC8C8A" w:rsidR="003453A6" w:rsidRPr="006F3DBE" w:rsidRDefault="00FB2372" w:rsidP="003453A6">
            <w:pPr>
              <w:pStyle w:val="aa"/>
              <w:jc w:val="center"/>
              <w:rPr>
                <w:rFonts w:eastAsiaTheme="minorEastAsia" w:cs="Times New Roman"/>
              </w:rPr>
            </w:pPr>
            <w:r>
              <w:t>__________</w:t>
            </w:r>
            <w:r w:rsidR="003453A6" w:rsidRPr="006F3DBE">
              <w:rPr>
                <w:rFonts w:eastAsiaTheme="minorEastAsia" w:cs="Times New Roman"/>
              </w:rPr>
              <w:t>*</w:t>
            </w:r>
          </w:p>
        </w:tc>
      </w:tr>
      <w:tr w:rsidR="003453A6" w:rsidRPr="006F3DBE" w14:paraId="20A1CF1D" w14:textId="77777777" w:rsidTr="00ED1D20">
        <w:tc>
          <w:tcPr>
            <w:tcW w:w="567" w:type="dxa"/>
            <w:vAlign w:val="center"/>
          </w:tcPr>
          <w:p w14:paraId="2CDB2EB8" w14:textId="676FFDB6" w:rsidR="003453A6" w:rsidRPr="006F3DBE" w:rsidRDefault="003453A6" w:rsidP="003453A6">
            <w:pPr>
              <w:pStyle w:val="a1"/>
              <w:numPr>
                <w:ilvl w:val="0"/>
                <w:numId w:val="0"/>
              </w:numPr>
              <w:rPr>
                <w:rFonts w:cs="Times New Roman"/>
                <w:lang w:val="ru-RU"/>
              </w:rPr>
            </w:pPr>
            <w:r>
              <w:rPr>
                <w:rFonts w:cs="Times New Roman"/>
                <w:lang w:val="ru-RU"/>
              </w:rPr>
              <w:t>26</w:t>
            </w:r>
          </w:p>
        </w:tc>
        <w:tc>
          <w:tcPr>
            <w:tcW w:w="5954" w:type="dxa"/>
          </w:tcPr>
          <w:p w14:paraId="6F9C1259" w14:textId="1A08E4A8" w:rsidR="003453A6" w:rsidRPr="006F3DBE" w:rsidRDefault="003453A6" w:rsidP="003453A6">
            <w:pPr>
              <w:pStyle w:val="aa"/>
              <w:rPr>
                <w:rFonts w:eastAsiaTheme="minorEastAsia" w:cs="Times New Roman"/>
              </w:rPr>
            </w:pPr>
            <w:r>
              <w:rPr>
                <w:rFonts w:eastAsiaTheme="minorEastAsia" w:cs="Times New Roman"/>
              </w:rPr>
              <w:t>Наличие гарантийной п</w:t>
            </w:r>
            <w:r w:rsidRPr="006F3DBE">
              <w:rPr>
                <w:rFonts w:eastAsiaTheme="minorEastAsia" w:cs="Times New Roman"/>
              </w:rPr>
              <w:t>оддержк</w:t>
            </w:r>
            <w:r>
              <w:rPr>
                <w:rFonts w:eastAsiaTheme="minorEastAsia" w:cs="Times New Roman"/>
              </w:rPr>
              <w:t>и</w:t>
            </w:r>
            <w:r w:rsidRPr="006F3DBE">
              <w:rPr>
                <w:rFonts w:eastAsiaTheme="minorEastAsia" w:cs="Times New Roman"/>
              </w:rPr>
              <w:t xml:space="preserve"> предусматрива</w:t>
            </w:r>
            <w:r>
              <w:rPr>
                <w:rFonts w:eastAsiaTheme="minorEastAsia" w:cs="Times New Roman"/>
              </w:rPr>
              <w:t>ющей</w:t>
            </w:r>
            <w:r w:rsidRPr="006F3DBE">
              <w:rPr>
                <w:rFonts w:eastAsiaTheme="minorEastAsia" w:cs="Times New Roman"/>
              </w:rPr>
              <w:t xml:space="preserve"> ремонт на площадке </w:t>
            </w:r>
            <w:r>
              <w:rPr>
                <w:rFonts w:eastAsiaTheme="minorEastAsia" w:cs="Times New Roman"/>
              </w:rPr>
              <w:t xml:space="preserve">Покупателя </w:t>
            </w:r>
            <w:r w:rsidRPr="006F3DBE">
              <w:rPr>
                <w:rFonts w:eastAsiaTheme="minorEastAsia" w:cs="Times New Roman"/>
              </w:rPr>
              <w:t>с выездом инженера</w:t>
            </w:r>
          </w:p>
        </w:tc>
        <w:tc>
          <w:tcPr>
            <w:tcW w:w="2835" w:type="dxa"/>
            <w:vAlign w:val="center"/>
          </w:tcPr>
          <w:p w14:paraId="5178C170" w14:textId="77777777" w:rsidR="003453A6" w:rsidRPr="006F3DBE" w:rsidRDefault="003453A6" w:rsidP="003453A6">
            <w:pPr>
              <w:pStyle w:val="aa"/>
              <w:jc w:val="center"/>
              <w:rPr>
                <w:rFonts w:cs="Times New Roman"/>
              </w:rPr>
            </w:pPr>
            <w:r w:rsidRPr="006F3DBE">
              <w:rPr>
                <w:rFonts w:cs="Times New Roman"/>
              </w:rPr>
              <w:t>Соответствует</w:t>
            </w:r>
          </w:p>
        </w:tc>
      </w:tr>
      <w:tr w:rsidR="003453A6" w:rsidRPr="006F3DBE" w14:paraId="1782D98A" w14:textId="77777777" w:rsidTr="00ED1D20">
        <w:tc>
          <w:tcPr>
            <w:tcW w:w="567" w:type="dxa"/>
            <w:vAlign w:val="center"/>
          </w:tcPr>
          <w:p w14:paraId="7A9354D0" w14:textId="46C70B1F" w:rsidR="003453A6" w:rsidRPr="006F3DBE" w:rsidRDefault="003453A6" w:rsidP="003453A6">
            <w:pPr>
              <w:pStyle w:val="a1"/>
              <w:numPr>
                <w:ilvl w:val="0"/>
                <w:numId w:val="0"/>
              </w:numPr>
              <w:rPr>
                <w:rFonts w:cs="Times New Roman"/>
                <w:lang w:val="ru-RU"/>
              </w:rPr>
            </w:pPr>
            <w:r>
              <w:rPr>
                <w:rFonts w:cs="Times New Roman"/>
                <w:lang w:val="ru-RU"/>
              </w:rPr>
              <w:t>27</w:t>
            </w:r>
          </w:p>
        </w:tc>
        <w:tc>
          <w:tcPr>
            <w:tcW w:w="5954" w:type="dxa"/>
          </w:tcPr>
          <w:p w14:paraId="0129A222" w14:textId="3FBF0F49" w:rsidR="003453A6" w:rsidRPr="006F3DBE" w:rsidRDefault="003453A6" w:rsidP="003453A6">
            <w:pPr>
              <w:pStyle w:val="aa"/>
              <w:rPr>
                <w:rFonts w:eastAsiaTheme="minorEastAsia" w:cs="Times New Roman"/>
              </w:rPr>
            </w:pPr>
            <w:r w:rsidRPr="006F3DBE">
              <w:rPr>
                <w:rFonts w:eastAsiaTheme="minorEastAsia" w:cs="Times New Roman"/>
              </w:rPr>
              <w:t xml:space="preserve">Режим </w:t>
            </w:r>
            <w:r>
              <w:rPr>
                <w:rFonts w:eastAsiaTheme="minorEastAsia" w:cs="Times New Roman"/>
              </w:rPr>
              <w:t xml:space="preserve">гарантийной </w:t>
            </w:r>
            <w:r w:rsidRPr="006F3DBE">
              <w:rPr>
                <w:rFonts w:eastAsiaTheme="minorEastAsia" w:cs="Times New Roman"/>
              </w:rPr>
              <w:t xml:space="preserve">поддержки 9x5x365 (9 часов (с 09:00 до 18:00 время московское) по рабочим дням в течение года), </w:t>
            </w:r>
            <w:r w:rsidRPr="006F3DBE">
              <w:rPr>
                <w:rFonts w:eastAsiaTheme="minorEastAsia" w:cs="Times New Roman"/>
                <w:lang w:val="ru"/>
              </w:rPr>
              <w:t xml:space="preserve">время восстановления работоспособности </w:t>
            </w:r>
            <w:r w:rsidRPr="006F3DBE">
              <w:rPr>
                <w:rFonts w:eastAsiaTheme="minorEastAsia" w:cs="Times New Roman"/>
              </w:rPr>
              <w:t>следующий рабочий день</w:t>
            </w:r>
          </w:p>
        </w:tc>
        <w:tc>
          <w:tcPr>
            <w:tcW w:w="2835" w:type="dxa"/>
            <w:vAlign w:val="center"/>
          </w:tcPr>
          <w:p w14:paraId="353D9B7D" w14:textId="77777777" w:rsidR="003453A6" w:rsidRPr="006F3DBE" w:rsidRDefault="003453A6" w:rsidP="003453A6">
            <w:pPr>
              <w:pStyle w:val="aa"/>
              <w:jc w:val="center"/>
              <w:rPr>
                <w:rFonts w:cs="Times New Roman"/>
              </w:rPr>
            </w:pPr>
            <w:r w:rsidRPr="006F3DBE">
              <w:rPr>
                <w:rFonts w:cs="Times New Roman"/>
              </w:rPr>
              <w:t>Соответствует</w:t>
            </w:r>
          </w:p>
        </w:tc>
      </w:tr>
      <w:tr w:rsidR="003453A6" w:rsidRPr="006F3DBE" w14:paraId="6B848EF7" w14:textId="77777777" w:rsidTr="00ED1D20">
        <w:tc>
          <w:tcPr>
            <w:tcW w:w="9356" w:type="dxa"/>
            <w:gridSpan w:val="3"/>
          </w:tcPr>
          <w:p w14:paraId="2CF26E77" w14:textId="7583A701" w:rsidR="003453A6" w:rsidRPr="006F3DBE" w:rsidRDefault="00BB1C95" w:rsidP="003453A6">
            <w:pPr>
              <w:pStyle w:val="aa"/>
              <w:rPr>
                <w:rFonts w:cs="Times New Roman"/>
              </w:rPr>
            </w:pPr>
            <w:r w:rsidRPr="00272C7E">
              <w:rPr>
                <w:rFonts w:cs="Times New Roman"/>
              </w:rPr>
              <w:t xml:space="preserve">* </w:t>
            </w:r>
            <w:r w:rsidRPr="00BC73FF">
              <w:t>Заполняется на основании заявки победителя в случае, если участником закупки в составе заявки представлены конкретные значения показателей предлагаемого Товара, соответствующие параметрам соответствия (экв</w:t>
            </w:r>
            <w:r>
              <w:t>ивалентности), установленным в Т</w:t>
            </w:r>
            <w:r w:rsidRPr="00BC73FF">
              <w:t>ехническом задании со знаком*</w:t>
            </w:r>
          </w:p>
        </w:tc>
      </w:tr>
    </w:tbl>
    <w:p w14:paraId="576D7B5C" w14:textId="77777777" w:rsidR="00E96294" w:rsidRPr="005D1A2E" w:rsidRDefault="00E96294" w:rsidP="005D1A2E">
      <w:pPr>
        <w:pStyle w:val="ConsPlusNormal"/>
        <w:numPr>
          <w:ilvl w:val="1"/>
          <w:numId w:val="5"/>
        </w:numPr>
        <w:spacing w:before="240"/>
        <w:ind w:left="709" w:firstLine="0"/>
        <w:rPr>
          <w:rFonts w:ascii="Times New Roman" w:hAnsi="Times New Roman" w:cs="Times New Roman"/>
          <w:b/>
          <w:sz w:val="24"/>
          <w:szCs w:val="24"/>
        </w:rPr>
      </w:pPr>
      <w:r w:rsidRPr="00E63073">
        <w:rPr>
          <w:rFonts w:ascii="Times New Roman" w:hAnsi="Times New Roman" w:cs="Times New Roman"/>
          <w:b/>
          <w:sz w:val="24"/>
          <w:szCs w:val="24"/>
        </w:rPr>
        <w:t xml:space="preserve">Комплектность </w:t>
      </w:r>
      <w:r>
        <w:rPr>
          <w:rFonts w:ascii="Times New Roman" w:hAnsi="Times New Roman" w:cs="Times New Roman"/>
          <w:b/>
          <w:sz w:val="24"/>
          <w:szCs w:val="24"/>
        </w:rPr>
        <w:t>Товар</w:t>
      </w:r>
      <w:r w:rsidRPr="00E63073">
        <w:rPr>
          <w:rFonts w:ascii="Times New Roman" w:hAnsi="Times New Roman" w:cs="Times New Roman"/>
          <w:b/>
          <w:sz w:val="24"/>
          <w:szCs w:val="24"/>
        </w:rPr>
        <w:t>а</w:t>
      </w:r>
    </w:p>
    <w:p w14:paraId="1E226C57" w14:textId="77777777" w:rsidR="00E96294" w:rsidRDefault="00E96294" w:rsidP="00E9629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Товар передается в комплектности,</w:t>
      </w:r>
      <w:r w:rsidRPr="00E63073">
        <w:rPr>
          <w:rFonts w:ascii="Times New Roman" w:hAnsi="Times New Roman" w:cs="Times New Roman"/>
          <w:sz w:val="24"/>
          <w:szCs w:val="24"/>
        </w:rPr>
        <w:t xml:space="preserve"> соответств</w:t>
      </w:r>
      <w:r>
        <w:rPr>
          <w:rFonts w:ascii="Times New Roman" w:hAnsi="Times New Roman" w:cs="Times New Roman"/>
          <w:sz w:val="24"/>
          <w:szCs w:val="24"/>
        </w:rPr>
        <w:t>ующей</w:t>
      </w:r>
      <w:r w:rsidRPr="00E63073">
        <w:rPr>
          <w:rFonts w:ascii="Times New Roman" w:hAnsi="Times New Roman" w:cs="Times New Roman"/>
          <w:sz w:val="24"/>
          <w:szCs w:val="24"/>
        </w:rPr>
        <w:t xml:space="preserve"> </w:t>
      </w:r>
      <w:r>
        <w:rPr>
          <w:rFonts w:ascii="Times New Roman" w:hAnsi="Times New Roman" w:cs="Times New Roman"/>
          <w:sz w:val="24"/>
          <w:szCs w:val="24"/>
        </w:rPr>
        <w:t>документации производителя</w:t>
      </w:r>
      <w:r w:rsidRPr="00E63073">
        <w:rPr>
          <w:rFonts w:ascii="Times New Roman" w:hAnsi="Times New Roman" w:cs="Times New Roman"/>
          <w:sz w:val="24"/>
          <w:szCs w:val="24"/>
        </w:rPr>
        <w:t xml:space="preserve"> в соответствии с характеристиками </w:t>
      </w:r>
      <w:r>
        <w:rPr>
          <w:rFonts w:ascii="Times New Roman" w:hAnsi="Times New Roman" w:cs="Times New Roman"/>
          <w:sz w:val="24"/>
          <w:szCs w:val="24"/>
        </w:rPr>
        <w:t>Т</w:t>
      </w:r>
      <w:r w:rsidRPr="00E63073">
        <w:rPr>
          <w:rFonts w:ascii="Times New Roman" w:hAnsi="Times New Roman" w:cs="Times New Roman"/>
          <w:sz w:val="24"/>
          <w:szCs w:val="24"/>
        </w:rPr>
        <w:t xml:space="preserve">овара, указанными в </w:t>
      </w:r>
      <w:r w:rsidRPr="00A87345">
        <w:rPr>
          <w:rFonts w:ascii="Times New Roman" w:hAnsi="Times New Roman" w:cs="Times New Roman"/>
          <w:b/>
          <w:sz w:val="24"/>
          <w:szCs w:val="24"/>
        </w:rPr>
        <w:t>п. 3.3</w:t>
      </w:r>
      <w:r w:rsidRPr="00E63073">
        <w:rPr>
          <w:rFonts w:ascii="Times New Roman" w:hAnsi="Times New Roman" w:cs="Times New Roman"/>
          <w:sz w:val="24"/>
          <w:szCs w:val="24"/>
        </w:rPr>
        <w:t xml:space="preserve"> </w:t>
      </w:r>
      <w:r w:rsidR="001C28B2">
        <w:rPr>
          <w:rFonts w:ascii="Times New Roman" w:hAnsi="Times New Roman" w:cs="Times New Roman"/>
          <w:sz w:val="24"/>
          <w:szCs w:val="24"/>
        </w:rPr>
        <w:t xml:space="preserve">настоящего </w:t>
      </w:r>
      <w:r w:rsidRPr="00E63073">
        <w:rPr>
          <w:rFonts w:ascii="Times New Roman" w:hAnsi="Times New Roman" w:cs="Times New Roman"/>
          <w:sz w:val="24"/>
          <w:szCs w:val="24"/>
        </w:rPr>
        <w:t>Технического задания, а также кабели</w:t>
      </w:r>
      <w:r>
        <w:rPr>
          <w:rFonts w:ascii="Times New Roman" w:hAnsi="Times New Roman" w:cs="Times New Roman"/>
          <w:sz w:val="24"/>
          <w:szCs w:val="24"/>
        </w:rPr>
        <w:t>/блоки питания</w:t>
      </w:r>
      <w:r w:rsidRPr="00E63073">
        <w:rPr>
          <w:rFonts w:ascii="Times New Roman" w:hAnsi="Times New Roman" w:cs="Times New Roman"/>
          <w:sz w:val="24"/>
          <w:szCs w:val="24"/>
        </w:rPr>
        <w:t>, необходимые для полноценной работы Товара, инструкция по эксплуатации.</w:t>
      </w:r>
    </w:p>
    <w:p w14:paraId="29A2F902" w14:textId="77777777" w:rsidR="00E96294" w:rsidRPr="00E63073" w:rsidRDefault="00E96294" w:rsidP="00E96294">
      <w:pPr>
        <w:pStyle w:val="ConsPlusNormal"/>
        <w:numPr>
          <w:ilvl w:val="1"/>
          <w:numId w:val="5"/>
        </w:numPr>
        <w:spacing w:before="240"/>
        <w:ind w:left="709" w:firstLine="0"/>
        <w:rPr>
          <w:rFonts w:ascii="Times New Roman" w:hAnsi="Times New Roman" w:cs="Times New Roman"/>
          <w:b/>
          <w:sz w:val="24"/>
          <w:szCs w:val="24"/>
        </w:rPr>
      </w:pPr>
      <w:r w:rsidRPr="00E63073">
        <w:rPr>
          <w:rFonts w:ascii="Times New Roman" w:hAnsi="Times New Roman" w:cs="Times New Roman"/>
          <w:b/>
          <w:sz w:val="24"/>
          <w:szCs w:val="24"/>
        </w:rPr>
        <w:t xml:space="preserve">Нормативные документы, которые устанавливают требования к </w:t>
      </w:r>
      <w:r>
        <w:rPr>
          <w:rFonts w:ascii="Times New Roman" w:hAnsi="Times New Roman" w:cs="Times New Roman"/>
          <w:b/>
          <w:sz w:val="24"/>
          <w:szCs w:val="24"/>
        </w:rPr>
        <w:t>Товар</w:t>
      </w:r>
      <w:r w:rsidRPr="00E63073">
        <w:rPr>
          <w:rFonts w:ascii="Times New Roman" w:hAnsi="Times New Roman" w:cs="Times New Roman"/>
          <w:b/>
          <w:sz w:val="24"/>
          <w:szCs w:val="24"/>
        </w:rPr>
        <w:t xml:space="preserve">у, к поставке </w:t>
      </w:r>
      <w:r>
        <w:rPr>
          <w:rFonts w:ascii="Times New Roman" w:hAnsi="Times New Roman" w:cs="Times New Roman"/>
          <w:b/>
          <w:sz w:val="24"/>
          <w:szCs w:val="24"/>
        </w:rPr>
        <w:t>Товар</w:t>
      </w:r>
      <w:r w:rsidRPr="00E63073">
        <w:rPr>
          <w:rFonts w:ascii="Times New Roman" w:hAnsi="Times New Roman" w:cs="Times New Roman"/>
          <w:b/>
          <w:sz w:val="24"/>
          <w:szCs w:val="24"/>
        </w:rPr>
        <w:t>ов (ГОСТ, чертеж, иной нормативный документ)</w:t>
      </w:r>
    </w:p>
    <w:p w14:paraId="6C378C6D" w14:textId="77777777" w:rsidR="00E96294" w:rsidRPr="00E63073" w:rsidRDefault="00E96294" w:rsidP="00E96294">
      <w:pPr>
        <w:pStyle w:val="ConsPlusNormal"/>
        <w:ind w:firstLine="709"/>
        <w:jc w:val="both"/>
        <w:rPr>
          <w:rFonts w:ascii="Times New Roman" w:hAnsi="Times New Roman"/>
          <w:bCs/>
          <w:sz w:val="24"/>
          <w:szCs w:val="24"/>
        </w:rPr>
      </w:pPr>
      <w:r w:rsidRPr="00E63073">
        <w:rPr>
          <w:rFonts w:ascii="Times New Roman" w:hAnsi="Times New Roman"/>
          <w:bCs/>
          <w:sz w:val="24"/>
          <w:szCs w:val="24"/>
        </w:rPr>
        <w:t>- технический регламент Таможенного Союза «</w:t>
      </w:r>
      <w:r w:rsidRPr="00E63073">
        <w:rPr>
          <w:rFonts w:ascii="Times New Roman" w:hAnsi="Times New Roman"/>
          <w:sz w:val="24"/>
          <w:szCs w:val="24"/>
        </w:rPr>
        <w:t xml:space="preserve">О безопасности низковольтного оборудования» </w:t>
      </w:r>
      <w:r w:rsidRPr="00E63073">
        <w:rPr>
          <w:rFonts w:ascii="Times New Roman" w:hAnsi="Times New Roman"/>
          <w:bCs/>
          <w:sz w:val="24"/>
          <w:szCs w:val="24"/>
        </w:rPr>
        <w:t>ТР ТС 004/2011;</w:t>
      </w:r>
    </w:p>
    <w:p w14:paraId="2A133579" w14:textId="77777777" w:rsidR="00E96294" w:rsidRPr="00AC6D0E" w:rsidRDefault="00E96294" w:rsidP="00E96294">
      <w:pPr>
        <w:pStyle w:val="ConsPlusNormal"/>
        <w:ind w:firstLine="709"/>
        <w:jc w:val="both"/>
        <w:rPr>
          <w:rFonts w:ascii="Times New Roman" w:hAnsi="Times New Roman" w:cs="Times New Roman"/>
          <w:bCs/>
          <w:sz w:val="24"/>
          <w:szCs w:val="24"/>
        </w:rPr>
      </w:pPr>
      <w:r w:rsidRPr="00E63073">
        <w:rPr>
          <w:rFonts w:ascii="Times New Roman" w:hAnsi="Times New Roman" w:cs="Times New Roman"/>
          <w:bCs/>
          <w:sz w:val="24"/>
          <w:szCs w:val="24"/>
        </w:rPr>
        <w:t>- технический регламент Таможенного Союза «Электромагнитная совместимость технических средств» ТР ТС 020/2011</w:t>
      </w:r>
      <w:r>
        <w:rPr>
          <w:rFonts w:ascii="Times New Roman" w:hAnsi="Times New Roman" w:cs="Times New Roman"/>
          <w:bCs/>
          <w:sz w:val="24"/>
          <w:szCs w:val="24"/>
        </w:rPr>
        <w:t>.</w:t>
      </w:r>
    </w:p>
    <w:p w14:paraId="3DF730CF" w14:textId="77777777" w:rsidR="00E96294" w:rsidRPr="00E63073" w:rsidRDefault="00E96294" w:rsidP="00E96294">
      <w:pPr>
        <w:pStyle w:val="ConsPlusNormal"/>
        <w:numPr>
          <w:ilvl w:val="1"/>
          <w:numId w:val="5"/>
        </w:numPr>
        <w:spacing w:before="240"/>
        <w:ind w:left="709" w:firstLine="0"/>
        <w:rPr>
          <w:rFonts w:ascii="Times New Roman" w:hAnsi="Times New Roman" w:cs="Times New Roman"/>
          <w:b/>
          <w:sz w:val="24"/>
          <w:szCs w:val="24"/>
        </w:rPr>
      </w:pPr>
      <w:r w:rsidRPr="00E63073">
        <w:rPr>
          <w:rFonts w:ascii="Times New Roman" w:hAnsi="Times New Roman" w:cs="Times New Roman"/>
          <w:b/>
          <w:sz w:val="24"/>
          <w:szCs w:val="24"/>
        </w:rPr>
        <w:t xml:space="preserve"> Объем гарантий и гарантийный срок</w:t>
      </w:r>
    </w:p>
    <w:p w14:paraId="4F184479" w14:textId="468F4664" w:rsidR="00E96294" w:rsidRDefault="00E96294" w:rsidP="00E96294">
      <w:pPr>
        <w:pStyle w:val="ConsPlusNormal"/>
        <w:ind w:firstLine="709"/>
        <w:jc w:val="both"/>
        <w:rPr>
          <w:rFonts w:ascii="Times New Roman" w:hAnsi="Times New Roman" w:cs="Times New Roman"/>
          <w:sz w:val="24"/>
          <w:szCs w:val="24"/>
        </w:rPr>
      </w:pPr>
      <w:r w:rsidRPr="00E63073">
        <w:rPr>
          <w:rFonts w:ascii="Times New Roman" w:hAnsi="Times New Roman" w:cs="Times New Roman"/>
          <w:sz w:val="24"/>
          <w:szCs w:val="24"/>
        </w:rPr>
        <w:t xml:space="preserve">Срок гарантии на </w:t>
      </w:r>
      <w:r>
        <w:rPr>
          <w:rFonts w:ascii="Times New Roman" w:hAnsi="Times New Roman" w:cs="Times New Roman"/>
          <w:sz w:val="24"/>
          <w:szCs w:val="24"/>
        </w:rPr>
        <w:t>Товар</w:t>
      </w:r>
      <w:r w:rsidRPr="00E63073">
        <w:rPr>
          <w:rFonts w:ascii="Times New Roman" w:hAnsi="Times New Roman" w:cs="Times New Roman"/>
          <w:sz w:val="24"/>
          <w:szCs w:val="24"/>
        </w:rPr>
        <w:t xml:space="preserve">: не менее </w:t>
      </w:r>
      <w:r w:rsidR="00755588">
        <w:rPr>
          <w:rFonts w:ascii="Times New Roman" w:hAnsi="Times New Roman" w:cs="Times New Roman"/>
          <w:sz w:val="24"/>
          <w:szCs w:val="24"/>
        </w:rPr>
        <w:t>60</w:t>
      </w:r>
      <w:r w:rsidRPr="00E63073">
        <w:rPr>
          <w:rFonts w:ascii="Times New Roman" w:hAnsi="Times New Roman" w:cs="Times New Roman"/>
          <w:sz w:val="24"/>
          <w:szCs w:val="24"/>
        </w:rPr>
        <w:t xml:space="preserve"> </w:t>
      </w:r>
      <w:r w:rsidR="003713C7">
        <w:rPr>
          <w:rFonts w:ascii="Times New Roman" w:hAnsi="Times New Roman" w:cs="Times New Roman"/>
          <w:sz w:val="24"/>
          <w:szCs w:val="24"/>
        </w:rPr>
        <w:t>(</w:t>
      </w:r>
      <w:r w:rsidR="00755588">
        <w:rPr>
          <w:rFonts w:ascii="Times New Roman" w:hAnsi="Times New Roman" w:cs="Times New Roman"/>
          <w:sz w:val="24"/>
          <w:szCs w:val="24"/>
        </w:rPr>
        <w:t>шестидесяти</w:t>
      </w:r>
      <w:r w:rsidR="003713C7">
        <w:rPr>
          <w:rFonts w:ascii="Times New Roman" w:hAnsi="Times New Roman" w:cs="Times New Roman"/>
          <w:sz w:val="24"/>
          <w:szCs w:val="24"/>
        </w:rPr>
        <w:t xml:space="preserve">) </w:t>
      </w:r>
      <w:r w:rsidRPr="00E63073">
        <w:rPr>
          <w:rFonts w:ascii="Times New Roman" w:hAnsi="Times New Roman" w:cs="Times New Roman"/>
          <w:sz w:val="24"/>
          <w:szCs w:val="24"/>
        </w:rPr>
        <w:t>месяцев с даты подписания универсального передаточного документа.</w:t>
      </w:r>
    </w:p>
    <w:p w14:paraId="7107B689" w14:textId="77777777" w:rsidR="00E96294" w:rsidRDefault="00E96294" w:rsidP="00E96294">
      <w:pPr>
        <w:pStyle w:val="ConsPlusNormal"/>
        <w:ind w:firstLine="709"/>
        <w:jc w:val="both"/>
        <w:rPr>
          <w:rFonts w:ascii="Times New Roman" w:hAnsi="Times New Roman" w:cs="Times New Roman"/>
          <w:sz w:val="24"/>
          <w:szCs w:val="24"/>
        </w:rPr>
      </w:pPr>
      <w:r w:rsidRPr="00A5662B">
        <w:rPr>
          <w:rFonts w:ascii="Times New Roman" w:hAnsi="Times New Roman" w:cs="Times New Roman"/>
          <w:sz w:val="24"/>
          <w:szCs w:val="24"/>
        </w:rPr>
        <w:t>Поставщик несет ответственность за недостатки (дефекты), обнаруженные в течение гарантийного срока, если не докажет, что они произошли вследствие нормального износа объекта или его частей, или неправильной их эксплуатации.</w:t>
      </w:r>
    </w:p>
    <w:p w14:paraId="4FF2AB24" w14:textId="77777777" w:rsidR="00E96294" w:rsidRPr="00E63073" w:rsidRDefault="00E96294" w:rsidP="00E96294">
      <w:pPr>
        <w:pStyle w:val="ConsPlusNormal"/>
        <w:ind w:firstLine="709"/>
        <w:jc w:val="both"/>
        <w:rPr>
          <w:rFonts w:ascii="Times New Roman" w:hAnsi="Times New Roman" w:cs="Times New Roman"/>
          <w:sz w:val="24"/>
          <w:szCs w:val="24"/>
        </w:rPr>
      </w:pPr>
      <w:r w:rsidRPr="00E63073">
        <w:rPr>
          <w:rFonts w:ascii="Times New Roman" w:hAnsi="Times New Roman" w:cs="Times New Roman"/>
          <w:sz w:val="24"/>
          <w:szCs w:val="24"/>
        </w:rPr>
        <w:t xml:space="preserve">При обнаружении в период гарантийного срока дефектов </w:t>
      </w:r>
      <w:r>
        <w:rPr>
          <w:rFonts w:ascii="Times New Roman" w:hAnsi="Times New Roman" w:cs="Times New Roman"/>
          <w:sz w:val="24"/>
          <w:szCs w:val="24"/>
        </w:rPr>
        <w:t>Т</w:t>
      </w:r>
      <w:r w:rsidRPr="00E63073">
        <w:rPr>
          <w:rFonts w:ascii="Times New Roman" w:hAnsi="Times New Roman" w:cs="Times New Roman"/>
          <w:sz w:val="24"/>
          <w:szCs w:val="24"/>
        </w:rPr>
        <w:t xml:space="preserve">овара Поставщик обязан за свой счет заменить некачественный </w:t>
      </w:r>
      <w:r>
        <w:rPr>
          <w:rFonts w:ascii="Times New Roman" w:hAnsi="Times New Roman" w:cs="Times New Roman"/>
          <w:sz w:val="24"/>
          <w:szCs w:val="24"/>
        </w:rPr>
        <w:t>Товар</w:t>
      </w:r>
      <w:r w:rsidRPr="00E63073">
        <w:rPr>
          <w:rFonts w:ascii="Times New Roman" w:hAnsi="Times New Roman" w:cs="Times New Roman"/>
          <w:sz w:val="24"/>
          <w:szCs w:val="24"/>
        </w:rPr>
        <w:t xml:space="preserve">, </w:t>
      </w:r>
      <w:r>
        <w:rPr>
          <w:rFonts w:ascii="Times New Roman" w:hAnsi="Times New Roman" w:cs="Times New Roman"/>
          <w:sz w:val="24"/>
          <w:szCs w:val="24"/>
        </w:rPr>
        <w:t>Товар</w:t>
      </w:r>
      <w:r w:rsidRPr="00E63073">
        <w:rPr>
          <w:rFonts w:ascii="Times New Roman" w:hAnsi="Times New Roman" w:cs="Times New Roman"/>
          <w:sz w:val="24"/>
          <w:szCs w:val="24"/>
        </w:rPr>
        <w:t xml:space="preserve">ом надлежащего качества в течение 10 (десяти) рабочих дней с момента получения от Покупателя письменного требования о необходимости проведения гарантийной замены </w:t>
      </w:r>
      <w:r>
        <w:rPr>
          <w:rFonts w:ascii="Times New Roman" w:hAnsi="Times New Roman" w:cs="Times New Roman"/>
          <w:sz w:val="24"/>
          <w:szCs w:val="24"/>
        </w:rPr>
        <w:t>Товар</w:t>
      </w:r>
      <w:r w:rsidRPr="00E63073">
        <w:rPr>
          <w:rFonts w:ascii="Times New Roman" w:hAnsi="Times New Roman" w:cs="Times New Roman"/>
          <w:sz w:val="24"/>
          <w:szCs w:val="24"/>
        </w:rPr>
        <w:t>а. Требование направляется Покупателем на адрес электронной почты Поставщика, указанный в договоре, факсимильным сообщением или иным способом.</w:t>
      </w:r>
    </w:p>
    <w:p w14:paraId="2B9C6A35" w14:textId="77777777" w:rsidR="00E96294" w:rsidRPr="00E63073" w:rsidRDefault="00E96294" w:rsidP="00E96294">
      <w:pPr>
        <w:pStyle w:val="af4"/>
        <w:spacing w:after="0" w:line="240" w:lineRule="auto"/>
      </w:pPr>
      <w:r w:rsidRPr="00E63073">
        <w:t>Все сопутствующие гарантийному обслуживанию мероприятия (доставка, погрузка, разгрузка) осуществляются силами и за счет Поставщика.</w:t>
      </w:r>
    </w:p>
    <w:p w14:paraId="2AA33CD6" w14:textId="77777777" w:rsidR="00E96294" w:rsidRPr="00E63073" w:rsidRDefault="00E96294" w:rsidP="00E96294">
      <w:pPr>
        <w:pStyle w:val="af4"/>
        <w:spacing w:after="0" w:line="240" w:lineRule="auto"/>
      </w:pPr>
      <w:r w:rsidRPr="00E63073">
        <w:t>Гарантийные обязательства не распространяются в случаях, если:</w:t>
      </w:r>
    </w:p>
    <w:p w14:paraId="53619F74" w14:textId="77777777" w:rsidR="00E96294" w:rsidRPr="00E63073" w:rsidRDefault="00E96294" w:rsidP="00E96294">
      <w:pPr>
        <w:pStyle w:val="11"/>
        <w:spacing w:line="240" w:lineRule="auto"/>
      </w:pPr>
      <w:r w:rsidRPr="00E63073">
        <w:t xml:space="preserve">Нарушаются правила и условия эксплуатации </w:t>
      </w:r>
      <w:r>
        <w:t>Товар</w:t>
      </w:r>
      <w:r w:rsidRPr="00E63073">
        <w:t>а, изложенные в инструкции по эксплуатации;</w:t>
      </w:r>
    </w:p>
    <w:p w14:paraId="632F0A71" w14:textId="77777777" w:rsidR="00E96294" w:rsidRPr="00E63073" w:rsidRDefault="00E96294" w:rsidP="00E96294">
      <w:pPr>
        <w:pStyle w:val="11"/>
        <w:spacing w:line="240" w:lineRule="auto"/>
      </w:pPr>
      <w:r w:rsidRPr="00E63073">
        <w:t xml:space="preserve">Имеет место факт вскрытия пломб в/на </w:t>
      </w:r>
      <w:r>
        <w:t>Товар</w:t>
      </w:r>
      <w:r w:rsidRPr="00E63073">
        <w:t>е или его компонентах;</w:t>
      </w:r>
    </w:p>
    <w:p w14:paraId="300F8C01" w14:textId="32A10BB3" w:rsidR="001B76AD" w:rsidRPr="00E63073" w:rsidRDefault="00E96294" w:rsidP="00CE4089">
      <w:pPr>
        <w:pStyle w:val="11"/>
        <w:spacing w:line="240" w:lineRule="auto"/>
      </w:pPr>
      <w:r w:rsidRPr="00E63073">
        <w:t xml:space="preserve">Имеются механические повреждения </w:t>
      </w:r>
      <w:r>
        <w:t>Товар</w:t>
      </w:r>
      <w:r w:rsidRPr="00E63073">
        <w:t>а.</w:t>
      </w:r>
    </w:p>
    <w:p w14:paraId="74545837" w14:textId="77777777" w:rsidR="00E96294" w:rsidRPr="00E63073" w:rsidRDefault="00E96294" w:rsidP="00E96294">
      <w:pPr>
        <w:pStyle w:val="ConsPlusNormal"/>
        <w:numPr>
          <w:ilvl w:val="0"/>
          <w:numId w:val="5"/>
        </w:numPr>
        <w:spacing w:before="240"/>
        <w:ind w:left="0" w:firstLine="0"/>
        <w:jc w:val="center"/>
        <w:rPr>
          <w:rFonts w:ascii="Times New Roman" w:hAnsi="Times New Roman" w:cs="Times New Roman"/>
          <w:b/>
          <w:sz w:val="24"/>
          <w:szCs w:val="24"/>
        </w:rPr>
      </w:pPr>
      <w:r w:rsidRPr="00E63073">
        <w:rPr>
          <w:rFonts w:ascii="Times New Roman" w:hAnsi="Times New Roman" w:cs="Times New Roman"/>
          <w:b/>
          <w:sz w:val="24"/>
          <w:szCs w:val="24"/>
        </w:rPr>
        <w:t>ТРЕБОВАНИЯ К МАРКИРОВКЕ</w:t>
      </w:r>
    </w:p>
    <w:p w14:paraId="62C93D86" w14:textId="77777777" w:rsidR="00E9188C" w:rsidRDefault="00E9188C" w:rsidP="00E96294">
      <w:pPr>
        <w:pStyle w:val="ConsPlusNormal"/>
        <w:ind w:firstLine="709"/>
        <w:jc w:val="both"/>
        <w:rPr>
          <w:rFonts w:ascii="Times New Roman" w:hAnsi="Times New Roman" w:cs="Times New Roman"/>
          <w:sz w:val="24"/>
          <w:szCs w:val="24"/>
        </w:rPr>
      </w:pPr>
    </w:p>
    <w:p w14:paraId="5D4A2E25" w14:textId="77777777" w:rsidR="00E96294" w:rsidRPr="00781B24" w:rsidRDefault="00E96294" w:rsidP="00E9629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Товар</w:t>
      </w:r>
      <w:r w:rsidRPr="00781B24">
        <w:rPr>
          <w:rFonts w:ascii="Times New Roman" w:hAnsi="Times New Roman" w:cs="Times New Roman"/>
          <w:sz w:val="24"/>
          <w:szCs w:val="24"/>
        </w:rPr>
        <w:t xml:space="preserve"> долж</w:t>
      </w:r>
      <w:r>
        <w:rPr>
          <w:rFonts w:ascii="Times New Roman" w:hAnsi="Times New Roman" w:cs="Times New Roman"/>
          <w:sz w:val="24"/>
          <w:szCs w:val="24"/>
        </w:rPr>
        <w:t>ен</w:t>
      </w:r>
      <w:r w:rsidRPr="00781B24">
        <w:rPr>
          <w:rFonts w:ascii="Times New Roman" w:hAnsi="Times New Roman" w:cs="Times New Roman"/>
          <w:sz w:val="24"/>
          <w:szCs w:val="24"/>
        </w:rPr>
        <w:t xml:space="preserve"> поставляться в упаковке изготовителя, с указанием на упаковке информации об изготовителе и имуществе, с учетом необходимых маркировок:</w:t>
      </w:r>
    </w:p>
    <w:p w14:paraId="01D933F0" w14:textId="77777777" w:rsidR="00E96294" w:rsidRPr="00781B24" w:rsidRDefault="00E96294" w:rsidP="00E96294">
      <w:pPr>
        <w:pStyle w:val="ConsPlusNormal"/>
        <w:ind w:firstLine="709"/>
        <w:jc w:val="both"/>
        <w:rPr>
          <w:rFonts w:ascii="Times New Roman" w:hAnsi="Times New Roman" w:cs="Times New Roman"/>
          <w:sz w:val="24"/>
          <w:szCs w:val="24"/>
        </w:rPr>
      </w:pPr>
      <w:r w:rsidRPr="00781B24">
        <w:rPr>
          <w:rFonts w:ascii="Times New Roman" w:hAnsi="Times New Roman" w:cs="Times New Roman"/>
          <w:sz w:val="24"/>
          <w:szCs w:val="24"/>
        </w:rPr>
        <w:t>- тип имущества;</w:t>
      </w:r>
    </w:p>
    <w:p w14:paraId="04AA2049" w14:textId="77777777" w:rsidR="00E96294" w:rsidRPr="00781B24" w:rsidRDefault="00E96294" w:rsidP="00E96294">
      <w:pPr>
        <w:pStyle w:val="ConsPlusNormal"/>
        <w:ind w:firstLine="709"/>
        <w:jc w:val="both"/>
        <w:rPr>
          <w:rFonts w:ascii="Times New Roman" w:hAnsi="Times New Roman" w:cs="Times New Roman"/>
          <w:sz w:val="24"/>
          <w:szCs w:val="24"/>
        </w:rPr>
      </w:pPr>
      <w:r w:rsidRPr="00781B24">
        <w:rPr>
          <w:rFonts w:ascii="Times New Roman" w:hAnsi="Times New Roman" w:cs="Times New Roman"/>
          <w:sz w:val="24"/>
          <w:szCs w:val="24"/>
        </w:rPr>
        <w:t xml:space="preserve">- номер партии на коробке и на имуществе (если производителем установлено его </w:t>
      </w:r>
      <w:r w:rsidRPr="00781B24">
        <w:rPr>
          <w:rFonts w:ascii="Times New Roman" w:hAnsi="Times New Roman" w:cs="Times New Roman"/>
          <w:sz w:val="24"/>
          <w:szCs w:val="24"/>
        </w:rPr>
        <w:lastRenderedPageBreak/>
        <w:t>наличие) должны совпадать;</w:t>
      </w:r>
    </w:p>
    <w:p w14:paraId="0DA53670" w14:textId="77777777" w:rsidR="00E96294" w:rsidRPr="00781B24" w:rsidRDefault="00E96294" w:rsidP="00E96294">
      <w:pPr>
        <w:pStyle w:val="ConsPlusNormal"/>
        <w:ind w:firstLine="709"/>
        <w:jc w:val="both"/>
        <w:rPr>
          <w:rFonts w:ascii="Times New Roman" w:hAnsi="Times New Roman" w:cs="Times New Roman"/>
          <w:sz w:val="24"/>
          <w:szCs w:val="24"/>
        </w:rPr>
      </w:pPr>
      <w:r w:rsidRPr="00781B24">
        <w:rPr>
          <w:rFonts w:ascii="Times New Roman" w:hAnsi="Times New Roman" w:cs="Times New Roman"/>
          <w:sz w:val="24"/>
          <w:szCs w:val="24"/>
        </w:rPr>
        <w:t xml:space="preserve">- информация о производителе, его товарный знак (при наличии);   </w:t>
      </w:r>
    </w:p>
    <w:p w14:paraId="16262DB7" w14:textId="77777777" w:rsidR="00E96294" w:rsidRPr="00FD6D7B" w:rsidRDefault="00E96294" w:rsidP="00E96294">
      <w:pPr>
        <w:pStyle w:val="ConsPlusNormal"/>
        <w:ind w:firstLine="709"/>
        <w:jc w:val="both"/>
        <w:rPr>
          <w:rFonts w:ascii="Times New Roman" w:hAnsi="Times New Roman" w:cs="Times New Roman"/>
          <w:sz w:val="24"/>
          <w:szCs w:val="24"/>
        </w:rPr>
      </w:pPr>
      <w:r w:rsidRPr="00781B24">
        <w:rPr>
          <w:rFonts w:ascii="Times New Roman" w:hAnsi="Times New Roman" w:cs="Times New Roman"/>
          <w:sz w:val="24"/>
          <w:szCs w:val="24"/>
        </w:rPr>
        <w:t>- иная информация, которую производитель посчитает необходимым разместить.</w:t>
      </w:r>
    </w:p>
    <w:p w14:paraId="51B47133" w14:textId="77777777" w:rsidR="00E96294" w:rsidRPr="00E63073" w:rsidRDefault="00E96294" w:rsidP="00E96294">
      <w:pPr>
        <w:pStyle w:val="ConsPlusNormal"/>
        <w:numPr>
          <w:ilvl w:val="0"/>
          <w:numId w:val="5"/>
        </w:numPr>
        <w:spacing w:before="240"/>
        <w:ind w:left="0" w:firstLine="0"/>
        <w:jc w:val="center"/>
        <w:rPr>
          <w:rFonts w:ascii="Times New Roman" w:hAnsi="Times New Roman" w:cs="Times New Roman"/>
          <w:b/>
          <w:sz w:val="24"/>
          <w:szCs w:val="24"/>
        </w:rPr>
      </w:pPr>
      <w:r w:rsidRPr="00E63073">
        <w:rPr>
          <w:rFonts w:ascii="Times New Roman" w:hAnsi="Times New Roman" w:cs="Times New Roman"/>
          <w:b/>
          <w:sz w:val="24"/>
          <w:szCs w:val="24"/>
        </w:rPr>
        <w:t>ТРЕБОВАНИЯ К УПАКОВКЕ</w:t>
      </w:r>
    </w:p>
    <w:p w14:paraId="12679E10" w14:textId="77777777" w:rsidR="00E96294" w:rsidRPr="00E63073" w:rsidRDefault="00E96294" w:rsidP="00E96294">
      <w:pPr>
        <w:pStyle w:val="ConsPlusNormal"/>
        <w:ind w:firstLine="709"/>
        <w:rPr>
          <w:rFonts w:ascii="Times New Roman" w:hAnsi="Times New Roman" w:cs="Times New Roman"/>
          <w:sz w:val="24"/>
          <w:szCs w:val="24"/>
        </w:rPr>
      </w:pPr>
    </w:p>
    <w:p w14:paraId="2C279698" w14:textId="77777777" w:rsidR="00E96294" w:rsidRDefault="00E96294" w:rsidP="00E96294">
      <w:pPr>
        <w:pStyle w:val="ConsPlusNormal"/>
        <w:jc w:val="both"/>
        <w:rPr>
          <w:rFonts w:ascii="Times New Roman" w:hAnsi="Times New Roman" w:cs="Times New Roman"/>
          <w:sz w:val="24"/>
          <w:szCs w:val="24"/>
        </w:rPr>
      </w:pPr>
      <w:r w:rsidRPr="001E114E">
        <w:rPr>
          <w:rFonts w:ascii="Times New Roman" w:hAnsi="Times New Roman" w:cs="Times New Roman"/>
          <w:sz w:val="24"/>
          <w:szCs w:val="24"/>
        </w:rPr>
        <w:t>Товар должен поставляться в упаковке, обеспечивающей защиту от повреждений или порчи, от внешних воздействующих факторов (в т. ч. климатических, механических) при транспортировании, хранении и погрузочно-разгрузочных работах. Упаковка должна иметь необходимые маркировки, наклейки и содержать информацию согласно действующему законодательству Российской Федерации.</w:t>
      </w:r>
    </w:p>
    <w:p w14:paraId="05C90357" w14:textId="77777777" w:rsidR="00E96294" w:rsidRPr="00BB1A90" w:rsidRDefault="00E96294" w:rsidP="00E96294">
      <w:pPr>
        <w:pStyle w:val="ConsPlusNormal"/>
        <w:jc w:val="both"/>
        <w:rPr>
          <w:rFonts w:ascii="Times New Roman" w:hAnsi="Times New Roman" w:cs="Times New Roman"/>
          <w:sz w:val="24"/>
          <w:szCs w:val="24"/>
        </w:rPr>
      </w:pPr>
      <w:r w:rsidRPr="00BB1A90">
        <w:rPr>
          <w:rFonts w:ascii="Times New Roman" w:hAnsi="Times New Roman" w:cs="Times New Roman"/>
          <w:sz w:val="24"/>
          <w:szCs w:val="24"/>
        </w:rPr>
        <w:t xml:space="preserve">Производственные коды на Товаре должны совпадать с производственными кодами на упаковке. </w:t>
      </w:r>
    </w:p>
    <w:p w14:paraId="0B91C3FA" w14:textId="77777777" w:rsidR="00E96294" w:rsidRPr="00BB1A90" w:rsidRDefault="00E96294" w:rsidP="00E96294">
      <w:pPr>
        <w:pStyle w:val="ConsPlusNormal"/>
        <w:jc w:val="both"/>
        <w:rPr>
          <w:rFonts w:ascii="Times New Roman" w:hAnsi="Times New Roman" w:cs="Times New Roman"/>
          <w:sz w:val="24"/>
          <w:szCs w:val="24"/>
        </w:rPr>
      </w:pPr>
      <w:r w:rsidRPr="00BB1A90">
        <w:rPr>
          <w:rFonts w:ascii="Times New Roman" w:hAnsi="Times New Roman" w:cs="Times New Roman"/>
          <w:sz w:val="24"/>
          <w:szCs w:val="24"/>
        </w:rPr>
        <w:t>Упаковка не должна содержать вскрытий, вмятин, порезов. В случае наличия датчиков наклона оборудования на упаковке они не должны быть сработавшими.</w:t>
      </w:r>
    </w:p>
    <w:p w14:paraId="7217F71A" w14:textId="77777777" w:rsidR="00E96294" w:rsidRPr="00BB1A90" w:rsidRDefault="00E96294" w:rsidP="00E96294">
      <w:pPr>
        <w:pStyle w:val="ConsPlusNormal"/>
        <w:jc w:val="both"/>
        <w:rPr>
          <w:rFonts w:ascii="Times New Roman" w:hAnsi="Times New Roman" w:cs="Times New Roman"/>
          <w:sz w:val="24"/>
          <w:szCs w:val="24"/>
        </w:rPr>
      </w:pPr>
      <w:r w:rsidRPr="00BB1A90">
        <w:rPr>
          <w:rFonts w:ascii="Times New Roman" w:hAnsi="Times New Roman" w:cs="Times New Roman"/>
          <w:sz w:val="24"/>
          <w:szCs w:val="24"/>
        </w:rPr>
        <w:t>Товар поставляется в упаковке, соответствующей стандартам, ТУ, обязательным правилам и требованиям для тары и упаковки.</w:t>
      </w:r>
    </w:p>
    <w:p w14:paraId="1C6FA3DF" w14:textId="77777777" w:rsidR="00E96294" w:rsidRDefault="00E96294" w:rsidP="00E96294">
      <w:pPr>
        <w:pStyle w:val="ConsPlusNormal"/>
        <w:jc w:val="both"/>
        <w:rPr>
          <w:rFonts w:ascii="Times New Roman" w:hAnsi="Times New Roman" w:cs="Times New Roman"/>
          <w:sz w:val="24"/>
          <w:szCs w:val="24"/>
        </w:rPr>
      </w:pPr>
      <w:r w:rsidRPr="00BB1A90">
        <w:rPr>
          <w:rFonts w:ascii="Times New Roman" w:hAnsi="Times New Roman" w:cs="Times New Roman"/>
          <w:sz w:val="24"/>
          <w:szCs w:val="24"/>
        </w:rPr>
        <w:t>Упаковка должна обеспечивать полную сохранность деталей на весь срок их транспортировки с учетом перегрузок и длительного хранения.</w:t>
      </w:r>
    </w:p>
    <w:p w14:paraId="01EE6C92" w14:textId="77777777" w:rsidR="00E96294" w:rsidRPr="00E63073" w:rsidRDefault="00E96294" w:rsidP="00E96294">
      <w:pPr>
        <w:pStyle w:val="ConsPlusNormal"/>
        <w:numPr>
          <w:ilvl w:val="0"/>
          <w:numId w:val="5"/>
        </w:numPr>
        <w:spacing w:before="240"/>
        <w:ind w:left="0" w:firstLine="0"/>
        <w:jc w:val="center"/>
        <w:rPr>
          <w:rFonts w:ascii="Times New Roman" w:hAnsi="Times New Roman" w:cs="Times New Roman"/>
          <w:b/>
          <w:sz w:val="24"/>
          <w:szCs w:val="24"/>
        </w:rPr>
      </w:pPr>
      <w:r w:rsidRPr="00E63073">
        <w:rPr>
          <w:rFonts w:ascii="Times New Roman" w:hAnsi="Times New Roman" w:cs="Times New Roman"/>
          <w:b/>
          <w:sz w:val="24"/>
          <w:szCs w:val="24"/>
        </w:rPr>
        <w:t>СРОК, МЕСТО И УСЛОВИЯ ПОСТАВКИ ТОВАРА</w:t>
      </w:r>
    </w:p>
    <w:p w14:paraId="32C7C640" w14:textId="77777777" w:rsidR="00E96294" w:rsidRPr="00E63073" w:rsidRDefault="00E96294" w:rsidP="00E9188C">
      <w:pPr>
        <w:pStyle w:val="ConsPlusNormal"/>
        <w:numPr>
          <w:ilvl w:val="1"/>
          <w:numId w:val="5"/>
        </w:numPr>
        <w:spacing w:before="240"/>
        <w:ind w:left="1418" w:hanging="709"/>
        <w:jc w:val="both"/>
        <w:rPr>
          <w:rFonts w:ascii="Times New Roman" w:hAnsi="Times New Roman" w:cs="Times New Roman"/>
          <w:b/>
          <w:sz w:val="24"/>
          <w:szCs w:val="24"/>
        </w:rPr>
      </w:pPr>
      <w:bookmarkStart w:id="2" w:name="_Ref535830270"/>
      <w:r w:rsidRPr="00E63073">
        <w:rPr>
          <w:rFonts w:ascii="Times New Roman" w:hAnsi="Times New Roman" w:cs="Times New Roman"/>
          <w:b/>
          <w:sz w:val="24"/>
          <w:szCs w:val="24"/>
        </w:rPr>
        <w:t>Срок и место поставки</w:t>
      </w:r>
      <w:bookmarkEnd w:id="2"/>
    </w:p>
    <w:p w14:paraId="350D5B59" w14:textId="6A3BA155" w:rsidR="00E96294" w:rsidRPr="00D2225B" w:rsidRDefault="00E96294" w:rsidP="00E96294">
      <w:pPr>
        <w:pStyle w:val="ConsPlusNormal"/>
        <w:numPr>
          <w:ilvl w:val="2"/>
          <w:numId w:val="5"/>
        </w:numPr>
        <w:tabs>
          <w:tab w:val="left" w:pos="1418"/>
        </w:tabs>
        <w:ind w:left="0" w:firstLine="709"/>
        <w:jc w:val="both"/>
        <w:rPr>
          <w:rFonts w:ascii="Times New Roman" w:hAnsi="Times New Roman" w:cs="Times New Roman"/>
          <w:sz w:val="24"/>
          <w:szCs w:val="24"/>
        </w:rPr>
      </w:pPr>
      <w:bookmarkStart w:id="3" w:name="_Ref535830399"/>
      <w:r w:rsidRPr="00E63073">
        <w:rPr>
          <w:rFonts w:ascii="Times New Roman" w:hAnsi="Times New Roman" w:cs="Times New Roman"/>
          <w:sz w:val="24"/>
          <w:szCs w:val="24"/>
        </w:rPr>
        <w:t>Поставка Товара о</w:t>
      </w:r>
      <w:r w:rsidRPr="00D2225B">
        <w:rPr>
          <w:rFonts w:ascii="Times New Roman" w:hAnsi="Times New Roman" w:cs="Times New Roman"/>
          <w:sz w:val="24"/>
          <w:szCs w:val="24"/>
        </w:rPr>
        <w:t xml:space="preserve">существляется Поставщиком в срок не более </w:t>
      </w:r>
      <w:r w:rsidR="002F769F">
        <w:rPr>
          <w:rFonts w:ascii="Times New Roman" w:hAnsi="Times New Roman" w:cs="Times New Roman"/>
          <w:sz w:val="24"/>
          <w:szCs w:val="24"/>
        </w:rPr>
        <w:t>10</w:t>
      </w:r>
      <w:r w:rsidR="00721365">
        <w:rPr>
          <w:rFonts w:ascii="Times New Roman" w:hAnsi="Times New Roman" w:cs="Times New Roman"/>
          <w:sz w:val="24"/>
          <w:szCs w:val="24"/>
        </w:rPr>
        <w:t xml:space="preserve">0 </w:t>
      </w:r>
      <w:r w:rsidRPr="00D2225B">
        <w:rPr>
          <w:rFonts w:ascii="Times New Roman" w:hAnsi="Times New Roman"/>
          <w:sz w:val="24"/>
          <w:szCs w:val="24"/>
        </w:rPr>
        <w:t>(</w:t>
      </w:r>
      <w:r w:rsidR="002F769F">
        <w:rPr>
          <w:rFonts w:ascii="Times New Roman" w:hAnsi="Times New Roman"/>
          <w:sz w:val="24"/>
          <w:szCs w:val="24"/>
        </w:rPr>
        <w:t>ста</w:t>
      </w:r>
      <w:r w:rsidRPr="00D2225B">
        <w:rPr>
          <w:rFonts w:ascii="Times New Roman" w:hAnsi="Times New Roman"/>
          <w:sz w:val="24"/>
          <w:szCs w:val="24"/>
        </w:rPr>
        <w:t>)</w:t>
      </w:r>
      <w:r w:rsidR="00755588">
        <w:rPr>
          <w:rFonts w:ascii="Times New Roman" w:hAnsi="Times New Roman"/>
          <w:sz w:val="24"/>
          <w:szCs w:val="24"/>
        </w:rPr>
        <w:t xml:space="preserve"> календарных</w:t>
      </w:r>
      <w:r w:rsidR="00494A9B" w:rsidRPr="00D62A50">
        <w:rPr>
          <w:rFonts w:ascii="Times New Roman" w:hAnsi="Times New Roman"/>
          <w:sz w:val="24"/>
          <w:szCs w:val="24"/>
        </w:rPr>
        <w:t xml:space="preserve"> </w:t>
      </w:r>
      <w:r w:rsidRPr="00D2225B">
        <w:rPr>
          <w:rFonts w:ascii="Times New Roman" w:hAnsi="Times New Roman"/>
          <w:sz w:val="24"/>
          <w:szCs w:val="24"/>
        </w:rPr>
        <w:t xml:space="preserve">дней </w:t>
      </w:r>
      <w:r w:rsidRPr="00D2225B">
        <w:rPr>
          <w:rFonts w:ascii="Times New Roman" w:hAnsi="Times New Roman" w:cs="Times New Roman"/>
          <w:sz w:val="24"/>
          <w:szCs w:val="24"/>
        </w:rPr>
        <w:t>с даты заключения Договора.</w:t>
      </w:r>
    </w:p>
    <w:p w14:paraId="76AAC086" w14:textId="5429E7CE" w:rsidR="00D156FB" w:rsidRPr="001B76AD" w:rsidRDefault="00E96294" w:rsidP="001B76AD">
      <w:pPr>
        <w:pStyle w:val="ConsPlusNormal"/>
        <w:numPr>
          <w:ilvl w:val="2"/>
          <w:numId w:val="5"/>
        </w:numPr>
        <w:tabs>
          <w:tab w:val="left" w:pos="1418"/>
        </w:tabs>
        <w:ind w:left="0" w:firstLine="709"/>
        <w:jc w:val="both"/>
        <w:rPr>
          <w:rFonts w:ascii="Times New Roman" w:hAnsi="Times New Roman" w:cs="Times New Roman"/>
          <w:sz w:val="24"/>
          <w:szCs w:val="24"/>
        </w:rPr>
      </w:pPr>
      <w:r>
        <w:rPr>
          <w:rFonts w:ascii="Times New Roman" w:hAnsi="Times New Roman" w:cs="Times New Roman"/>
          <w:sz w:val="24"/>
          <w:szCs w:val="24"/>
        </w:rPr>
        <w:t>Адрес</w:t>
      </w:r>
      <w:r w:rsidR="006C63B0">
        <w:rPr>
          <w:rFonts w:ascii="Times New Roman" w:hAnsi="Times New Roman" w:cs="Times New Roman"/>
          <w:sz w:val="24"/>
          <w:szCs w:val="24"/>
        </w:rPr>
        <w:t>а</w:t>
      </w:r>
      <w:r>
        <w:rPr>
          <w:rFonts w:ascii="Times New Roman" w:hAnsi="Times New Roman" w:cs="Times New Roman"/>
          <w:sz w:val="24"/>
          <w:szCs w:val="24"/>
        </w:rPr>
        <w:t xml:space="preserve"> поставки Т</w:t>
      </w:r>
      <w:r w:rsidR="006C63B0">
        <w:rPr>
          <w:rFonts w:ascii="Times New Roman" w:hAnsi="Times New Roman" w:cs="Times New Roman"/>
          <w:sz w:val="24"/>
          <w:szCs w:val="24"/>
        </w:rPr>
        <w:t>овара указаны в Приложении № 1 к настоящему Техническому заданию</w:t>
      </w:r>
      <w:r>
        <w:rPr>
          <w:rFonts w:ascii="Times New Roman" w:hAnsi="Times New Roman" w:cs="Times New Roman"/>
          <w:sz w:val="24"/>
          <w:szCs w:val="24"/>
        </w:rPr>
        <w:t>.</w:t>
      </w:r>
    </w:p>
    <w:p w14:paraId="3B62FAB2" w14:textId="77777777" w:rsidR="00E96294" w:rsidRPr="00E63073" w:rsidRDefault="00E96294" w:rsidP="00E9188C">
      <w:pPr>
        <w:pStyle w:val="ConsPlusNormal"/>
        <w:numPr>
          <w:ilvl w:val="1"/>
          <w:numId w:val="5"/>
        </w:numPr>
        <w:spacing w:before="240"/>
        <w:ind w:left="1418" w:hanging="709"/>
        <w:jc w:val="both"/>
        <w:rPr>
          <w:rFonts w:ascii="Times New Roman" w:hAnsi="Times New Roman" w:cs="Times New Roman"/>
          <w:b/>
          <w:sz w:val="24"/>
          <w:szCs w:val="24"/>
        </w:rPr>
      </w:pPr>
      <w:r w:rsidRPr="00E63073">
        <w:rPr>
          <w:rFonts w:ascii="Times New Roman" w:hAnsi="Times New Roman" w:cs="Times New Roman"/>
          <w:b/>
          <w:sz w:val="24"/>
          <w:szCs w:val="24"/>
        </w:rPr>
        <w:t>Условия поставки</w:t>
      </w:r>
      <w:bookmarkEnd w:id="3"/>
    </w:p>
    <w:p w14:paraId="5F386158" w14:textId="77777777" w:rsidR="00E96294" w:rsidRPr="00E63073" w:rsidRDefault="00E96294" w:rsidP="00E96294">
      <w:pPr>
        <w:pStyle w:val="ConsPlusNormal"/>
        <w:ind w:firstLine="709"/>
        <w:jc w:val="both"/>
        <w:rPr>
          <w:rFonts w:ascii="Times New Roman" w:eastAsia="Calibri" w:hAnsi="Times New Roman" w:cs="Times New Roman"/>
          <w:sz w:val="24"/>
          <w:szCs w:val="24"/>
          <w:lang w:eastAsia="en-US"/>
        </w:rPr>
      </w:pPr>
      <w:r w:rsidRPr="00E63073">
        <w:rPr>
          <w:rFonts w:ascii="Times New Roman" w:eastAsia="Calibri" w:hAnsi="Times New Roman" w:cs="Times New Roman"/>
          <w:sz w:val="24"/>
          <w:szCs w:val="24"/>
          <w:lang w:eastAsia="en-US"/>
        </w:rPr>
        <w:t>Поставщик обязан уведомить Грузополучателя о дате и времени поставки Товара по электронной почте не позднее 5 (пяти) рабочих дней до момента его поставки.</w:t>
      </w:r>
    </w:p>
    <w:p w14:paraId="10FB4F47" w14:textId="77777777" w:rsidR="00E96294" w:rsidRPr="00E63073" w:rsidRDefault="00E96294" w:rsidP="00E96294">
      <w:pPr>
        <w:pStyle w:val="ConsPlusNormal"/>
        <w:ind w:firstLine="709"/>
        <w:jc w:val="both"/>
        <w:rPr>
          <w:rFonts w:ascii="Times New Roman" w:eastAsia="Calibri" w:hAnsi="Times New Roman" w:cs="Times New Roman"/>
          <w:sz w:val="24"/>
          <w:szCs w:val="24"/>
          <w:lang w:eastAsia="en-US"/>
        </w:rPr>
      </w:pPr>
      <w:r w:rsidRPr="00E63073">
        <w:rPr>
          <w:rFonts w:ascii="Times New Roman" w:eastAsia="Calibri" w:hAnsi="Times New Roman" w:cs="Times New Roman"/>
          <w:sz w:val="24"/>
          <w:szCs w:val="24"/>
          <w:lang w:eastAsia="en-US"/>
        </w:rPr>
        <w:t>Контакты Грузополучателя на местах будут переданы Поставщику в течение 5 (пяти) рабочих дней с даты подписания Договора.</w:t>
      </w:r>
    </w:p>
    <w:p w14:paraId="141D1643" w14:textId="77777777" w:rsidR="00E96294" w:rsidRPr="00E63073" w:rsidRDefault="00E96294" w:rsidP="00E96294">
      <w:pPr>
        <w:pStyle w:val="ConsPlusNormal"/>
        <w:ind w:firstLine="709"/>
        <w:jc w:val="both"/>
        <w:rPr>
          <w:rFonts w:ascii="Times New Roman" w:eastAsia="Calibri" w:hAnsi="Times New Roman" w:cs="Times New Roman"/>
          <w:sz w:val="24"/>
          <w:szCs w:val="24"/>
          <w:lang w:eastAsia="en-US"/>
        </w:rPr>
      </w:pPr>
      <w:r w:rsidRPr="00E63073">
        <w:rPr>
          <w:rFonts w:ascii="Times New Roman" w:eastAsia="Calibri" w:hAnsi="Times New Roman" w:cs="Times New Roman"/>
          <w:sz w:val="24"/>
          <w:szCs w:val="24"/>
          <w:lang w:eastAsia="en-US"/>
        </w:rPr>
        <w:t>Доставка осуществляется в рабочие дн</w:t>
      </w:r>
      <w:r>
        <w:rPr>
          <w:rFonts w:ascii="Times New Roman" w:eastAsia="Calibri" w:hAnsi="Times New Roman" w:cs="Times New Roman"/>
          <w:sz w:val="24"/>
          <w:szCs w:val="24"/>
          <w:lang w:eastAsia="en-US"/>
        </w:rPr>
        <w:t>и с понедельника</w:t>
      </w:r>
      <w:r w:rsidR="00DD6CF3">
        <w:rPr>
          <w:rFonts w:ascii="Times New Roman" w:eastAsia="Calibri" w:hAnsi="Times New Roman" w:cs="Times New Roman"/>
          <w:sz w:val="24"/>
          <w:szCs w:val="24"/>
          <w:lang w:eastAsia="en-US"/>
        </w:rPr>
        <w:t xml:space="preserve"> по четверг с 09:00 до 17:00 часов, в пятницу с 09:0</w:t>
      </w:r>
      <w:r>
        <w:rPr>
          <w:rFonts w:ascii="Times New Roman" w:eastAsia="Calibri" w:hAnsi="Times New Roman" w:cs="Times New Roman"/>
          <w:sz w:val="24"/>
          <w:szCs w:val="24"/>
          <w:lang w:eastAsia="en-US"/>
        </w:rPr>
        <w:t>0</w:t>
      </w:r>
      <w:r w:rsidRPr="00E63073">
        <w:rPr>
          <w:rFonts w:ascii="Times New Roman" w:eastAsia="Calibri" w:hAnsi="Times New Roman" w:cs="Times New Roman"/>
          <w:sz w:val="24"/>
          <w:szCs w:val="24"/>
          <w:lang w:eastAsia="en-US"/>
        </w:rPr>
        <w:t xml:space="preserve"> до 15:45 часов по местному времени Грузополучателя.</w:t>
      </w:r>
    </w:p>
    <w:p w14:paraId="3AEBB60C" w14:textId="77777777" w:rsidR="00E96294" w:rsidRPr="00E63073" w:rsidRDefault="00E96294" w:rsidP="00E96294">
      <w:pPr>
        <w:pStyle w:val="ConsPlusNormal"/>
        <w:ind w:firstLine="709"/>
        <w:jc w:val="both"/>
        <w:rPr>
          <w:rFonts w:ascii="Times New Roman" w:eastAsia="Calibri" w:hAnsi="Times New Roman" w:cs="Times New Roman"/>
          <w:sz w:val="24"/>
          <w:szCs w:val="24"/>
          <w:lang w:eastAsia="en-US"/>
        </w:rPr>
      </w:pPr>
      <w:r w:rsidRPr="00E63073">
        <w:rPr>
          <w:rFonts w:ascii="Times New Roman" w:eastAsia="Calibri" w:hAnsi="Times New Roman" w:cs="Times New Roman"/>
          <w:sz w:val="24"/>
          <w:szCs w:val="24"/>
          <w:lang w:eastAsia="en-US"/>
        </w:rPr>
        <w:t>Грузополучатель обязан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не производится.</w:t>
      </w:r>
    </w:p>
    <w:p w14:paraId="7FB3BC8D" w14:textId="77777777" w:rsidR="001B2DC8" w:rsidRPr="00E9188C" w:rsidRDefault="00E96294" w:rsidP="00837DF8">
      <w:pPr>
        <w:pStyle w:val="ConsPlusNormal"/>
        <w:ind w:firstLine="709"/>
        <w:jc w:val="both"/>
        <w:rPr>
          <w:rFonts w:ascii="Times New Roman" w:eastAsia="Calibri" w:hAnsi="Times New Roman" w:cs="Times New Roman"/>
          <w:sz w:val="24"/>
          <w:szCs w:val="24"/>
          <w:lang w:eastAsia="en-US"/>
        </w:rPr>
      </w:pPr>
      <w:r w:rsidRPr="00E63073">
        <w:rPr>
          <w:rFonts w:ascii="Times New Roman" w:eastAsia="Calibri" w:hAnsi="Times New Roman" w:cs="Times New Roman"/>
          <w:sz w:val="24"/>
          <w:szCs w:val="24"/>
          <w:lang w:eastAsia="en-US"/>
        </w:rPr>
        <w:t>Доставка осуществляется Поставщиком собственным транспортом или с привлечением транспорта третьих лиц за свой счет. Разгрузка и размещение Товара в местах хранения Грузополучателя осуществляются силами Поставщика.</w:t>
      </w:r>
    </w:p>
    <w:p w14:paraId="2D557764" w14:textId="77777777" w:rsidR="00E96294" w:rsidRPr="00E63073" w:rsidRDefault="00E96294" w:rsidP="00E96294">
      <w:pPr>
        <w:pStyle w:val="ConsPlusNormal"/>
        <w:numPr>
          <w:ilvl w:val="0"/>
          <w:numId w:val="5"/>
        </w:numPr>
        <w:spacing w:before="240"/>
        <w:ind w:left="0" w:firstLine="0"/>
        <w:jc w:val="center"/>
        <w:rPr>
          <w:rFonts w:ascii="Times New Roman" w:hAnsi="Times New Roman" w:cs="Times New Roman"/>
          <w:b/>
          <w:sz w:val="24"/>
          <w:szCs w:val="24"/>
        </w:rPr>
      </w:pPr>
      <w:r w:rsidRPr="00E63073">
        <w:rPr>
          <w:rFonts w:ascii="Times New Roman" w:hAnsi="Times New Roman" w:cs="Times New Roman"/>
          <w:b/>
          <w:sz w:val="24"/>
          <w:szCs w:val="24"/>
        </w:rPr>
        <w:t xml:space="preserve"> УСЛОВИЯ СДАЧИ И ПРИЕМКИ ТОВАРА</w:t>
      </w:r>
    </w:p>
    <w:p w14:paraId="42D20F12" w14:textId="77777777" w:rsidR="00E96294" w:rsidRPr="00E63073" w:rsidRDefault="00E96294" w:rsidP="00E9188C">
      <w:pPr>
        <w:pStyle w:val="ConsPlusNormal"/>
        <w:numPr>
          <w:ilvl w:val="1"/>
          <w:numId w:val="5"/>
        </w:numPr>
        <w:spacing w:before="240"/>
        <w:ind w:left="0" w:firstLine="709"/>
        <w:jc w:val="both"/>
        <w:rPr>
          <w:rFonts w:ascii="Times New Roman" w:hAnsi="Times New Roman" w:cs="Times New Roman"/>
          <w:b/>
          <w:sz w:val="24"/>
          <w:szCs w:val="24"/>
        </w:rPr>
      </w:pPr>
      <w:r w:rsidRPr="00E63073">
        <w:rPr>
          <w:rFonts w:ascii="Times New Roman" w:hAnsi="Times New Roman" w:cs="Times New Roman"/>
          <w:b/>
          <w:sz w:val="24"/>
          <w:szCs w:val="24"/>
        </w:rPr>
        <w:t>Порядок сдачи и приемки</w:t>
      </w:r>
    </w:p>
    <w:p w14:paraId="256305B6" w14:textId="77777777" w:rsidR="009404C4" w:rsidRPr="009404C4" w:rsidRDefault="009404C4" w:rsidP="001B76AD">
      <w:pPr>
        <w:pStyle w:val="ConsPlusNormal"/>
        <w:numPr>
          <w:ilvl w:val="2"/>
          <w:numId w:val="5"/>
        </w:numPr>
        <w:tabs>
          <w:tab w:val="left" w:pos="1418"/>
        </w:tabs>
        <w:ind w:left="0" w:firstLine="709"/>
        <w:jc w:val="both"/>
        <w:rPr>
          <w:rFonts w:ascii="Times New Roman" w:hAnsi="Times New Roman" w:cs="Times New Roman"/>
          <w:bCs/>
          <w:kern w:val="32"/>
          <w:sz w:val="24"/>
          <w:szCs w:val="24"/>
        </w:rPr>
      </w:pPr>
      <w:r w:rsidRPr="00E63073">
        <w:rPr>
          <w:rFonts w:ascii="Times New Roman" w:hAnsi="Times New Roman" w:cs="Times New Roman"/>
          <w:bCs/>
          <w:kern w:val="32"/>
          <w:sz w:val="24"/>
          <w:szCs w:val="24"/>
        </w:rPr>
        <w:t xml:space="preserve">Приемка Товара осуществляется Покупателем </w:t>
      </w:r>
      <w:r>
        <w:rPr>
          <w:rFonts w:ascii="Times New Roman" w:hAnsi="Times New Roman"/>
          <w:bCs/>
          <w:kern w:val="32"/>
          <w:sz w:val="24"/>
          <w:szCs w:val="24"/>
        </w:rPr>
        <w:t>только после проведения ПМИ поставляемых СХД, по результатам проведения следующих этапов:</w:t>
      </w:r>
    </w:p>
    <w:p w14:paraId="0F98F3EB" w14:textId="6203AEE5" w:rsidR="00E96294" w:rsidRDefault="009404C4" w:rsidP="001B76AD">
      <w:pPr>
        <w:pStyle w:val="ConsPlusNormal"/>
        <w:tabs>
          <w:tab w:val="left" w:pos="1418"/>
        </w:tabs>
        <w:ind w:firstLine="0"/>
        <w:jc w:val="both"/>
        <w:rPr>
          <w:rFonts w:ascii="Times New Roman" w:hAnsi="Times New Roman" w:cs="Times New Roman"/>
          <w:bCs/>
          <w:kern w:val="32"/>
          <w:sz w:val="24"/>
          <w:szCs w:val="24"/>
        </w:rPr>
      </w:pPr>
      <w:r>
        <w:rPr>
          <w:rFonts w:ascii="Times New Roman" w:hAnsi="Times New Roman"/>
          <w:bCs/>
          <w:kern w:val="32"/>
          <w:sz w:val="24"/>
          <w:szCs w:val="24"/>
        </w:rPr>
        <w:t xml:space="preserve">            Этап 1: Поставщик</w:t>
      </w:r>
      <w:r w:rsidRPr="00E848B8">
        <w:rPr>
          <w:rFonts w:ascii="Times New Roman" w:hAnsi="Times New Roman"/>
          <w:bCs/>
          <w:kern w:val="32"/>
          <w:sz w:val="24"/>
          <w:szCs w:val="24"/>
        </w:rPr>
        <w:t xml:space="preserve"> постав</w:t>
      </w:r>
      <w:r>
        <w:rPr>
          <w:rFonts w:ascii="Times New Roman" w:hAnsi="Times New Roman"/>
          <w:bCs/>
          <w:kern w:val="32"/>
          <w:sz w:val="24"/>
          <w:szCs w:val="24"/>
        </w:rPr>
        <w:t>ляет</w:t>
      </w:r>
      <w:r w:rsidRPr="00E848B8">
        <w:rPr>
          <w:rFonts w:ascii="Times New Roman" w:hAnsi="Times New Roman"/>
          <w:bCs/>
          <w:kern w:val="32"/>
          <w:sz w:val="24"/>
          <w:szCs w:val="24"/>
        </w:rPr>
        <w:t xml:space="preserve"> по 1 (одному) экземпляру каждого типа СХД для проведения ПМИ</w:t>
      </w:r>
      <w:r>
        <w:rPr>
          <w:rFonts w:ascii="Times New Roman" w:hAnsi="Times New Roman"/>
          <w:bCs/>
          <w:kern w:val="32"/>
          <w:sz w:val="24"/>
          <w:szCs w:val="24"/>
        </w:rPr>
        <w:t xml:space="preserve"> систем хр</w:t>
      </w:r>
      <w:r w:rsidR="00AD576F">
        <w:rPr>
          <w:rFonts w:ascii="Times New Roman" w:hAnsi="Times New Roman"/>
          <w:bCs/>
          <w:kern w:val="32"/>
          <w:sz w:val="24"/>
          <w:szCs w:val="24"/>
        </w:rPr>
        <w:t>анения данных в соответствии с П</w:t>
      </w:r>
      <w:r>
        <w:rPr>
          <w:rFonts w:ascii="Times New Roman" w:hAnsi="Times New Roman"/>
          <w:bCs/>
          <w:kern w:val="32"/>
          <w:sz w:val="24"/>
          <w:szCs w:val="24"/>
        </w:rPr>
        <w:t>риложением №</w:t>
      </w:r>
      <w:r w:rsidR="00AD576F">
        <w:rPr>
          <w:rFonts w:ascii="Times New Roman" w:hAnsi="Times New Roman"/>
          <w:bCs/>
          <w:kern w:val="32"/>
          <w:sz w:val="24"/>
          <w:szCs w:val="24"/>
        </w:rPr>
        <w:t xml:space="preserve"> </w:t>
      </w:r>
      <w:r>
        <w:rPr>
          <w:rFonts w:ascii="Times New Roman" w:hAnsi="Times New Roman"/>
          <w:bCs/>
          <w:kern w:val="32"/>
          <w:sz w:val="24"/>
          <w:szCs w:val="24"/>
        </w:rPr>
        <w:t xml:space="preserve">2 к </w:t>
      </w:r>
      <w:r w:rsidR="00AD576F">
        <w:rPr>
          <w:rFonts w:ascii="Times New Roman" w:hAnsi="Times New Roman"/>
          <w:bCs/>
          <w:kern w:val="32"/>
          <w:sz w:val="24"/>
          <w:szCs w:val="24"/>
        </w:rPr>
        <w:t xml:space="preserve">настоящему </w:t>
      </w:r>
      <w:r>
        <w:rPr>
          <w:rFonts w:ascii="Times New Roman" w:hAnsi="Times New Roman"/>
          <w:bCs/>
          <w:kern w:val="32"/>
          <w:sz w:val="24"/>
          <w:szCs w:val="24"/>
        </w:rPr>
        <w:t>Т</w:t>
      </w:r>
      <w:r w:rsidR="00AD576F">
        <w:rPr>
          <w:rFonts w:ascii="Times New Roman" w:hAnsi="Times New Roman"/>
          <w:bCs/>
          <w:kern w:val="32"/>
          <w:sz w:val="24"/>
          <w:szCs w:val="24"/>
        </w:rPr>
        <w:t>ехническому заданию</w:t>
      </w:r>
      <w:r w:rsidR="00216B1B">
        <w:rPr>
          <w:rFonts w:ascii="Times New Roman" w:hAnsi="Times New Roman"/>
          <w:bCs/>
          <w:kern w:val="32"/>
          <w:sz w:val="24"/>
          <w:szCs w:val="24"/>
        </w:rPr>
        <w:t xml:space="preserve"> не позднее </w:t>
      </w:r>
      <w:r w:rsidR="002F769F">
        <w:rPr>
          <w:rFonts w:ascii="Times New Roman" w:hAnsi="Times New Roman"/>
          <w:bCs/>
          <w:kern w:val="32"/>
          <w:sz w:val="24"/>
          <w:szCs w:val="24"/>
        </w:rPr>
        <w:t>45</w:t>
      </w:r>
      <w:r w:rsidR="00216B1B">
        <w:rPr>
          <w:rFonts w:ascii="Times New Roman" w:hAnsi="Times New Roman"/>
          <w:bCs/>
          <w:kern w:val="32"/>
          <w:sz w:val="24"/>
          <w:szCs w:val="24"/>
        </w:rPr>
        <w:t xml:space="preserve"> (</w:t>
      </w:r>
      <w:r w:rsidR="002F769F">
        <w:rPr>
          <w:rFonts w:ascii="Times New Roman" w:hAnsi="Times New Roman"/>
          <w:bCs/>
          <w:kern w:val="32"/>
          <w:sz w:val="24"/>
          <w:szCs w:val="24"/>
        </w:rPr>
        <w:t>сорока пяти</w:t>
      </w:r>
      <w:r w:rsidR="00216B1B">
        <w:rPr>
          <w:rFonts w:ascii="Times New Roman" w:hAnsi="Times New Roman"/>
          <w:bCs/>
          <w:kern w:val="32"/>
          <w:sz w:val="24"/>
          <w:szCs w:val="24"/>
        </w:rPr>
        <w:t>) календа</w:t>
      </w:r>
      <w:r w:rsidR="00B16789">
        <w:rPr>
          <w:rFonts w:ascii="Times New Roman" w:hAnsi="Times New Roman"/>
          <w:bCs/>
          <w:kern w:val="32"/>
          <w:sz w:val="24"/>
          <w:szCs w:val="24"/>
        </w:rPr>
        <w:t>рных дней с момента подписания Д</w:t>
      </w:r>
      <w:r w:rsidR="00216B1B">
        <w:rPr>
          <w:rFonts w:ascii="Times New Roman" w:hAnsi="Times New Roman"/>
          <w:bCs/>
          <w:kern w:val="32"/>
          <w:sz w:val="24"/>
          <w:szCs w:val="24"/>
        </w:rPr>
        <w:t>оговора.</w:t>
      </w:r>
      <w:r w:rsidR="00E96294" w:rsidRPr="00E63073">
        <w:rPr>
          <w:rFonts w:ascii="Times New Roman" w:hAnsi="Times New Roman" w:cs="Times New Roman"/>
          <w:bCs/>
          <w:kern w:val="32"/>
          <w:sz w:val="24"/>
          <w:szCs w:val="24"/>
        </w:rPr>
        <w:t xml:space="preserve"> </w:t>
      </w:r>
    </w:p>
    <w:p w14:paraId="5A9F3A01" w14:textId="038604C7" w:rsidR="00E848B8" w:rsidRDefault="009404C4" w:rsidP="001B76AD">
      <w:pPr>
        <w:pStyle w:val="ConsPlusNormal"/>
        <w:tabs>
          <w:tab w:val="left" w:pos="1418"/>
        </w:tabs>
        <w:ind w:firstLine="709"/>
        <w:jc w:val="both"/>
        <w:rPr>
          <w:rFonts w:ascii="Times New Roman" w:hAnsi="Times New Roman" w:cs="Times New Roman"/>
          <w:bCs/>
          <w:kern w:val="32"/>
          <w:sz w:val="24"/>
          <w:szCs w:val="24"/>
        </w:rPr>
      </w:pPr>
      <w:r>
        <w:rPr>
          <w:rFonts w:ascii="Times New Roman" w:hAnsi="Times New Roman" w:cs="Times New Roman"/>
          <w:bCs/>
          <w:kern w:val="32"/>
          <w:sz w:val="24"/>
          <w:szCs w:val="24"/>
        </w:rPr>
        <w:t xml:space="preserve">Этап 2: </w:t>
      </w:r>
      <w:r>
        <w:rPr>
          <w:rFonts w:ascii="Times New Roman" w:hAnsi="Times New Roman"/>
          <w:bCs/>
          <w:kern w:val="32"/>
          <w:sz w:val="24"/>
          <w:szCs w:val="24"/>
        </w:rPr>
        <w:t xml:space="preserve">Покупатель </w:t>
      </w:r>
      <w:r w:rsidRPr="00E848B8">
        <w:rPr>
          <w:rFonts w:ascii="Times New Roman" w:hAnsi="Times New Roman"/>
          <w:bCs/>
          <w:kern w:val="32"/>
          <w:sz w:val="24"/>
          <w:szCs w:val="24"/>
        </w:rPr>
        <w:t>осуществляет сверк</w:t>
      </w:r>
      <w:r>
        <w:rPr>
          <w:rFonts w:ascii="Times New Roman" w:hAnsi="Times New Roman"/>
          <w:bCs/>
          <w:kern w:val="32"/>
          <w:sz w:val="24"/>
          <w:szCs w:val="24"/>
        </w:rPr>
        <w:t>у</w:t>
      </w:r>
      <w:r w:rsidRPr="00E848B8">
        <w:rPr>
          <w:rFonts w:ascii="Times New Roman" w:hAnsi="Times New Roman"/>
          <w:bCs/>
          <w:kern w:val="32"/>
          <w:sz w:val="24"/>
          <w:szCs w:val="24"/>
        </w:rPr>
        <w:t xml:space="preserve"> </w:t>
      </w:r>
      <w:r>
        <w:rPr>
          <w:rFonts w:ascii="Times New Roman" w:hAnsi="Times New Roman"/>
          <w:bCs/>
          <w:kern w:val="32"/>
          <w:sz w:val="24"/>
          <w:szCs w:val="24"/>
        </w:rPr>
        <w:t>каждого типа СХД</w:t>
      </w:r>
      <w:r w:rsidR="00E54277">
        <w:rPr>
          <w:rFonts w:ascii="Times New Roman" w:hAnsi="Times New Roman"/>
          <w:bCs/>
          <w:kern w:val="32"/>
          <w:sz w:val="24"/>
          <w:szCs w:val="24"/>
        </w:rPr>
        <w:t xml:space="preserve"> с настоящим </w:t>
      </w:r>
      <w:r w:rsidR="00E54277">
        <w:rPr>
          <w:rFonts w:ascii="Times New Roman" w:hAnsi="Times New Roman"/>
          <w:bCs/>
          <w:kern w:val="32"/>
          <w:sz w:val="24"/>
          <w:szCs w:val="24"/>
        </w:rPr>
        <w:lastRenderedPageBreak/>
        <w:t>Т</w:t>
      </w:r>
      <w:r w:rsidRPr="00E848B8">
        <w:rPr>
          <w:rFonts w:ascii="Times New Roman" w:hAnsi="Times New Roman"/>
          <w:bCs/>
          <w:kern w:val="32"/>
          <w:sz w:val="24"/>
          <w:szCs w:val="24"/>
        </w:rPr>
        <w:t>ехническим заданием</w:t>
      </w:r>
      <w:r>
        <w:rPr>
          <w:rFonts w:ascii="Times New Roman" w:hAnsi="Times New Roman"/>
          <w:bCs/>
          <w:kern w:val="32"/>
          <w:sz w:val="24"/>
          <w:szCs w:val="24"/>
        </w:rPr>
        <w:t xml:space="preserve"> на предмет соответствия</w:t>
      </w:r>
      <w:r w:rsidRPr="00E848B8">
        <w:rPr>
          <w:rFonts w:ascii="Times New Roman" w:hAnsi="Times New Roman"/>
          <w:bCs/>
          <w:kern w:val="32"/>
          <w:sz w:val="24"/>
          <w:szCs w:val="24"/>
        </w:rPr>
        <w:t>. Срок проведения такой сверки — до 3 (трех) рабочих дней.</w:t>
      </w:r>
    </w:p>
    <w:p w14:paraId="5BE2B5AD" w14:textId="5D7E1C0E" w:rsidR="00E848B8" w:rsidRDefault="009404C4" w:rsidP="001B76AD">
      <w:pPr>
        <w:pStyle w:val="ConsPlusNormal"/>
        <w:tabs>
          <w:tab w:val="left" w:pos="1418"/>
        </w:tabs>
        <w:ind w:firstLine="709"/>
        <w:jc w:val="both"/>
        <w:rPr>
          <w:rFonts w:ascii="Times New Roman" w:hAnsi="Times New Roman"/>
          <w:bCs/>
          <w:kern w:val="32"/>
          <w:sz w:val="24"/>
          <w:szCs w:val="24"/>
        </w:rPr>
      </w:pPr>
      <w:r>
        <w:rPr>
          <w:rFonts w:ascii="Times New Roman" w:hAnsi="Times New Roman" w:cs="Times New Roman"/>
          <w:bCs/>
          <w:kern w:val="32"/>
          <w:sz w:val="24"/>
          <w:szCs w:val="24"/>
        </w:rPr>
        <w:t xml:space="preserve">Этап 3: </w:t>
      </w:r>
      <w:r>
        <w:rPr>
          <w:rFonts w:ascii="Times New Roman" w:hAnsi="Times New Roman"/>
          <w:bCs/>
          <w:kern w:val="32"/>
          <w:sz w:val="24"/>
          <w:szCs w:val="24"/>
        </w:rPr>
        <w:t xml:space="preserve">После проведения </w:t>
      </w:r>
      <w:r w:rsidR="001B1CD1">
        <w:rPr>
          <w:rFonts w:ascii="Times New Roman" w:hAnsi="Times New Roman"/>
          <w:bCs/>
          <w:kern w:val="32"/>
          <w:sz w:val="24"/>
          <w:szCs w:val="24"/>
        </w:rPr>
        <w:t>Э</w:t>
      </w:r>
      <w:r w:rsidRPr="00E848B8">
        <w:rPr>
          <w:rFonts w:ascii="Times New Roman" w:hAnsi="Times New Roman"/>
          <w:bCs/>
          <w:kern w:val="32"/>
          <w:sz w:val="24"/>
          <w:szCs w:val="24"/>
        </w:rPr>
        <w:t xml:space="preserve">тапа </w:t>
      </w:r>
      <w:r>
        <w:rPr>
          <w:rFonts w:ascii="Times New Roman" w:hAnsi="Times New Roman"/>
          <w:bCs/>
          <w:kern w:val="32"/>
          <w:sz w:val="24"/>
          <w:szCs w:val="24"/>
        </w:rPr>
        <w:t>№</w:t>
      </w:r>
      <w:r w:rsidR="00E54277">
        <w:rPr>
          <w:rFonts w:ascii="Times New Roman" w:hAnsi="Times New Roman"/>
          <w:bCs/>
          <w:kern w:val="32"/>
          <w:sz w:val="24"/>
          <w:szCs w:val="24"/>
        </w:rPr>
        <w:t xml:space="preserve"> </w:t>
      </w:r>
      <w:r>
        <w:rPr>
          <w:rFonts w:ascii="Times New Roman" w:hAnsi="Times New Roman"/>
          <w:bCs/>
          <w:kern w:val="32"/>
          <w:sz w:val="24"/>
          <w:szCs w:val="24"/>
        </w:rPr>
        <w:t>2</w:t>
      </w:r>
      <w:r w:rsidRPr="00E848B8">
        <w:rPr>
          <w:rFonts w:ascii="Times New Roman" w:hAnsi="Times New Roman"/>
          <w:bCs/>
          <w:kern w:val="32"/>
          <w:sz w:val="24"/>
          <w:szCs w:val="24"/>
        </w:rPr>
        <w:t xml:space="preserve"> </w:t>
      </w:r>
      <w:r>
        <w:rPr>
          <w:rFonts w:ascii="Times New Roman" w:hAnsi="Times New Roman"/>
          <w:bCs/>
          <w:kern w:val="32"/>
          <w:sz w:val="24"/>
          <w:szCs w:val="24"/>
        </w:rPr>
        <w:t>Поставщиком</w:t>
      </w:r>
      <w:r w:rsidRPr="00E848B8">
        <w:rPr>
          <w:rFonts w:ascii="Times New Roman" w:hAnsi="Times New Roman"/>
          <w:bCs/>
          <w:kern w:val="32"/>
          <w:sz w:val="24"/>
          <w:szCs w:val="24"/>
        </w:rPr>
        <w:t xml:space="preserve"> производится инсталляция оборудования, поставленного для ПМИ</w:t>
      </w:r>
      <w:r>
        <w:rPr>
          <w:rFonts w:ascii="Times New Roman" w:hAnsi="Times New Roman"/>
          <w:bCs/>
          <w:kern w:val="32"/>
          <w:sz w:val="24"/>
          <w:szCs w:val="24"/>
        </w:rPr>
        <w:t xml:space="preserve"> СХД</w:t>
      </w:r>
      <w:r w:rsidRPr="00E848B8">
        <w:rPr>
          <w:rFonts w:ascii="Times New Roman" w:hAnsi="Times New Roman"/>
          <w:bCs/>
          <w:kern w:val="32"/>
          <w:sz w:val="24"/>
          <w:szCs w:val="24"/>
        </w:rPr>
        <w:t xml:space="preserve">. Инсталляция выполняется </w:t>
      </w:r>
      <w:r>
        <w:rPr>
          <w:rFonts w:ascii="Times New Roman" w:hAnsi="Times New Roman"/>
          <w:bCs/>
          <w:kern w:val="32"/>
          <w:sz w:val="24"/>
          <w:szCs w:val="24"/>
        </w:rPr>
        <w:t>Поставщиком</w:t>
      </w:r>
      <w:r w:rsidR="002F769F">
        <w:rPr>
          <w:rFonts w:ascii="Times New Roman" w:hAnsi="Times New Roman"/>
          <w:bCs/>
          <w:kern w:val="32"/>
          <w:sz w:val="24"/>
          <w:szCs w:val="24"/>
        </w:rPr>
        <w:t xml:space="preserve"> в срок не позднее 8</w:t>
      </w:r>
      <w:r w:rsidRPr="00E848B8">
        <w:rPr>
          <w:rFonts w:ascii="Times New Roman" w:hAnsi="Times New Roman"/>
          <w:bCs/>
          <w:kern w:val="32"/>
          <w:sz w:val="24"/>
          <w:szCs w:val="24"/>
        </w:rPr>
        <w:t xml:space="preserve"> (</w:t>
      </w:r>
      <w:r w:rsidR="002F769F">
        <w:rPr>
          <w:rFonts w:ascii="Times New Roman" w:hAnsi="Times New Roman"/>
          <w:bCs/>
          <w:kern w:val="32"/>
          <w:sz w:val="24"/>
          <w:szCs w:val="24"/>
        </w:rPr>
        <w:t>в</w:t>
      </w:r>
      <w:r w:rsidR="00D502AB">
        <w:rPr>
          <w:rFonts w:ascii="Times New Roman" w:hAnsi="Times New Roman"/>
          <w:bCs/>
          <w:kern w:val="32"/>
          <w:sz w:val="24"/>
          <w:szCs w:val="24"/>
        </w:rPr>
        <w:t>осьми</w:t>
      </w:r>
      <w:r w:rsidRPr="00E848B8">
        <w:rPr>
          <w:rFonts w:ascii="Times New Roman" w:hAnsi="Times New Roman"/>
          <w:bCs/>
          <w:kern w:val="32"/>
          <w:sz w:val="24"/>
          <w:szCs w:val="24"/>
        </w:rPr>
        <w:t xml:space="preserve">) рабочих дней после уведомления </w:t>
      </w:r>
      <w:r>
        <w:rPr>
          <w:rFonts w:ascii="Times New Roman" w:hAnsi="Times New Roman"/>
          <w:bCs/>
          <w:kern w:val="32"/>
          <w:sz w:val="24"/>
          <w:szCs w:val="24"/>
        </w:rPr>
        <w:t>Покупателем</w:t>
      </w:r>
      <w:r w:rsidRPr="00E848B8">
        <w:rPr>
          <w:rFonts w:ascii="Times New Roman" w:hAnsi="Times New Roman"/>
          <w:bCs/>
          <w:kern w:val="32"/>
          <w:sz w:val="24"/>
          <w:szCs w:val="24"/>
        </w:rPr>
        <w:t xml:space="preserve"> Поставщика о готовности выделенных мест и инфраструктуры для установки оборудования.</w:t>
      </w:r>
    </w:p>
    <w:p w14:paraId="6AE1CC34" w14:textId="4D6D02AF" w:rsidR="009404C4" w:rsidRPr="009404C4" w:rsidRDefault="009404C4" w:rsidP="001B76AD">
      <w:pPr>
        <w:pStyle w:val="afa"/>
        <w:spacing w:after="0"/>
        <w:ind w:firstLine="709"/>
        <w:jc w:val="both"/>
        <w:rPr>
          <w:rFonts w:ascii="Times New Roman" w:hAnsi="Times New Roman"/>
          <w:bCs/>
          <w:kern w:val="32"/>
          <w:sz w:val="24"/>
          <w:szCs w:val="24"/>
        </w:rPr>
      </w:pPr>
      <w:r>
        <w:rPr>
          <w:rFonts w:ascii="Times New Roman" w:hAnsi="Times New Roman"/>
          <w:bCs/>
          <w:kern w:val="32"/>
          <w:sz w:val="24"/>
          <w:szCs w:val="24"/>
        </w:rPr>
        <w:t xml:space="preserve">Этап 4: </w:t>
      </w:r>
      <w:r w:rsidRPr="00E848B8">
        <w:rPr>
          <w:rFonts w:ascii="Times New Roman" w:hAnsi="Times New Roman"/>
          <w:bCs/>
          <w:kern w:val="32"/>
          <w:sz w:val="24"/>
          <w:szCs w:val="24"/>
        </w:rPr>
        <w:t xml:space="preserve">ПМИ </w:t>
      </w:r>
      <w:r>
        <w:rPr>
          <w:rFonts w:ascii="Times New Roman" w:hAnsi="Times New Roman"/>
          <w:bCs/>
          <w:kern w:val="32"/>
          <w:sz w:val="24"/>
          <w:szCs w:val="24"/>
        </w:rPr>
        <w:t xml:space="preserve">СХД </w:t>
      </w:r>
      <w:r w:rsidRPr="00E848B8">
        <w:rPr>
          <w:rFonts w:ascii="Times New Roman" w:hAnsi="Times New Roman"/>
          <w:bCs/>
          <w:kern w:val="32"/>
          <w:sz w:val="24"/>
          <w:szCs w:val="24"/>
        </w:rPr>
        <w:t xml:space="preserve">начинается с даты завершения инсталляции </w:t>
      </w:r>
      <w:r>
        <w:rPr>
          <w:rFonts w:ascii="Times New Roman" w:hAnsi="Times New Roman"/>
          <w:bCs/>
          <w:kern w:val="32"/>
          <w:sz w:val="24"/>
          <w:szCs w:val="24"/>
        </w:rPr>
        <w:t>СХД</w:t>
      </w:r>
      <w:r w:rsidRPr="00E848B8">
        <w:rPr>
          <w:rFonts w:ascii="Times New Roman" w:hAnsi="Times New Roman"/>
          <w:bCs/>
          <w:kern w:val="32"/>
          <w:sz w:val="24"/>
          <w:szCs w:val="24"/>
        </w:rPr>
        <w:t xml:space="preserve">. Срок проведения ПМИ </w:t>
      </w:r>
      <w:r>
        <w:rPr>
          <w:rFonts w:ascii="Times New Roman" w:hAnsi="Times New Roman"/>
          <w:bCs/>
          <w:kern w:val="32"/>
          <w:sz w:val="24"/>
          <w:szCs w:val="24"/>
        </w:rPr>
        <w:t xml:space="preserve">СХД </w:t>
      </w:r>
      <w:r w:rsidRPr="00E848B8">
        <w:rPr>
          <w:rFonts w:ascii="Times New Roman" w:hAnsi="Times New Roman"/>
          <w:bCs/>
          <w:kern w:val="32"/>
          <w:sz w:val="24"/>
          <w:szCs w:val="24"/>
        </w:rPr>
        <w:t xml:space="preserve">составляет не более </w:t>
      </w:r>
      <w:r w:rsidR="00D502AB">
        <w:rPr>
          <w:rFonts w:ascii="Times New Roman" w:hAnsi="Times New Roman"/>
          <w:bCs/>
          <w:kern w:val="32"/>
          <w:sz w:val="24"/>
          <w:szCs w:val="24"/>
        </w:rPr>
        <w:t>25</w:t>
      </w:r>
      <w:r w:rsidRPr="00E848B8">
        <w:rPr>
          <w:rFonts w:ascii="Times New Roman" w:hAnsi="Times New Roman"/>
          <w:bCs/>
          <w:kern w:val="32"/>
          <w:sz w:val="24"/>
          <w:szCs w:val="24"/>
        </w:rPr>
        <w:t xml:space="preserve"> (</w:t>
      </w:r>
      <w:r w:rsidR="00D502AB">
        <w:rPr>
          <w:rFonts w:ascii="Times New Roman" w:hAnsi="Times New Roman"/>
          <w:bCs/>
          <w:kern w:val="32"/>
          <w:sz w:val="24"/>
          <w:szCs w:val="24"/>
        </w:rPr>
        <w:t>двадцати пяти</w:t>
      </w:r>
      <w:r w:rsidRPr="00E848B8">
        <w:rPr>
          <w:rFonts w:ascii="Times New Roman" w:hAnsi="Times New Roman"/>
          <w:bCs/>
          <w:kern w:val="32"/>
          <w:sz w:val="24"/>
          <w:szCs w:val="24"/>
        </w:rPr>
        <w:t>) календарных дней</w:t>
      </w:r>
      <w:r w:rsidRPr="009404C4">
        <w:rPr>
          <w:rFonts w:ascii="Times New Roman" w:hAnsi="Times New Roman"/>
          <w:bCs/>
          <w:kern w:val="32"/>
          <w:sz w:val="24"/>
          <w:szCs w:val="24"/>
        </w:rPr>
        <w:t>.</w:t>
      </w:r>
    </w:p>
    <w:p w14:paraId="04AA4E43" w14:textId="3676201F" w:rsidR="009404C4" w:rsidRDefault="009404C4" w:rsidP="001B76AD">
      <w:pPr>
        <w:pStyle w:val="afa"/>
        <w:spacing w:after="0"/>
        <w:ind w:firstLine="709"/>
        <w:jc w:val="both"/>
        <w:rPr>
          <w:rFonts w:ascii="Times New Roman" w:hAnsi="Times New Roman"/>
          <w:bCs/>
          <w:kern w:val="32"/>
          <w:sz w:val="24"/>
          <w:szCs w:val="24"/>
        </w:rPr>
      </w:pPr>
      <w:r w:rsidRPr="009404C4">
        <w:rPr>
          <w:rFonts w:ascii="Times New Roman" w:hAnsi="Times New Roman"/>
          <w:bCs/>
          <w:kern w:val="32"/>
          <w:sz w:val="24"/>
          <w:szCs w:val="24"/>
        </w:rPr>
        <w:t>Этап 5</w:t>
      </w:r>
      <w:r>
        <w:rPr>
          <w:rFonts w:ascii="Times New Roman" w:hAnsi="Times New Roman"/>
          <w:bCs/>
          <w:kern w:val="32"/>
          <w:sz w:val="24"/>
          <w:szCs w:val="24"/>
        </w:rPr>
        <w:t xml:space="preserve">: По результатам проведения ПМИ СХД в течение 3 (трех) рабочих дней составляется и подписывается Поставщиком и Покупателем протокол тестирования.  </w:t>
      </w:r>
      <w:r w:rsidRPr="00CF0A95">
        <w:rPr>
          <w:rFonts w:ascii="Times New Roman" w:hAnsi="Times New Roman"/>
          <w:bCs/>
          <w:kern w:val="32"/>
          <w:sz w:val="24"/>
          <w:szCs w:val="24"/>
        </w:rPr>
        <w:t xml:space="preserve"> </w:t>
      </w:r>
    </w:p>
    <w:p w14:paraId="6CBB23AB" w14:textId="002927F1" w:rsidR="009404C4" w:rsidRPr="009404C4" w:rsidRDefault="009404C4" w:rsidP="001B76AD">
      <w:pPr>
        <w:pStyle w:val="afa"/>
        <w:spacing w:after="0"/>
        <w:ind w:firstLine="709"/>
        <w:jc w:val="both"/>
        <w:rPr>
          <w:rFonts w:ascii="Times New Roman" w:hAnsi="Times New Roman"/>
          <w:bCs/>
          <w:kern w:val="32"/>
          <w:sz w:val="24"/>
          <w:szCs w:val="24"/>
        </w:rPr>
      </w:pPr>
      <w:r>
        <w:rPr>
          <w:rFonts w:ascii="Times New Roman" w:hAnsi="Times New Roman"/>
          <w:bCs/>
          <w:kern w:val="32"/>
          <w:sz w:val="24"/>
          <w:szCs w:val="24"/>
        </w:rPr>
        <w:t xml:space="preserve">Этап 6: </w:t>
      </w:r>
      <w:proofErr w:type="gramStart"/>
      <w:r>
        <w:rPr>
          <w:rFonts w:ascii="Times New Roman" w:hAnsi="Times New Roman"/>
          <w:bCs/>
          <w:kern w:val="32"/>
          <w:sz w:val="24"/>
          <w:szCs w:val="24"/>
        </w:rPr>
        <w:t>В</w:t>
      </w:r>
      <w:proofErr w:type="gramEnd"/>
      <w:r>
        <w:rPr>
          <w:rFonts w:ascii="Times New Roman" w:hAnsi="Times New Roman"/>
          <w:bCs/>
          <w:kern w:val="32"/>
          <w:sz w:val="24"/>
          <w:szCs w:val="24"/>
        </w:rPr>
        <w:t xml:space="preserve"> случае успешного прохождения </w:t>
      </w:r>
      <w:r w:rsidR="002C1745">
        <w:rPr>
          <w:rFonts w:ascii="Times New Roman" w:hAnsi="Times New Roman"/>
          <w:bCs/>
          <w:kern w:val="32"/>
          <w:sz w:val="24"/>
          <w:szCs w:val="24"/>
        </w:rPr>
        <w:t>ПМИ СХД</w:t>
      </w:r>
      <w:r>
        <w:rPr>
          <w:rFonts w:ascii="Times New Roman" w:hAnsi="Times New Roman"/>
          <w:bCs/>
          <w:kern w:val="32"/>
          <w:sz w:val="24"/>
          <w:szCs w:val="24"/>
        </w:rPr>
        <w:t xml:space="preserve">, подтвержденного протоколом тестирования, Поставщик осуществляет поставку остального Товара, а Покупатель </w:t>
      </w:r>
      <w:r w:rsidRPr="00E63073">
        <w:rPr>
          <w:rFonts w:ascii="Times New Roman" w:hAnsi="Times New Roman"/>
          <w:bCs/>
          <w:kern w:val="32"/>
          <w:sz w:val="24"/>
          <w:szCs w:val="24"/>
        </w:rPr>
        <w:t xml:space="preserve">в течение </w:t>
      </w:r>
      <w:r w:rsidRPr="00FB7C29">
        <w:rPr>
          <w:rFonts w:ascii="Times New Roman" w:hAnsi="Times New Roman"/>
          <w:bCs/>
          <w:kern w:val="32"/>
          <w:sz w:val="24"/>
          <w:szCs w:val="24"/>
        </w:rPr>
        <w:t>1</w:t>
      </w:r>
      <w:r w:rsidRPr="009D14D9">
        <w:rPr>
          <w:rFonts w:ascii="Times New Roman" w:hAnsi="Times New Roman"/>
          <w:bCs/>
          <w:kern w:val="32"/>
          <w:sz w:val="24"/>
          <w:szCs w:val="24"/>
        </w:rPr>
        <w:t>5 (пятнадцати)</w:t>
      </w:r>
      <w:r w:rsidRPr="00E63073">
        <w:rPr>
          <w:rFonts w:ascii="Times New Roman" w:hAnsi="Times New Roman"/>
          <w:bCs/>
          <w:kern w:val="32"/>
          <w:sz w:val="24"/>
          <w:szCs w:val="24"/>
        </w:rPr>
        <w:t xml:space="preserve"> рабочих дней с даты получения </w:t>
      </w:r>
      <w:r>
        <w:rPr>
          <w:rFonts w:ascii="Times New Roman" w:hAnsi="Times New Roman"/>
          <w:bCs/>
          <w:kern w:val="32"/>
          <w:sz w:val="24"/>
          <w:szCs w:val="24"/>
        </w:rPr>
        <w:t xml:space="preserve">всего </w:t>
      </w:r>
      <w:r w:rsidRPr="00E63073">
        <w:rPr>
          <w:rFonts w:ascii="Times New Roman" w:hAnsi="Times New Roman"/>
          <w:bCs/>
          <w:kern w:val="32"/>
          <w:sz w:val="24"/>
          <w:szCs w:val="24"/>
        </w:rPr>
        <w:t xml:space="preserve">Товара и документов, указанных в пункте 7.2 </w:t>
      </w:r>
      <w:r>
        <w:rPr>
          <w:rFonts w:ascii="Times New Roman" w:hAnsi="Times New Roman"/>
          <w:bCs/>
          <w:kern w:val="32"/>
          <w:sz w:val="24"/>
          <w:szCs w:val="24"/>
        </w:rPr>
        <w:t>настоящего Технического задания осуществляет приемку Товара.</w:t>
      </w:r>
    </w:p>
    <w:p w14:paraId="79D231B2" w14:textId="77777777" w:rsidR="00E96294" w:rsidRPr="00E63073" w:rsidRDefault="00E96294" w:rsidP="00E96294">
      <w:pPr>
        <w:pStyle w:val="ConsPlusNormal"/>
        <w:numPr>
          <w:ilvl w:val="2"/>
          <w:numId w:val="5"/>
        </w:numPr>
        <w:tabs>
          <w:tab w:val="left" w:pos="1418"/>
        </w:tabs>
        <w:ind w:left="0" w:firstLine="709"/>
        <w:jc w:val="both"/>
        <w:rPr>
          <w:rFonts w:ascii="Times New Roman" w:hAnsi="Times New Roman" w:cs="Times New Roman"/>
          <w:bCs/>
          <w:kern w:val="32"/>
          <w:sz w:val="24"/>
          <w:szCs w:val="24"/>
        </w:rPr>
      </w:pPr>
      <w:r w:rsidRPr="00E63073">
        <w:rPr>
          <w:rFonts w:ascii="Times New Roman" w:hAnsi="Times New Roman" w:cs="Times New Roman"/>
          <w:bCs/>
          <w:kern w:val="32"/>
          <w:sz w:val="24"/>
          <w:szCs w:val="24"/>
        </w:rPr>
        <w:t xml:space="preserve">Указанный </w:t>
      </w:r>
      <w:r>
        <w:rPr>
          <w:rFonts w:ascii="Times New Roman" w:hAnsi="Times New Roman" w:cs="Times New Roman"/>
          <w:bCs/>
          <w:kern w:val="32"/>
          <w:sz w:val="24"/>
          <w:szCs w:val="24"/>
        </w:rPr>
        <w:t xml:space="preserve">в п. 7.1.1. </w:t>
      </w:r>
      <w:r w:rsidR="00837DF8">
        <w:rPr>
          <w:rFonts w:ascii="Times New Roman" w:hAnsi="Times New Roman" w:cs="Times New Roman"/>
          <w:bCs/>
          <w:kern w:val="32"/>
          <w:sz w:val="24"/>
          <w:szCs w:val="24"/>
        </w:rPr>
        <w:t xml:space="preserve">настоящего </w:t>
      </w:r>
      <w:r>
        <w:rPr>
          <w:rFonts w:ascii="Times New Roman" w:hAnsi="Times New Roman" w:cs="Times New Roman"/>
          <w:bCs/>
          <w:kern w:val="32"/>
          <w:sz w:val="24"/>
          <w:szCs w:val="24"/>
        </w:rPr>
        <w:t xml:space="preserve">Технического задания </w:t>
      </w:r>
      <w:r w:rsidRPr="00E63073">
        <w:rPr>
          <w:rFonts w:ascii="Times New Roman" w:hAnsi="Times New Roman" w:cs="Times New Roman"/>
          <w:bCs/>
          <w:kern w:val="32"/>
          <w:sz w:val="24"/>
          <w:szCs w:val="24"/>
        </w:rPr>
        <w:t>срок может продлеваться на срок проведения экспертизы, если Покупателем проводится экспертиза Товара. Экспертиза может проводиться в случаях сомнения Покупателя в качестве, комплектности, соблюдении требований к безопасности, требований к размеру, состоянию упаковки, установленным условиям настоящего Технического задания и Спецификации.</w:t>
      </w:r>
    </w:p>
    <w:p w14:paraId="0FC963C4" w14:textId="77777777" w:rsidR="00E96294" w:rsidRPr="00E63073" w:rsidRDefault="00E96294" w:rsidP="00E96294">
      <w:pPr>
        <w:pStyle w:val="ConsPlusNormal"/>
        <w:numPr>
          <w:ilvl w:val="2"/>
          <w:numId w:val="5"/>
        </w:numPr>
        <w:tabs>
          <w:tab w:val="left" w:pos="1418"/>
        </w:tabs>
        <w:ind w:left="0" w:firstLine="709"/>
        <w:jc w:val="both"/>
        <w:rPr>
          <w:rFonts w:ascii="Times New Roman" w:hAnsi="Times New Roman" w:cs="Times New Roman"/>
          <w:bCs/>
          <w:kern w:val="32"/>
          <w:sz w:val="24"/>
          <w:szCs w:val="24"/>
        </w:rPr>
      </w:pPr>
      <w:r w:rsidRPr="00E63073">
        <w:rPr>
          <w:rFonts w:ascii="Times New Roman" w:hAnsi="Times New Roman" w:cs="Times New Roman"/>
          <w:bCs/>
          <w:kern w:val="32"/>
          <w:sz w:val="24"/>
          <w:szCs w:val="24"/>
        </w:rPr>
        <w:t>При приемке Товара Покупатель проверяет поставленный Товар на его соответствие качеству, количеству, ассортименту, техническим характеристикам, комплектности, требованиям к размеру, состоянию упаковки, установленным условиям настоящего Технического задания и Спецификации, а также проверяет наличие сопроводительных документов на Товар.</w:t>
      </w:r>
    </w:p>
    <w:p w14:paraId="3C051179" w14:textId="77777777" w:rsidR="00E96294" w:rsidRPr="00E63073" w:rsidRDefault="00E96294" w:rsidP="00E9188C">
      <w:pPr>
        <w:pStyle w:val="ConsPlusNormal"/>
        <w:numPr>
          <w:ilvl w:val="1"/>
          <w:numId w:val="5"/>
        </w:numPr>
        <w:spacing w:before="240"/>
        <w:ind w:left="0" w:firstLine="709"/>
        <w:jc w:val="both"/>
        <w:rPr>
          <w:rFonts w:ascii="Times New Roman" w:hAnsi="Times New Roman" w:cs="Times New Roman"/>
          <w:b/>
          <w:sz w:val="24"/>
          <w:szCs w:val="24"/>
        </w:rPr>
      </w:pPr>
      <w:r w:rsidRPr="00E63073">
        <w:rPr>
          <w:rFonts w:ascii="Times New Roman" w:hAnsi="Times New Roman" w:cs="Times New Roman"/>
          <w:b/>
          <w:sz w:val="24"/>
          <w:szCs w:val="24"/>
        </w:rPr>
        <w:t xml:space="preserve">Требования по передаче Покупателю технических и иных документов при поставке </w:t>
      </w:r>
      <w:r>
        <w:rPr>
          <w:rFonts w:ascii="Times New Roman" w:hAnsi="Times New Roman" w:cs="Times New Roman"/>
          <w:b/>
          <w:sz w:val="24"/>
          <w:szCs w:val="24"/>
        </w:rPr>
        <w:t>Товар</w:t>
      </w:r>
      <w:r w:rsidRPr="00E63073">
        <w:rPr>
          <w:rFonts w:ascii="Times New Roman" w:hAnsi="Times New Roman" w:cs="Times New Roman"/>
          <w:b/>
          <w:sz w:val="24"/>
          <w:szCs w:val="24"/>
        </w:rPr>
        <w:t>ов</w:t>
      </w:r>
    </w:p>
    <w:p w14:paraId="297C1C6F" w14:textId="77777777" w:rsidR="00E96294" w:rsidRPr="00E63073" w:rsidRDefault="00E96294" w:rsidP="00E96294">
      <w:pPr>
        <w:pStyle w:val="ConsPlusNormal"/>
        <w:ind w:firstLine="709"/>
        <w:jc w:val="both"/>
        <w:rPr>
          <w:rFonts w:ascii="Times New Roman" w:hAnsi="Times New Roman" w:cs="Times New Roman"/>
          <w:sz w:val="24"/>
          <w:szCs w:val="24"/>
        </w:rPr>
      </w:pPr>
      <w:r w:rsidRPr="00E63073">
        <w:rPr>
          <w:rFonts w:ascii="Times New Roman" w:hAnsi="Times New Roman" w:cs="Times New Roman"/>
          <w:sz w:val="24"/>
          <w:szCs w:val="24"/>
        </w:rPr>
        <w:t>Поставщик обязан передать Покупателю Товар с надлежаще оформленными документами:</w:t>
      </w:r>
    </w:p>
    <w:p w14:paraId="195BA11F" w14:textId="77777777" w:rsidR="00E96294" w:rsidRPr="00E63073" w:rsidRDefault="00E96294" w:rsidP="00E96294">
      <w:pPr>
        <w:pStyle w:val="ConsPlusNormal"/>
        <w:ind w:firstLine="709"/>
        <w:jc w:val="both"/>
        <w:rPr>
          <w:rFonts w:ascii="Times New Roman" w:hAnsi="Times New Roman" w:cs="Times New Roman"/>
          <w:sz w:val="24"/>
          <w:szCs w:val="24"/>
        </w:rPr>
      </w:pPr>
      <w:r w:rsidRPr="00E63073">
        <w:rPr>
          <w:rFonts w:ascii="Times New Roman" w:hAnsi="Times New Roman" w:cs="Times New Roman"/>
          <w:sz w:val="24"/>
          <w:szCs w:val="24"/>
        </w:rPr>
        <w:t>– универсальные передаточные документы;</w:t>
      </w:r>
    </w:p>
    <w:p w14:paraId="6B40F115" w14:textId="77777777" w:rsidR="00E96294" w:rsidRPr="00E63073" w:rsidRDefault="00E96294" w:rsidP="00E96294">
      <w:pPr>
        <w:pStyle w:val="ConsPlusNormal"/>
        <w:ind w:firstLine="709"/>
        <w:jc w:val="both"/>
        <w:rPr>
          <w:rFonts w:ascii="Times New Roman" w:hAnsi="Times New Roman" w:cs="Times New Roman"/>
          <w:sz w:val="24"/>
          <w:szCs w:val="24"/>
        </w:rPr>
      </w:pPr>
      <w:r w:rsidRPr="00E63073">
        <w:rPr>
          <w:rFonts w:ascii="Times New Roman" w:hAnsi="Times New Roman" w:cs="Times New Roman"/>
          <w:sz w:val="24"/>
          <w:szCs w:val="24"/>
        </w:rPr>
        <w:t>– копии сертификатов соответствия (деклараций о соответствии) на поставляемый Товар, подтверждающие качество Товара;</w:t>
      </w:r>
    </w:p>
    <w:p w14:paraId="356DB621" w14:textId="77777777" w:rsidR="00E96294" w:rsidRPr="00076300" w:rsidRDefault="00E96294" w:rsidP="00E96294">
      <w:pPr>
        <w:pStyle w:val="ConsPlusNormal"/>
        <w:ind w:firstLine="709"/>
        <w:jc w:val="both"/>
        <w:rPr>
          <w:rFonts w:ascii="Times New Roman" w:hAnsi="Times New Roman" w:cs="Times New Roman"/>
          <w:sz w:val="24"/>
          <w:szCs w:val="24"/>
        </w:rPr>
      </w:pPr>
      <w:r w:rsidRPr="00E63073">
        <w:rPr>
          <w:rFonts w:ascii="Times New Roman" w:hAnsi="Times New Roman" w:cs="Times New Roman"/>
          <w:sz w:val="24"/>
          <w:szCs w:val="24"/>
        </w:rPr>
        <w:t>– технический паспорт на Товар на русском языке и/или инструкцию пользователя (руководство по эксплуатации) Товаром на русском языке в бумажном или электронном виде</w:t>
      </w:r>
      <w:r>
        <w:rPr>
          <w:rFonts w:ascii="Times New Roman" w:hAnsi="Times New Roman" w:cs="Times New Roman"/>
          <w:sz w:val="24"/>
          <w:szCs w:val="24"/>
        </w:rPr>
        <w:t xml:space="preserve"> (при наличии)</w:t>
      </w:r>
      <w:r w:rsidRPr="00E63073">
        <w:rPr>
          <w:rFonts w:ascii="Times New Roman" w:hAnsi="Times New Roman" w:cs="Times New Roman"/>
          <w:sz w:val="24"/>
          <w:szCs w:val="24"/>
        </w:rPr>
        <w:t>;</w:t>
      </w:r>
    </w:p>
    <w:p w14:paraId="4CF0E16F" w14:textId="77777777" w:rsidR="00E96294" w:rsidRPr="00076300" w:rsidRDefault="00E96294" w:rsidP="00E96294">
      <w:pPr>
        <w:pStyle w:val="ConsPlusNormal"/>
        <w:ind w:firstLine="709"/>
        <w:jc w:val="both"/>
        <w:rPr>
          <w:rFonts w:ascii="Times New Roman" w:hAnsi="Times New Roman" w:cs="Times New Roman"/>
          <w:sz w:val="24"/>
          <w:szCs w:val="24"/>
        </w:rPr>
      </w:pPr>
      <w:r w:rsidRPr="00076300">
        <w:rPr>
          <w:rFonts w:ascii="Times New Roman" w:hAnsi="Times New Roman" w:cs="Times New Roman"/>
          <w:sz w:val="24"/>
          <w:szCs w:val="24"/>
        </w:rPr>
        <w:t xml:space="preserve">– оформленные гарантийные талоны или аналогичные документы о гарантии с указанием срока </w:t>
      </w:r>
      <w:r>
        <w:rPr>
          <w:rFonts w:ascii="Times New Roman" w:hAnsi="Times New Roman" w:cs="Times New Roman"/>
          <w:sz w:val="24"/>
          <w:szCs w:val="24"/>
        </w:rPr>
        <w:t>и условий гарантии Товара (при наличии)</w:t>
      </w:r>
      <w:r w:rsidRPr="00076300">
        <w:rPr>
          <w:rFonts w:ascii="Times New Roman" w:hAnsi="Times New Roman" w:cs="Times New Roman"/>
          <w:sz w:val="24"/>
          <w:szCs w:val="24"/>
        </w:rPr>
        <w:t>.</w:t>
      </w:r>
    </w:p>
    <w:p w14:paraId="50054A2C" w14:textId="77777777" w:rsidR="00E96294" w:rsidRPr="00E63073" w:rsidRDefault="00E96294" w:rsidP="00E96294">
      <w:pPr>
        <w:pStyle w:val="ConsPlusNormal"/>
        <w:numPr>
          <w:ilvl w:val="0"/>
          <w:numId w:val="5"/>
        </w:numPr>
        <w:spacing w:before="240"/>
        <w:ind w:left="0" w:firstLine="0"/>
        <w:jc w:val="center"/>
        <w:rPr>
          <w:rFonts w:ascii="Times New Roman" w:hAnsi="Times New Roman"/>
          <w:b/>
          <w:sz w:val="24"/>
          <w:szCs w:val="24"/>
        </w:rPr>
      </w:pPr>
      <w:r w:rsidRPr="00E63073">
        <w:rPr>
          <w:rFonts w:ascii="Times New Roman" w:hAnsi="Times New Roman" w:cs="Times New Roman"/>
          <w:b/>
          <w:sz w:val="24"/>
          <w:szCs w:val="24"/>
        </w:rPr>
        <w:t>ТРЕБОВАНИЯ</w:t>
      </w:r>
      <w:r w:rsidRPr="00E63073">
        <w:rPr>
          <w:rFonts w:ascii="Times New Roman" w:hAnsi="Times New Roman"/>
          <w:b/>
          <w:sz w:val="24"/>
          <w:szCs w:val="24"/>
        </w:rPr>
        <w:t xml:space="preserve"> К ТРАНСПОРТИРОВКЕ</w:t>
      </w:r>
    </w:p>
    <w:p w14:paraId="75FB5492" w14:textId="77777777" w:rsidR="00E9188C" w:rsidRDefault="00E9188C" w:rsidP="00E96294">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p>
    <w:p w14:paraId="45E85608" w14:textId="77777777" w:rsidR="00E96294" w:rsidRPr="00E63073" w:rsidRDefault="00E96294" w:rsidP="00E96294">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E63073">
        <w:rPr>
          <w:rFonts w:ascii="Times New Roman" w:eastAsia="Times New Roman" w:hAnsi="Times New Roman"/>
          <w:sz w:val="24"/>
          <w:szCs w:val="24"/>
          <w:lang w:eastAsia="ru-RU"/>
        </w:rPr>
        <w:t xml:space="preserve">Погрузка, транспортировка и выгрузка Товара должны обеспечивать полную сохранность Товара и его характеристик, и не нарушать соответствие </w:t>
      </w:r>
      <w:r>
        <w:rPr>
          <w:rFonts w:ascii="Times New Roman" w:eastAsia="Times New Roman" w:hAnsi="Times New Roman"/>
          <w:sz w:val="24"/>
          <w:szCs w:val="24"/>
          <w:lang w:eastAsia="ru-RU"/>
        </w:rPr>
        <w:t>Товар</w:t>
      </w:r>
      <w:r w:rsidRPr="00E63073">
        <w:rPr>
          <w:rFonts w:ascii="Times New Roman" w:eastAsia="Times New Roman" w:hAnsi="Times New Roman"/>
          <w:sz w:val="24"/>
          <w:szCs w:val="24"/>
          <w:lang w:eastAsia="ru-RU"/>
        </w:rPr>
        <w:t>а требованиям настоящего Технического задания.</w:t>
      </w:r>
    </w:p>
    <w:p w14:paraId="7D394772" w14:textId="77777777" w:rsidR="00E96294" w:rsidRPr="00E63073" w:rsidRDefault="00E96294" w:rsidP="00E96294">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E63073">
        <w:rPr>
          <w:rFonts w:ascii="Times New Roman" w:eastAsia="Times New Roman" w:hAnsi="Times New Roman"/>
          <w:sz w:val="24"/>
          <w:szCs w:val="24"/>
          <w:lang w:eastAsia="ru-RU"/>
        </w:rPr>
        <w:t xml:space="preserve">В процессе транспортировки </w:t>
      </w:r>
      <w:r>
        <w:rPr>
          <w:rFonts w:ascii="Times New Roman" w:eastAsia="Times New Roman" w:hAnsi="Times New Roman"/>
          <w:sz w:val="24"/>
          <w:szCs w:val="24"/>
          <w:lang w:eastAsia="ru-RU"/>
        </w:rPr>
        <w:t>Товар</w:t>
      </w:r>
      <w:r w:rsidRPr="00E63073">
        <w:rPr>
          <w:rFonts w:ascii="Times New Roman" w:eastAsia="Times New Roman" w:hAnsi="Times New Roman"/>
          <w:sz w:val="24"/>
          <w:szCs w:val="24"/>
          <w:lang w:eastAsia="ru-RU"/>
        </w:rPr>
        <w:t xml:space="preserve"> должен быть защищён от намокания, загрязнения и механических повреждений. Разгрузочные работы и работы по складированию в месте поставки </w:t>
      </w:r>
      <w:r>
        <w:rPr>
          <w:rFonts w:ascii="Times New Roman" w:eastAsia="Times New Roman" w:hAnsi="Times New Roman"/>
          <w:sz w:val="24"/>
          <w:szCs w:val="24"/>
          <w:lang w:eastAsia="ru-RU"/>
        </w:rPr>
        <w:t>Товар</w:t>
      </w:r>
      <w:r w:rsidRPr="00E63073">
        <w:rPr>
          <w:rFonts w:ascii="Times New Roman" w:eastAsia="Times New Roman" w:hAnsi="Times New Roman"/>
          <w:sz w:val="24"/>
          <w:szCs w:val="24"/>
          <w:lang w:eastAsia="ru-RU"/>
        </w:rPr>
        <w:t>а осуществляются за счёт Поставщика.</w:t>
      </w:r>
    </w:p>
    <w:p w14:paraId="1976D8C0" w14:textId="77777777" w:rsidR="00E96294" w:rsidRPr="00E63073" w:rsidRDefault="00E96294" w:rsidP="00E96294">
      <w:pPr>
        <w:pStyle w:val="ConsPlusNormal"/>
        <w:numPr>
          <w:ilvl w:val="0"/>
          <w:numId w:val="5"/>
        </w:numPr>
        <w:spacing w:before="240"/>
        <w:ind w:left="0" w:firstLine="0"/>
        <w:jc w:val="center"/>
        <w:rPr>
          <w:rFonts w:ascii="Times New Roman" w:hAnsi="Times New Roman"/>
          <w:b/>
          <w:sz w:val="24"/>
          <w:szCs w:val="24"/>
        </w:rPr>
      </w:pPr>
      <w:r w:rsidRPr="00E63073">
        <w:rPr>
          <w:rFonts w:ascii="Times New Roman" w:hAnsi="Times New Roman" w:cs="Times New Roman"/>
          <w:b/>
          <w:sz w:val="24"/>
          <w:szCs w:val="24"/>
        </w:rPr>
        <w:t>ТРЕБОВАНИЯ</w:t>
      </w:r>
      <w:r w:rsidRPr="00E63073">
        <w:rPr>
          <w:rFonts w:ascii="Times New Roman" w:hAnsi="Times New Roman"/>
          <w:b/>
          <w:sz w:val="24"/>
          <w:szCs w:val="24"/>
        </w:rPr>
        <w:t xml:space="preserve"> К ХРАНЕНИЮ</w:t>
      </w:r>
    </w:p>
    <w:p w14:paraId="7F660CCC" w14:textId="77777777" w:rsidR="00E9188C" w:rsidRDefault="00E9188C" w:rsidP="00E96294">
      <w:pPr>
        <w:widowControl w:val="0"/>
        <w:autoSpaceDE w:val="0"/>
        <w:autoSpaceDN w:val="0"/>
        <w:adjustRightInd w:val="0"/>
        <w:spacing w:after="0" w:line="240" w:lineRule="auto"/>
        <w:ind w:firstLine="708"/>
        <w:jc w:val="both"/>
        <w:rPr>
          <w:rFonts w:ascii="Times New Roman" w:hAnsi="Times New Roman"/>
          <w:sz w:val="24"/>
          <w:szCs w:val="24"/>
          <w:lang w:eastAsia="ru-RU"/>
        </w:rPr>
      </w:pPr>
    </w:p>
    <w:p w14:paraId="0905E027" w14:textId="59C68F57" w:rsidR="00E96294" w:rsidRDefault="00E96294" w:rsidP="00E96294">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E63073">
        <w:rPr>
          <w:rFonts w:ascii="Times New Roman" w:hAnsi="Times New Roman"/>
          <w:sz w:val="24"/>
          <w:szCs w:val="24"/>
          <w:lang w:eastAsia="ru-RU"/>
        </w:rPr>
        <w:t xml:space="preserve">Хранение </w:t>
      </w:r>
      <w:r>
        <w:rPr>
          <w:rFonts w:ascii="Times New Roman" w:hAnsi="Times New Roman"/>
          <w:sz w:val="24"/>
          <w:szCs w:val="24"/>
          <w:lang w:eastAsia="ru-RU"/>
        </w:rPr>
        <w:t>Товар</w:t>
      </w:r>
      <w:r w:rsidRPr="00E63073">
        <w:rPr>
          <w:rFonts w:ascii="Times New Roman" w:hAnsi="Times New Roman"/>
          <w:sz w:val="24"/>
          <w:szCs w:val="24"/>
          <w:lang w:eastAsia="ru-RU"/>
        </w:rPr>
        <w:t xml:space="preserve">а должно обеспечивать сохранность характеристик </w:t>
      </w:r>
      <w:r>
        <w:rPr>
          <w:rFonts w:ascii="Times New Roman" w:hAnsi="Times New Roman"/>
          <w:sz w:val="24"/>
          <w:szCs w:val="24"/>
          <w:lang w:eastAsia="ru-RU"/>
        </w:rPr>
        <w:t>Товар</w:t>
      </w:r>
      <w:r w:rsidRPr="00E63073">
        <w:rPr>
          <w:rFonts w:ascii="Times New Roman" w:hAnsi="Times New Roman"/>
          <w:sz w:val="24"/>
          <w:szCs w:val="24"/>
          <w:lang w:eastAsia="ru-RU"/>
        </w:rPr>
        <w:t xml:space="preserve">а и не нарушать соответствие </w:t>
      </w:r>
      <w:r>
        <w:rPr>
          <w:rFonts w:ascii="Times New Roman" w:hAnsi="Times New Roman"/>
          <w:sz w:val="24"/>
          <w:szCs w:val="24"/>
          <w:lang w:eastAsia="ru-RU"/>
        </w:rPr>
        <w:t>Товар</w:t>
      </w:r>
      <w:r w:rsidRPr="00E63073">
        <w:rPr>
          <w:rFonts w:ascii="Times New Roman" w:hAnsi="Times New Roman"/>
          <w:sz w:val="24"/>
          <w:szCs w:val="24"/>
          <w:lang w:eastAsia="ru-RU"/>
        </w:rPr>
        <w:t>а требованиям настоящего Технического задания</w:t>
      </w:r>
      <w:r w:rsidRPr="00E63073">
        <w:rPr>
          <w:rFonts w:ascii="Times New Roman" w:eastAsia="Times New Roman" w:hAnsi="Times New Roman"/>
          <w:sz w:val="24"/>
          <w:szCs w:val="24"/>
          <w:lang w:eastAsia="ru-RU"/>
        </w:rPr>
        <w:t>.</w:t>
      </w:r>
    </w:p>
    <w:p w14:paraId="3175E761" w14:textId="77777777" w:rsidR="00E862CB" w:rsidRPr="00E63073" w:rsidRDefault="00E862CB" w:rsidP="00E96294">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p>
    <w:p w14:paraId="4174FD54" w14:textId="77777777" w:rsidR="00E96294" w:rsidRPr="00E63073" w:rsidRDefault="00E96294" w:rsidP="00E96294">
      <w:pPr>
        <w:pStyle w:val="ConsPlusNormal"/>
        <w:numPr>
          <w:ilvl w:val="0"/>
          <w:numId w:val="5"/>
        </w:numPr>
        <w:spacing w:before="240"/>
        <w:ind w:left="0" w:firstLine="0"/>
        <w:jc w:val="center"/>
        <w:rPr>
          <w:rFonts w:ascii="Times New Roman" w:hAnsi="Times New Roman"/>
          <w:b/>
          <w:sz w:val="24"/>
          <w:szCs w:val="24"/>
        </w:rPr>
      </w:pPr>
      <w:r w:rsidRPr="00E63073">
        <w:rPr>
          <w:rFonts w:ascii="Times New Roman" w:hAnsi="Times New Roman" w:cs="Times New Roman"/>
          <w:b/>
          <w:sz w:val="24"/>
          <w:szCs w:val="24"/>
        </w:rPr>
        <w:lastRenderedPageBreak/>
        <w:t>ТРЕБОВАНИЯ</w:t>
      </w:r>
      <w:r w:rsidRPr="00E63073">
        <w:rPr>
          <w:rFonts w:ascii="Times New Roman" w:hAnsi="Times New Roman"/>
          <w:b/>
          <w:sz w:val="24"/>
          <w:szCs w:val="24"/>
        </w:rPr>
        <w:t xml:space="preserve"> К ОБСЛУЖИВАНИЮ</w:t>
      </w:r>
    </w:p>
    <w:p w14:paraId="40274C18" w14:textId="77777777" w:rsidR="00E9188C" w:rsidRDefault="00E9188C" w:rsidP="00E96294">
      <w:pPr>
        <w:widowControl w:val="0"/>
        <w:autoSpaceDE w:val="0"/>
        <w:autoSpaceDN w:val="0"/>
        <w:adjustRightInd w:val="0"/>
        <w:spacing w:after="0" w:line="240" w:lineRule="auto"/>
        <w:ind w:firstLine="708"/>
        <w:rPr>
          <w:rFonts w:ascii="Times New Roman" w:eastAsia="Times New Roman" w:hAnsi="Times New Roman"/>
          <w:sz w:val="24"/>
          <w:szCs w:val="24"/>
          <w:lang w:eastAsia="ru-RU"/>
        </w:rPr>
      </w:pPr>
    </w:p>
    <w:p w14:paraId="3E9F009F" w14:textId="77777777" w:rsidR="00E96294" w:rsidRPr="00E63073" w:rsidRDefault="00E96294" w:rsidP="00E96294">
      <w:pPr>
        <w:widowControl w:val="0"/>
        <w:autoSpaceDE w:val="0"/>
        <w:autoSpaceDN w:val="0"/>
        <w:adjustRightInd w:val="0"/>
        <w:spacing w:after="0" w:line="240" w:lineRule="auto"/>
        <w:ind w:firstLine="708"/>
        <w:rPr>
          <w:rFonts w:ascii="Times New Roman" w:eastAsia="Times New Roman" w:hAnsi="Times New Roman"/>
          <w:sz w:val="24"/>
          <w:szCs w:val="24"/>
          <w:lang w:val="en-US" w:eastAsia="ru-RU"/>
        </w:rPr>
      </w:pPr>
      <w:r w:rsidRPr="00E63073">
        <w:rPr>
          <w:rFonts w:ascii="Times New Roman" w:eastAsia="Times New Roman" w:hAnsi="Times New Roman"/>
          <w:sz w:val="24"/>
          <w:szCs w:val="24"/>
          <w:lang w:eastAsia="ru-RU"/>
        </w:rPr>
        <w:t>Не установлено</w:t>
      </w:r>
      <w:r w:rsidRPr="00E63073">
        <w:rPr>
          <w:rFonts w:ascii="Times New Roman" w:eastAsia="Times New Roman" w:hAnsi="Times New Roman"/>
          <w:sz w:val="24"/>
          <w:szCs w:val="24"/>
          <w:lang w:val="en-US" w:eastAsia="ru-RU"/>
        </w:rPr>
        <w:t>.</w:t>
      </w:r>
    </w:p>
    <w:p w14:paraId="74E7ADAC" w14:textId="77777777" w:rsidR="00E96294" w:rsidRPr="00E63073" w:rsidRDefault="00E96294" w:rsidP="00E96294">
      <w:pPr>
        <w:pStyle w:val="ConsPlusNormal"/>
        <w:numPr>
          <w:ilvl w:val="0"/>
          <w:numId w:val="5"/>
        </w:numPr>
        <w:spacing w:before="240"/>
        <w:ind w:left="0" w:firstLine="0"/>
        <w:jc w:val="center"/>
        <w:rPr>
          <w:rFonts w:ascii="Times New Roman" w:hAnsi="Times New Roman"/>
          <w:b/>
          <w:sz w:val="24"/>
          <w:szCs w:val="24"/>
        </w:rPr>
      </w:pPr>
      <w:r w:rsidRPr="00E63073">
        <w:rPr>
          <w:rFonts w:ascii="Times New Roman" w:hAnsi="Times New Roman" w:cs="Times New Roman"/>
          <w:b/>
          <w:sz w:val="24"/>
          <w:szCs w:val="24"/>
        </w:rPr>
        <w:t>ЭКОЛОГИЧЕСКИЕ</w:t>
      </w:r>
      <w:r w:rsidRPr="00E63073">
        <w:rPr>
          <w:rFonts w:ascii="Times New Roman" w:hAnsi="Times New Roman"/>
          <w:b/>
          <w:sz w:val="24"/>
          <w:szCs w:val="24"/>
        </w:rPr>
        <w:t xml:space="preserve"> ТРЕБОВАНИЯ</w:t>
      </w:r>
    </w:p>
    <w:p w14:paraId="76FE9E7C" w14:textId="77777777" w:rsidR="00E9188C" w:rsidRDefault="00E9188C" w:rsidP="00E96294">
      <w:pPr>
        <w:spacing w:after="160" w:line="240" w:lineRule="auto"/>
        <w:ind w:firstLine="708"/>
        <w:jc w:val="both"/>
        <w:rPr>
          <w:rFonts w:ascii="Times New Roman" w:eastAsia="Times New Roman" w:hAnsi="Times New Roman"/>
          <w:sz w:val="24"/>
          <w:szCs w:val="24"/>
          <w:lang w:eastAsia="ru-RU"/>
        </w:rPr>
      </w:pPr>
    </w:p>
    <w:p w14:paraId="2112F6C1" w14:textId="77777777" w:rsidR="00E96294" w:rsidRPr="00E63073" w:rsidRDefault="00E96294" w:rsidP="00E96294">
      <w:pPr>
        <w:spacing w:after="160" w:line="240" w:lineRule="auto"/>
        <w:ind w:firstLine="708"/>
        <w:jc w:val="both"/>
        <w:rPr>
          <w:rFonts w:ascii="Times New Roman" w:eastAsia="Times New Roman" w:hAnsi="Times New Roman"/>
          <w:sz w:val="24"/>
          <w:szCs w:val="24"/>
          <w:lang w:eastAsia="ru-RU"/>
        </w:rPr>
      </w:pPr>
      <w:r w:rsidRPr="00E63073">
        <w:rPr>
          <w:rFonts w:ascii="Times New Roman" w:eastAsia="Times New Roman" w:hAnsi="Times New Roman"/>
          <w:sz w:val="24"/>
          <w:szCs w:val="24"/>
          <w:lang w:eastAsia="ru-RU"/>
        </w:rPr>
        <w:t>Не установлено</w:t>
      </w:r>
      <w:r w:rsidRPr="00E63073">
        <w:rPr>
          <w:rFonts w:ascii="Times New Roman" w:eastAsia="Times New Roman" w:hAnsi="Times New Roman"/>
          <w:sz w:val="24"/>
          <w:szCs w:val="24"/>
          <w:lang w:val="en-US" w:eastAsia="ru-RU"/>
        </w:rPr>
        <w:t>.</w:t>
      </w:r>
    </w:p>
    <w:p w14:paraId="6F911FC1" w14:textId="77777777" w:rsidR="00E96294" w:rsidRPr="00E63073" w:rsidRDefault="00E96294" w:rsidP="00E96294">
      <w:pPr>
        <w:pStyle w:val="ConsPlusNormal"/>
        <w:numPr>
          <w:ilvl w:val="0"/>
          <w:numId w:val="5"/>
        </w:numPr>
        <w:spacing w:before="240"/>
        <w:ind w:left="0" w:firstLine="0"/>
        <w:jc w:val="center"/>
        <w:rPr>
          <w:rFonts w:ascii="Times New Roman" w:hAnsi="Times New Roman"/>
          <w:b/>
          <w:sz w:val="24"/>
          <w:szCs w:val="24"/>
        </w:rPr>
      </w:pPr>
      <w:r w:rsidRPr="00E63073">
        <w:rPr>
          <w:rFonts w:ascii="Times New Roman" w:hAnsi="Times New Roman" w:cs="Times New Roman"/>
          <w:b/>
          <w:sz w:val="24"/>
          <w:szCs w:val="24"/>
        </w:rPr>
        <w:t>ТРЕБОВАНИЯ</w:t>
      </w:r>
      <w:r w:rsidRPr="00E63073">
        <w:rPr>
          <w:rFonts w:ascii="Times New Roman" w:hAnsi="Times New Roman"/>
          <w:b/>
          <w:sz w:val="24"/>
          <w:szCs w:val="24"/>
        </w:rPr>
        <w:t xml:space="preserve"> К БЕЗОПАСНОСТИ</w:t>
      </w:r>
    </w:p>
    <w:p w14:paraId="2D7C208E" w14:textId="77777777" w:rsidR="00E9188C" w:rsidRDefault="00E9188C" w:rsidP="00E96294">
      <w:pPr>
        <w:spacing w:after="0" w:line="240" w:lineRule="auto"/>
        <w:ind w:firstLine="709"/>
        <w:jc w:val="both"/>
        <w:rPr>
          <w:rFonts w:ascii="Times New Roman" w:eastAsia="Times New Roman" w:hAnsi="Times New Roman"/>
          <w:sz w:val="24"/>
          <w:szCs w:val="24"/>
          <w:lang w:eastAsia="ru-RU"/>
        </w:rPr>
      </w:pPr>
    </w:p>
    <w:p w14:paraId="0DF9C1BA" w14:textId="77777777" w:rsidR="00E96294" w:rsidRPr="00E63073" w:rsidRDefault="00E96294" w:rsidP="00E96294">
      <w:pPr>
        <w:spacing w:after="0" w:line="240" w:lineRule="auto"/>
        <w:ind w:firstLine="709"/>
        <w:jc w:val="both"/>
        <w:rPr>
          <w:rFonts w:ascii="Times New Roman" w:eastAsia="Times New Roman" w:hAnsi="Times New Roman"/>
          <w:sz w:val="24"/>
          <w:szCs w:val="24"/>
          <w:lang w:eastAsia="ru-RU"/>
        </w:rPr>
      </w:pPr>
      <w:r w:rsidRPr="00E63073">
        <w:rPr>
          <w:rFonts w:ascii="Times New Roman" w:eastAsia="Times New Roman" w:hAnsi="Times New Roman"/>
          <w:sz w:val="24"/>
          <w:szCs w:val="24"/>
          <w:lang w:eastAsia="ru-RU"/>
        </w:rPr>
        <w:t>Товар не должен содержать и выделять при хранении и эксплуатации токсичных и агрессивных веществ.</w:t>
      </w:r>
    </w:p>
    <w:p w14:paraId="4189C3C1" w14:textId="77777777" w:rsidR="00E96294" w:rsidRPr="00E63073" w:rsidRDefault="00E96294" w:rsidP="00E96294">
      <w:pPr>
        <w:spacing w:after="0" w:line="240" w:lineRule="auto"/>
        <w:ind w:firstLine="709"/>
        <w:jc w:val="both"/>
        <w:rPr>
          <w:rFonts w:ascii="Times New Roman" w:eastAsia="Times New Roman" w:hAnsi="Times New Roman"/>
          <w:sz w:val="24"/>
          <w:szCs w:val="24"/>
          <w:lang w:eastAsia="ru-RU"/>
        </w:rPr>
      </w:pPr>
      <w:r w:rsidRPr="00E63073">
        <w:rPr>
          <w:rFonts w:ascii="Times New Roman" w:eastAsia="Times New Roman" w:hAnsi="Times New Roman"/>
          <w:sz w:val="24"/>
          <w:szCs w:val="24"/>
          <w:lang w:eastAsia="ru-RU"/>
        </w:rPr>
        <w:t>Товар должен быть разрешен для применения на территории Российской Федерации и соответствовать требованиям безопасности в соответствии с действующим законодательством Российской Федерации, в том числе быть безопасным для жизни, здоровья, имущества Покупателя, конечного потребителя и окружающей среды.</w:t>
      </w:r>
    </w:p>
    <w:p w14:paraId="5D278C04" w14:textId="77777777" w:rsidR="00E96294" w:rsidRPr="00E63073" w:rsidRDefault="00E96294" w:rsidP="00E96294">
      <w:pPr>
        <w:pStyle w:val="ConsPlusNormal"/>
        <w:numPr>
          <w:ilvl w:val="0"/>
          <w:numId w:val="5"/>
        </w:numPr>
        <w:spacing w:before="240"/>
        <w:ind w:left="0" w:firstLine="0"/>
        <w:jc w:val="center"/>
        <w:rPr>
          <w:rFonts w:ascii="Times New Roman" w:hAnsi="Times New Roman"/>
          <w:b/>
          <w:sz w:val="24"/>
          <w:szCs w:val="24"/>
        </w:rPr>
      </w:pPr>
      <w:r w:rsidRPr="00E63073">
        <w:rPr>
          <w:rFonts w:ascii="Times New Roman" w:hAnsi="Times New Roman" w:cs="Times New Roman"/>
          <w:b/>
          <w:sz w:val="24"/>
          <w:szCs w:val="24"/>
        </w:rPr>
        <w:t>ДОПОЛНИТЕЛЬНЫЕ</w:t>
      </w:r>
      <w:r w:rsidRPr="00E63073">
        <w:rPr>
          <w:rFonts w:ascii="Times New Roman" w:hAnsi="Times New Roman"/>
          <w:b/>
          <w:sz w:val="24"/>
          <w:szCs w:val="24"/>
        </w:rPr>
        <w:t xml:space="preserve"> (ИНЫЕ) ТРЕБОВАНИЯ</w:t>
      </w:r>
    </w:p>
    <w:p w14:paraId="51336B8A" w14:textId="77777777" w:rsidR="005D1A2E" w:rsidRDefault="005D1A2E" w:rsidP="00E96294">
      <w:pPr>
        <w:spacing w:after="160" w:line="240" w:lineRule="auto"/>
        <w:ind w:firstLine="708"/>
        <w:jc w:val="both"/>
        <w:rPr>
          <w:rFonts w:ascii="Times New Roman" w:eastAsia="Times New Roman" w:hAnsi="Times New Roman"/>
          <w:sz w:val="24"/>
          <w:szCs w:val="24"/>
          <w:lang w:eastAsia="ru-RU"/>
        </w:rPr>
      </w:pPr>
    </w:p>
    <w:p w14:paraId="3CB1712A" w14:textId="77777777" w:rsidR="00E96294" w:rsidRPr="00E63073" w:rsidRDefault="00E96294" w:rsidP="00E96294">
      <w:pPr>
        <w:spacing w:after="160" w:line="240" w:lineRule="auto"/>
        <w:ind w:firstLine="708"/>
        <w:jc w:val="both"/>
        <w:rPr>
          <w:rFonts w:ascii="Times New Roman" w:eastAsia="Times New Roman" w:hAnsi="Times New Roman"/>
          <w:sz w:val="24"/>
          <w:szCs w:val="24"/>
          <w:lang w:eastAsia="ru-RU"/>
        </w:rPr>
      </w:pPr>
      <w:r w:rsidRPr="00E63073">
        <w:rPr>
          <w:rFonts w:ascii="Times New Roman" w:eastAsia="Times New Roman" w:hAnsi="Times New Roman"/>
          <w:sz w:val="24"/>
          <w:szCs w:val="24"/>
          <w:lang w:eastAsia="ru-RU"/>
        </w:rPr>
        <w:t>Не установлено</w:t>
      </w:r>
      <w:r w:rsidRPr="00E63073">
        <w:rPr>
          <w:rFonts w:ascii="Times New Roman" w:eastAsia="Times New Roman" w:hAnsi="Times New Roman"/>
          <w:sz w:val="24"/>
          <w:szCs w:val="24"/>
          <w:lang w:val="en-US" w:eastAsia="ru-RU"/>
        </w:rPr>
        <w:t>.</w:t>
      </w:r>
    </w:p>
    <w:p w14:paraId="7E4F1E89" w14:textId="77777777" w:rsidR="00E96294" w:rsidRPr="00E63073" w:rsidRDefault="00E96294" w:rsidP="00E96294">
      <w:pPr>
        <w:pStyle w:val="ConsPlusNormal"/>
        <w:numPr>
          <w:ilvl w:val="0"/>
          <w:numId w:val="5"/>
        </w:numPr>
        <w:spacing w:before="240"/>
        <w:ind w:left="0" w:firstLine="0"/>
        <w:jc w:val="center"/>
        <w:rPr>
          <w:rFonts w:ascii="Times New Roman" w:hAnsi="Times New Roman"/>
          <w:b/>
          <w:sz w:val="24"/>
          <w:szCs w:val="24"/>
        </w:rPr>
      </w:pPr>
      <w:r w:rsidRPr="00E63073">
        <w:rPr>
          <w:rFonts w:ascii="Times New Roman" w:hAnsi="Times New Roman"/>
          <w:b/>
          <w:sz w:val="24"/>
          <w:szCs w:val="24"/>
        </w:rPr>
        <w:t xml:space="preserve">ПЕРЕЧЕНЬ </w:t>
      </w:r>
      <w:r w:rsidRPr="00E63073">
        <w:rPr>
          <w:rFonts w:ascii="Times New Roman" w:hAnsi="Times New Roman" w:cs="Times New Roman"/>
          <w:b/>
          <w:sz w:val="24"/>
          <w:szCs w:val="24"/>
        </w:rPr>
        <w:t>ПРИЛОЖЕНИЙ</w:t>
      </w:r>
    </w:p>
    <w:p w14:paraId="3C537C82" w14:textId="77777777" w:rsidR="00E96294" w:rsidRDefault="00E96294" w:rsidP="00E96294"/>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6096"/>
        <w:gridCol w:w="1559"/>
      </w:tblGrid>
      <w:tr w:rsidR="00E16907" w:rsidRPr="00C440ED" w14:paraId="0E7FCBC6" w14:textId="7A488DC3" w:rsidTr="00E16907">
        <w:tc>
          <w:tcPr>
            <w:tcW w:w="1701" w:type="dxa"/>
            <w:vAlign w:val="center"/>
          </w:tcPr>
          <w:p w14:paraId="69DC621D" w14:textId="77777777" w:rsidR="00E16907" w:rsidRPr="00C440ED" w:rsidRDefault="00E16907" w:rsidP="00E1690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40ED">
              <w:rPr>
                <w:rFonts w:ascii="Times New Roman" w:eastAsia="Times New Roman" w:hAnsi="Times New Roman"/>
                <w:sz w:val="24"/>
                <w:szCs w:val="24"/>
                <w:lang w:eastAsia="ru-RU"/>
              </w:rPr>
              <w:t>Номер приложения</w:t>
            </w:r>
          </w:p>
        </w:tc>
        <w:tc>
          <w:tcPr>
            <w:tcW w:w="6096" w:type="dxa"/>
            <w:vAlign w:val="center"/>
          </w:tcPr>
          <w:p w14:paraId="46ACD909" w14:textId="77777777" w:rsidR="00E16907" w:rsidRPr="00C440ED" w:rsidRDefault="00E16907" w:rsidP="00E16907">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r w:rsidRPr="00C440ED">
              <w:rPr>
                <w:rFonts w:ascii="Times New Roman" w:eastAsia="Times New Roman" w:hAnsi="Times New Roman"/>
                <w:sz w:val="24"/>
                <w:szCs w:val="24"/>
                <w:lang w:eastAsia="ru-RU"/>
              </w:rPr>
              <w:t>Наименование приложения</w:t>
            </w:r>
          </w:p>
        </w:tc>
        <w:tc>
          <w:tcPr>
            <w:tcW w:w="1559" w:type="dxa"/>
            <w:vAlign w:val="center"/>
          </w:tcPr>
          <w:p w14:paraId="4C7372A4" w14:textId="54B00597" w:rsidR="00E16907" w:rsidRPr="00C440ED" w:rsidRDefault="00E16907" w:rsidP="00E1690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40ED">
              <w:rPr>
                <w:rFonts w:ascii="Times New Roman" w:eastAsia="Times New Roman" w:hAnsi="Times New Roman"/>
                <w:sz w:val="24"/>
                <w:szCs w:val="24"/>
                <w:lang w:eastAsia="ru-RU"/>
              </w:rPr>
              <w:t>Номер страницы</w:t>
            </w:r>
          </w:p>
        </w:tc>
      </w:tr>
      <w:tr w:rsidR="00E16907" w:rsidRPr="00C440ED" w14:paraId="6DEC7834" w14:textId="0401E0B6" w:rsidTr="00E16907">
        <w:tc>
          <w:tcPr>
            <w:tcW w:w="1701" w:type="dxa"/>
            <w:vAlign w:val="center"/>
          </w:tcPr>
          <w:p w14:paraId="57B92BE4" w14:textId="00B7BD72" w:rsidR="00E16907" w:rsidRPr="00C440ED" w:rsidRDefault="00E16907" w:rsidP="00E16907">
            <w:pPr>
              <w:widowControl w:val="0"/>
              <w:autoSpaceDE w:val="0"/>
              <w:autoSpaceDN w:val="0"/>
              <w:adjustRightInd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w:t>
            </w:r>
          </w:p>
        </w:tc>
        <w:tc>
          <w:tcPr>
            <w:tcW w:w="6096" w:type="dxa"/>
          </w:tcPr>
          <w:p w14:paraId="75D5B62C" w14:textId="77777777" w:rsidR="00E16907" w:rsidRPr="00C440ED" w:rsidRDefault="00E16907" w:rsidP="003412B0">
            <w:pPr>
              <w:widowControl w:val="0"/>
              <w:autoSpaceDE w:val="0"/>
              <w:autoSpaceDN w:val="0"/>
              <w:adjustRightInd w:val="0"/>
              <w:spacing w:after="0" w:line="240" w:lineRule="auto"/>
              <w:rPr>
                <w:rFonts w:ascii="Times New Roman" w:eastAsia="Times New Roman" w:hAnsi="Times New Roman"/>
                <w:sz w:val="24"/>
                <w:szCs w:val="24"/>
                <w:lang w:eastAsia="ru-RU"/>
              </w:rPr>
            </w:pPr>
            <w:r w:rsidRPr="003412B0">
              <w:rPr>
                <w:rFonts w:ascii="Times New Roman" w:eastAsia="Times New Roman" w:hAnsi="Times New Roman"/>
                <w:sz w:val="24"/>
                <w:szCs w:val="24"/>
                <w:lang w:eastAsia="ru-RU"/>
              </w:rPr>
              <w:t>Перечень адресов поставки и распределение Товара</w:t>
            </w:r>
          </w:p>
        </w:tc>
        <w:tc>
          <w:tcPr>
            <w:tcW w:w="1559" w:type="dxa"/>
          </w:tcPr>
          <w:p w14:paraId="57166581" w14:textId="53B74DD2" w:rsidR="00E16907" w:rsidRPr="003412B0" w:rsidRDefault="002C1745" w:rsidP="002C174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p>
        </w:tc>
      </w:tr>
      <w:tr w:rsidR="00E16907" w:rsidRPr="00C440ED" w14:paraId="18B821F2" w14:textId="1140F955" w:rsidTr="00E16907">
        <w:tc>
          <w:tcPr>
            <w:tcW w:w="1701" w:type="dxa"/>
            <w:vAlign w:val="center"/>
          </w:tcPr>
          <w:p w14:paraId="6C7EDC94" w14:textId="23EB80CD" w:rsidR="00E16907" w:rsidRDefault="00E16907" w:rsidP="00E16907">
            <w:pPr>
              <w:widowControl w:val="0"/>
              <w:autoSpaceDE w:val="0"/>
              <w:autoSpaceDN w:val="0"/>
              <w:adjustRightInd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2</w:t>
            </w:r>
          </w:p>
        </w:tc>
        <w:tc>
          <w:tcPr>
            <w:tcW w:w="6096" w:type="dxa"/>
          </w:tcPr>
          <w:p w14:paraId="59E1177E" w14:textId="6238C92F" w:rsidR="00E16907" w:rsidRPr="003412B0" w:rsidRDefault="00E16907" w:rsidP="001467A3">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Программа и методика испытаний </w:t>
            </w:r>
            <w:r w:rsidR="001467A3">
              <w:rPr>
                <w:rFonts w:ascii="Times New Roman" w:eastAsia="Times New Roman" w:hAnsi="Times New Roman"/>
                <w:sz w:val="24"/>
                <w:szCs w:val="24"/>
                <w:lang w:eastAsia="ru-RU"/>
              </w:rPr>
              <w:t xml:space="preserve">(ПМИ) </w:t>
            </w:r>
            <w:r>
              <w:rPr>
                <w:rFonts w:ascii="Times New Roman" w:eastAsia="Times New Roman" w:hAnsi="Times New Roman"/>
                <w:sz w:val="24"/>
                <w:szCs w:val="24"/>
                <w:lang w:eastAsia="ru-RU"/>
              </w:rPr>
              <w:t>Систем хранения данных</w:t>
            </w:r>
          </w:p>
        </w:tc>
        <w:tc>
          <w:tcPr>
            <w:tcW w:w="1559" w:type="dxa"/>
          </w:tcPr>
          <w:p w14:paraId="04A9E1D6" w14:textId="136EDC62" w:rsidR="00E16907" w:rsidRDefault="002C1745" w:rsidP="002C174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r>
    </w:tbl>
    <w:p w14:paraId="23CC47E5" w14:textId="77777777" w:rsidR="005D1A2E" w:rsidRDefault="005D1A2E" w:rsidP="00E96294"/>
    <w:p w14:paraId="6EEEF055" w14:textId="77777777" w:rsidR="004121AA" w:rsidRDefault="004121AA"/>
    <w:p w14:paraId="5F86EC68" w14:textId="77777777" w:rsidR="005D1A2E" w:rsidRDefault="005D1A2E" w:rsidP="004121AA">
      <w:pPr>
        <w:autoSpaceDE w:val="0"/>
        <w:autoSpaceDN w:val="0"/>
        <w:adjustRightInd w:val="0"/>
        <w:spacing w:after="0" w:line="240" w:lineRule="auto"/>
        <w:contextualSpacing/>
        <w:jc w:val="right"/>
        <w:rPr>
          <w:rFonts w:ascii="Times New Roman" w:eastAsia="Times New Roman" w:hAnsi="Times New Roman"/>
          <w:szCs w:val="24"/>
          <w:lang w:eastAsia="ru-RU"/>
        </w:rPr>
      </w:pPr>
    </w:p>
    <w:p w14:paraId="5628319D" w14:textId="77777777" w:rsidR="005D1A2E" w:rsidRDefault="005D1A2E" w:rsidP="004121AA">
      <w:pPr>
        <w:autoSpaceDE w:val="0"/>
        <w:autoSpaceDN w:val="0"/>
        <w:adjustRightInd w:val="0"/>
        <w:spacing w:after="0" w:line="240" w:lineRule="auto"/>
        <w:contextualSpacing/>
        <w:jc w:val="right"/>
        <w:rPr>
          <w:rFonts w:ascii="Times New Roman" w:eastAsia="Times New Roman" w:hAnsi="Times New Roman"/>
          <w:szCs w:val="24"/>
          <w:lang w:eastAsia="ru-RU"/>
        </w:rPr>
      </w:pPr>
    </w:p>
    <w:p w14:paraId="00CBA37E" w14:textId="133A47DC" w:rsidR="00841DE1" w:rsidRDefault="00841DE1" w:rsidP="008175B2">
      <w:pPr>
        <w:autoSpaceDE w:val="0"/>
        <w:autoSpaceDN w:val="0"/>
        <w:adjustRightInd w:val="0"/>
        <w:spacing w:after="0" w:line="240" w:lineRule="auto"/>
        <w:contextualSpacing/>
        <w:rPr>
          <w:rFonts w:ascii="Times New Roman" w:eastAsia="Times New Roman" w:hAnsi="Times New Roman"/>
          <w:szCs w:val="24"/>
          <w:lang w:eastAsia="ru-RU"/>
        </w:rPr>
      </w:pPr>
    </w:p>
    <w:p w14:paraId="3DE391AC" w14:textId="5E5849A6" w:rsidR="00E862CB" w:rsidRDefault="00E862CB" w:rsidP="008175B2">
      <w:pPr>
        <w:autoSpaceDE w:val="0"/>
        <w:autoSpaceDN w:val="0"/>
        <w:adjustRightInd w:val="0"/>
        <w:spacing w:after="0" w:line="240" w:lineRule="auto"/>
        <w:contextualSpacing/>
        <w:rPr>
          <w:rFonts w:ascii="Times New Roman" w:eastAsia="Times New Roman" w:hAnsi="Times New Roman"/>
          <w:szCs w:val="24"/>
          <w:lang w:eastAsia="ru-RU"/>
        </w:rPr>
      </w:pPr>
    </w:p>
    <w:p w14:paraId="7C0E6128" w14:textId="4EB24566" w:rsidR="00E862CB" w:rsidRDefault="00E862CB" w:rsidP="008175B2">
      <w:pPr>
        <w:autoSpaceDE w:val="0"/>
        <w:autoSpaceDN w:val="0"/>
        <w:adjustRightInd w:val="0"/>
        <w:spacing w:after="0" w:line="240" w:lineRule="auto"/>
        <w:contextualSpacing/>
        <w:rPr>
          <w:rFonts w:ascii="Times New Roman" w:eastAsia="Times New Roman" w:hAnsi="Times New Roman"/>
          <w:szCs w:val="24"/>
          <w:lang w:eastAsia="ru-RU"/>
        </w:rPr>
      </w:pPr>
    </w:p>
    <w:p w14:paraId="281D3C4A" w14:textId="049E9B62" w:rsidR="00E862CB" w:rsidRDefault="00E862CB" w:rsidP="008175B2">
      <w:pPr>
        <w:autoSpaceDE w:val="0"/>
        <w:autoSpaceDN w:val="0"/>
        <w:adjustRightInd w:val="0"/>
        <w:spacing w:after="0" w:line="240" w:lineRule="auto"/>
        <w:contextualSpacing/>
        <w:rPr>
          <w:rFonts w:ascii="Times New Roman" w:eastAsia="Times New Roman" w:hAnsi="Times New Roman"/>
          <w:szCs w:val="24"/>
          <w:lang w:eastAsia="ru-RU"/>
        </w:rPr>
      </w:pPr>
    </w:p>
    <w:p w14:paraId="53BBB06E" w14:textId="626C3DC8" w:rsidR="00E862CB" w:rsidRDefault="00E862CB" w:rsidP="008175B2">
      <w:pPr>
        <w:autoSpaceDE w:val="0"/>
        <w:autoSpaceDN w:val="0"/>
        <w:adjustRightInd w:val="0"/>
        <w:spacing w:after="0" w:line="240" w:lineRule="auto"/>
        <w:contextualSpacing/>
        <w:rPr>
          <w:rFonts w:ascii="Times New Roman" w:eastAsia="Times New Roman" w:hAnsi="Times New Roman"/>
          <w:szCs w:val="24"/>
          <w:lang w:eastAsia="ru-RU"/>
        </w:rPr>
      </w:pPr>
    </w:p>
    <w:p w14:paraId="6D8B08FB" w14:textId="09E47189" w:rsidR="00E862CB" w:rsidRDefault="00E862CB" w:rsidP="008175B2">
      <w:pPr>
        <w:autoSpaceDE w:val="0"/>
        <w:autoSpaceDN w:val="0"/>
        <w:adjustRightInd w:val="0"/>
        <w:spacing w:after="0" w:line="240" w:lineRule="auto"/>
        <w:contextualSpacing/>
        <w:rPr>
          <w:rFonts w:ascii="Times New Roman" w:eastAsia="Times New Roman" w:hAnsi="Times New Roman"/>
          <w:szCs w:val="24"/>
          <w:lang w:eastAsia="ru-RU"/>
        </w:rPr>
      </w:pPr>
    </w:p>
    <w:p w14:paraId="1BE43B0F" w14:textId="1DBA8153" w:rsidR="00E862CB" w:rsidRDefault="00E862CB" w:rsidP="008175B2">
      <w:pPr>
        <w:autoSpaceDE w:val="0"/>
        <w:autoSpaceDN w:val="0"/>
        <w:adjustRightInd w:val="0"/>
        <w:spacing w:after="0" w:line="240" w:lineRule="auto"/>
        <w:contextualSpacing/>
        <w:rPr>
          <w:rFonts w:ascii="Times New Roman" w:eastAsia="Times New Roman" w:hAnsi="Times New Roman"/>
          <w:szCs w:val="24"/>
          <w:lang w:eastAsia="ru-RU"/>
        </w:rPr>
      </w:pPr>
    </w:p>
    <w:p w14:paraId="16FFFC96" w14:textId="7589B924" w:rsidR="00E862CB" w:rsidRDefault="00E862CB" w:rsidP="008175B2">
      <w:pPr>
        <w:autoSpaceDE w:val="0"/>
        <w:autoSpaceDN w:val="0"/>
        <w:adjustRightInd w:val="0"/>
        <w:spacing w:after="0" w:line="240" w:lineRule="auto"/>
        <w:contextualSpacing/>
        <w:rPr>
          <w:rFonts w:ascii="Times New Roman" w:eastAsia="Times New Roman" w:hAnsi="Times New Roman"/>
          <w:szCs w:val="24"/>
          <w:lang w:eastAsia="ru-RU"/>
        </w:rPr>
      </w:pPr>
    </w:p>
    <w:p w14:paraId="3F909230" w14:textId="28451BDF" w:rsidR="00E862CB" w:rsidRDefault="00E862CB" w:rsidP="008175B2">
      <w:pPr>
        <w:autoSpaceDE w:val="0"/>
        <w:autoSpaceDN w:val="0"/>
        <w:adjustRightInd w:val="0"/>
        <w:spacing w:after="0" w:line="240" w:lineRule="auto"/>
        <w:contextualSpacing/>
        <w:rPr>
          <w:rFonts w:ascii="Times New Roman" w:eastAsia="Times New Roman" w:hAnsi="Times New Roman"/>
          <w:szCs w:val="24"/>
          <w:lang w:eastAsia="ru-RU"/>
        </w:rPr>
      </w:pPr>
    </w:p>
    <w:p w14:paraId="7E4B0B15" w14:textId="1FF51300" w:rsidR="00E862CB" w:rsidRDefault="00E862CB" w:rsidP="008175B2">
      <w:pPr>
        <w:autoSpaceDE w:val="0"/>
        <w:autoSpaceDN w:val="0"/>
        <w:adjustRightInd w:val="0"/>
        <w:spacing w:after="0" w:line="240" w:lineRule="auto"/>
        <w:contextualSpacing/>
        <w:rPr>
          <w:rFonts w:ascii="Times New Roman" w:eastAsia="Times New Roman" w:hAnsi="Times New Roman"/>
          <w:szCs w:val="24"/>
          <w:lang w:eastAsia="ru-RU"/>
        </w:rPr>
      </w:pPr>
    </w:p>
    <w:p w14:paraId="17E6AFE8" w14:textId="07F72702" w:rsidR="00E862CB" w:rsidRDefault="00E862CB" w:rsidP="008175B2">
      <w:pPr>
        <w:autoSpaceDE w:val="0"/>
        <w:autoSpaceDN w:val="0"/>
        <w:adjustRightInd w:val="0"/>
        <w:spacing w:after="0" w:line="240" w:lineRule="auto"/>
        <w:contextualSpacing/>
        <w:rPr>
          <w:rFonts w:ascii="Times New Roman" w:eastAsia="Times New Roman" w:hAnsi="Times New Roman"/>
          <w:szCs w:val="24"/>
          <w:lang w:eastAsia="ru-RU"/>
        </w:rPr>
      </w:pPr>
    </w:p>
    <w:p w14:paraId="2FA03565" w14:textId="302D29FA" w:rsidR="00E862CB" w:rsidRDefault="00E862CB" w:rsidP="008175B2">
      <w:pPr>
        <w:autoSpaceDE w:val="0"/>
        <w:autoSpaceDN w:val="0"/>
        <w:adjustRightInd w:val="0"/>
        <w:spacing w:after="0" w:line="240" w:lineRule="auto"/>
        <w:contextualSpacing/>
        <w:rPr>
          <w:rFonts w:ascii="Times New Roman" w:eastAsia="Times New Roman" w:hAnsi="Times New Roman"/>
          <w:szCs w:val="24"/>
          <w:lang w:eastAsia="ru-RU"/>
        </w:rPr>
      </w:pPr>
    </w:p>
    <w:p w14:paraId="4FB01DD5" w14:textId="32754F31" w:rsidR="00E862CB" w:rsidRDefault="00E862CB" w:rsidP="008175B2">
      <w:pPr>
        <w:autoSpaceDE w:val="0"/>
        <w:autoSpaceDN w:val="0"/>
        <w:adjustRightInd w:val="0"/>
        <w:spacing w:after="0" w:line="240" w:lineRule="auto"/>
        <w:contextualSpacing/>
        <w:rPr>
          <w:rFonts w:ascii="Times New Roman" w:eastAsia="Times New Roman" w:hAnsi="Times New Roman"/>
          <w:szCs w:val="24"/>
          <w:lang w:eastAsia="ru-RU"/>
        </w:rPr>
      </w:pPr>
    </w:p>
    <w:p w14:paraId="596BEA55" w14:textId="1C09AF6C" w:rsidR="00E862CB" w:rsidRDefault="00E862CB" w:rsidP="008175B2">
      <w:pPr>
        <w:autoSpaceDE w:val="0"/>
        <w:autoSpaceDN w:val="0"/>
        <w:adjustRightInd w:val="0"/>
        <w:spacing w:after="0" w:line="240" w:lineRule="auto"/>
        <w:contextualSpacing/>
        <w:rPr>
          <w:rFonts w:ascii="Times New Roman" w:eastAsia="Times New Roman" w:hAnsi="Times New Roman"/>
          <w:szCs w:val="24"/>
          <w:lang w:eastAsia="ru-RU"/>
        </w:rPr>
      </w:pPr>
    </w:p>
    <w:p w14:paraId="3A9B9555" w14:textId="7DBCA236" w:rsidR="00E862CB" w:rsidRDefault="00E862CB" w:rsidP="008175B2">
      <w:pPr>
        <w:autoSpaceDE w:val="0"/>
        <w:autoSpaceDN w:val="0"/>
        <w:adjustRightInd w:val="0"/>
        <w:spacing w:after="0" w:line="240" w:lineRule="auto"/>
        <w:contextualSpacing/>
        <w:rPr>
          <w:rFonts w:ascii="Times New Roman" w:eastAsia="Times New Roman" w:hAnsi="Times New Roman"/>
          <w:szCs w:val="24"/>
          <w:lang w:eastAsia="ru-RU"/>
        </w:rPr>
      </w:pPr>
    </w:p>
    <w:p w14:paraId="48A7E4A2" w14:textId="77777777" w:rsidR="00E862CB" w:rsidRDefault="00E862CB" w:rsidP="008175B2">
      <w:pPr>
        <w:autoSpaceDE w:val="0"/>
        <w:autoSpaceDN w:val="0"/>
        <w:adjustRightInd w:val="0"/>
        <w:spacing w:after="0" w:line="240" w:lineRule="auto"/>
        <w:contextualSpacing/>
        <w:rPr>
          <w:rFonts w:ascii="Times New Roman" w:eastAsia="Times New Roman" w:hAnsi="Times New Roman"/>
          <w:szCs w:val="24"/>
          <w:lang w:eastAsia="ru-RU"/>
        </w:rPr>
      </w:pPr>
    </w:p>
    <w:p w14:paraId="0A2BA5B6" w14:textId="6AF62A8F" w:rsidR="004121AA" w:rsidRPr="00303666" w:rsidRDefault="004121AA" w:rsidP="004121AA">
      <w:pPr>
        <w:autoSpaceDE w:val="0"/>
        <w:autoSpaceDN w:val="0"/>
        <w:adjustRightInd w:val="0"/>
        <w:spacing w:after="0" w:line="240" w:lineRule="auto"/>
        <w:contextualSpacing/>
        <w:jc w:val="right"/>
        <w:rPr>
          <w:rFonts w:ascii="Times New Roman" w:eastAsia="Times New Roman" w:hAnsi="Times New Roman"/>
          <w:szCs w:val="24"/>
          <w:lang w:eastAsia="ru-RU"/>
        </w:rPr>
      </w:pPr>
      <w:r w:rsidRPr="00303666">
        <w:rPr>
          <w:rFonts w:ascii="Times New Roman" w:eastAsia="Times New Roman" w:hAnsi="Times New Roman"/>
          <w:szCs w:val="24"/>
          <w:lang w:eastAsia="ru-RU"/>
        </w:rPr>
        <w:lastRenderedPageBreak/>
        <w:t xml:space="preserve">Приложение № 1 </w:t>
      </w:r>
    </w:p>
    <w:p w14:paraId="4780FF0C" w14:textId="77777777" w:rsidR="004121AA" w:rsidRPr="00303666" w:rsidRDefault="004121AA" w:rsidP="004121AA">
      <w:pPr>
        <w:autoSpaceDE w:val="0"/>
        <w:autoSpaceDN w:val="0"/>
        <w:adjustRightInd w:val="0"/>
        <w:spacing w:after="0" w:line="240" w:lineRule="auto"/>
        <w:contextualSpacing/>
        <w:jc w:val="right"/>
        <w:rPr>
          <w:rFonts w:ascii="Times New Roman" w:eastAsia="Times New Roman" w:hAnsi="Times New Roman"/>
          <w:szCs w:val="24"/>
          <w:lang w:eastAsia="ru-RU"/>
        </w:rPr>
      </w:pPr>
      <w:r w:rsidRPr="00303666">
        <w:rPr>
          <w:rFonts w:ascii="Times New Roman" w:eastAsia="Times New Roman" w:hAnsi="Times New Roman"/>
          <w:szCs w:val="24"/>
          <w:lang w:eastAsia="ru-RU"/>
        </w:rPr>
        <w:t>к Техническому заданию</w:t>
      </w:r>
    </w:p>
    <w:p w14:paraId="3AC55796" w14:textId="77777777" w:rsidR="004121AA" w:rsidRPr="00AC6D0E" w:rsidRDefault="004121AA" w:rsidP="004121AA">
      <w:pPr>
        <w:tabs>
          <w:tab w:val="left" w:pos="6663"/>
        </w:tabs>
        <w:autoSpaceDE w:val="0"/>
        <w:autoSpaceDN w:val="0"/>
        <w:adjustRightInd w:val="0"/>
        <w:spacing w:after="0" w:line="240" w:lineRule="auto"/>
        <w:contextualSpacing/>
        <w:jc w:val="right"/>
        <w:rPr>
          <w:rFonts w:ascii="Times New Roman" w:eastAsia="Times New Roman" w:hAnsi="Times New Roman"/>
          <w:sz w:val="24"/>
          <w:szCs w:val="24"/>
          <w:lang w:eastAsia="ru-RU"/>
        </w:rPr>
      </w:pPr>
    </w:p>
    <w:p w14:paraId="3FBDE25E" w14:textId="77777777" w:rsidR="004121AA" w:rsidRPr="00303666" w:rsidRDefault="004121AA" w:rsidP="004121AA">
      <w:pPr>
        <w:widowControl w:val="0"/>
        <w:autoSpaceDE w:val="0"/>
        <w:autoSpaceDN w:val="0"/>
        <w:adjustRightInd w:val="0"/>
        <w:spacing w:after="0" w:line="240" w:lineRule="auto"/>
        <w:contextualSpacing/>
        <w:jc w:val="center"/>
        <w:rPr>
          <w:rFonts w:ascii="Times New Roman" w:eastAsia="Times New Roman" w:hAnsi="Times New Roman"/>
          <w:b/>
          <w:sz w:val="24"/>
          <w:szCs w:val="24"/>
          <w:lang w:eastAsia="ru-RU"/>
        </w:rPr>
      </w:pPr>
      <w:r w:rsidRPr="00303666">
        <w:rPr>
          <w:rFonts w:ascii="Times New Roman" w:eastAsia="Times New Roman" w:hAnsi="Times New Roman"/>
          <w:b/>
          <w:sz w:val="24"/>
          <w:szCs w:val="24"/>
          <w:lang w:eastAsia="ru-RU"/>
        </w:rPr>
        <w:t>Перечень адресов поставки и распределение Товара</w:t>
      </w:r>
    </w:p>
    <w:p w14:paraId="72A217EC" w14:textId="77777777" w:rsidR="004121AA" w:rsidRPr="00AC6D0E" w:rsidRDefault="004121AA" w:rsidP="004121AA">
      <w:pPr>
        <w:widowControl w:val="0"/>
        <w:autoSpaceDE w:val="0"/>
        <w:autoSpaceDN w:val="0"/>
        <w:adjustRightInd w:val="0"/>
        <w:spacing w:after="0" w:line="240" w:lineRule="auto"/>
        <w:contextualSpacing/>
        <w:jc w:val="center"/>
        <w:rPr>
          <w:rFonts w:ascii="Times New Roman" w:eastAsia="Times New Roman" w:hAnsi="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2182"/>
        <w:gridCol w:w="2645"/>
        <w:gridCol w:w="2293"/>
        <w:gridCol w:w="1669"/>
      </w:tblGrid>
      <w:tr w:rsidR="004121AA" w:rsidRPr="00A075B5" w14:paraId="1BD50277" w14:textId="77777777" w:rsidTr="00ED1D20">
        <w:trPr>
          <w:cantSplit/>
          <w:trHeight w:val="459"/>
        </w:trPr>
        <w:tc>
          <w:tcPr>
            <w:tcW w:w="297" w:type="pct"/>
            <w:vAlign w:val="center"/>
          </w:tcPr>
          <w:p w14:paraId="4F7CA887" w14:textId="77777777" w:rsidR="004121AA" w:rsidRPr="00A075B5" w:rsidRDefault="004121AA" w:rsidP="008821AE">
            <w:pPr>
              <w:pStyle w:val="a8"/>
              <w:rPr>
                <w:rFonts w:cs="Times New Roman"/>
              </w:rPr>
            </w:pPr>
            <w:r w:rsidRPr="00A075B5">
              <w:rPr>
                <w:rFonts w:cs="Times New Roman"/>
              </w:rPr>
              <w:t>№ п/п</w:t>
            </w:r>
          </w:p>
        </w:tc>
        <w:tc>
          <w:tcPr>
            <w:tcW w:w="1167" w:type="pct"/>
            <w:vAlign w:val="center"/>
          </w:tcPr>
          <w:p w14:paraId="7C5A1D2E" w14:textId="77777777" w:rsidR="004121AA" w:rsidRPr="00A075B5" w:rsidRDefault="004121AA" w:rsidP="008821AE">
            <w:pPr>
              <w:pStyle w:val="a8"/>
              <w:rPr>
                <w:rFonts w:cs="Times New Roman"/>
              </w:rPr>
            </w:pPr>
            <w:r w:rsidRPr="00A075B5">
              <w:rPr>
                <w:rFonts w:cs="Times New Roman"/>
              </w:rPr>
              <w:t xml:space="preserve">Наименование </w:t>
            </w:r>
            <w:r>
              <w:rPr>
                <w:rFonts w:cs="Times New Roman"/>
              </w:rPr>
              <w:br/>
              <w:t>Г</w:t>
            </w:r>
            <w:r w:rsidRPr="00A075B5">
              <w:rPr>
                <w:rFonts w:cs="Times New Roman"/>
              </w:rPr>
              <w:t>рузополучателя</w:t>
            </w:r>
          </w:p>
        </w:tc>
        <w:tc>
          <w:tcPr>
            <w:tcW w:w="1415" w:type="pct"/>
            <w:vAlign w:val="center"/>
          </w:tcPr>
          <w:p w14:paraId="281E5B42" w14:textId="77777777" w:rsidR="004121AA" w:rsidRPr="00A075B5" w:rsidRDefault="004121AA" w:rsidP="008821AE">
            <w:pPr>
              <w:pStyle w:val="a8"/>
              <w:rPr>
                <w:rFonts w:cs="Times New Roman"/>
              </w:rPr>
            </w:pPr>
            <w:r w:rsidRPr="002C329B">
              <w:rPr>
                <w:rFonts w:cs="Times New Roman"/>
              </w:rPr>
              <w:t xml:space="preserve">Адрес </w:t>
            </w:r>
            <w:r>
              <w:rPr>
                <w:rFonts w:cs="Times New Roman"/>
              </w:rPr>
              <w:t>Поставки</w:t>
            </w:r>
          </w:p>
        </w:tc>
        <w:tc>
          <w:tcPr>
            <w:tcW w:w="1227" w:type="pct"/>
            <w:vAlign w:val="center"/>
          </w:tcPr>
          <w:p w14:paraId="2F9FBC08" w14:textId="77777777" w:rsidR="004121AA" w:rsidRDefault="004121AA" w:rsidP="008821AE">
            <w:pPr>
              <w:pStyle w:val="a8"/>
              <w:rPr>
                <w:rFonts w:cs="Times New Roman"/>
              </w:rPr>
            </w:pPr>
            <w:r w:rsidRPr="007969EB">
              <w:rPr>
                <w:rFonts w:cs="Times New Roman"/>
              </w:rPr>
              <w:t>Наименование Товара</w:t>
            </w:r>
          </w:p>
        </w:tc>
        <w:tc>
          <w:tcPr>
            <w:tcW w:w="893" w:type="pct"/>
            <w:vAlign w:val="center"/>
          </w:tcPr>
          <w:p w14:paraId="1DFD5C92" w14:textId="177F1B5B" w:rsidR="004121AA" w:rsidRPr="00A075B5" w:rsidRDefault="004121AA" w:rsidP="008821AE">
            <w:pPr>
              <w:pStyle w:val="a8"/>
              <w:rPr>
                <w:rFonts w:cs="Times New Roman"/>
              </w:rPr>
            </w:pPr>
            <w:r>
              <w:rPr>
                <w:rFonts w:cs="Times New Roman"/>
              </w:rPr>
              <w:t>Количество</w:t>
            </w:r>
            <w:r w:rsidR="00262911">
              <w:rPr>
                <w:rFonts w:cs="Times New Roman"/>
              </w:rPr>
              <w:t>,</w:t>
            </w:r>
            <w:r>
              <w:rPr>
                <w:rFonts w:cs="Times New Roman"/>
              </w:rPr>
              <w:t xml:space="preserve"> </w:t>
            </w:r>
            <w:r w:rsidRPr="00A075B5">
              <w:rPr>
                <w:rFonts w:cs="Times New Roman"/>
              </w:rPr>
              <w:t>шт</w:t>
            </w:r>
            <w:r w:rsidR="00262911">
              <w:rPr>
                <w:rFonts w:cs="Times New Roman"/>
              </w:rPr>
              <w:t>.</w:t>
            </w:r>
          </w:p>
        </w:tc>
      </w:tr>
      <w:tr w:rsidR="004121AA" w:rsidRPr="00A075B5" w14:paraId="68BAD926" w14:textId="77777777" w:rsidTr="00ED1D20">
        <w:tc>
          <w:tcPr>
            <w:tcW w:w="297" w:type="pct"/>
            <w:vAlign w:val="center"/>
          </w:tcPr>
          <w:p w14:paraId="55CC5643" w14:textId="77777777" w:rsidR="004121AA" w:rsidRPr="00A075B5" w:rsidRDefault="00C55A06" w:rsidP="008821AE">
            <w:pPr>
              <w:pStyle w:val="a1"/>
              <w:numPr>
                <w:ilvl w:val="0"/>
                <w:numId w:val="0"/>
              </w:numPr>
              <w:rPr>
                <w:rFonts w:cs="Times New Roman"/>
                <w:lang w:val="ru-RU"/>
              </w:rPr>
            </w:pPr>
            <w:r>
              <w:rPr>
                <w:rFonts w:cs="Times New Roman"/>
                <w:lang w:val="ru-RU"/>
              </w:rPr>
              <w:t>1</w:t>
            </w:r>
          </w:p>
        </w:tc>
        <w:tc>
          <w:tcPr>
            <w:tcW w:w="1167" w:type="pct"/>
            <w:vAlign w:val="center"/>
          </w:tcPr>
          <w:p w14:paraId="1B1629AD" w14:textId="77777777" w:rsidR="004121AA" w:rsidRPr="00A075B5" w:rsidRDefault="004121AA" w:rsidP="008821AE">
            <w:pPr>
              <w:pStyle w:val="aa"/>
              <w:rPr>
                <w:rFonts w:cs="Times New Roman"/>
              </w:rPr>
            </w:pPr>
            <w:r w:rsidRPr="002021D1">
              <w:rPr>
                <w:rFonts w:cs="Times New Roman"/>
              </w:rPr>
              <w:t>АО «Почта России»</w:t>
            </w:r>
          </w:p>
        </w:tc>
        <w:tc>
          <w:tcPr>
            <w:tcW w:w="1415" w:type="pct"/>
            <w:vAlign w:val="center"/>
          </w:tcPr>
          <w:p w14:paraId="3C498373" w14:textId="77777777" w:rsidR="004121AA" w:rsidRPr="00A075B5" w:rsidRDefault="004121AA" w:rsidP="008821AE">
            <w:pPr>
              <w:pStyle w:val="aa"/>
              <w:rPr>
                <w:rFonts w:cs="Times New Roman"/>
              </w:rPr>
            </w:pPr>
            <w:r w:rsidRPr="00B55EA9">
              <w:rPr>
                <w:rFonts w:cs="Times New Roman"/>
              </w:rPr>
              <w:t>г. Москв</w:t>
            </w:r>
            <w:r>
              <w:rPr>
                <w:rFonts w:cs="Times New Roman"/>
              </w:rPr>
              <w:t>а, Варшавское шоссе д.37</w:t>
            </w:r>
          </w:p>
        </w:tc>
        <w:tc>
          <w:tcPr>
            <w:tcW w:w="1227" w:type="pct"/>
            <w:vAlign w:val="center"/>
          </w:tcPr>
          <w:p w14:paraId="6B44B60E" w14:textId="77777777" w:rsidR="004121AA" w:rsidRDefault="00EA7453" w:rsidP="008821AE">
            <w:pPr>
              <w:pStyle w:val="af0"/>
            </w:pPr>
            <w:r>
              <w:t>Система хранения данных тип 1</w:t>
            </w:r>
          </w:p>
        </w:tc>
        <w:tc>
          <w:tcPr>
            <w:tcW w:w="893" w:type="pct"/>
            <w:vAlign w:val="center"/>
          </w:tcPr>
          <w:p w14:paraId="46092AC6" w14:textId="77777777" w:rsidR="004121AA" w:rsidRPr="00A075B5" w:rsidRDefault="00C55A06" w:rsidP="008821AE">
            <w:pPr>
              <w:pStyle w:val="af0"/>
              <w:rPr>
                <w:rFonts w:cs="Times New Roman"/>
              </w:rPr>
            </w:pPr>
            <w:r>
              <w:t>1</w:t>
            </w:r>
          </w:p>
        </w:tc>
      </w:tr>
      <w:tr w:rsidR="009F11AF" w:rsidRPr="00A075B5" w14:paraId="10713BC6" w14:textId="77777777" w:rsidTr="00ED1D20">
        <w:tc>
          <w:tcPr>
            <w:tcW w:w="297" w:type="pct"/>
            <w:vAlign w:val="center"/>
          </w:tcPr>
          <w:p w14:paraId="0A9D11BB" w14:textId="57F0F50A" w:rsidR="009F11AF" w:rsidRPr="00A075B5" w:rsidRDefault="009F11AF" w:rsidP="009F11AF">
            <w:pPr>
              <w:pStyle w:val="a1"/>
              <w:numPr>
                <w:ilvl w:val="0"/>
                <w:numId w:val="0"/>
              </w:numPr>
              <w:rPr>
                <w:rFonts w:cs="Times New Roman"/>
                <w:lang w:val="ru-RU"/>
              </w:rPr>
            </w:pPr>
            <w:r>
              <w:rPr>
                <w:rFonts w:cs="Times New Roman"/>
                <w:lang w:val="ru-RU"/>
              </w:rPr>
              <w:t>2</w:t>
            </w:r>
          </w:p>
        </w:tc>
        <w:tc>
          <w:tcPr>
            <w:tcW w:w="1167" w:type="pct"/>
            <w:vAlign w:val="center"/>
          </w:tcPr>
          <w:p w14:paraId="46BDE06A" w14:textId="77777777" w:rsidR="009F11AF" w:rsidRPr="00BF7699" w:rsidRDefault="009F11AF" w:rsidP="009F11AF">
            <w:pPr>
              <w:pStyle w:val="aa"/>
              <w:rPr>
                <w:rFonts w:cs="Times New Roman"/>
              </w:rPr>
            </w:pPr>
            <w:r w:rsidRPr="00616647">
              <w:rPr>
                <w:rFonts w:cs="Times New Roman"/>
              </w:rPr>
              <w:t>АО «Почта России»</w:t>
            </w:r>
          </w:p>
        </w:tc>
        <w:tc>
          <w:tcPr>
            <w:tcW w:w="1415" w:type="pct"/>
            <w:vAlign w:val="center"/>
          </w:tcPr>
          <w:p w14:paraId="7D572629" w14:textId="77777777" w:rsidR="009F11AF" w:rsidRPr="00B55EA9" w:rsidRDefault="009F11AF" w:rsidP="009F11AF">
            <w:pPr>
              <w:pStyle w:val="aa"/>
              <w:rPr>
                <w:rFonts w:cs="Times New Roman"/>
              </w:rPr>
            </w:pPr>
            <w:r w:rsidRPr="00B55EA9">
              <w:rPr>
                <w:rFonts w:cs="Times New Roman"/>
              </w:rPr>
              <w:t>г. Москв</w:t>
            </w:r>
            <w:r>
              <w:rPr>
                <w:rFonts w:cs="Times New Roman"/>
              </w:rPr>
              <w:t>а, Варшавское шоссе д.37</w:t>
            </w:r>
          </w:p>
        </w:tc>
        <w:tc>
          <w:tcPr>
            <w:tcW w:w="1227" w:type="pct"/>
            <w:vAlign w:val="center"/>
          </w:tcPr>
          <w:p w14:paraId="135FE311" w14:textId="77777777" w:rsidR="009F11AF" w:rsidRDefault="009F11AF" w:rsidP="009F11AF">
            <w:pPr>
              <w:pStyle w:val="af0"/>
            </w:pPr>
            <w:r w:rsidRPr="003462DF">
              <w:t xml:space="preserve">Сервер тип </w:t>
            </w:r>
            <w:r>
              <w:t>6</w:t>
            </w:r>
          </w:p>
        </w:tc>
        <w:tc>
          <w:tcPr>
            <w:tcW w:w="893" w:type="pct"/>
            <w:vAlign w:val="center"/>
          </w:tcPr>
          <w:p w14:paraId="6096B381" w14:textId="77777777" w:rsidR="009F11AF" w:rsidRDefault="009F11AF" w:rsidP="009F11AF">
            <w:pPr>
              <w:pStyle w:val="af0"/>
            </w:pPr>
            <w:r>
              <w:t>5</w:t>
            </w:r>
          </w:p>
        </w:tc>
      </w:tr>
      <w:tr w:rsidR="009F11AF" w:rsidRPr="00A075B5" w14:paraId="0A985357" w14:textId="77777777" w:rsidTr="00ED1D20">
        <w:tc>
          <w:tcPr>
            <w:tcW w:w="297" w:type="pct"/>
            <w:vAlign w:val="center"/>
          </w:tcPr>
          <w:p w14:paraId="630EE196" w14:textId="51F55DB1" w:rsidR="009F11AF" w:rsidRPr="00A075B5" w:rsidRDefault="009F11AF" w:rsidP="009F11AF">
            <w:pPr>
              <w:pStyle w:val="a1"/>
              <w:numPr>
                <w:ilvl w:val="0"/>
                <w:numId w:val="0"/>
              </w:numPr>
              <w:rPr>
                <w:rFonts w:cs="Times New Roman"/>
                <w:lang w:val="ru-RU"/>
              </w:rPr>
            </w:pPr>
            <w:r>
              <w:rPr>
                <w:rFonts w:cs="Times New Roman"/>
                <w:lang w:val="ru-RU"/>
              </w:rPr>
              <w:t>3</w:t>
            </w:r>
          </w:p>
        </w:tc>
        <w:tc>
          <w:tcPr>
            <w:tcW w:w="1167" w:type="pct"/>
            <w:vAlign w:val="center"/>
          </w:tcPr>
          <w:p w14:paraId="4CF11C58" w14:textId="77777777" w:rsidR="009F11AF" w:rsidRPr="00BF7699" w:rsidRDefault="009F11AF" w:rsidP="009F11AF">
            <w:pPr>
              <w:pStyle w:val="aa"/>
              <w:rPr>
                <w:rFonts w:cs="Times New Roman"/>
              </w:rPr>
            </w:pPr>
            <w:r w:rsidRPr="002021D1">
              <w:rPr>
                <w:rFonts w:cs="Times New Roman"/>
              </w:rPr>
              <w:t>АО «Почта России»</w:t>
            </w:r>
          </w:p>
        </w:tc>
        <w:tc>
          <w:tcPr>
            <w:tcW w:w="1415" w:type="pct"/>
            <w:vAlign w:val="center"/>
          </w:tcPr>
          <w:p w14:paraId="58D9488A" w14:textId="77777777" w:rsidR="009F11AF" w:rsidRPr="00A075B5" w:rsidRDefault="009F11AF" w:rsidP="009F11AF">
            <w:pPr>
              <w:pStyle w:val="aa"/>
              <w:rPr>
                <w:rFonts w:cs="Times New Roman"/>
              </w:rPr>
            </w:pPr>
            <w:r w:rsidRPr="00B55EA9">
              <w:rPr>
                <w:rFonts w:cs="Times New Roman"/>
              </w:rPr>
              <w:t>г. Москва, Варшавское шоссе д.125 стр.16</w:t>
            </w:r>
          </w:p>
        </w:tc>
        <w:tc>
          <w:tcPr>
            <w:tcW w:w="1227" w:type="pct"/>
            <w:vAlign w:val="center"/>
          </w:tcPr>
          <w:p w14:paraId="22C0B78B" w14:textId="77777777" w:rsidR="009F11AF" w:rsidRDefault="009F11AF" w:rsidP="009F11AF">
            <w:pPr>
              <w:pStyle w:val="af0"/>
            </w:pPr>
            <w:r>
              <w:t>Система хранения данных тип 1</w:t>
            </w:r>
          </w:p>
        </w:tc>
        <w:tc>
          <w:tcPr>
            <w:tcW w:w="893" w:type="pct"/>
            <w:vAlign w:val="center"/>
          </w:tcPr>
          <w:p w14:paraId="564E0811" w14:textId="5EC9FCFE" w:rsidR="009F11AF" w:rsidRPr="009F11AF" w:rsidRDefault="009F11AF" w:rsidP="009F11AF">
            <w:pPr>
              <w:pStyle w:val="af0"/>
            </w:pPr>
            <w:r>
              <w:t>5</w:t>
            </w:r>
          </w:p>
        </w:tc>
      </w:tr>
      <w:tr w:rsidR="009F11AF" w:rsidRPr="00A075B5" w14:paraId="28935AC1" w14:textId="77777777" w:rsidTr="00ED1D20">
        <w:tc>
          <w:tcPr>
            <w:tcW w:w="297" w:type="pct"/>
            <w:vAlign w:val="center"/>
          </w:tcPr>
          <w:p w14:paraId="68BAE6C0" w14:textId="40290DC8" w:rsidR="009F11AF" w:rsidRDefault="009F11AF" w:rsidP="009F11AF">
            <w:pPr>
              <w:pStyle w:val="a1"/>
              <w:numPr>
                <w:ilvl w:val="0"/>
                <w:numId w:val="0"/>
              </w:numPr>
              <w:rPr>
                <w:rFonts w:cs="Times New Roman"/>
                <w:lang w:val="ru-RU"/>
              </w:rPr>
            </w:pPr>
            <w:r>
              <w:rPr>
                <w:rFonts w:cs="Times New Roman"/>
                <w:lang w:val="ru-RU"/>
              </w:rPr>
              <w:t>4</w:t>
            </w:r>
          </w:p>
        </w:tc>
        <w:tc>
          <w:tcPr>
            <w:tcW w:w="1167" w:type="pct"/>
            <w:vAlign w:val="center"/>
          </w:tcPr>
          <w:p w14:paraId="65335526" w14:textId="1F77A59F" w:rsidR="009F11AF" w:rsidRPr="00616647" w:rsidRDefault="009F11AF" w:rsidP="009F11AF">
            <w:pPr>
              <w:pStyle w:val="aa"/>
              <w:rPr>
                <w:rFonts w:cs="Times New Roman"/>
              </w:rPr>
            </w:pPr>
            <w:r w:rsidRPr="00BF7699">
              <w:rPr>
                <w:rFonts w:cs="Times New Roman"/>
              </w:rPr>
              <w:t>АО «Почта России»</w:t>
            </w:r>
          </w:p>
        </w:tc>
        <w:tc>
          <w:tcPr>
            <w:tcW w:w="1415" w:type="pct"/>
            <w:vAlign w:val="center"/>
          </w:tcPr>
          <w:p w14:paraId="7D56873D" w14:textId="4C1991F0" w:rsidR="009F11AF" w:rsidRPr="00B55EA9" w:rsidRDefault="009F11AF" w:rsidP="009F11AF">
            <w:pPr>
              <w:pStyle w:val="aa"/>
              <w:rPr>
                <w:rFonts w:cs="Times New Roman"/>
              </w:rPr>
            </w:pPr>
            <w:r w:rsidRPr="00B55EA9">
              <w:rPr>
                <w:rFonts w:cs="Times New Roman"/>
              </w:rPr>
              <w:t>г. Москв</w:t>
            </w:r>
            <w:r>
              <w:rPr>
                <w:rFonts w:cs="Times New Roman"/>
              </w:rPr>
              <w:t>а, Варшавское шоссе д.37</w:t>
            </w:r>
          </w:p>
        </w:tc>
        <w:tc>
          <w:tcPr>
            <w:tcW w:w="1227" w:type="pct"/>
            <w:vAlign w:val="center"/>
          </w:tcPr>
          <w:p w14:paraId="7B8F39B3" w14:textId="0C00817A" w:rsidR="009F11AF" w:rsidRDefault="009F11AF" w:rsidP="009F11AF">
            <w:pPr>
              <w:pStyle w:val="af0"/>
            </w:pPr>
            <w:r>
              <w:t>Система хранения данных тип 2</w:t>
            </w:r>
          </w:p>
        </w:tc>
        <w:tc>
          <w:tcPr>
            <w:tcW w:w="893" w:type="pct"/>
            <w:vAlign w:val="center"/>
          </w:tcPr>
          <w:p w14:paraId="40A582AF" w14:textId="0A73DE45" w:rsidR="009F11AF" w:rsidRDefault="009F11AF" w:rsidP="009F11AF">
            <w:pPr>
              <w:pStyle w:val="af0"/>
            </w:pPr>
            <w:r>
              <w:t>2</w:t>
            </w:r>
          </w:p>
        </w:tc>
      </w:tr>
      <w:tr w:rsidR="00C55A06" w:rsidRPr="00A075B5" w14:paraId="3D347B5D" w14:textId="77777777" w:rsidTr="00ED1D20">
        <w:tc>
          <w:tcPr>
            <w:tcW w:w="297" w:type="pct"/>
            <w:vAlign w:val="center"/>
          </w:tcPr>
          <w:p w14:paraId="10C1D7F2" w14:textId="77777777" w:rsidR="00C55A06" w:rsidRPr="00A075B5" w:rsidRDefault="00C55A06" w:rsidP="008821AE">
            <w:pPr>
              <w:pStyle w:val="a1"/>
              <w:numPr>
                <w:ilvl w:val="0"/>
                <w:numId w:val="0"/>
              </w:numPr>
              <w:rPr>
                <w:rFonts w:cs="Times New Roman"/>
                <w:lang w:val="ru-RU"/>
              </w:rPr>
            </w:pPr>
            <w:r>
              <w:rPr>
                <w:rFonts w:cs="Times New Roman"/>
                <w:lang w:val="ru-RU"/>
              </w:rPr>
              <w:t>5</w:t>
            </w:r>
          </w:p>
        </w:tc>
        <w:tc>
          <w:tcPr>
            <w:tcW w:w="1167" w:type="pct"/>
            <w:vAlign w:val="center"/>
          </w:tcPr>
          <w:p w14:paraId="77862040" w14:textId="77777777" w:rsidR="00C55A06" w:rsidRPr="002021D1" w:rsidRDefault="00C55A06" w:rsidP="008821AE">
            <w:pPr>
              <w:pStyle w:val="aa"/>
              <w:rPr>
                <w:rFonts w:cs="Times New Roman"/>
              </w:rPr>
            </w:pPr>
            <w:r w:rsidRPr="00616647">
              <w:rPr>
                <w:rFonts w:cs="Times New Roman"/>
              </w:rPr>
              <w:t>АО «Почта России»</w:t>
            </w:r>
          </w:p>
        </w:tc>
        <w:tc>
          <w:tcPr>
            <w:tcW w:w="1415" w:type="pct"/>
            <w:vAlign w:val="center"/>
          </w:tcPr>
          <w:p w14:paraId="6F902012" w14:textId="77777777" w:rsidR="00C55A06" w:rsidRPr="00B55EA9" w:rsidRDefault="00C55A06" w:rsidP="008821AE">
            <w:pPr>
              <w:pStyle w:val="aa"/>
              <w:rPr>
                <w:rFonts w:cs="Times New Roman"/>
              </w:rPr>
            </w:pPr>
            <w:r w:rsidRPr="00B55EA9">
              <w:rPr>
                <w:rFonts w:cs="Times New Roman"/>
              </w:rPr>
              <w:t>г. Москва, Варшавское шоссе д.125 стр.16</w:t>
            </w:r>
          </w:p>
        </w:tc>
        <w:tc>
          <w:tcPr>
            <w:tcW w:w="1227" w:type="pct"/>
            <w:vAlign w:val="center"/>
          </w:tcPr>
          <w:p w14:paraId="072B573E" w14:textId="77777777" w:rsidR="00C55A06" w:rsidRDefault="00C55A06" w:rsidP="008821AE">
            <w:pPr>
              <w:pStyle w:val="af0"/>
            </w:pPr>
            <w:r>
              <w:t>Сервер тип 1</w:t>
            </w:r>
          </w:p>
        </w:tc>
        <w:tc>
          <w:tcPr>
            <w:tcW w:w="893" w:type="pct"/>
            <w:vAlign w:val="center"/>
          </w:tcPr>
          <w:p w14:paraId="24BE8D03" w14:textId="77777777" w:rsidR="00C55A06" w:rsidRDefault="00C55A06" w:rsidP="008821AE">
            <w:pPr>
              <w:pStyle w:val="af0"/>
            </w:pPr>
            <w:r>
              <w:t>7</w:t>
            </w:r>
          </w:p>
        </w:tc>
      </w:tr>
      <w:tr w:rsidR="00C55A06" w:rsidRPr="00A075B5" w14:paraId="46B572EC" w14:textId="77777777" w:rsidTr="00ED1D20">
        <w:tc>
          <w:tcPr>
            <w:tcW w:w="297" w:type="pct"/>
            <w:vAlign w:val="center"/>
          </w:tcPr>
          <w:p w14:paraId="216D7F5F" w14:textId="77777777" w:rsidR="00C55A06" w:rsidRPr="00A075B5" w:rsidRDefault="00C55A06" w:rsidP="008821AE">
            <w:pPr>
              <w:pStyle w:val="a1"/>
              <w:numPr>
                <w:ilvl w:val="0"/>
                <w:numId w:val="0"/>
              </w:numPr>
              <w:rPr>
                <w:rFonts w:cs="Times New Roman"/>
                <w:lang w:val="ru-RU"/>
              </w:rPr>
            </w:pPr>
            <w:r>
              <w:rPr>
                <w:rFonts w:cs="Times New Roman"/>
                <w:lang w:val="ru-RU"/>
              </w:rPr>
              <w:t>6</w:t>
            </w:r>
          </w:p>
        </w:tc>
        <w:tc>
          <w:tcPr>
            <w:tcW w:w="1167" w:type="pct"/>
            <w:vAlign w:val="center"/>
          </w:tcPr>
          <w:p w14:paraId="00BC1829" w14:textId="77777777" w:rsidR="00C55A06" w:rsidRPr="002021D1" w:rsidRDefault="00C55A06" w:rsidP="008821AE">
            <w:pPr>
              <w:pStyle w:val="aa"/>
              <w:rPr>
                <w:rFonts w:cs="Times New Roman"/>
              </w:rPr>
            </w:pPr>
            <w:r w:rsidRPr="00BF7699">
              <w:rPr>
                <w:rFonts w:cs="Times New Roman"/>
              </w:rPr>
              <w:t>АО «Почта России»</w:t>
            </w:r>
          </w:p>
        </w:tc>
        <w:tc>
          <w:tcPr>
            <w:tcW w:w="1415" w:type="pct"/>
            <w:vAlign w:val="center"/>
          </w:tcPr>
          <w:p w14:paraId="4AF79CA8" w14:textId="77777777" w:rsidR="00C55A06" w:rsidRPr="00B55EA9" w:rsidRDefault="00C55A06" w:rsidP="008821AE">
            <w:pPr>
              <w:pStyle w:val="aa"/>
              <w:rPr>
                <w:rFonts w:cs="Times New Roman"/>
              </w:rPr>
            </w:pPr>
            <w:r w:rsidRPr="00B55EA9">
              <w:rPr>
                <w:rFonts w:cs="Times New Roman"/>
              </w:rPr>
              <w:t>г. Москва, Варшавское шоссе д.125 стр.16</w:t>
            </w:r>
          </w:p>
        </w:tc>
        <w:tc>
          <w:tcPr>
            <w:tcW w:w="1227" w:type="pct"/>
            <w:vAlign w:val="center"/>
          </w:tcPr>
          <w:p w14:paraId="1841C8FA" w14:textId="77777777" w:rsidR="00C55A06" w:rsidRDefault="00C55A06" w:rsidP="008821AE">
            <w:pPr>
              <w:pStyle w:val="af0"/>
            </w:pPr>
            <w:r>
              <w:t>Сервер тип 2</w:t>
            </w:r>
          </w:p>
        </w:tc>
        <w:tc>
          <w:tcPr>
            <w:tcW w:w="893" w:type="pct"/>
            <w:vAlign w:val="center"/>
          </w:tcPr>
          <w:p w14:paraId="2EC7EBFF" w14:textId="77777777" w:rsidR="00C55A06" w:rsidRDefault="00C55A06" w:rsidP="008821AE">
            <w:pPr>
              <w:pStyle w:val="af0"/>
            </w:pPr>
            <w:r>
              <w:t>26</w:t>
            </w:r>
          </w:p>
        </w:tc>
      </w:tr>
      <w:tr w:rsidR="00C55A06" w:rsidRPr="00A075B5" w14:paraId="3E3A9244" w14:textId="77777777" w:rsidTr="00ED1D20">
        <w:tc>
          <w:tcPr>
            <w:tcW w:w="297" w:type="pct"/>
            <w:vAlign w:val="center"/>
          </w:tcPr>
          <w:p w14:paraId="3A06A70B" w14:textId="77777777" w:rsidR="00C55A06" w:rsidRPr="00A075B5" w:rsidRDefault="00C55A06" w:rsidP="008821AE">
            <w:pPr>
              <w:pStyle w:val="a1"/>
              <w:numPr>
                <w:ilvl w:val="0"/>
                <w:numId w:val="0"/>
              </w:numPr>
              <w:rPr>
                <w:rFonts w:cs="Times New Roman"/>
                <w:lang w:val="ru-RU"/>
              </w:rPr>
            </w:pPr>
            <w:r>
              <w:rPr>
                <w:rFonts w:cs="Times New Roman"/>
                <w:lang w:val="ru-RU"/>
              </w:rPr>
              <w:t>7</w:t>
            </w:r>
          </w:p>
        </w:tc>
        <w:tc>
          <w:tcPr>
            <w:tcW w:w="1167" w:type="pct"/>
            <w:vAlign w:val="center"/>
          </w:tcPr>
          <w:p w14:paraId="2C432CA3" w14:textId="77777777" w:rsidR="00C55A06" w:rsidRPr="002021D1" w:rsidRDefault="00C55A06" w:rsidP="008821AE">
            <w:pPr>
              <w:pStyle w:val="aa"/>
              <w:rPr>
                <w:rFonts w:cs="Times New Roman"/>
              </w:rPr>
            </w:pPr>
            <w:r w:rsidRPr="00BF7699">
              <w:rPr>
                <w:rFonts w:cs="Times New Roman"/>
              </w:rPr>
              <w:t>АО «Почта России»</w:t>
            </w:r>
          </w:p>
        </w:tc>
        <w:tc>
          <w:tcPr>
            <w:tcW w:w="1415" w:type="pct"/>
            <w:vAlign w:val="center"/>
          </w:tcPr>
          <w:p w14:paraId="28142250" w14:textId="77777777" w:rsidR="00C55A06" w:rsidRPr="00B55EA9" w:rsidRDefault="00C55A06" w:rsidP="008821AE">
            <w:pPr>
              <w:pStyle w:val="aa"/>
              <w:rPr>
                <w:rFonts w:cs="Times New Roman"/>
              </w:rPr>
            </w:pPr>
            <w:r w:rsidRPr="00B55EA9">
              <w:rPr>
                <w:rFonts w:cs="Times New Roman"/>
              </w:rPr>
              <w:t>г. Москва, Варшавское шоссе д.125 стр.16</w:t>
            </w:r>
          </w:p>
        </w:tc>
        <w:tc>
          <w:tcPr>
            <w:tcW w:w="1227" w:type="pct"/>
            <w:vAlign w:val="center"/>
          </w:tcPr>
          <w:p w14:paraId="27751A46" w14:textId="77777777" w:rsidR="00C55A06" w:rsidRDefault="00C55A06" w:rsidP="008821AE">
            <w:pPr>
              <w:pStyle w:val="af0"/>
            </w:pPr>
            <w:r>
              <w:t>Сервер тип 3</w:t>
            </w:r>
          </w:p>
        </w:tc>
        <w:tc>
          <w:tcPr>
            <w:tcW w:w="893" w:type="pct"/>
            <w:vAlign w:val="center"/>
          </w:tcPr>
          <w:p w14:paraId="527DC6A5" w14:textId="77777777" w:rsidR="00C55A06" w:rsidRDefault="00C55A06" w:rsidP="008821AE">
            <w:pPr>
              <w:pStyle w:val="af0"/>
            </w:pPr>
            <w:r>
              <w:t>9</w:t>
            </w:r>
          </w:p>
        </w:tc>
      </w:tr>
      <w:tr w:rsidR="00D62A50" w:rsidRPr="00A075B5" w14:paraId="4FEA94FB" w14:textId="77777777" w:rsidTr="00ED1D20">
        <w:tc>
          <w:tcPr>
            <w:tcW w:w="297" w:type="pct"/>
            <w:vAlign w:val="center"/>
          </w:tcPr>
          <w:p w14:paraId="29244BE9" w14:textId="65C77FA6" w:rsidR="00D62A50" w:rsidRDefault="00D62A50" w:rsidP="00D62A50">
            <w:pPr>
              <w:pStyle w:val="a1"/>
              <w:numPr>
                <w:ilvl w:val="0"/>
                <w:numId w:val="0"/>
              </w:numPr>
              <w:rPr>
                <w:rFonts w:cs="Times New Roman"/>
              </w:rPr>
            </w:pPr>
            <w:r>
              <w:rPr>
                <w:rFonts w:cs="Times New Roman"/>
              </w:rPr>
              <w:t>8</w:t>
            </w:r>
          </w:p>
        </w:tc>
        <w:tc>
          <w:tcPr>
            <w:tcW w:w="1167" w:type="pct"/>
            <w:vAlign w:val="center"/>
          </w:tcPr>
          <w:p w14:paraId="7080FCD0" w14:textId="0D366884" w:rsidR="00D62A50" w:rsidRPr="00BF7699" w:rsidRDefault="00D62A50" w:rsidP="00D62A50">
            <w:pPr>
              <w:pStyle w:val="aa"/>
              <w:rPr>
                <w:rFonts w:cs="Times New Roman"/>
              </w:rPr>
            </w:pPr>
            <w:r w:rsidRPr="00BF7699">
              <w:rPr>
                <w:rFonts w:cs="Times New Roman"/>
              </w:rPr>
              <w:t>АО «Почта России»</w:t>
            </w:r>
          </w:p>
        </w:tc>
        <w:tc>
          <w:tcPr>
            <w:tcW w:w="1415" w:type="pct"/>
            <w:vAlign w:val="center"/>
          </w:tcPr>
          <w:p w14:paraId="1F6FA93B" w14:textId="7B5459FB" w:rsidR="00D62A50" w:rsidRPr="00B55EA9" w:rsidRDefault="00D62A50" w:rsidP="00D62A50">
            <w:pPr>
              <w:pStyle w:val="aa"/>
              <w:rPr>
                <w:rFonts w:cs="Times New Roman"/>
              </w:rPr>
            </w:pPr>
            <w:r w:rsidRPr="00B55EA9">
              <w:rPr>
                <w:rFonts w:cs="Times New Roman"/>
              </w:rPr>
              <w:t>г. Москва, Варшавское шоссе д.125 стр.16</w:t>
            </w:r>
          </w:p>
        </w:tc>
        <w:tc>
          <w:tcPr>
            <w:tcW w:w="1227" w:type="pct"/>
            <w:vAlign w:val="center"/>
          </w:tcPr>
          <w:p w14:paraId="19BC050B" w14:textId="65672168" w:rsidR="00D62A50" w:rsidRDefault="00D62A50" w:rsidP="00D62A50">
            <w:pPr>
              <w:pStyle w:val="af0"/>
            </w:pPr>
            <w:r>
              <w:t xml:space="preserve">Сервер тип </w:t>
            </w:r>
            <w:r>
              <w:rPr>
                <w:lang w:val="en-US"/>
              </w:rPr>
              <w:t>7</w:t>
            </w:r>
          </w:p>
        </w:tc>
        <w:tc>
          <w:tcPr>
            <w:tcW w:w="893" w:type="pct"/>
            <w:vAlign w:val="center"/>
          </w:tcPr>
          <w:p w14:paraId="5D1A2AD8" w14:textId="0D967DF2" w:rsidR="00D62A50" w:rsidRDefault="00D62A50" w:rsidP="00D62A50">
            <w:pPr>
              <w:pStyle w:val="af0"/>
            </w:pPr>
            <w:r>
              <w:rPr>
                <w:lang w:val="en-US"/>
              </w:rPr>
              <w:t>2</w:t>
            </w:r>
          </w:p>
        </w:tc>
      </w:tr>
      <w:tr w:rsidR="00D62A50" w:rsidRPr="00A075B5" w14:paraId="5BBC36A0" w14:textId="77777777" w:rsidTr="00ED1D20">
        <w:tc>
          <w:tcPr>
            <w:tcW w:w="297" w:type="pct"/>
            <w:vAlign w:val="center"/>
          </w:tcPr>
          <w:p w14:paraId="680A0AE0" w14:textId="16F3E8F9" w:rsidR="00D62A50" w:rsidRPr="009D007A" w:rsidRDefault="00D62A50" w:rsidP="00D62A50">
            <w:pPr>
              <w:pStyle w:val="a1"/>
              <w:numPr>
                <w:ilvl w:val="0"/>
                <w:numId w:val="0"/>
              </w:numPr>
              <w:rPr>
                <w:rFonts w:cs="Times New Roman"/>
              </w:rPr>
            </w:pPr>
            <w:r>
              <w:rPr>
                <w:rFonts w:cs="Times New Roman"/>
                <w:lang w:val="ru-RU"/>
              </w:rPr>
              <w:t>9</w:t>
            </w:r>
          </w:p>
        </w:tc>
        <w:tc>
          <w:tcPr>
            <w:tcW w:w="1167" w:type="pct"/>
            <w:vAlign w:val="center"/>
          </w:tcPr>
          <w:p w14:paraId="64501AD9" w14:textId="77777777" w:rsidR="00D62A50" w:rsidRPr="002021D1" w:rsidRDefault="00D62A50" w:rsidP="00D62A50">
            <w:pPr>
              <w:pStyle w:val="aa"/>
              <w:rPr>
                <w:rFonts w:cs="Times New Roman"/>
              </w:rPr>
            </w:pPr>
            <w:r w:rsidRPr="00BF7699">
              <w:rPr>
                <w:rFonts w:cs="Times New Roman"/>
              </w:rPr>
              <w:t>АО «Почта России»</w:t>
            </w:r>
          </w:p>
        </w:tc>
        <w:tc>
          <w:tcPr>
            <w:tcW w:w="1415" w:type="pct"/>
            <w:vAlign w:val="center"/>
          </w:tcPr>
          <w:p w14:paraId="7022F11D" w14:textId="77777777" w:rsidR="00D62A50" w:rsidRPr="00B55EA9" w:rsidRDefault="00D62A50" w:rsidP="00D62A50">
            <w:pPr>
              <w:pStyle w:val="aa"/>
              <w:rPr>
                <w:rFonts w:cs="Times New Roman"/>
              </w:rPr>
            </w:pPr>
            <w:r w:rsidRPr="00B55EA9">
              <w:rPr>
                <w:rFonts w:cs="Times New Roman"/>
              </w:rPr>
              <w:t>г. Москва, Варшавское шоссе д.125 стр.16</w:t>
            </w:r>
          </w:p>
        </w:tc>
        <w:tc>
          <w:tcPr>
            <w:tcW w:w="1227" w:type="pct"/>
            <w:vAlign w:val="center"/>
          </w:tcPr>
          <w:p w14:paraId="0788D029" w14:textId="77777777" w:rsidR="00D62A50" w:rsidRDefault="00D62A50" w:rsidP="00D62A50">
            <w:pPr>
              <w:pStyle w:val="af0"/>
            </w:pPr>
            <w:r>
              <w:t>Сервер тип 8</w:t>
            </w:r>
          </w:p>
        </w:tc>
        <w:tc>
          <w:tcPr>
            <w:tcW w:w="893" w:type="pct"/>
            <w:vAlign w:val="center"/>
          </w:tcPr>
          <w:p w14:paraId="26A67AA8" w14:textId="77777777" w:rsidR="00D62A50" w:rsidRDefault="00D62A50" w:rsidP="00D62A50">
            <w:pPr>
              <w:pStyle w:val="af0"/>
            </w:pPr>
            <w:r>
              <w:t>2</w:t>
            </w:r>
          </w:p>
        </w:tc>
      </w:tr>
      <w:tr w:rsidR="00D62A50" w:rsidRPr="00A075B5" w14:paraId="513CDF83" w14:textId="77777777" w:rsidTr="00ED1D20">
        <w:tc>
          <w:tcPr>
            <w:tcW w:w="297" w:type="pct"/>
            <w:vAlign w:val="center"/>
          </w:tcPr>
          <w:p w14:paraId="5E888FC9" w14:textId="263D5E24" w:rsidR="00D62A50" w:rsidRPr="00A075B5" w:rsidRDefault="00D62A50" w:rsidP="00D62A50">
            <w:pPr>
              <w:pStyle w:val="a1"/>
              <w:numPr>
                <w:ilvl w:val="0"/>
                <w:numId w:val="0"/>
              </w:numPr>
              <w:rPr>
                <w:rFonts w:cs="Times New Roman"/>
                <w:lang w:val="ru-RU"/>
              </w:rPr>
            </w:pPr>
            <w:r>
              <w:rPr>
                <w:rFonts w:cs="Times New Roman"/>
                <w:lang w:val="ru-RU"/>
              </w:rPr>
              <w:t>10</w:t>
            </w:r>
          </w:p>
        </w:tc>
        <w:tc>
          <w:tcPr>
            <w:tcW w:w="1167" w:type="pct"/>
            <w:vAlign w:val="center"/>
          </w:tcPr>
          <w:p w14:paraId="3800EEEE" w14:textId="77777777" w:rsidR="00D62A50" w:rsidRPr="002021D1" w:rsidRDefault="00D62A50" w:rsidP="00D62A50">
            <w:pPr>
              <w:pStyle w:val="aa"/>
              <w:rPr>
                <w:rFonts w:cs="Times New Roman"/>
              </w:rPr>
            </w:pPr>
            <w:r w:rsidRPr="00C55A06">
              <w:rPr>
                <w:rFonts w:eastAsia="Times New Roman" w:cs="Times New Roman"/>
              </w:rPr>
              <w:t>УФПС г. Москвы - филиал АО «Почта России»</w:t>
            </w:r>
          </w:p>
        </w:tc>
        <w:tc>
          <w:tcPr>
            <w:tcW w:w="1415" w:type="pct"/>
            <w:vAlign w:val="center"/>
          </w:tcPr>
          <w:p w14:paraId="16DB034B" w14:textId="77777777" w:rsidR="00D62A50" w:rsidRPr="00B55EA9" w:rsidRDefault="00D62A50" w:rsidP="00D62A50">
            <w:pPr>
              <w:pStyle w:val="aa"/>
              <w:rPr>
                <w:rFonts w:cs="Times New Roman"/>
              </w:rPr>
            </w:pPr>
            <w:r>
              <w:rPr>
                <w:rFonts w:cs="Times New Roman"/>
                <w:color w:val="000000"/>
              </w:rPr>
              <w:t>г. Москва, п. Марушкинское, д. Шарапово, ул. Придорожная, д. 4, стр. 2</w:t>
            </w:r>
          </w:p>
        </w:tc>
        <w:tc>
          <w:tcPr>
            <w:tcW w:w="1227" w:type="pct"/>
            <w:vAlign w:val="center"/>
          </w:tcPr>
          <w:p w14:paraId="6B1A1E20" w14:textId="77777777" w:rsidR="00D62A50" w:rsidRDefault="00D62A50" w:rsidP="00D62A50">
            <w:pPr>
              <w:pStyle w:val="af0"/>
            </w:pPr>
            <w:r>
              <w:t xml:space="preserve">Сервер тип </w:t>
            </w:r>
            <w:r>
              <w:rPr>
                <w:lang w:val="en-US"/>
              </w:rPr>
              <w:t>4</w:t>
            </w:r>
          </w:p>
        </w:tc>
        <w:tc>
          <w:tcPr>
            <w:tcW w:w="893" w:type="pct"/>
            <w:vAlign w:val="center"/>
          </w:tcPr>
          <w:p w14:paraId="64028F35" w14:textId="77777777" w:rsidR="00D62A50" w:rsidRDefault="00D62A50" w:rsidP="00D62A50">
            <w:pPr>
              <w:pStyle w:val="af0"/>
            </w:pPr>
            <w:r>
              <w:rPr>
                <w:lang w:val="en-US"/>
              </w:rPr>
              <w:t>2</w:t>
            </w:r>
          </w:p>
        </w:tc>
      </w:tr>
      <w:tr w:rsidR="00D62A50" w:rsidRPr="00A075B5" w14:paraId="45D6BD6C" w14:textId="77777777" w:rsidTr="00ED1D20">
        <w:tc>
          <w:tcPr>
            <w:tcW w:w="297" w:type="pct"/>
            <w:vAlign w:val="center"/>
          </w:tcPr>
          <w:p w14:paraId="275776B7" w14:textId="1B516213" w:rsidR="00D62A50" w:rsidRPr="00A075B5" w:rsidRDefault="00D62A50" w:rsidP="00D62A50">
            <w:pPr>
              <w:pStyle w:val="a1"/>
              <w:numPr>
                <w:ilvl w:val="0"/>
                <w:numId w:val="0"/>
              </w:numPr>
              <w:rPr>
                <w:rFonts w:cs="Times New Roman"/>
                <w:lang w:val="ru-RU"/>
              </w:rPr>
            </w:pPr>
            <w:r>
              <w:rPr>
                <w:rFonts w:cs="Times New Roman"/>
                <w:lang w:val="ru-RU"/>
              </w:rPr>
              <w:t>11</w:t>
            </w:r>
          </w:p>
        </w:tc>
        <w:tc>
          <w:tcPr>
            <w:tcW w:w="1167" w:type="pct"/>
            <w:vAlign w:val="center"/>
          </w:tcPr>
          <w:p w14:paraId="617200F4" w14:textId="77777777" w:rsidR="00D62A50" w:rsidRPr="00C55A06" w:rsidRDefault="00D62A50" w:rsidP="00D62A50">
            <w:pPr>
              <w:pStyle w:val="aa"/>
              <w:rPr>
                <w:rFonts w:cs="Times New Roman"/>
              </w:rPr>
            </w:pPr>
            <w:r w:rsidRPr="00C55A06">
              <w:rPr>
                <w:rFonts w:eastAsia="Times New Roman" w:cs="Times New Roman"/>
              </w:rPr>
              <w:t>УФПС Новосибирской области - филиал АО «Почта России»</w:t>
            </w:r>
          </w:p>
        </w:tc>
        <w:tc>
          <w:tcPr>
            <w:tcW w:w="1415" w:type="pct"/>
            <w:vAlign w:val="center"/>
          </w:tcPr>
          <w:p w14:paraId="6D9B6C80" w14:textId="77777777" w:rsidR="00D62A50" w:rsidRPr="00A075B5" w:rsidRDefault="00D62A50" w:rsidP="00D62A50">
            <w:pPr>
              <w:pStyle w:val="aa"/>
              <w:rPr>
                <w:rFonts w:cs="Times New Roman"/>
              </w:rPr>
            </w:pPr>
            <w:r w:rsidRPr="00C93EB1">
              <w:rPr>
                <w:rFonts w:eastAsia="Times New Roman" w:cs="Times New Roman"/>
              </w:rPr>
              <w:t>630099, г. Новосибирск, ул. Ленина, д. 5</w:t>
            </w:r>
          </w:p>
        </w:tc>
        <w:tc>
          <w:tcPr>
            <w:tcW w:w="1227" w:type="pct"/>
            <w:vAlign w:val="center"/>
          </w:tcPr>
          <w:p w14:paraId="7E9E5EDC" w14:textId="77777777" w:rsidR="00D62A50" w:rsidRDefault="00D62A50" w:rsidP="00D62A50">
            <w:pPr>
              <w:pStyle w:val="af0"/>
            </w:pPr>
            <w:r w:rsidRPr="00200F74">
              <w:t xml:space="preserve">Сервер тип </w:t>
            </w:r>
            <w:r>
              <w:rPr>
                <w:lang w:val="en-US"/>
              </w:rPr>
              <w:t>4</w:t>
            </w:r>
          </w:p>
        </w:tc>
        <w:tc>
          <w:tcPr>
            <w:tcW w:w="893" w:type="pct"/>
            <w:vAlign w:val="center"/>
          </w:tcPr>
          <w:p w14:paraId="1CAA2193" w14:textId="77777777" w:rsidR="00D62A50" w:rsidRPr="00FD4C27" w:rsidRDefault="00D62A50" w:rsidP="00D62A50">
            <w:pPr>
              <w:pStyle w:val="af0"/>
              <w:rPr>
                <w:rFonts w:cs="Times New Roman"/>
              </w:rPr>
            </w:pPr>
            <w:r>
              <w:t>1</w:t>
            </w:r>
          </w:p>
        </w:tc>
      </w:tr>
      <w:tr w:rsidR="00D62A50" w:rsidRPr="00A075B5" w14:paraId="5B166430" w14:textId="77777777" w:rsidTr="00ED1D20">
        <w:tc>
          <w:tcPr>
            <w:tcW w:w="297" w:type="pct"/>
            <w:vAlign w:val="center"/>
          </w:tcPr>
          <w:p w14:paraId="5A2DBAD7" w14:textId="1C2C21F6" w:rsidR="00D62A50" w:rsidRPr="00A075B5" w:rsidRDefault="00D62A50" w:rsidP="00D62A50">
            <w:pPr>
              <w:pStyle w:val="a1"/>
              <w:numPr>
                <w:ilvl w:val="0"/>
                <w:numId w:val="0"/>
              </w:numPr>
              <w:rPr>
                <w:rFonts w:cs="Times New Roman"/>
                <w:lang w:val="ru-RU"/>
              </w:rPr>
            </w:pPr>
            <w:r>
              <w:rPr>
                <w:rFonts w:cs="Times New Roman"/>
                <w:lang w:val="ru-RU"/>
              </w:rPr>
              <w:t>12</w:t>
            </w:r>
          </w:p>
        </w:tc>
        <w:tc>
          <w:tcPr>
            <w:tcW w:w="1167" w:type="pct"/>
            <w:vAlign w:val="center"/>
          </w:tcPr>
          <w:p w14:paraId="2765A572" w14:textId="77777777" w:rsidR="00D62A50" w:rsidRPr="00C55A06" w:rsidRDefault="00D62A50" w:rsidP="00D62A50">
            <w:pPr>
              <w:pStyle w:val="aa"/>
              <w:rPr>
                <w:rFonts w:cs="Times New Roman"/>
              </w:rPr>
            </w:pPr>
            <w:r w:rsidRPr="00C55A06">
              <w:rPr>
                <w:rFonts w:eastAsia="Times New Roman" w:cs="Times New Roman"/>
              </w:rPr>
              <w:t>УФПС Самарской области - филиал АО «Почта России»</w:t>
            </w:r>
          </w:p>
        </w:tc>
        <w:tc>
          <w:tcPr>
            <w:tcW w:w="1415" w:type="pct"/>
            <w:vAlign w:val="center"/>
          </w:tcPr>
          <w:p w14:paraId="0188CA01" w14:textId="77777777" w:rsidR="00D62A50" w:rsidRPr="00A075B5" w:rsidRDefault="00D62A50" w:rsidP="00D62A50">
            <w:pPr>
              <w:pStyle w:val="aa"/>
              <w:rPr>
                <w:rFonts w:cs="Times New Roman"/>
              </w:rPr>
            </w:pPr>
            <w:r w:rsidRPr="00C93EB1">
              <w:rPr>
                <w:rFonts w:eastAsia="Times New Roman" w:cs="Times New Roman"/>
              </w:rPr>
              <w:t>443099, г. Самара, ул. Ленинградская, д. 24</w:t>
            </w:r>
          </w:p>
        </w:tc>
        <w:tc>
          <w:tcPr>
            <w:tcW w:w="1227" w:type="pct"/>
            <w:vAlign w:val="center"/>
          </w:tcPr>
          <w:p w14:paraId="77BA35B1" w14:textId="77777777" w:rsidR="00D62A50" w:rsidRDefault="00D62A50" w:rsidP="00D62A50">
            <w:pPr>
              <w:pStyle w:val="af0"/>
            </w:pPr>
            <w:r w:rsidRPr="00200F74">
              <w:t xml:space="preserve">Сервер тип </w:t>
            </w:r>
            <w:r>
              <w:rPr>
                <w:lang w:val="en-US"/>
              </w:rPr>
              <w:t>4</w:t>
            </w:r>
          </w:p>
        </w:tc>
        <w:tc>
          <w:tcPr>
            <w:tcW w:w="893" w:type="pct"/>
            <w:vAlign w:val="center"/>
          </w:tcPr>
          <w:p w14:paraId="3DAAC362" w14:textId="77777777" w:rsidR="00D62A50" w:rsidRPr="00FD4C27" w:rsidRDefault="00D62A50" w:rsidP="00D62A50">
            <w:pPr>
              <w:pStyle w:val="af0"/>
            </w:pPr>
            <w:r>
              <w:t>1</w:t>
            </w:r>
          </w:p>
        </w:tc>
      </w:tr>
      <w:tr w:rsidR="00D62A50" w:rsidRPr="00A075B5" w14:paraId="7020CB00" w14:textId="77777777" w:rsidTr="00ED1D20">
        <w:tc>
          <w:tcPr>
            <w:tcW w:w="297" w:type="pct"/>
            <w:vAlign w:val="center"/>
          </w:tcPr>
          <w:p w14:paraId="050E5A43" w14:textId="641F908A" w:rsidR="00D62A50" w:rsidRPr="00A075B5" w:rsidRDefault="00D62A50" w:rsidP="00D62A50">
            <w:pPr>
              <w:pStyle w:val="a1"/>
              <w:numPr>
                <w:ilvl w:val="0"/>
                <w:numId w:val="0"/>
              </w:numPr>
              <w:rPr>
                <w:rFonts w:cs="Times New Roman"/>
                <w:lang w:val="ru-RU"/>
              </w:rPr>
            </w:pPr>
            <w:r>
              <w:rPr>
                <w:rFonts w:cs="Times New Roman"/>
                <w:lang w:val="ru-RU"/>
              </w:rPr>
              <w:t>13</w:t>
            </w:r>
          </w:p>
        </w:tc>
        <w:tc>
          <w:tcPr>
            <w:tcW w:w="1167" w:type="pct"/>
            <w:vAlign w:val="center"/>
          </w:tcPr>
          <w:p w14:paraId="12A96122" w14:textId="77777777" w:rsidR="00D62A50" w:rsidRPr="00C55A06" w:rsidRDefault="00D62A50" w:rsidP="00D62A50">
            <w:pPr>
              <w:pStyle w:val="aa"/>
              <w:rPr>
                <w:rFonts w:eastAsia="Times New Roman" w:cs="Times New Roman"/>
              </w:rPr>
            </w:pPr>
            <w:r w:rsidRPr="00C55A06">
              <w:rPr>
                <w:rFonts w:eastAsia="Times New Roman" w:cs="Times New Roman"/>
              </w:rPr>
              <w:t>УФПС Санкт-Петербурга и Ленинградской области - филиал АО «Почта России»</w:t>
            </w:r>
          </w:p>
        </w:tc>
        <w:tc>
          <w:tcPr>
            <w:tcW w:w="1415" w:type="pct"/>
            <w:vAlign w:val="center"/>
          </w:tcPr>
          <w:p w14:paraId="07000FF3" w14:textId="77777777" w:rsidR="00D62A50" w:rsidRPr="00B1487C" w:rsidRDefault="00D62A50" w:rsidP="00D62A50">
            <w:pPr>
              <w:pStyle w:val="aa"/>
              <w:rPr>
                <w:rFonts w:eastAsia="Times New Roman" w:cs="Times New Roman"/>
              </w:rPr>
            </w:pPr>
            <w:r w:rsidRPr="00C93EB1">
              <w:rPr>
                <w:rFonts w:eastAsia="Times New Roman" w:cs="Times New Roman"/>
              </w:rPr>
              <w:t>190000, г. Санкт-Петербург, ул. Большая Морская, д. 61</w:t>
            </w:r>
          </w:p>
        </w:tc>
        <w:tc>
          <w:tcPr>
            <w:tcW w:w="1227" w:type="pct"/>
            <w:vAlign w:val="center"/>
          </w:tcPr>
          <w:p w14:paraId="28709267" w14:textId="77777777" w:rsidR="00D62A50" w:rsidRDefault="00D62A50" w:rsidP="00D62A50">
            <w:pPr>
              <w:pStyle w:val="af0"/>
            </w:pPr>
            <w:r w:rsidRPr="00200F74">
              <w:t xml:space="preserve">Сервер тип </w:t>
            </w:r>
            <w:r>
              <w:rPr>
                <w:lang w:val="en-US"/>
              </w:rPr>
              <w:t>4</w:t>
            </w:r>
          </w:p>
        </w:tc>
        <w:tc>
          <w:tcPr>
            <w:tcW w:w="893" w:type="pct"/>
            <w:vAlign w:val="center"/>
          </w:tcPr>
          <w:p w14:paraId="01AD4AF2" w14:textId="77777777" w:rsidR="00D62A50" w:rsidRPr="00A075B5" w:rsidRDefault="00D62A50" w:rsidP="00D62A50">
            <w:pPr>
              <w:pStyle w:val="af0"/>
              <w:rPr>
                <w:rFonts w:cs="Times New Roman"/>
              </w:rPr>
            </w:pPr>
            <w:r>
              <w:t>1</w:t>
            </w:r>
          </w:p>
        </w:tc>
      </w:tr>
      <w:tr w:rsidR="00D62A50" w:rsidRPr="00A075B5" w14:paraId="1A908302" w14:textId="77777777" w:rsidTr="00ED1D20">
        <w:tc>
          <w:tcPr>
            <w:tcW w:w="297" w:type="pct"/>
            <w:vAlign w:val="center"/>
          </w:tcPr>
          <w:p w14:paraId="3518BBD5" w14:textId="29F8E47D" w:rsidR="00D62A50" w:rsidRPr="00A075B5" w:rsidRDefault="00D62A50" w:rsidP="00D62A50">
            <w:pPr>
              <w:pStyle w:val="a1"/>
              <w:numPr>
                <w:ilvl w:val="0"/>
                <w:numId w:val="0"/>
              </w:numPr>
              <w:rPr>
                <w:rFonts w:cs="Times New Roman"/>
                <w:lang w:val="ru-RU"/>
              </w:rPr>
            </w:pPr>
            <w:r>
              <w:rPr>
                <w:rFonts w:cs="Times New Roman"/>
                <w:lang w:val="ru-RU"/>
              </w:rPr>
              <w:t>14</w:t>
            </w:r>
          </w:p>
        </w:tc>
        <w:tc>
          <w:tcPr>
            <w:tcW w:w="1167" w:type="pct"/>
            <w:vAlign w:val="center"/>
          </w:tcPr>
          <w:p w14:paraId="10EABC77" w14:textId="77777777" w:rsidR="00D62A50" w:rsidRPr="00C55A06" w:rsidRDefault="00D62A50" w:rsidP="00D62A50">
            <w:pPr>
              <w:pStyle w:val="aa"/>
              <w:rPr>
                <w:rFonts w:eastAsia="Times New Roman" w:cs="Times New Roman"/>
              </w:rPr>
            </w:pPr>
            <w:r w:rsidRPr="00C55A06">
              <w:rPr>
                <w:rFonts w:eastAsia="Times New Roman"/>
              </w:rPr>
              <w:t xml:space="preserve">УФПС Воронежской области </w:t>
            </w:r>
            <w:r w:rsidRPr="00C55A06">
              <w:rPr>
                <w:rFonts w:eastAsia="Times New Roman" w:cs="Times New Roman"/>
              </w:rPr>
              <w:t>- филиал АО «Почта России»</w:t>
            </w:r>
          </w:p>
        </w:tc>
        <w:tc>
          <w:tcPr>
            <w:tcW w:w="1415" w:type="pct"/>
            <w:vAlign w:val="center"/>
          </w:tcPr>
          <w:p w14:paraId="184CCBCB" w14:textId="77777777" w:rsidR="00D62A50" w:rsidRPr="00B1487C" w:rsidRDefault="00D62A50" w:rsidP="00D62A50">
            <w:pPr>
              <w:pStyle w:val="aa"/>
              <w:rPr>
                <w:rFonts w:eastAsia="Times New Roman" w:cs="Times New Roman"/>
              </w:rPr>
            </w:pPr>
            <w:r w:rsidRPr="00E9580A">
              <w:rPr>
                <w:rFonts w:eastAsia="Times New Roman" w:cs="Times New Roman"/>
              </w:rPr>
              <w:t>Воронежская обл., г.Воронеж, Монтажный проезд, 12</w:t>
            </w:r>
          </w:p>
        </w:tc>
        <w:tc>
          <w:tcPr>
            <w:tcW w:w="1227" w:type="pct"/>
            <w:vAlign w:val="center"/>
          </w:tcPr>
          <w:p w14:paraId="5532E4D1" w14:textId="77777777" w:rsidR="00D62A50" w:rsidRDefault="00D62A50" w:rsidP="00D62A50">
            <w:pPr>
              <w:pStyle w:val="af0"/>
            </w:pPr>
            <w:r w:rsidRPr="00200F74">
              <w:t xml:space="preserve">Сервер тип </w:t>
            </w:r>
            <w:r>
              <w:rPr>
                <w:lang w:val="en-US"/>
              </w:rPr>
              <w:t>4</w:t>
            </w:r>
          </w:p>
        </w:tc>
        <w:tc>
          <w:tcPr>
            <w:tcW w:w="893" w:type="pct"/>
            <w:vAlign w:val="center"/>
          </w:tcPr>
          <w:p w14:paraId="1C80F700" w14:textId="77777777" w:rsidR="00D62A50" w:rsidRDefault="00D62A50" w:rsidP="00D62A50">
            <w:pPr>
              <w:pStyle w:val="af0"/>
            </w:pPr>
            <w:r>
              <w:t>1</w:t>
            </w:r>
          </w:p>
        </w:tc>
      </w:tr>
      <w:tr w:rsidR="00D62A50" w:rsidRPr="00A075B5" w14:paraId="774B7C5A" w14:textId="77777777" w:rsidTr="00ED1D20">
        <w:tc>
          <w:tcPr>
            <w:tcW w:w="297" w:type="pct"/>
            <w:vAlign w:val="center"/>
          </w:tcPr>
          <w:p w14:paraId="34FEAC8F" w14:textId="4C624788" w:rsidR="00D62A50" w:rsidRPr="00A075B5" w:rsidRDefault="00D62A50" w:rsidP="00D62A50">
            <w:pPr>
              <w:pStyle w:val="a1"/>
              <w:numPr>
                <w:ilvl w:val="0"/>
                <w:numId w:val="0"/>
              </w:numPr>
              <w:rPr>
                <w:rFonts w:cs="Times New Roman"/>
                <w:lang w:val="ru-RU"/>
              </w:rPr>
            </w:pPr>
            <w:r>
              <w:rPr>
                <w:rFonts w:cs="Times New Roman"/>
                <w:lang w:val="ru-RU"/>
              </w:rPr>
              <w:t>15</w:t>
            </w:r>
          </w:p>
        </w:tc>
        <w:tc>
          <w:tcPr>
            <w:tcW w:w="1167" w:type="pct"/>
            <w:vAlign w:val="center"/>
          </w:tcPr>
          <w:p w14:paraId="292EB2B5" w14:textId="77777777" w:rsidR="00D62A50" w:rsidRPr="00C55A06" w:rsidRDefault="00D62A50" w:rsidP="00D62A50">
            <w:pPr>
              <w:spacing w:after="0" w:line="240" w:lineRule="auto"/>
              <w:rPr>
                <w:rFonts w:ascii="Times New Roman" w:eastAsia="Times New Roman" w:hAnsi="Times New Roman"/>
              </w:rPr>
            </w:pPr>
            <w:r w:rsidRPr="00C55A06">
              <w:rPr>
                <w:rFonts w:ascii="Times New Roman" w:eastAsia="Times New Roman" w:hAnsi="Times New Roman"/>
              </w:rPr>
              <w:t>УФПС Республики Башкортостан - филиал АО «Почта России»</w:t>
            </w:r>
          </w:p>
        </w:tc>
        <w:tc>
          <w:tcPr>
            <w:tcW w:w="1415" w:type="pct"/>
            <w:vAlign w:val="center"/>
          </w:tcPr>
          <w:p w14:paraId="7F8A8B8A" w14:textId="77777777" w:rsidR="00D62A50" w:rsidRDefault="00D62A50" w:rsidP="00D62A50">
            <w:pPr>
              <w:pStyle w:val="aa"/>
            </w:pPr>
            <w:r w:rsidRPr="00E9580A">
              <w:rPr>
                <w:rFonts w:eastAsia="Times New Roman" w:cs="Times New Roman"/>
              </w:rPr>
              <w:t>450040, Республика Башкортостан г. Уфа, ул. Привокзальная площадь, 1</w:t>
            </w:r>
          </w:p>
        </w:tc>
        <w:tc>
          <w:tcPr>
            <w:tcW w:w="1227" w:type="pct"/>
            <w:vAlign w:val="center"/>
          </w:tcPr>
          <w:p w14:paraId="01181969" w14:textId="77777777" w:rsidR="00D62A50" w:rsidRDefault="00D62A50" w:rsidP="00D62A50">
            <w:pPr>
              <w:pStyle w:val="af0"/>
            </w:pPr>
            <w:r w:rsidRPr="00200F74">
              <w:t xml:space="preserve">Сервер тип </w:t>
            </w:r>
            <w:r>
              <w:rPr>
                <w:lang w:val="en-US"/>
              </w:rPr>
              <w:t>4</w:t>
            </w:r>
          </w:p>
        </w:tc>
        <w:tc>
          <w:tcPr>
            <w:tcW w:w="893" w:type="pct"/>
            <w:vAlign w:val="center"/>
          </w:tcPr>
          <w:p w14:paraId="14937065" w14:textId="77777777" w:rsidR="00D62A50" w:rsidRDefault="00D62A50" w:rsidP="00D62A50">
            <w:pPr>
              <w:pStyle w:val="af0"/>
            </w:pPr>
            <w:r>
              <w:t>1</w:t>
            </w:r>
          </w:p>
        </w:tc>
      </w:tr>
      <w:tr w:rsidR="00D62A50" w:rsidRPr="00A075B5" w14:paraId="1F311F68" w14:textId="77777777" w:rsidTr="00ED1D20">
        <w:tc>
          <w:tcPr>
            <w:tcW w:w="297" w:type="pct"/>
            <w:vAlign w:val="center"/>
          </w:tcPr>
          <w:p w14:paraId="25EE6DBD" w14:textId="715F081E" w:rsidR="00D62A50" w:rsidRPr="00A075B5" w:rsidRDefault="00D62A50" w:rsidP="00D62A50">
            <w:pPr>
              <w:pStyle w:val="a1"/>
              <w:numPr>
                <w:ilvl w:val="0"/>
                <w:numId w:val="0"/>
              </w:numPr>
              <w:rPr>
                <w:rFonts w:cs="Times New Roman"/>
                <w:lang w:val="ru-RU"/>
              </w:rPr>
            </w:pPr>
            <w:r>
              <w:rPr>
                <w:rFonts w:cs="Times New Roman"/>
                <w:lang w:val="ru-RU"/>
              </w:rPr>
              <w:t>16</w:t>
            </w:r>
          </w:p>
        </w:tc>
        <w:tc>
          <w:tcPr>
            <w:tcW w:w="1167" w:type="pct"/>
            <w:vAlign w:val="center"/>
          </w:tcPr>
          <w:p w14:paraId="46F4B038" w14:textId="77777777" w:rsidR="00D62A50" w:rsidRPr="00C55A06" w:rsidRDefault="00D62A50" w:rsidP="00D62A50">
            <w:pPr>
              <w:spacing w:after="0" w:line="240" w:lineRule="auto"/>
              <w:rPr>
                <w:rFonts w:ascii="Times New Roman" w:eastAsia="Times New Roman" w:hAnsi="Times New Roman"/>
              </w:rPr>
            </w:pPr>
            <w:r w:rsidRPr="00C55A06">
              <w:rPr>
                <w:rFonts w:ascii="Times New Roman" w:eastAsia="Times New Roman" w:hAnsi="Times New Roman"/>
              </w:rPr>
              <w:t>УФПС Краснодарского края - филиал АО «Почта России»</w:t>
            </w:r>
          </w:p>
        </w:tc>
        <w:tc>
          <w:tcPr>
            <w:tcW w:w="1415" w:type="pct"/>
            <w:vAlign w:val="center"/>
          </w:tcPr>
          <w:p w14:paraId="341935E7" w14:textId="77777777" w:rsidR="00D62A50" w:rsidRPr="00E9580A" w:rsidRDefault="00D62A50" w:rsidP="00D62A50">
            <w:pPr>
              <w:pStyle w:val="aa"/>
              <w:rPr>
                <w:rFonts w:eastAsia="Times New Roman" w:cs="Times New Roman"/>
              </w:rPr>
            </w:pPr>
            <w:r w:rsidRPr="00E9580A">
              <w:rPr>
                <w:rFonts w:eastAsia="Times New Roman"/>
              </w:rPr>
              <w:t>Краснодарский край, г.Краснодар, ул.Стахановская, 1а</w:t>
            </w:r>
          </w:p>
        </w:tc>
        <w:tc>
          <w:tcPr>
            <w:tcW w:w="1227" w:type="pct"/>
            <w:vAlign w:val="center"/>
          </w:tcPr>
          <w:p w14:paraId="4635A56D" w14:textId="77777777" w:rsidR="00D62A50" w:rsidRDefault="00D62A50" w:rsidP="00D62A50">
            <w:pPr>
              <w:pStyle w:val="af0"/>
            </w:pPr>
            <w:r w:rsidRPr="00200F74">
              <w:t xml:space="preserve">Сервер тип </w:t>
            </w:r>
            <w:r>
              <w:rPr>
                <w:lang w:val="en-US"/>
              </w:rPr>
              <w:t>4</w:t>
            </w:r>
          </w:p>
        </w:tc>
        <w:tc>
          <w:tcPr>
            <w:tcW w:w="893" w:type="pct"/>
            <w:vAlign w:val="center"/>
          </w:tcPr>
          <w:p w14:paraId="13181D84" w14:textId="77777777" w:rsidR="00D62A50" w:rsidRDefault="00D62A50" w:rsidP="00D62A50">
            <w:pPr>
              <w:pStyle w:val="af0"/>
            </w:pPr>
            <w:r>
              <w:t>1</w:t>
            </w:r>
          </w:p>
        </w:tc>
      </w:tr>
      <w:tr w:rsidR="00D62A50" w:rsidRPr="00A075B5" w14:paraId="158A0E98" w14:textId="77777777" w:rsidTr="00ED1D20">
        <w:tc>
          <w:tcPr>
            <w:tcW w:w="297" w:type="pct"/>
            <w:vAlign w:val="center"/>
          </w:tcPr>
          <w:p w14:paraId="3A8E9313" w14:textId="65C74D53" w:rsidR="00D62A50" w:rsidRPr="00A075B5" w:rsidRDefault="00D62A50" w:rsidP="00D62A50">
            <w:pPr>
              <w:pStyle w:val="a1"/>
              <w:numPr>
                <w:ilvl w:val="0"/>
                <w:numId w:val="0"/>
              </w:numPr>
              <w:rPr>
                <w:rFonts w:cs="Times New Roman"/>
                <w:lang w:val="ru-RU"/>
              </w:rPr>
            </w:pPr>
            <w:r>
              <w:rPr>
                <w:rFonts w:cs="Times New Roman"/>
                <w:lang w:val="ru-RU"/>
              </w:rPr>
              <w:t>17</w:t>
            </w:r>
          </w:p>
        </w:tc>
        <w:tc>
          <w:tcPr>
            <w:tcW w:w="1167" w:type="pct"/>
            <w:vAlign w:val="center"/>
          </w:tcPr>
          <w:p w14:paraId="0AAD25E2" w14:textId="77777777" w:rsidR="00D62A50" w:rsidRPr="00C55A06" w:rsidRDefault="00D62A50" w:rsidP="00D62A50">
            <w:pPr>
              <w:spacing w:after="0" w:line="240" w:lineRule="auto"/>
              <w:rPr>
                <w:rFonts w:ascii="Times New Roman" w:eastAsia="Times New Roman" w:hAnsi="Times New Roman"/>
              </w:rPr>
            </w:pPr>
            <w:r w:rsidRPr="00C55A06">
              <w:rPr>
                <w:rFonts w:ascii="Times New Roman" w:eastAsia="Times New Roman" w:hAnsi="Times New Roman"/>
              </w:rPr>
              <w:t>УФПС Хабаровского края - филиал АО «Почта России»</w:t>
            </w:r>
          </w:p>
        </w:tc>
        <w:tc>
          <w:tcPr>
            <w:tcW w:w="1415" w:type="pct"/>
            <w:vAlign w:val="center"/>
          </w:tcPr>
          <w:p w14:paraId="2F930ABF" w14:textId="77777777" w:rsidR="00D62A50" w:rsidRPr="00E9580A" w:rsidRDefault="00D62A50" w:rsidP="00D62A50">
            <w:pPr>
              <w:rPr>
                <w:rFonts w:ascii="Times New Roman" w:eastAsia="Times New Roman" w:hAnsi="Times New Roman"/>
              </w:rPr>
            </w:pPr>
            <w:r w:rsidRPr="00C55A06">
              <w:rPr>
                <w:rFonts w:ascii="Times New Roman" w:eastAsia="Times New Roman" w:hAnsi="Times New Roman"/>
              </w:rPr>
              <w:t>680000, г. Хабаровск, ул. Муравьева-Амурского, д. 28</w:t>
            </w:r>
          </w:p>
        </w:tc>
        <w:tc>
          <w:tcPr>
            <w:tcW w:w="1227" w:type="pct"/>
            <w:vAlign w:val="center"/>
          </w:tcPr>
          <w:p w14:paraId="37100B58" w14:textId="77777777" w:rsidR="00D62A50" w:rsidRDefault="00D62A50" w:rsidP="00D62A50">
            <w:pPr>
              <w:pStyle w:val="af0"/>
            </w:pPr>
            <w:r w:rsidRPr="00200F74">
              <w:t xml:space="preserve">Сервер тип </w:t>
            </w:r>
            <w:r>
              <w:rPr>
                <w:lang w:val="en-US"/>
              </w:rPr>
              <w:t>4</w:t>
            </w:r>
          </w:p>
        </w:tc>
        <w:tc>
          <w:tcPr>
            <w:tcW w:w="893" w:type="pct"/>
            <w:vAlign w:val="center"/>
          </w:tcPr>
          <w:p w14:paraId="7D8FED28" w14:textId="77777777" w:rsidR="00D62A50" w:rsidRDefault="00D62A50" w:rsidP="00D62A50">
            <w:pPr>
              <w:pStyle w:val="af0"/>
            </w:pPr>
            <w:r>
              <w:t>1</w:t>
            </w:r>
          </w:p>
        </w:tc>
      </w:tr>
      <w:tr w:rsidR="00D62A50" w:rsidRPr="00A075B5" w14:paraId="3EC6C9AB" w14:textId="77777777" w:rsidTr="00ED1D20">
        <w:tc>
          <w:tcPr>
            <w:tcW w:w="297" w:type="pct"/>
            <w:vAlign w:val="center"/>
          </w:tcPr>
          <w:p w14:paraId="6C5EA8D2" w14:textId="29EE4EAF" w:rsidR="00D62A50" w:rsidRPr="00A075B5" w:rsidRDefault="00D62A50" w:rsidP="00D62A50">
            <w:pPr>
              <w:pStyle w:val="a1"/>
              <w:numPr>
                <w:ilvl w:val="0"/>
                <w:numId w:val="0"/>
              </w:numPr>
              <w:rPr>
                <w:rFonts w:cs="Times New Roman"/>
                <w:lang w:val="ru-RU"/>
              </w:rPr>
            </w:pPr>
            <w:r>
              <w:rPr>
                <w:rFonts w:cs="Times New Roman"/>
                <w:lang w:val="ru-RU"/>
              </w:rPr>
              <w:t>18</w:t>
            </w:r>
          </w:p>
        </w:tc>
        <w:tc>
          <w:tcPr>
            <w:tcW w:w="1167" w:type="pct"/>
            <w:vAlign w:val="center"/>
          </w:tcPr>
          <w:p w14:paraId="067F64B2" w14:textId="77777777" w:rsidR="00D62A50" w:rsidRPr="00C55A06" w:rsidRDefault="00D62A50" w:rsidP="00D62A50">
            <w:pPr>
              <w:pStyle w:val="aa"/>
              <w:rPr>
                <w:rFonts w:eastAsia="Times New Roman" w:cs="Times New Roman"/>
              </w:rPr>
            </w:pPr>
            <w:r w:rsidRPr="00C55A06">
              <w:rPr>
                <w:rFonts w:eastAsia="Times New Roman"/>
              </w:rPr>
              <w:t xml:space="preserve">УФПС Челябинской области </w:t>
            </w:r>
            <w:r w:rsidRPr="00C55A06">
              <w:rPr>
                <w:rFonts w:eastAsia="Times New Roman" w:cs="Times New Roman"/>
              </w:rPr>
              <w:t>- филиал АО «Почта России»</w:t>
            </w:r>
          </w:p>
        </w:tc>
        <w:tc>
          <w:tcPr>
            <w:tcW w:w="1415" w:type="pct"/>
            <w:vAlign w:val="center"/>
          </w:tcPr>
          <w:p w14:paraId="6046C36C" w14:textId="77777777" w:rsidR="00D62A50" w:rsidRPr="00B1487C" w:rsidRDefault="00D62A50" w:rsidP="00D62A50">
            <w:pPr>
              <w:pStyle w:val="aa"/>
              <w:rPr>
                <w:rFonts w:eastAsia="Times New Roman" w:cs="Times New Roman"/>
              </w:rPr>
            </w:pPr>
            <w:r w:rsidRPr="00E9580A">
              <w:rPr>
                <w:rFonts w:eastAsia="Times New Roman" w:cs="Times New Roman"/>
              </w:rPr>
              <w:t>Челябинская обл., г.Челябинск, Привокзальная пл., д.1</w:t>
            </w:r>
          </w:p>
        </w:tc>
        <w:tc>
          <w:tcPr>
            <w:tcW w:w="1227" w:type="pct"/>
            <w:vAlign w:val="center"/>
          </w:tcPr>
          <w:p w14:paraId="15C4005F" w14:textId="77777777" w:rsidR="00D62A50" w:rsidRDefault="00D62A50" w:rsidP="00D62A50">
            <w:pPr>
              <w:pStyle w:val="af0"/>
            </w:pPr>
            <w:r>
              <w:t>Сервер тип 4</w:t>
            </w:r>
          </w:p>
        </w:tc>
        <w:tc>
          <w:tcPr>
            <w:tcW w:w="893" w:type="pct"/>
            <w:vAlign w:val="center"/>
          </w:tcPr>
          <w:p w14:paraId="1B4EF2D6" w14:textId="77777777" w:rsidR="00D62A50" w:rsidRDefault="00D62A50" w:rsidP="00D62A50">
            <w:pPr>
              <w:pStyle w:val="af0"/>
            </w:pPr>
            <w:r>
              <w:t>1</w:t>
            </w:r>
          </w:p>
        </w:tc>
      </w:tr>
      <w:tr w:rsidR="00D62A50" w:rsidRPr="00A075B5" w14:paraId="21E53BA5" w14:textId="77777777" w:rsidTr="00ED1D20">
        <w:tc>
          <w:tcPr>
            <w:tcW w:w="297" w:type="pct"/>
            <w:vAlign w:val="center"/>
          </w:tcPr>
          <w:p w14:paraId="6B337B5C" w14:textId="364D47C5" w:rsidR="00D62A50" w:rsidRPr="00A075B5" w:rsidRDefault="00D62A50" w:rsidP="00D62A50">
            <w:pPr>
              <w:pStyle w:val="a1"/>
              <w:numPr>
                <w:ilvl w:val="0"/>
                <w:numId w:val="0"/>
              </w:numPr>
              <w:rPr>
                <w:rFonts w:cs="Times New Roman"/>
                <w:lang w:val="ru-RU"/>
              </w:rPr>
            </w:pPr>
            <w:r>
              <w:rPr>
                <w:rFonts w:cs="Times New Roman"/>
                <w:lang w:val="ru-RU"/>
              </w:rPr>
              <w:lastRenderedPageBreak/>
              <w:t>19</w:t>
            </w:r>
          </w:p>
        </w:tc>
        <w:tc>
          <w:tcPr>
            <w:tcW w:w="1167" w:type="pct"/>
            <w:vAlign w:val="center"/>
          </w:tcPr>
          <w:p w14:paraId="31107B3F" w14:textId="77777777" w:rsidR="00D62A50" w:rsidRPr="00C55A06" w:rsidRDefault="00D62A50" w:rsidP="00D62A50">
            <w:pPr>
              <w:spacing w:after="0" w:line="240" w:lineRule="auto"/>
              <w:rPr>
                <w:rFonts w:ascii="Times New Roman" w:eastAsia="Times New Roman" w:hAnsi="Times New Roman"/>
              </w:rPr>
            </w:pPr>
            <w:r w:rsidRPr="00C55A06">
              <w:rPr>
                <w:rFonts w:ascii="Times New Roman" w:eastAsia="Times New Roman" w:hAnsi="Times New Roman"/>
              </w:rPr>
              <w:t>УФПС «Татарстан почтасы» - филиал АО «Почта России»</w:t>
            </w:r>
          </w:p>
        </w:tc>
        <w:tc>
          <w:tcPr>
            <w:tcW w:w="1415" w:type="pct"/>
            <w:vAlign w:val="center"/>
          </w:tcPr>
          <w:p w14:paraId="6054FF6B" w14:textId="77777777" w:rsidR="00D62A50" w:rsidRDefault="00D62A50" w:rsidP="00D62A50">
            <w:pPr>
              <w:pStyle w:val="aa"/>
            </w:pPr>
            <w:r w:rsidRPr="00E9580A">
              <w:rPr>
                <w:rFonts w:eastAsia="Times New Roman" w:cs="Times New Roman"/>
              </w:rPr>
              <w:t>420054, г. Казань, ул. Техническая, д. 50</w:t>
            </w:r>
            <w:r>
              <w:t xml:space="preserve"> </w:t>
            </w:r>
          </w:p>
        </w:tc>
        <w:tc>
          <w:tcPr>
            <w:tcW w:w="1227" w:type="pct"/>
            <w:vAlign w:val="center"/>
          </w:tcPr>
          <w:p w14:paraId="37D79C6A" w14:textId="77777777" w:rsidR="00D62A50" w:rsidRDefault="00D62A50" w:rsidP="00D62A50">
            <w:pPr>
              <w:pStyle w:val="af0"/>
            </w:pPr>
            <w:r>
              <w:t>Сервер тип 4</w:t>
            </w:r>
          </w:p>
        </w:tc>
        <w:tc>
          <w:tcPr>
            <w:tcW w:w="893" w:type="pct"/>
            <w:vAlign w:val="center"/>
          </w:tcPr>
          <w:p w14:paraId="6598619A" w14:textId="77777777" w:rsidR="00D62A50" w:rsidRDefault="00D62A50" w:rsidP="00D62A50">
            <w:pPr>
              <w:pStyle w:val="af0"/>
            </w:pPr>
            <w:r>
              <w:t>1</w:t>
            </w:r>
          </w:p>
        </w:tc>
      </w:tr>
      <w:tr w:rsidR="00D62A50" w:rsidRPr="00A075B5" w14:paraId="483A0908" w14:textId="77777777" w:rsidTr="00ED1D20">
        <w:tc>
          <w:tcPr>
            <w:tcW w:w="297" w:type="pct"/>
            <w:vAlign w:val="center"/>
          </w:tcPr>
          <w:p w14:paraId="722DF597" w14:textId="4DC7333F" w:rsidR="00D62A50" w:rsidRPr="00A075B5" w:rsidRDefault="00D62A50" w:rsidP="00D62A50">
            <w:pPr>
              <w:pStyle w:val="a1"/>
              <w:numPr>
                <w:ilvl w:val="0"/>
                <w:numId w:val="0"/>
              </w:numPr>
              <w:rPr>
                <w:rFonts w:cs="Times New Roman"/>
                <w:lang w:val="ru-RU"/>
              </w:rPr>
            </w:pPr>
            <w:r>
              <w:rPr>
                <w:rFonts w:cs="Times New Roman"/>
                <w:lang w:val="ru-RU"/>
              </w:rPr>
              <w:t>20</w:t>
            </w:r>
          </w:p>
        </w:tc>
        <w:tc>
          <w:tcPr>
            <w:tcW w:w="1167" w:type="pct"/>
            <w:vAlign w:val="center"/>
          </w:tcPr>
          <w:p w14:paraId="68339B16" w14:textId="77777777" w:rsidR="00D62A50" w:rsidRPr="002C5100" w:rsidRDefault="00D62A50" w:rsidP="00D62A50">
            <w:pPr>
              <w:pStyle w:val="a1"/>
              <w:numPr>
                <w:ilvl w:val="0"/>
                <w:numId w:val="0"/>
              </w:numPr>
              <w:jc w:val="left"/>
              <w:rPr>
                <w:rFonts w:eastAsia="Times New Roman"/>
                <w:lang w:val="ru-RU"/>
              </w:rPr>
            </w:pPr>
            <w:r w:rsidRPr="00C55A06">
              <w:rPr>
                <w:rFonts w:cs="Times New Roman"/>
                <w:lang w:val="ru-RU"/>
              </w:rPr>
              <w:t>УФПС г. Москвы - филиал АО «Почта России»</w:t>
            </w:r>
          </w:p>
        </w:tc>
        <w:tc>
          <w:tcPr>
            <w:tcW w:w="1415" w:type="pct"/>
            <w:vAlign w:val="center"/>
          </w:tcPr>
          <w:p w14:paraId="1ED1974D" w14:textId="77777777" w:rsidR="00D62A50" w:rsidRDefault="00D62A50" w:rsidP="00D62A50">
            <w:pPr>
              <w:pStyle w:val="aa"/>
            </w:pPr>
            <w:r>
              <w:rPr>
                <w:rFonts w:cs="Times New Roman"/>
                <w:color w:val="000000"/>
              </w:rPr>
              <w:t>г. Москва, п. Марушкинское, д. Шарапово, ул. Придорожная, д. 4, стр. 2</w:t>
            </w:r>
          </w:p>
        </w:tc>
        <w:tc>
          <w:tcPr>
            <w:tcW w:w="1227" w:type="pct"/>
            <w:vAlign w:val="center"/>
          </w:tcPr>
          <w:p w14:paraId="69A6258F" w14:textId="77777777" w:rsidR="00D62A50" w:rsidRDefault="00D62A50" w:rsidP="00D62A50">
            <w:pPr>
              <w:pStyle w:val="af0"/>
            </w:pPr>
            <w:r>
              <w:t>Сервер тип 5</w:t>
            </w:r>
          </w:p>
        </w:tc>
        <w:tc>
          <w:tcPr>
            <w:tcW w:w="893" w:type="pct"/>
            <w:vAlign w:val="center"/>
          </w:tcPr>
          <w:p w14:paraId="25FBCED2" w14:textId="77777777" w:rsidR="00D62A50" w:rsidRDefault="00D62A50" w:rsidP="00D62A50">
            <w:pPr>
              <w:pStyle w:val="af0"/>
            </w:pPr>
            <w:r>
              <w:t>6</w:t>
            </w:r>
          </w:p>
        </w:tc>
      </w:tr>
      <w:tr w:rsidR="00D62A50" w:rsidRPr="00A075B5" w14:paraId="1F3BA398" w14:textId="77777777" w:rsidTr="00ED1D20">
        <w:tc>
          <w:tcPr>
            <w:tcW w:w="297" w:type="pct"/>
            <w:vAlign w:val="center"/>
          </w:tcPr>
          <w:p w14:paraId="75796154" w14:textId="6E05DA31" w:rsidR="00D62A50" w:rsidRPr="00A075B5" w:rsidRDefault="00D62A50" w:rsidP="00D62A50">
            <w:pPr>
              <w:pStyle w:val="a1"/>
              <w:numPr>
                <w:ilvl w:val="0"/>
                <w:numId w:val="0"/>
              </w:numPr>
              <w:rPr>
                <w:rFonts w:cs="Times New Roman"/>
                <w:lang w:val="ru-RU"/>
              </w:rPr>
            </w:pPr>
            <w:r>
              <w:rPr>
                <w:rFonts w:cs="Times New Roman"/>
                <w:lang w:val="ru-RU"/>
              </w:rPr>
              <w:t>21</w:t>
            </w:r>
          </w:p>
        </w:tc>
        <w:tc>
          <w:tcPr>
            <w:tcW w:w="1167" w:type="pct"/>
            <w:vAlign w:val="center"/>
          </w:tcPr>
          <w:p w14:paraId="4C97C329" w14:textId="77777777" w:rsidR="00D62A50" w:rsidRPr="00C55A06" w:rsidRDefault="00D62A50" w:rsidP="00D62A50">
            <w:pPr>
              <w:pStyle w:val="aa"/>
              <w:rPr>
                <w:rFonts w:cs="Times New Roman"/>
              </w:rPr>
            </w:pPr>
            <w:r w:rsidRPr="00C55A06">
              <w:rPr>
                <w:rFonts w:eastAsia="Times New Roman" w:cs="Times New Roman"/>
              </w:rPr>
              <w:t>УФПС Новосибирской области - филиал АО «Почта России»</w:t>
            </w:r>
          </w:p>
        </w:tc>
        <w:tc>
          <w:tcPr>
            <w:tcW w:w="1415" w:type="pct"/>
            <w:vAlign w:val="center"/>
          </w:tcPr>
          <w:p w14:paraId="7526C83E" w14:textId="77777777" w:rsidR="00D62A50" w:rsidRPr="00A075B5" w:rsidRDefault="00D62A50" w:rsidP="00D62A50">
            <w:pPr>
              <w:pStyle w:val="aa"/>
              <w:rPr>
                <w:rFonts w:cs="Times New Roman"/>
              </w:rPr>
            </w:pPr>
            <w:r w:rsidRPr="00C93EB1">
              <w:rPr>
                <w:rFonts w:eastAsia="Times New Roman" w:cs="Times New Roman"/>
              </w:rPr>
              <w:t>630099, г. Новосибирск, ул. Ленина, д. 5</w:t>
            </w:r>
          </w:p>
        </w:tc>
        <w:tc>
          <w:tcPr>
            <w:tcW w:w="1227" w:type="pct"/>
            <w:vAlign w:val="center"/>
          </w:tcPr>
          <w:p w14:paraId="6BDCF63F" w14:textId="77777777" w:rsidR="00D62A50" w:rsidRPr="00E9580A" w:rsidRDefault="00D62A50" w:rsidP="00D62A50">
            <w:pPr>
              <w:pStyle w:val="af0"/>
            </w:pPr>
            <w:r w:rsidRPr="00200F74">
              <w:t xml:space="preserve">Сервер тип </w:t>
            </w:r>
            <w:r>
              <w:rPr>
                <w:lang w:val="en-US"/>
              </w:rPr>
              <w:t>5</w:t>
            </w:r>
          </w:p>
        </w:tc>
        <w:tc>
          <w:tcPr>
            <w:tcW w:w="893" w:type="pct"/>
            <w:vAlign w:val="center"/>
          </w:tcPr>
          <w:p w14:paraId="16DFB551" w14:textId="77777777" w:rsidR="00D62A50" w:rsidRPr="00FD4C27" w:rsidRDefault="00D62A50" w:rsidP="00D62A50">
            <w:pPr>
              <w:pStyle w:val="af0"/>
              <w:rPr>
                <w:rFonts w:cs="Times New Roman"/>
              </w:rPr>
            </w:pPr>
            <w:r>
              <w:t>3</w:t>
            </w:r>
          </w:p>
        </w:tc>
      </w:tr>
      <w:tr w:rsidR="00D62A50" w:rsidRPr="00A075B5" w14:paraId="23B8A5E7" w14:textId="77777777" w:rsidTr="00ED1D20">
        <w:tc>
          <w:tcPr>
            <w:tcW w:w="297" w:type="pct"/>
            <w:vAlign w:val="center"/>
          </w:tcPr>
          <w:p w14:paraId="4DFFB66A" w14:textId="71906FA0" w:rsidR="00D62A50" w:rsidRPr="00A075B5" w:rsidRDefault="00D62A50" w:rsidP="00D62A50">
            <w:pPr>
              <w:pStyle w:val="a1"/>
              <w:numPr>
                <w:ilvl w:val="0"/>
                <w:numId w:val="0"/>
              </w:numPr>
              <w:rPr>
                <w:rFonts w:cs="Times New Roman"/>
                <w:lang w:val="ru-RU"/>
              </w:rPr>
            </w:pPr>
            <w:r>
              <w:rPr>
                <w:rFonts w:cs="Times New Roman"/>
                <w:lang w:val="ru-RU"/>
              </w:rPr>
              <w:t>22</w:t>
            </w:r>
          </w:p>
        </w:tc>
        <w:tc>
          <w:tcPr>
            <w:tcW w:w="1167" w:type="pct"/>
            <w:vAlign w:val="center"/>
          </w:tcPr>
          <w:p w14:paraId="6605E330" w14:textId="77777777" w:rsidR="00D62A50" w:rsidRPr="00C55A06" w:rsidRDefault="00D62A50" w:rsidP="00D62A50">
            <w:pPr>
              <w:pStyle w:val="aa"/>
              <w:rPr>
                <w:rFonts w:cs="Times New Roman"/>
              </w:rPr>
            </w:pPr>
            <w:r w:rsidRPr="00C55A06">
              <w:rPr>
                <w:rFonts w:eastAsia="Times New Roman" w:cs="Times New Roman"/>
              </w:rPr>
              <w:t>УФПС Самарской области - филиал АО «Почта России»</w:t>
            </w:r>
          </w:p>
        </w:tc>
        <w:tc>
          <w:tcPr>
            <w:tcW w:w="1415" w:type="pct"/>
            <w:vAlign w:val="center"/>
          </w:tcPr>
          <w:p w14:paraId="0AE98ABF" w14:textId="77777777" w:rsidR="00D62A50" w:rsidRPr="00A075B5" w:rsidRDefault="00D62A50" w:rsidP="00D62A50">
            <w:pPr>
              <w:pStyle w:val="aa"/>
              <w:rPr>
                <w:rFonts w:cs="Times New Roman"/>
              </w:rPr>
            </w:pPr>
            <w:r w:rsidRPr="00C93EB1">
              <w:rPr>
                <w:rFonts w:eastAsia="Times New Roman" w:cs="Times New Roman"/>
              </w:rPr>
              <w:t>443099, г. Самара, ул. Ленинградская, д. 24</w:t>
            </w:r>
          </w:p>
        </w:tc>
        <w:tc>
          <w:tcPr>
            <w:tcW w:w="1227" w:type="pct"/>
            <w:vAlign w:val="center"/>
          </w:tcPr>
          <w:p w14:paraId="3C7C80DA" w14:textId="77777777" w:rsidR="00D62A50" w:rsidRDefault="00D62A50" w:rsidP="00D62A50">
            <w:pPr>
              <w:pStyle w:val="af0"/>
            </w:pPr>
            <w:r w:rsidRPr="00200F74">
              <w:t xml:space="preserve">Сервер тип </w:t>
            </w:r>
            <w:r>
              <w:t>5</w:t>
            </w:r>
          </w:p>
        </w:tc>
        <w:tc>
          <w:tcPr>
            <w:tcW w:w="893" w:type="pct"/>
            <w:vAlign w:val="center"/>
          </w:tcPr>
          <w:p w14:paraId="0F67FF45" w14:textId="77777777" w:rsidR="00D62A50" w:rsidRPr="00FD4C27" w:rsidRDefault="00D62A50" w:rsidP="00D62A50">
            <w:pPr>
              <w:pStyle w:val="af0"/>
            </w:pPr>
            <w:r>
              <w:t>3</w:t>
            </w:r>
          </w:p>
        </w:tc>
      </w:tr>
      <w:tr w:rsidR="00D62A50" w:rsidRPr="00A075B5" w14:paraId="0A621550" w14:textId="77777777" w:rsidTr="00ED1D20">
        <w:tc>
          <w:tcPr>
            <w:tcW w:w="297" w:type="pct"/>
            <w:vAlign w:val="center"/>
          </w:tcPr>
          <w:p w14:paraId="7DC14C5B" w14:textId="4D1747A2" w:rsidR="00D62A50" w:rsidRPr="00A075B5" w:rsidRDefault="00D62A50" w:rsidP="00D62A50">
            <w:pPr>
              <w:pStyle w:val="a1"/>
              <w:numPr>
                <w:ilvl w:val="0"/>
                <w:numId w:val="0"/>
              </w:numPr>
              <w:rPr>
                <w:rFonts w:cs="Times New Roman"/>
                <w:lang w:val="ru-RU"/>
              </w:rPr>
            </w:pPr>
            <w:r>
              <w:rPr>
                <w:rFonts w:cs="Times New Roman"/>
                <w:lang w:val="ru-RU"/>
              </w:rPr>
              <w:t>23</w:t>
            </w:r>
          </w:p>
        </w:tc>
        <w:tc>
          <w:tcPr>
            <w:tcW w:w="1167" w:type="pct"/>
            <w:vAlign w:val="center"/>
          </w:tcPr>
          <w:p w14:paraId="7B9B3D29" w14:textId="77777777" w:rsidR="00D62A50" w:rsidRPr="00C55A06" w:rsidRDefault="00D62A50" w:rsidP="00D62A50">
            <w:pPr>
              <w:pStyle w:val="aa"/>
              <w:rPr>
                <w:rFonts w:eastAsia="Times New Roman" w:cs="Times New Roman"/>
              </w:rPr>
            </w:pPr>
            <w:r w:rsidRPr="00C55A06">
              <w:rPr>
                <w:rFonts w:eastAsia="Times New Roman" w:cs="Times New Roman"/>
              </w:rPr>
              <w:t>УФПС Санкт-Петербурга и Ленинградской области - филиал АО «Почта России»</w:t>
            </w:r>
          </w:p>
        </w:tc>
        <w:tc>
          <w:tcPr>
            <w:tcW w:w="1415" w:type="pct"/>
            <w:vAlign w:val="center"/>
          </w:tcPr>
          <w:p w14:paraId="0D8642B6" w14:textId="77777777" w:rsidR="00D62A50" w:rsidRPr="00B1487C" w:rsidRDefault="00D62A50" w:rsidP="00D62A50">
            <w:pPr>
              <w:pStyle w:val="aa"/>
              <w:rPr>
                <w:rFonts w:eastAsia="Times New Roman" w:cs="Times New Roman"/>
              </w:rPr>
            </w:pPr>
            <w:r w:rsidRPr="00C93EB1">
              <w:rPr>
                <w:rFonts w:eastAsia="Times New Roman" w:cs="Times New Roman"/>
              </w:rPr>
              <w:t>190000, г. Санкт-Петербург, ул. Большая Морская, д. 61</w:t>
            </w:r>
          </w:p>
        </w:tc>
        <w:tc>
          <w:tcPr>
            <w:tcW w:w="1227" w:type="pct"/>
            <w:vAlign w:val="center"/>
          </w:tcPr>
          <w:p w14:paraId="72B9FA7C" w14:textId="77777777" w:rsidR="00D62A50" w:rsidRDefault="00D62A50" w:rsidP="00D62A50">
            <w:pPr>
              <w:pStyle w:val="af0"/>
            </w:pPr>
            <w:r w:rsidRPr="00200F74">
              <w:t xml:space="preserve">Сервер тип </w:t>
            </w:r>
            <w:r>
              <w:t>5</w:t>
            </w:r>
          </w:p>
        </w:tc>
        <w:tc>
          <w:tcPr>
            <w:tcW w:w="893" w:type="pct"/>
            <w:vAlign w:val="center"/>
          </w:tcPr>
          <w:p w14:paraId="63CB53FE" w14:textId="77777777" w:rsidR="00D62A50" w:rsidRPr="00A075B5" w:rsidRDefault="00D62A50" w:rsidP="00D62A50">
            <w:pPr>
              <w:pStyle w:val="af0"/>
              <w:rPr>
                <w:rFonts w:cs="Times New Roman"/>
              </w:rPr>
            </w:pPr>
            <w:r>
              <w:t>3</w:t>
            </w:r>
          </w:p>
        </w:tc>
      </w:tr>
      <w:tr w:rsidR="00D62A50" w:rsidRPr="00A075B5" w14:paraId="4D359D01" w14:textId="77777777" w:rsidTr="00ED1D20">
        <w:tc>
          <w:tcPr>
            <w:tcW w:w="297" w:type="pct"/>
            <w:vAlign w:val="center"/>
          </w:tcPr>
          <w:p w14:paraId="6FD84FF6" w14:textId="1123EB18" w:rsidR="00D62A50" w:rsidRPr="00A075B5" w:rsidRDefault="00D62A50" w:rsidP="00D62A50">
            <w:pPr>
              <w:pStyle w:val="a1"/>
              <w:numPr>
                <w:ilvl w:val="0"/>
                <w:numId w:val="0"/>
              </w:numPr>
              <w:rPr>
                <w:rFonts w:cs="Times New Roman"/>
                <w:lang w:val="ru-RU"/>
              </w:rPr>
            </w:pPr>
            <w:r>
              <w:rPr>
                <w:rFonts w:cs="Times New Roman"/>
                <w:lang w:val="ru-RU"/>
              </w:rPr>
              <w:t>24</w:t>
            </w:r>
          </w:p>
        </w:tc>
        <w:tc>
          <w:tcPr>
            <w:tcW w:w="1167" w:type="pct"/>
            <w:vAlign w:val="center"/>
          </w:tcPr>
          <w:p w14:paraId="58808F85" w14:textId="77777777" w:rsidR="00D62A50" w:rsidRPr="00C55A06" w:rsidRDefault="00D62A50" w:rsidP="00D62A50">
            <w:pPr>
              <w:pStyle w:val="aa"/>
              <w:rPr>
                <w:rFonts w:eastAsia="Times New Roman" w:cs="Times New Roman"/>
              </w:rPr>
            </w:pPr>
            <w:r w:rsidRPr="00C55A06">
              <w:rPr>
                <w:rFonts w:eastAsia="Times New Roman"/>
              </w:rPr>
              <w:t xml:space="preserve">УФПС Воронежской области </w:t>
            </w:r>
            <w:r w:rsidRPr="00C55A06">
              <w:rPr>
                <w:rFonts w:eastAsia="Times New Roman" w:cs="Times New Roman"/>
              </w:rPr>
              <w:t>- филиал АО «Почта России»</w:t>
            </w:r>
          </w:p>
        </w:tc>
        <w:tc>
          <w:tcPr>
            <w:tcW w:w="1415" w:type="pct"/>
            <w:vAlign w:val="center"/>
          </w:tcPr>
          <w:p w14:paraId="570EC498" w14:textId="77777777" w:rsidR="00D62A50" w:rsidRPr="00B1487C" w:rsidRDefault="00D62A50" w:rsidP="00D62A50">
            <w:pPr>
              <w:pStyle w:val="aa"/>
              <w:rPr>
                <w:rFonts w:eastAsia="Times New Roman" w:cs="Times New Roman"/>
              </w:rPr>
            </w:pPr>
            <w:r w:rsidRPr="00E9580A">
              <w:rPr>
                <w:rFonts w:eastAsia="Times New Roman" w:cs="Times New Roman"/>
              </w:rPr>
              <w:t>Воронежская обл., г.Воронеж, Монтажный проезд, 12</w:t>
            </w:r>
          </w:p>
        </w:tc>
        <w:tc>
          <w:tcPr>
            <w:tcW w:w="1227" w:type="pct"/>
            <w:vAlign w:val="center"/>
          </w:tcPr>
          <w:p w14:paraId="6C98EEE8" w14:textId="77777777" w:rsidR="00D62A50" w:rsidRDefault="00D62A50" w:rsidP="00D62A50">
            <w:pPr>
              <w:pStyle w:val="af0"/>
            </w:pPr>
            <w:r w:rsidRPr="00200F74">
              <w:t xml:space="preserve">Сервер тип </w:t>
            </w:r>
            <w:r>
              <w:t>5</w:t>
            </w:r>
          </w:p>
        </w:tc>
        <w:tc>
          <w:tcPr>
            <w:tcW w:w="893" w:type="pct"/>
            <w:vAlign w:val="center"/>
          </w:tcPr>
          <w:p w14:paraId="42122581" w14:textId="77777777" w:rsidR="00D62A50" w:rsidRDefault="00D62A50" w:rsidP="00D62A50">
            <w:pPr>
              <w:pStyle w:val="af0"/>
            </w:pPr>
            <w:r>
              <w:t>3</w:t>
            </w:r>
          </w:p>
        </w:tc>
      </w:tr>
      <w:tr w:rsidR="00D62A50" w:rsidRPr="00A075B5" w14:paraId="616ADB69" w14:textId="77777777" w:rsidTr="00ED1D20">
        <w:tc>
          <w:tcPr>
            <w:tcW w:w="297" w:type="pct"/>
            <w:vAlign w:val="center"/>
          </w:tcPr>
          <w:p w14:paraId="1CD512B8" w14:textId="29FEB802" w:rsidR="00D62A50" w:rsidRPr="00A075B5" w:rsidRDefault="00D62A50" w:rsidP="00D62A50">
            <w:pPr>
              <w:pStyle w:val="a1"/>
              <w:numPr>
                <w:ilvl w:val="0"/>
                <w:numId w:val="0"/>
              </w:numPr>
              <w:rPr>
                <w:rFonts w:cs="Times New Roman"/>
                <w:lang w:val="ru-RU"/>
              </w:rPr>
            </w:pPr>
            <w:r>
              <w:rPr>
                <w:rFonts w:cs="Times New Roman"/>
                <w:lang w:val="ru-RU"/>
              </w:rPr>
              <w:t>25</w:t>
            </w:r>
          </w:p>
        </w:tc>
        <w:tc>
          <w:tcPr>
            <w:tcW w:w="1167" w:type="pct"/>
            <w:vAlign w:val="center"/>
          </w:tcPr>
          <w:p w14:paraId="353BF124" w14:textId="77777777" w:rsidR="00D62A50" w:rsidRPr="00C55A06" w:rsidRDefault="00D62A50" w:rsidP="00D62A50">
            <w:pPr>
              <w:spacing w:after="0" w:line="240" w:lineRule="auto"/>
              <w:rPr>
                <w:rFonts w:ascii="Times New Roman" w:eastAsia="Times New Roman" w:hAnsi="Times New Roman"/>
              </w:rPr>
            </w:pPr>
            <w:r w:rsidRPr="00C55A06">
              <w:rPr>
                <w:rFonts w:ascii="Times New Roman" w:eastAsia="Times New Roman" w:hAnsi="Times New Roman"/>
              </w:rPr>
              <w:t>УФПС Республики Башкортостан - филиал АО «Почта России»</w:t>
            </w:r>
          </w:p>
        </w:tc>
        <w:tc>
          <w:tcPr>
            <w:tcW w:w="1415" w:type="pct"/>
            <w:vAlign w:val="center"/>
          </w:tcPr>
          <w:p w14:paraId="579EB2D1" w14:textId="77777777" w:rsidR="00D62A50" w:rsidRDefault="00D62A50" w:rsidP="00D62A50">
            <w:pPr>
              <w:pStyle w:val="aa"/>
            </w:pPr>
            <w:r w:rsidRPr="00E9580A">
              <w:rPr>
                <w:rFonts w:eastAsia="Times New Roman" w:cs="Times New Roman"/>
              </w:rPr>
              <w:t>450040, Республика Башкортостан г. Уфа, ул. Привокзальная площадь, 1</w:t>
            </w:r>
          </w:p>
        </w:tc>
        <w:tc>
          <w:tcPr>
            <w:tcW w:w="1227" w:type="pct"/>
            <w:vAlign w:val="center"/>
          </w:tcPr>
          <w:p w14:paraId="7E3ED35D" w14:textId="77777777" w:rsidR="00D62A50" w:rsidRDefault="00D62A50" w:rsidP="00D62A50">
            <w:pPr>
              <w:pStyle w:val="af0"/>
            </w:pPr>
            <w:r w:rsidRPr="00200F74">
              <w:t xml:space="preserve">Сервер тип </w:t>
            </w:r>
            <w:r>
              <w:t>5</w:t>
            </w:r>
          </w:p>
        </w:tc>
        <w:tc>
          <w:tcPr>
            <w:tcW w:w="893" w:type="pct"/>
            <w:vAlign w:val="center"/>
          </w:tcPr>
          <w:p w14:paraId="4B3F9603" w14:textId="77777777" w:rsidR="00D62A50" w:rsidRDefault="00D62A50" w:rsidP="00D62A50">
            <w:pPr>
              <w:pStyle w:val="af0"/>
            </w:pPr>
            <w:r>
              <w:t>3</w:t>
            </w:r>
          </w:p>
        </w:tc>
      </w:tr>
      <w:tr w:rsidR="00D62A50" w:rsidRPr="00A075B5" w14:paraId="4FA03B6A" w14:textId="77777777" w:rsidTr="00ED1D20">
        <w:tc>
          <w:tcPr>
            <w:tcW w:w="297" w:type="pct"/>
            <w:vAlign w:val="center"/>
          </w:tcPr>
          <w:p w14:paraId="5B7041AE" w14:textId="2BE5F8B9" w:rsidR="00D62A50" w:rsidRPr="00A075B5" w:rsidRDefault="00D62A50" w:rsidP="00D62A50">
            <w:pPr>
              <w:pStyle w:val="a1"/>
              <w:numPr>
                <w:ilvl w:val="0"/>
                <w:numId w:val="0"/>
              </w:numPr>
              <w:rPr>
                <w:rFonts w:cs="Times New Roman"/>
                <w:lang w:val="ru-RU"/>
              </w:rPr>
            </w:pPr>
            <w:r>
              <w:rPr>
                <w:rFonts w:cs="Times New Roman"/>
                <w:lang w:val="ru-RU"/>
              </w:rPr>
              <w:t>26</w:t>
            </w:r>
          </w:p>
        </w:tc>
        <w:tc>
          <w:tcPr>
            <w:tcW w:w="1167" w:type="pct"/>
            <w:vAlign w:val="center"/>
          </w:tcPr>
          <w:p w14:paraId="7C9497AF" w14:textId="77777777" w:rsidR="00D62A50" w:rsidRPr="00C55A06" w:rsidRDefault="00D62A50" w:rsidP="00D62A50">
            <w:pPr>
              <w:spacing w:after="0" w:line="240" w:lineRule="auto"/>
              <w:rPr>
                <w:rFonts w:ascii="Times New Roman" w:eastAsia="Times New Roman" w:hAnsi="Times New Roman"/>
              </w:rPr>
            </w:pPr>
            <w:r w:rsidRPr="00C55A06">
              <w:rPr>
                <w:rFonts w:ascii="Times New Roman" w:eastAsia="Times New Roman" w:hAnsi="Times New Roman"/>
              </w:rPr>
              <w:t>УФПС Краснодарского края - филиал АО «Почта России»</w:t>
            </w:r>
          </w:p>
        </w:tc>
        <w:tc>
          <w:tcPr>
            <w:tcW w:w="1415" w:type="pct"/>
            <w:vAlign w:val="center"/>
          </w:tcPr>
          <w:p w14:paraId="6B8C0EDB" w14:textId="77777777" w:rsidR="00D62A50" w:rsidRPr="00E9580A" w:rsidRDefault="00D62A50" w:rsidP="00D62A50">
            <w:pPr>
              <w:pStyle w:val="aa"/>
              <w:rPr>
                <w:rFonts w:eastAsia="Times New Roman" w:cs="Times New Roman"/>
              </w:rPr>
            </w:pPr>
            <w:r w:rsidRPr="00E9580A">
              <w:rPr>
                <w:rFonts w:eastAsia="Times New Roman"/>
              </w:rPr>
              <w:t>Краснодарский край, г.Краснодар, ул.Стахановская, 1а</w:t>
            </w:r>
          </w:p>
        </w:tc>
        <w:tc>
          <w:tcPr>
            <w:tcW w:w="1227" w:type="pct"/>
            <w:vAlign w:val="center"/>
          </w:tcPr>
          <w:p w14:paraId="7722D22E" w14:textId="77777777" w:rsidR="00D62A50" w:rsidRDefault="00D62A50" w:rsidP="00D62A50">
            <w:pPr>
              <w:pStyle w:val="af0"/>
            </w:pPr>
            <w:r w:rsidRPr="00200F74">
              <w:t xml:space="preserve">Сервер тип </w:t>
            </w:r>
            <w:r>
              <w:t>5</w:t>
            </w:r>
          </w:p>
        </w:tc>
        <w:tc>
          <w:tcPr>
            <w:tcW w:w="893" w:type="pct"/>
            <w:vAlign w:val="center"/>
          </w:tcPr>
          <w:p w14:paraId="0DE61AD6" w14:textId="77777777" w:rsidR="00D62A50" w:rsidRDefault="00D62A50" w:rsidP="00D62A50">
            <w:pPr>
              <w:pStyle w:val="af0"/>
            </w:pPr>
            <w:r>
              <w:t>3</w:t>
            </w:r>
          </w:p>
        </w:tc>
      </w:tr>
      <w:tr w:rsidR="00D62A50" w:rsidRPr="00A075B5" w14:paraId="5BFAD53C" w14:textId="77777777" w:rsidTr="00ED1D20">
        <w:tc>
          <w:tcPr>
            <w:tcW w:w="297" w:type="pct"/>
            <w:vAlign w:val="center"/>
          </w:tcPr>
          <w:p w14:paraId="511429C6" w14:textId="30839C70" w:rsidR="00D62A50" w:rsidRPr="00A075B5" w:rsidRDefault="00D62A50" w:rsidP="00D62A50">
            <w:pPr>
              <w:pStyle w:val="a1"/>
              <w:numPr>
                <w:ilvl w:val="0"/>
                <w:numId w:val="0"/>
              </w:numPr>
              <w:rPr>
                <w:rFonts w:cs="Times New Roman"/>
                <w:lang w:val="ru-RU"/>
              </w:rPr>
            </w:pPr>
            <w:r>
              <w:rPr>
                <w:rFonts w:cs="Times New Roman"/>
                <w:lang w:val="ru-RU"/>
              </w:rPr>
              <w:t>27</w:t>
            </w:r>
          </w:p>
        </w:tc>
        <w:tc>
          <w:tcPr>
            <w:tcW w:w="1167" w:type="pct"/>
            <w:vAlign w:val="center"/>
          </w:tcPr>
          <w:p w14:paraId="0D9369B9" w14:textId="77777777" w:rsidR="00D62A50" w:rsidRPr="00C55A06" w:rsidRDefault="00D62A50" w:rsidP="00D62A50">
            <w:pPr>
              <w:spacing w:after="0" w:line="240" w:lineRule="auto"/>
              <w:rPr>
                <w:rFonts w:ascii="Times New Roman" w:eastAsia="Times New Roman" w:hAnsi="Times New Roman"/>
              </w:rPr>
            </w:pPr>
            <w:r w:rsidRPr="00C55A06">
              <w:rPr>
                <w:rFonts w:ascii="Times New Roman" w:eastAsia="Times New Roman" w:hAnsi="Times New Roman"/>
              </w:rPr>
              <w:t>УФПС Хабаровского края - филиал АО «Почта России»</w:t>
            </w:r>
          </w:p>
        </w:tc>
        <w:tc>
          <w:tcPr>
            <w:tcW w:w="1415" w:type="pct"/>
            <w:vAlign w:val="center"/>
          </w:tcPr>
          <w:p w14:paraId="6B4B9B0C" w14:textId="77777777" w:rsidR="00D62A50" w:rsidRPr="00E9580A" w:rsidRDefault="00D62A50" w:rsidP="00D62A50">
            <w:pPr>
              <w:rPr>
                <w:rFonts w:ascii="Times New Roman" w:eastAsia="Times New Roman" w:hAnsi="Times New Roman"/>
              </w:rPr>
            </w:pPr>
            <w:r w:rsidRPr="00C55A06">
              <w:rPr>
                <w:rFonts w:ascii="Times New Roman" w:eastAsia="Times New Roman" w:hAnsi="Times New Roman"/>
              </w:rPr>
              <w:t>680000, г. Хабаровск, ул. Муравьева-Амурского, д. 28</w:t>
            </w:r>
          </w:p>
        </w:tc>
        <w:tc>
          <w:tcPr>
            <w:tcW w:w="1227" w:type="pct"/>
            <w:vAlign w:val="center"/>
          </w:tcPr>
          <w:p w14:paraId="4E880814" w14:textId="77777777" w:rsidR="00D62A50" w:rsidRDefault="00D62A50" w:rsidP="00D62A50">
            <w:pPr>
              <w:pStyle w:val="af0"/>
            </w:pPr>
            <w:r w:rsidRPr="00200F74">
              <w:t xml:space="preserve">Сервер тип </w:t>
            </w:r>
            <w:r>
              <w:t>5</w:t>
            </w:r>
          </w:p>
        </w:tc>
        <w:tc>
          <w:tcPr>
            <w:tcW w:w="893" w:type="pct"/>
            <w:vAlign w:val="center"/>
          </w:tcPr>
          <w:p w14:paraId="53AAD6AF" w14:textId="77777777" w:rsidR="00D62A50" w:rsidRDefault="00D62A50" w:rsidP="00D62A50">
            <w:pPr>
              <w:pStyle w:val="af0"/>
            </w:pPr>
            <w:r>
              <w:t>3</w:t>
            </w:r>
          </w:p>
        </w:tc>
      </w:tr>
      <w:tr w:rsidR="00D62A50" w:rsidRPr="00A075B5" w14:paraId="3E1E5BC6" w14:textId="77777777" w:rsidTr="00ED1D20">
        <w:tc>
          <w:tcPr>
            <w:tcW w:w="297" w:type="pct"/>
            <w:vAlign w:val="center"/>
          </w:tcPr>
          <w:p w14:paraId="40D33A96" w14:textId="44153640" w:rsidR="00D62A50" w:rsidRPr="00A075B5" w:rsidRDefault="00D62A50" w:rsidP="00D62A50">
            <w:pPr>
              <w:pStyle w:val="a1"/>
              <w:numPr>
                <w:ilvl w:val="0"/>
                <w:numId w:val="0"/>
              </w:numPr>
              <w:rPr>
                <w:rFonts w:cs="Times New Roman"/>
                <w:lang w:val="ru-RU"/>
              </w:rPr>
            </w:pPr>
            <w:r>
              <w:rPr>
                <w:rFonts w:cs="Times New Roman"/>
                <w:lang w:val="ru-RU"/>
              </w:rPr>
              <w:t>28</w:t>
            </w:r>
          </w:p>
        </w:tc>
        <w:tc>
          <w:tcPr>
            <w:tcW w:w="1167" w:type="pct"/>
            <w:vAlign w:val="center"/>
          </w:tcPr>
          <w:p w14:paraId="027B5387" w14:textId="77777777" w:rsidR="00D62A50" w:rsidRPr="00C55A06" w:rsidRDefault="00D62A50" w:rsidP="00D62A50">
            <w:pPr>
              <w:pStyle w:val="aa"/>
              <w:rPr>
                <w:rFonts w:eastAsia="Times New Roman" w:cs="Times New Roman"/>
              </w:rPr>
            </w:pPr>
            <w:r w:rsidRPr="00C55A06">
              <w:rPr>
                <w:rFonts w:eastAsia="Times New Roman"/>
              </w:rPr>
              <w:t xml:space="preserve">УФПС Челябинской области </w:t>
            </w:r>
            <w:r w:rsidRPr="00C55A06">
              <w:rPr>
                <w:rFonts w:eastAsia="Times New Roman" w:cs="Times New Roman"/>
              </w:rPr>
              <w:t>- филиал АО «Почта России»</w:t>
            </w:r>
          </w:p>
        </w:tc>
        <w:tc>
          <w:tcPr>
            <w:tcW w:w="1415" w:type="pct"/>
            <w:vAlign w:val="center"/>
          </w:tcPr>
          <w:p w14:paraId="50401D03" w14:textId="77777777" w:rsidR="00D62A50" w:rsidRPr="00B1487C" w:rsidRDefault="00D62A50" w:rsidP="00D62A50">
            <w:pPr>
              <w:pStyle w:val="aa"/>
              <w:rPr>
                <w:rFonts w:eastAsia="Times New Roman" w:cs="Times New Roman"/>
              </w:rPr>
            </w:pPr>
            <w:r w:rsidRPr="00E9580A">
              <w:rPr>
                <w:rFonts w:eastAsia="Times New Roman" w:cs="Times New Roman"/>
              </w:rPr>
              <w:t>Челябинская обл., г.Челябинск, Привокзальная пл., д.1</w:t>
            </w:r>
          </w:p>
        </w:tc>
        <w:tc>
          <w:tcPr>
            <w:tcW w:w="1227" w:type="pct"/>
            <w:vAlign w:val="center"/>
          </w:tcPr>
          <w:p w14:paraId="46A5D40F" w14:textId="77777777" w:rsidR="00D62A50" w:rsidRDefault="00D62A50" w:rsidP="00D62A50">
            <w:pPr>
              <w:pStyle w:val="af0"/>
            </w:pPr>
            <w:r>
              <w:t>Сервер тип 5</w:t>
            </w:r>
          </w:p>
        </w:tc>
        <w:tc>
          <w:tcPr>
            <w:tcW w:w="893" w:type="pct"/>
            <w:vAlign w:val="center"/>
          </w:tcPr>
          <w:p w14:paraId="62C5175E" w14:textId="77777777" w:rsidR="00D62A50" w:rsidRDefault="00D62A50" w:rsidP="00D62A50">
            <w:pPr>
              <w:pStyle w:val="af0"/>
            </w:pPr>
            <w:r>
              <w:t>3</w:t>
            </w:r>
          </w:p>
        </w:tc>
      </w:tr>
      <w:tr w:rsidR="00D62A50" w:rsidRPr="00A075B5" w14:paraId="1D4F0D8E" w14:textId="77777777" w:rsidTr="00ED1D20">
        <w:tc>
          <w:tcPr>
            <w:tcW w:w="297" w:type="pct"/>
            <w:vAlign w:val="center"/>
          </w:tcPr>
          <w:p w14:paraId="2DB3809D" w14:textId="7CCF0C9D" w:rsidR="00D62A50" w:rsidRPr="00A075B5" w:rsidRDefault="00D62A50" w:rsidP="00D62A50">
            <w:pPr>
              <w:pStyle w:val="a1"/>
              <w:numPr>
                <w:ilvl w:val="0"/>
                <w:numId w:val="0"/>
              </w:numPr>
              <w:rPr>
                <w:rFonts w:cs="Times New Roman"/>
                <w:lang w:val="ru-RU"/>
              </w:rPr>
            </w:pPr>
            <w:r>
              <w:rPr>
                <w:rFonts w:cs="Times New Roman"/>
              </w:rPr>
              <w:t>29</w:t>
            </w:r>
          </w:p>
        </w:tc>
        <w:tc>
          <w:tcPr>
            <w:tcW w:w="1167" w:type="pct"/>
            <w:vAlign w:val="center"/>
          </w:tcPr>
          <w:p w14:paraId="5A59DE07" w14:textId="77777777" w:rsidR="00D62A50" w:rsidRPr="00C55A06" w:rsidRDefault="00D62A50" w:rsidP="00D62A50">
            <w:pPr>
              <w:spacing w:after="0" w:line="240" w:lineRule="auto"/>
              <w:rPr>
                <w:rFonts w:ascii="Times New Roman" w:eastAsia="Times New Roman" w:hAnsi="Times New Roman"/>
              </w:rPr>
            </w:pPr>
            <w:r w:rsidRPr="00C55A06">
              <w:rPr>
                <w:rFonts w:ascii="Times New Roman" w:eastAsia="Times New Roman" w:hAnsi="Times New Roman"/>
              </w:rPr>
              <w:t>УФПС «Татарстан почтасы» - филиал АО «Почта России»</w:t>
            </w:r>
          </w:p>
        </w:tc>
        <w:tc>
          <w:tcPr>
            <w:tcW w:w="1415" w:type="pct"/>
            <w:vAlign w:val="center"/>
          </w:tcPr>
          <w:p w14:paraId="44A787F6" w14:textId="77777777" w:rsidR="00D62A50" w:rsidRDefault="00D62A50" w:rsidP="00D62A50">
            <w:pPr>
              <w:pStyle w:val="aa"/>
            </w:pPr>
            <w:r w:rsidRPr="00E9580A">
              <w:rPr>
                <w:rFonts w:eastAsia="Times New Roman" w:cs="Times New Roman"/>
              </w:rPr>
              <w:t>420054, г. Казань, ул. Техническая, д. 50</w:t>
            </w:r>
            <w:r>
              <w:t xml:space="preserve"> </w:t>
            </w:r>
          </w:p>
        </w:tc>
        <w:tc>
          <w:tcPr>
            <w:tcW w:w="1227" w:type="pct"/>
            <w:vAlign w:val="center"/>
          </w:tcPr>
          <w:p w14:paraId="6A17C4E7" w14:textId="77777777" w:rsidR="00D62A50" w:rsidRDefault="00D62A50" w:rsidP="00D62A50">
            <w:pPr>
              <w:pStyle w:val="af0"/>
            </w:pPr>
            <w:r>
              <w:t>Сервер тип 5</w:t>
            </w:r>
          </w:p>
        </w:tc>
        <w:tc>
          <w:tcPr>
            <w:tcW w:w="893" w:type="pct"/>
            <w:vAlign w:val="center"/>
          </w:tcPr>
          <w:p w14:paraId="2CE9B846" w14:textId="77777777" w:rsidR="00D62A50" w:rsidRDefault="00D62A50" w:rsidP="00D62A50">
            <w:pPr>
              <w:pStyle w:val="af0"/>
            </w:pPr>
            <w:r>
              <w:t>3</w:t>
            </w:r>
          </w:p>
        </w:tc>
      </w:tr>
    </w:tbl>
    <w:p w14:paraId="02B329BD" w14:textId="681897D2" w:rsidR="00F07778" w:rsidRDefault="00F07778" w:rsidP="009C5522"/>
    <w:p w14:paraId="128542F9" w14:textId="1D670700" w:rsidR="001467A3" w:rsidRDefault="001467A3" w:rsidP="009C5522"/>
    <w:p w14:paraId="14845BDA" w14:textId="34C46D4C" w:rsidR="001467A3" w:rsidRDefault="001467A3" w:rsidP="009C5522"/>
    <w:p w14:paraId="40C15898" w14:textId="6CE48890" w:rsidR="005254F9" w:rsidRDefault="005254F9" w:rsidP="005254F9">
      <w:pPr>
        <w:autoSpaceDE w:val="0"/>
        <w:autoSpaceDN w:val="0"/>
        <w:adjustRightInd w:val="0"/>
        <w:spacing w:after="0" w:line="240" w:lineRule="auto"/>
        <w:contextualSpacing/>
      </w:pPr>
    </w:p>
    <w:p w14:paraId="1657FAB8" w14:textId="0C1853C2" w:rsidR="00ED1D20" w:rsidRDefault="00ED1D20" w:rsidP="005254F9">
      <w:pPr>
        <w:autoSpaceDE w:val="0"/>
        <w:autoSpaceDN w:val="0"/>
        <w:adjustRightInd w:val="0"/>
        <w:spacing w:after="0" w:line="240" w:lineRule="auto"/>
        <w:contextualSpacing/>
        <w:rPr>
          <w:rFonts w:ascii="Times New Roman" w:eastAsia="Times New Roman" w:hAnsi="Times New Roman"/>
          <w:szCs w:val="24"/>
          <w:lang w:eastAsia="ru-RU"/>
        </w:rPr>
      </w:pPr>
    </w:p>
    <w:p w14:paraId="1C520096" w14:textId="10ED3C6F" w:rsidR="00CC3C5A" w:rsidRDefault="00CC3C5A" w:rsidP="005254F9">
      <w:pPr>
        <w:autoSpaceDE w:val="0"/>
        <w:autoSpaceDN w:val="0"/>
        <w:adjustRightInd w:val="0"/>
        <w:spacing w:after="0" w:line="240" w:lineRule="auto"/>
        <w:contextualSpacing/>
        <w:rPr>
          <w:rFonts w:ascii="Times New Roman" w:eastAsia="Times New Roman" w:hAnsi="Times New Roman"/>
          <w:szCs w:val="24"/>
          <w:lang w:eastAsia="ru-RU"/>
        </w:rPr>
      </w:pPr>
    </w:p>
    <w:p w14:paraId="78341BCD" w14:textId="021B917F" w:rsidR="00CC3C5A" w:rsidRDefault="00CC3C5A" w:rsidP="005254F9">
      <w:pPr>
        <w:autoSpaceDE w:val="0"/>
        <w:autoSpaceDN w:val="0"/>
        <w:adjustRightInd w:val="0"/>
        <w:spacing w:after="0" w:line="240" w:lineRule="auto"/>
        <w:contextualSpacing/>
        <w:rPr>
          <w:rFonts w:ascii="Times New Roman" w:eastAsia="Times New Roman" w:hAnsi="Times New Roman"/>
          <w:szCs w:val="24"/>
          <w:lang w:eastAsia="ru-RU"/>
        </w:rPr>
      </w:pPr>
    </w:p>
    <w:p w14:paraId="76A958BA" w14:textId="59BDBC20" w:rsidR="00CC3C5A" w:rsidRDefault="00CC3C5A" w:rsidP="005254F9">
      <w:pPr>
        <w:autoSpaceDE w:val="0"/>
        <w:autoSpaceDN w:val="0"/>
        <w:adjustRightInd w:val="0"/>
        <w:spacing w:after="0" w:line="240" w:lineRule="auto"/>
        <w:contextualSpacing/>
        <w:rPr>
          <w:rFonts w:ascii="Times New Roman" w:eastAsia="Times New Roman" w:hAnsi="Times New Roman"/>
          <w:szCs w:val="24"/>
          <w:lang w:eastAsia="ru-RU"/>
        </w:rPr>
      </w:pPr>
    </w:p>
    <w:p w14:paraId="5EE6FF66" w14:textId="5EE0DBD9" w:rsidR="00CC3C5A" w:rsidRDefault="00CC3C5A" w:rsidP="005254F9">
      <w:pPr>
        <w:autoSpaceDE w:val="0"/>
        <w:autoSpaceDN w:val="0"/>
        <w:adjustRightInd w:val="0"/>
        <w:spacing w:after="0" w:line="240" w:lineRule="auto"/>
        <w:contextualSpacing/>
        <w:rPr>
          <w:rFonts w:ascii="Times New Roman" w:eastAsia="Times New Roman" w:hAnsi="Times New Roman"/>
          <w:szCs w:val="24"/>
          <w:lang w:eastAsia="ru-RU"/>
        </w:rPr>
      </w:pPr>
    </w:p>
    <w:p w14:paraId="735EEDF8" w14:textId="1BDC30A4" w:rsidR="00CC3C5A" w:rsidRDefault="00CC3C5A" w:rsidP="005254F9">
      <w:pPr>
        <w:autoSpaceDE w:val="0"/>
        <w:autoSpaceDN w:val="0"/>
        <w:adjustRightInd w:val="0"/>
        <w:spacing w:after="0" w:line="240" w:lineRule="auto"/>
        <w:contextualSpacing/>
        <w:rPr>
          <w:rFonts w:ascii="Times New Roman" w:eastAsia="Times New Roman" w:hAnsi="Times New Roman"/>
          <w:szCs w:val="24"/>
          <w:lang w:eastAsia="ru-RU"/>
        </w:rPr>
      </w:pPr>
    </w:p>
    <w:p w14:paraId="6942CCA2" w14:textId="42B14083" w:rsidR="00CC3C5A" w:rsidRDefault="00CC3C5A" w:rsidP="005254F9">
      <w:pPr>
        <w:autoSpaceDE w:val="0"/>
        <w:autoSpaceDN w:val="0"/>
        <w:adjustRightInd w:val="0"/>
        <w:spacing w:after="0" w:line="240" w:lineRule="auto"/>
        <w:contextualSpacing/>
        <w:rPr>
          <w:rFonts w:ascii="Times New Roman" w:eastAsia="Times New Roman" w:hAnsi="Times New Roman"/>
          <w:szCs w:val="24"/>
          <w:lang w:eastAsia="ru-RU"/>
        </w:rPr>
      </w:pPr>
    </w:p>
    <w:p w14:paraId="2504BD61" w14:textId="41E1F945" w:rsidR="00CC3C5A" w:rsidRDefault="00CC3C5A" w:rsidP="005254F9">
      <w:pPr>
        <w:autoSpaceDE w:val="0"/>
        <w:autoSpaceDN w:val="0"/>
        <w:adjustRightInd w:val="0"/>
        <w:spacing w:after="0" w:line="240" w:lineRule="auto"/>
        <w:contextualSpacing/>
        <w:rPr>
          <w:rFonts w:ascii="Times New Roman" w:eastAsia="Times New Roman" w:hAnsi="Times New Roman"/>
          <w:szCs w:val="24"/>
          <w:lang w:eastAsia="ru-RU"/>
        </w:rPr>
      </w:pPr>
    </w:p>
    <w:p w14:paraId="1524AD67" w14:textId="3B1CFA05" w:rsidR="00CC3C5A" w:rsidRDefault="00CC3C5A" w:rsidP="005254F9">
      <w:pPr>
        <w:autoSpaceDE w:val="0"/>
        <w:autoSpaceDN w:val="0"/>
        <w:adjustRightInd w:val="0"/>
        <w:spacing w:after="0" w:line="240" w:lineRule="auto"/>
        <w:contextualSpacing/>
        <w:rPr>
          <w:rFonts w:ascii="Times New Roman" w:eastAsia="Times New Roman" w:hAnsi="Times New Roman"/>
          <w:szCs w:val="24"/>
          <w:lang w:eastAsia="ru-RU"/>
        </w:rPr>
      </w:pPr>
    </w:p>
    <w:p w14:paraId="61B07518" w14:textId="49890D68" w:rsidR="00CC3C5A" w:rsidRDefault="00CC3C5A" w:rsidP="005254F9">
      <w:pPr>
        <w:autoSpaceDE w:val="0"/>
        <w:autoSpaceDN w:val="0"/>
        <w:adjustRightInd w:val="0"/>
        <w:spacing w:after="0" w:line="240" w:lineRule="auto"/>
        <w:contextualSpacing/>
        <w:rPr>
          <w:rFonts w:ascii="Times New Roman" w:eastAsia="Times New Roman" w:hAnsi="Times New Roman"/>
          <w:szCs w:val="24"/>
          <w:lang w:eastAsia="ru-RU"/>
        </w:rPr>
      </w:pPr>
    </w:p>
    <w:p w14:paraId="29D43A01" w14:textId="4DC20F6E" w:rsidR="00CC3C5A" w:rsidRDefault="00CC3C5A" w:rsidP="005254F9">
      <w:pPr>
        <w:autoSpaceDE w:val="0"/>
        <w:autoSpaceDN w:val="0"/>
        <w:adjustRightInd w:val="0"/>
        <w:spacing w:after="0" w:line="240" w:lineRule="auto"/>
        <w:contextualSpacing/>
        <w:rPr>
          <w:rFonts w:ascii="Times New Roman" w:eastAsia="Times New Roman" w:hAnsi="Times New Roman"/>
          <w:szCs w:val="24"/>
          <w:lang w:eastAsia="ru-RU"/>
        </w:rPr>
      </w:pPr>
    </w:p>
    <w:p w14:paraId="28D6CB59" w14:textId="77777777" w:rsidR="00CC3C5A" w:rsidRDefault="00CC3C5A" w:rsidP="005254F9">
      <w:pPr>
        <w:autoSpaceDE w:val="0"/>
        <w:autoSpaceDN w:val="0"/>
        <w:adjustRightInd w:val="0"/>
        <w:spacing w:after="0" w:line="240" w:lineRule="auto"/>
        <w:contextualSpacing/>
        <w:rPr>
          <w:rFonts w:ascii="Times New Roman" w:eastAsia="Times New Roman" w:hAnsi="Times New Roman"/>
          <w:szCs w:val="24"/>
          <w:lang w:eastAsia="ru-RU"/>
        </w:rPr>
      </w:pPr>
    </w:p>
    <w:p w14:paraId="0EA9E8A9" w14:textId="70C7B1F2" w:rsidR="001467A3" w:rsidRPr="00303666" w:rsidRDefault="001467A3" w:rsidP="001467A3">
      <w:pPr>
        <w:autoSpaceDE w:val="0"/>
        <w:autoSpaceDN w:val="0"/>
        <w:adjustRightInd w:val="0"/>
        <w:spacing w:after="0" w:line="240" w:lineRule="auto"/>
        <w:contextualSpacing/>
        <w:jc w:val="right"/>
        <w:rPr>
          <w:rFonts w:ascii="Times New Roman" w:eastAsia="Times New Roman" w:hAnsi="Times New Roman"/>
          <w:szCs w:val="24"/>
          <w:lang w:eastAsia="ru-RU"/>
        </w:rPr>
      </w:pPr>
      <w:r>
        <w:rPr>
          <w:rFonts w:ascii="Times New Roman" w:eastAsia="Times New Roman" w:hAnsi="Times New Roman"/>
          <w:szCs w:val="24"/>
          <w:lang w:eastAsia="ru-RU"/>
        </w:rPr>
        <w:lastRenderedPageBreak/>
        <w:t>Приложение № 2</w:t>
      </w:r>
      <w:r w:rsidRPr="00303666">
        <w:rPr>
          <w:rFonts w:ascii="Times New Roman" w:eastAsia="Times New Roman" w:hAnsi="Times New Roman"/>
          <w:szCs w:val="24"/>
          <w:lang w:eastAsia="ru-RU"/>
        </w:rPr>
        <w:t xml:space="preserve"> </w:t>
      </w:r>
    </w:p>
    <w:p w14:paraId="6B28935B" w14:textId="1DFEE8EC" w:rsidR="001467A3" w:rsidRDefault="001467A3" w:rsidP="001467A3">
      <w:pPr>
        <w:jc w:val="right"/>
        <w:rPr>
          <w:rFonts w:ascii="Times New Roman" w:eastAsia="Times New Roman" w:hAnsi="Times New Roman"/>
          <w:szCs w:val="24"/>
          <w:lang w:eastAsia="ru-RU"/>
        </w:rPr>
      </w:pPr>
      <w:r w:rsidRPr="00303666">
        <w:rPr>
          <w:rFonts w:ascii="Times New Roman" w:eastAsia="Times New Roman" w:hAnsi="Times New Roman"/>
          <w:szCs w:val="24"/>
          <w:lang w:eastAsia="ru-RU"/>
        </w:rPr>
        <w:t>к Техническому заданию</w:t>
      </w:r>
    </w:p>
    <w:p w14:paraId="573A7109" w14:textId="780F5529" w:rsidR="009911D7" w:rsidRDefault="009911D7" w:rsidP="001467A3">
      <w:pPr>
        <w:jc w:val="right"/>
        <w:rPr>
          <w:rFonts w:ascii="Times New Roman" w:eastAsia="Times New Roman" w:hAnsi="Times New Roman"/>
          <w:szCs w:val="24"/>
          <w:lang w:eastAsia="ru-RU"/>
        </w:rPr>
      </w:pPr>
    </w:p>
    <w:p w14:paraId="0D04E328" w14:textId="77777777" w:rsidR="009911D7" w:rsidRDefault="009911D7" w:rsidP="009911D7">
      <w:pPr>
        <w:spacing w:after="0"/>
        <w:jc w:val="center"/>
        <w:rPr>
          <w:rFonts w:ascii="Times New Roman" w:hAnsi="Times New Roman"/>
          <w:b/>
          <w:sz w:val="24"/>
          <w:szCs w:val="24"/>
        </w:rPr>
      </w:pPr>
    </w:p>
    <w:p w14:paraId="67D68D3A" w14:textId="77777777" w:rsidR="009911D7" w:rsidRDefault="009911D7" w:rsidP="009911D7">
      <w:pPr>
        <w:spacing w:after="0"/>
        <w:jc w:val="center"/>
        <w:rPr>
          <w:rFonts w:ascii="Times New Roman" w:hAnsi="Times New Roman"/>
          <w:b/>
          <w:sz w:val="24"/>
          <w:szCs w:val="24"/>
        </w:rPr>
      </w:pPr>
    </w:p>
    <w:p w14:paraId="45ECC93B" w14:textId="77777777" w:rsidR="009911D7" w:rsidRDefault="009911D7" w:rsidP="009911D7">
      <w:pPr>
        <w:spacing w:after="0"/>
        <w:jc w:val="center"/>
        <w:rPr>
          <w:rFonts w:ascii="Times New Roman" w:hAnsi="Times New Roman"/>
          <w:b/>
          <w:sz w:val="24"/>
          <w:szCs w:val="24"/>
        </w:rPr>
      </w:pPr>
    </w:p>
    <w:p w14:paraId="564E86F7" w14:textId="77777777" w:rsidR="009911D7" w:rsidRDefault="009911D7" w:rsidP="009911D7">
      <w:pPr>
        <w:spacing w:after="0"/>
        <w:jc w:val="center"/>
        <w:rPr>
          <w:rFonts w:ascii="Times New Roman" w:hAnsi="Times New Roman"/>
          <w:b/>
          <w:sz w:val="24"/>
          <w:szCs w:val="24"/>
        </w:rPr>
      </w:pPr>
    </w:p>
    <w:p w14:paraId="1C5AD26B" w14:textId="77777777" w:rsidR="009911D7" w:rsidRDefault="009911D7" w:rsidP="009911D7">
      <w:pPr>
        <w:spacing w:after="0"/>
        <w:jc w:val="center"/>
        <w:rPr>
          <w:rFonts w:ascii="Times New Roman" w:hAnsi="Times New Roman"/>
          <w:b/>
          <w:sz w:val="24"/>
          <w:szCs w:val="24"/>
        </w:rPr>
      </w:pPr>
    </w:p>
    <w:p w14:paraId="36BFD686" w14:textId="77777777" w:rsidR="009911D7" w:rsidRDefault="009911D7" w:rsidP="009911D7">
      <w:pPr>
        <w:spacing w:after="0"/>
        <w:jc w:val="center"/>
        <w:rPr>
          <w:rFonts w:ascii="Times New Roman" w:hAnsi="Times New Roman"/>
          <w:b/>
          <w:sz w:val="24"/>
          <w:szCs w:val="24"/>
        </w:rPr>
      </w:pPr>
    </w:p>
    <w:p w14:paraId="1DAFA288" w14:textId="77777777" w:rsidR="009911D7" w:rsidRDefault="009911D7" w:rsidP="009911D7">
      <w:pPr>
        <w:spacing w:after="0"/>
        <w:jc w:val="center"/>
        <w:rPr>
          <w:rFonts w:ascii="Times New Roman" w:hAnsi="Times New Roman"/>
          <w:b/>
          <w:sz w:val="24"/>
          <w:szCs w:val="24"/>
        </w:rPr>
      </w:pPr>
    </w:p>
    <w:p w14:paraId="36AB25C6" w14:textId="77777777" w:rsidR="009911D7" w:rsidRDefault="009911D7" w:rsidP="009911D7">
      <w:pPr>
        <w:spacing w:after="0"/>
        <w:jc w:val="center"/>
        <w:rPr>
          <w:rFonts w:ascii="Times New Roman" w:hAnsi="Times New Roman"/>
          <w:b/>
          <w:sz w:val="24"/>
          <w:szCs w:val="24"/>
        </w:rPr>
      </w:pPr>
    </w:p>
    <w:p w14:paraId="2B0035C2" w14:textId="77777777" w:rsidR="009911D7" w:rsidRDefault="009911D7" w:rsidP="009911D7">
      <w:pPr>
        <w:spacing w:after="0"/>
        <w:jc w:val="center"/>
        <w:rPr>
          <w:rFonts w:ascii="Times New Roman" w:hAnsi="Times New Roman"/>
          <w:b/>
          <w:sz w:val="24"/>
          <w:szCs w:val="24"/>
        </w:rPr>
      </w:pPr>
    </w:p>
    <w:p w14:paraId="244DB4A4" w14:textId="77777777" w:rsidR="009911D7" w:rsidRDefault="009911D7" w:rsidP="009911D7">
      <w:pPr>
        <w:spacing w:after="0"/>
        <w:jc w:val="center"/>
        <w:rPr>
          <w:rFonts w:ascii="Times New Roman" w:hAnsi="Times New Roman"/>
          <w:b/>
          <w:sz w:val="24"/>
          <w:szCs w:val="24"/>
        </w:rPr>
      </w:pPr>
    </w:p>
    <w:p w14:paraId="2B0A09C2" w14:textId="77777777" w:rsidR="009911D7" w:rsidRDefault="009911D7" w:rsidP="009911D7">
      <w:pPr>
        <w:spacing w:after="0"/>
        <w:jc w:val="center"/>
        <w:rPr>
          <w:rFonts w:ascii="Times New Roman" w:hAnsi="Times New Roman"/>
          <w:b/>
          <w:sz w:val="24"/>
          <w:szCs w:val="24"/>
        </w:rPr>
      </w:pPr>
    </w:p>
    <w:p w14:paraId="1CD082E0" w14:textId="77777777" w:rsidR="009911D7" w:rsidRDefault="009911D7" w:rsidP="009911D7">
      <w:pPr>
        <w:spacing w:after="0"/>
        <w:jc w:val="center"/>
        <w:rPr>
          <w:rFonts w:ascii="Times New Roman" w:hAnsi="Times New Roman"/>
          <w:b/>
          <w:sz w:val="24"/>
          <w:szCs w:val="24"/>
        </w:rPr>
      </w:pPr>
    </w:p>
    <w:p w14:paraId="6A6798F7" w14:textId="77777777" w:rsidR="009911D7" w:rsidRDefault="009911D7" w:rsidP="009911D7">
      <w:pPr>
        <w:spacing w:after="0"/>
        <w:jc w:val="center"/>
        <w:rPr>
          <w:rFonts w:ascii="Times New Roman" w:hAnsi="Times New Roman"/>
          <w:b/>
          <w:sz w:val="24"/>
          <w:szCs w:val="24"/>
        </w:rPr>
      </w:pPr>
    </w:p>
    <w:p w14:paraId="52AA878E" w14:textId="77777777" w:rsidR="009911D7" w:rsidRDefault="009911D7" w:rsidP="009911D7">
      <w:pPr>
        <w:spacing w:after="0"/>
        <w:jc w:val="center"/>
        <w:rPr>
          <w:rFonts w:ascii="Times New Roman" w:hAnsi="Times New Roman"/>
          <w:b/>
          <w:sz w:val="24"/>
          <w:szCs w:val="24"/>
        </w:rPr>
      </w:pPr>
    </w:p>
    <w:p w14:paraId="0D572A84" w14:textId="77777777" w:rsidR="009911D7" w:rsidRDefault="009911D7" w:rsidP="009911D7">
      <w:pPr>
        <w:spacing w:after="0"/>
        <w:jc w:val="center"/>
        <w:rPr>
          <w:rFonts w:ascii="Times New Roman" w:hAnsi="Times New Roman"/>
          <w:b/>
          <w:sz w:val="24"/>
          <w:szCs w:val="24"/>
        </w:rPr>
      </w:pPr>
    </w:p>
    <w:p w14:paraId="44A2F550" w14:textId="3AA9E1CB" w:rsidR="009911D7" w:rsidRDefault="009911D7" w:rsidP="009911D7">
      <w:pPr>
        <w:spacing w:after="0"/>
        <w:jc w:val="center"/>
        <w:rPr>
          <w:rFonts w:ascii="Times New Roman" w:hAnsi="Times New Roman"/>
          <w:b/>
          <w:sz w:val="24"/>
          <w:szCs w:val="24"/>
        </w:rPr>
      </w:pPr>
    </w:p>
    <w:p w14:paraId="6E577FB1" w14:textId="38E8F85D" w:rsidR="009911D7" w:rsidRPr="00836499" w:rsidRDefault="009911D7" w:rsidP="00836499">
      <w:pPr>
        <w:spacing w:after="0"/>
        <w:jc w:val="center"/>
        <w:rPr>
          <w:rFonts w:ascii="Times New Roman" w:hAnsi="Times New Roman"/>
          <w:b/>
          <w:sz w:val="24"/>
          <w:szCs w:val="24"/>
        </w:rPr>
      </w:pPr>
      <w:r w:rsidRPr="009911D7">
        <w:rPr>
          <w:rFonts w:ascii="Times New Roman" w:hAnsi="Times New Roman"/>
          <w:b/>
          <w:sz w:val="24"/>
          <w:szCs w:val="24"/>
        </w:rPr>
        <w:t>Программа и методика испытаний (ПМИ) Систем хранения данных</w:t>
      </w:r>
    </w:p>
    <w:p w14:paraId="43228814" w14:textId="1ECB31AC" w:rsidR="00DB1038" w:rsidRDefault="00DB1038" w:rsidP="009911D7">
      <w:pPr>
        <w:spacing w:after="0"/>
        <w:jc w:val="center"/>
        <w:rPr>
          <w:rFonts w:ascii="Times New Roman" w:hAnsi="Times New Roman"/>
          <w:i/>
          <w:sz w:val="24"/>
          <w:szCs w:val="24"/>
        </w:rPr>
      </w:pPr>
    </w:p>
    <w:p w14:paraId="743D551E" w14:textId="6FF76498" w:rsidR="00DB1038" w:rsidRDefault="00DB1038" w:rsidP="009911D7">
      <w:pPr>
        <w:spacing w:after="0"/>
        <w:jc w:val="center"/>
        <w:rPr>
          <w:rFonts w:ascii="Times New Roman" w:hAnsi="Times New Roman"/>
          <w:i/>
          <w:sz w:val="24"/>
          <w:szCs w:val="24"/>
        </w:rPr>
      </w:pPr>
    </w:p>
    <w:p w14:paraId="00DB0F70" w14:textId="6EEBE4AC" w:rsidR="00DB1038" w:rsidRDefault="00DB1038" w:rsidP="009911D7">
      <w:pPr>
        <w:spacing w:after="0"/>
        <w:jc w:val="center"/>
        <w:rPr>
          <w:rFonts w:ascii="Times New Roman" w:hAnsi="Times New Roman"/>
          <w:i/>
          <w:sz w:val="24"/>
          <w:szCs w:val="24"/>
        </w:rPr>
      </w:pPr>
    </w:p>
    <w:p w14:paraId="6AB08209" w14:textId="107979B3" w:rsidR="00DB1038" w:rsidRDefault="00DB1038" w:rsidP="009911D7">
      <w:pPr>
        <w:spacing w:after="0"/>
        <w:jc w:val="center"/>
        <w:rPr>
          <w:rFonts w:ascii="Times New Roman" w:hAnsi="Times New Roman"/>
          <w:i/>
          <w:sz w:val="24"/>
          <w:szCs w:val="24"/>
        </w:rPr>
      </w:pPr>
    </w:p>
    <w:p w14:paraId="1F3E871F" w14:textId="3CD2617D" w:rsidR="00DB1038" w:rsidRDefault="00DB1038" w:rsidP="009911D7">
      <w:pPr>
        <w:spacing w:after="0"/>
        <w:jc w:val="center"/>
        <w:rPr>
          <w:rFonts w:ascii="Times New Roman" w:hAnsi="Times New Roman"/>
          <w:i/>
          <w:sz w:val="24"/>
          <w:szCs w:val="24"/>
        </w:rPr>
      </w:pPr>
    </w:p>
    <w:p w14:paraId="6DF2DF36" w14:textId="1969FC8D" w:rsidR="00DB1038" w:rsidRDefault="00DB1038" w:rsidP="009911D7">
      <w:pPr>
        <w:spacing w:after="0"/>
        <w:jc w:val="center"/>
        <w:rPr>
          <w:rFonts w:ascii="Times New Roman" w:hAnsi="Times New Roman"/>
          <w:i/>
          <w:sz w:val="24"/>
          <w:szCs w:val="24"/>
        </w:rPr>
      </w:pPr>
    </w:p>
    <w:p w14:paraId="120A7049" w14:textId="358269CD" w:rsidR="00DB1038" w:rsidRDefault="00DB1038" w:rsidP="009911D7">
      <w:pPr>
        <w:spacing w:after="0"/>
        <w:jc w:val="center"/>
        <w:rPr>
          <w:rFonts w:ascii="Times New Roman" w:hAnsi="Times New Roman"/>
          <w:i/>
          <w:sz w:val="24"/>
          <w:szCs w:val="24"/>
        </w:rPr>
      </w:pPr>
    </w:p>
    <w:p w14:paraId="6721A9AC" w14:textId="11772146" w:rsidR="00DB1038" w:rsidRDefault="00DB1038" w:rsidP="009911D7">
      <w:pPr>
        <w:spacing w:after="0"/>
        <w:jc w:val="center"/>
        <w:rPr>
          <w:rFonts w:ascii="Times New Roman" w:hAnsi="Times New Roman"/>
          <w:i/>
          <w:sz w:val="24"/>
          <w:szCs w:val="24"/>
        </w:rPr>
      </w:pPr>
    </w:p>
    <w:p w14:paraId="22444296" w14:textId="2FBB4B43" w:rsidR="00DB1038" w:rsidRDefault="00DB1038" w:rsidP="009911D7">
      <w:pPr>
        <w:spacing w:after="0"/>
        <w:jc w:val="center"/>
        <w:rPr>
          <w:rFonts w:ascii="Times New Roman" w:hAnsi="Times New Roman"/>
          <w:i/>
          <w:sz w:val="24"/>
          <w:szCs w:val="24"/>
        </w:rPr>
      </w:pPr>
    </w:p>
    <w:p w14:paraId="3F4309DA" w14:textId="09DDD919" w:rsidR="00DB1038" w:rsidRDefault="00DB1038" w:rsidP="009911D7">
      <w:pPr>
        <w:spacing w:after="0"/>
        <w:jc w:val="center"/>
        <w:rPr>
          <w:rFonts w:ascii="Times New Roman" w:hAnsi="Times New Roman"/>
          <w:i/>
          <w:sz w:val="24"/>
          <w:szCs w:val="24"/>
        </w:rPr>
      </w:pPr>
    </w:p>
    <w:p w14:paraId="1EDE52F3" w14:textId="5220F6F6" w:rsidR="00DB1038" w:rsidRDefault="00DB1038" w:rsidP="009911D7">
      <w:pPr>
        <w:spacing w:after="0"/>
        <w:jc w:val="center"/>
        <w:rPr>
          <w:rFonts w:ascii="Times New Roman" w:hAnsi="Times New Roman"/>
          <w:i/>
          <w:sz w:val="24"/>
          <w:szCs w:val="24"/>
        </w:rPr>
      </w:pPr>
    </w:p>
    <w:p w14:paraId="55AF2E88" w14:textId="3C98F837" w:rsidR="00DB1038" w:rsidRDefault="00DB1038" w:rsidP="009911D7">
      <w:pPr>
        <w:spacing w:after="0"/>
        <w:jc w:val="center"/>
        <w:rPr>
          <w:rFonts w:ascii="Times New Roman" w:hAnsi="Times New Roman"/>
          <w:i/>
          <w:sz w:val="24"/>
          <w:szCs w:val="24"/>
        </w:rPr>
      </w:pPr>
    </w:p>
    <w:p w14:paraId="53772388" w14:textId="1C9AF22C" w:rsidR="00DB1038" w:rsidRDefault="00DB1038" w:rsidP="009911D7">
      <w:pPr>
        <w:spacing w:after="0"/>
        <w:jc w:val="center"/>
        <w:rPr>
          <w:rFonts w:ascii="Times New Roman" w:hAnsi="Times New Roman"/>
          <w:i/>
          <w:sz w:val="24"/>
          <w:szCs w:val="24"/>
        </w:rPr>
      </w:pPr>
    </w:p>
    <w:p w14:paraId="7F494CAF" w14:textId="3A0FD973" w:rsidR="00DB1038" w:rsidRDefault="00DB1038" w:rsidP="009911D7">
      <w:pPr>
        <w:spacing w:after="0"/>
        <w:jc w:val="center"/>
        <w:rPr>
          <w:rFonts w:ascii="Times New Roman" w:hAnsi="Times New Roman"/>
          <w:i/>
          <w:sz w:val="24"/>
          <w:szCs w:val="24"/>
        </w:rPr>
      </w:pPr>
    </w:p>
    <w:p w14:paraId="0D15DEA2" w14:textId="1B0A95C4" w:rsidR="00DB1038" w:rsidRDefault="00DB1038" w:rsidP="009911D7">
      <w:pPr>
        <w:spacing w:after="0"/>
        <w:jc w:val="center"/>
        <w:rPr>
          <w:rFonts w:ascii="Times New Roman" w:hAnsi="Times New Roman"/>
          <w:i/>
          <w:sz w:val="24"/>
          <w:szCs w:val="24"/>
        </w:rPr>
      </w:pPr>
    </w:p>
    <w:p w14:paraId="00203A6D" w14:textId="6F6E203E" w:rsidR="00DB1038" w:rsidRDefault="00DB1038" w:rsidP="009911D7">
      <w:pPr>
        <w:spacing w:after="0"/>
        <w:jc w:val="center"/>
        <w:rPr>
          <w:rFonts w:ascii="Times New Roman" w:hAnsi="Times New Roman"/>
          <w:i/>
          <w:sz w:val="24"/>
          <w:szCs w:val="24"/>
        </w:rPr>
      </w:pPr>
    </w:p>
    <w:p w14:paraId="6ED7D0A6" w14:textId="686C6EB5" w:rsidR="00DB1038" w:rsidRDefault="00DB1038" w:rsidP="009911D7">
      <w:pPr>
        <w:spacing w:after="0"/>
        <w:jc w:val="center"/>
        <w:rPr>
          <w:rFonts w:ascii="Times New Roman" w:hAnsi="Times New Roman"/>
          <w:i/>
          <w:sz w:val="24"/>
          <w:szCs w:val="24"/>
        </w:rPr>
      </w:pPr>
    </w:p>
    <w:p w14:paraId="22E00014" w14:textId="066FCF71" w:rsidR="00DB1038" w:rsidRDefault="00DB1038" w:rsidP="009911D7">
      <w:pPr>
        <w:spacing w:after="0"/>
        <w:jc w:val="center"/>
        <w:rPr>
          <w:rFonts w:ascii="Times New Roman" w:hAnsi="Times New Roman"/>
          <w:i/>
          <w:sz w:val="24"/>
          <w:szCs w:val="24"/>
        </w:rPr>
      </w:pPr>
    </w:p>
    <w:p w14:paraId="0A75E32B" w14:textId="6798962D" w:rsidR="00DB1038" w:rsidRDefault="00DB1038" w:rsidP="009911D7">
      <w:pPr>
        <w:spacing w:after="0"/>
        <w:jc w:val="center"/>
        <w:rPr>
          <w:rFonts w:ascii="Times New Roman" w:hAnsi="Times New Roman"/>
          <w:i/>
          <w:sz w:val="24"/>
          <w:szCs w:val="24"/>
        </w:rPr>
      </w:pPr>
    </w:p>
    <w:p w14:paraId="63C626F8" w14:textId="43D1E424" w:rsidR="00DB1038" w:rsidRDefault="00DB1038" w:rsidP="009911D7">
      <w:pPr>
        <w:spacing w:after="0"/>
        <w:jc w:val="center"/>
        <w:rPr>
          <w:rFonts w:ascii="Times New Roman" w:hAnsi="Times New Roman"/>
          <w:i/>
          <w:sz w:val="24"/>
          <w:szCs w:val="24"/>
        </w:rPr>
      </w:pPr>
    </w:p>
    <w:p w14:paraId="662A1011" w14:textId="76B757F4" w:rsidR="00DB1038" w:rsidRDefault="00DB1038" w:rsidP="009911D7">
      <w:pPr>
        <w:spacing w:after="0"/>
        <w:jc w:val="center"/>
        <w:rPr>
          <w:rFonts w:ascii="Times New Roman" w:hAnsi="Times New Roman"/>
          <w:i/>
          <w:sz w:val="24"/>
          <w:szCs w:val="24"/>
        </w:rPr>
      </w:pPr>
    </w:p>
    <w:p w14:paraId="72B62E8A" w14:textId="52244A8F" w:rsidR="00DB1038" w:rsidRDefault="00DB1038" w:rsidP="009911D7">
      <w:pPr>
        <w:spacing w:after="0"/>
        <w:jc w:val="center"/>
        <w:rPr>
          <w:rFonts w:ascii="Times New Roman" w:hAnsi="Times New Roman"/>
          <w:i/>
          <w:sz w:val="24"/>
          <w:szCs w:val="24"/>
        </w:rPr>
      </w:pPr>
    </w:p>
    <w:p w14:paraId="554D357A" w14:textId="0E0967E2" w:rsidR="00DB1038" w:rsidRDefault="00DB1038" w:rsidP="009911D7">
      <w:pPr>
        <w:spacing w:after="0"/>
        <w:jc w:val="center"/>
        <w:rPr>
          <w:rFonts w:ascii="Times New Roman" w:hAnsi="Times New Roman"/>
          <w:i/>
          <w:sz w:val="24"/>
          <w:szCs w:val="24"/>
        </w:rPr>
      </w:pPr>
    </w:p>
    <w:p w14:paraId="19E3056C" w14:textId="3553BC2E" w:rsidR="00DB1038" w:rsidRDefault="00DB1038" w:rsidP="009911D7">
      <w:pPr>
        <w:spacing w:after="0"/>
        <w:jc w:val="center"/>
        <w:rPr>
          <w:rFonts w:ascii="Times New Roman" w:hAnsi="Times New Roman"/>
          <w:i/>
          <w:sz w:val="24"/>
          <w:szCs w:val="24"/>
        </w:rPr>
      </w:pPr>
    </w:p>
    <w:p w14:paraId="0085FB70" w14:textId="77777777" w:rsidR="001860E6" w:rsidRDefault="001860E6" w:rsidP="009911D7">
      <w:pPr>
        <w:spacing w:after="0"/>
        <w:jc w:val="center"/>
        <w:rPr>
          <w:rFonts w:ascii="Times New Roman" w:hAnsi="Times New Roman"/>
          <w:i/>
          <w:sz w:val="24"/>
          <w:szCs w:val="24"/>
        </w:rPr>
        <w:sectPr w:rsidR="001860E6">
          <w:pgSz w:w="11906" w:h="16838"/>
          <w:pgMar w:top="1134" w:right="850" w:bottom="1134" w:left="1701" w:header="708" w:footer="708" w:gutter="0"/>
          <w:cols w:space="708"/>
          <w:docGrid w:linePitch="360"/>
        </w:sectPr>
      </w:pPr>
    </w:p>
    <w:p w14:paraId="246C1D4E" w14:textId="77777777" w:rsidR="00281EA7" w:rsidRPr="009F0425" w:rsidRDefault="00281EA7" w:rsidP="00281EA7">
      <w:pPr>
        <w:spacing w:before="240" w:after="240"/>
        <w:jc w:val="center"/>
      </w:pPr>
      <w:r w:rsidRPr="009F0425">
        <w:rPr>
          <w:b/>
          <w:bCs/>
          <w:color w:val="000000"/>
          <w:sz w:val="36"/>
          <w:szCs w:val="36"/>
        </w:rPr>
        <w:lastRenderedPageBreak/>
        <w:t>Программа и методика испытаний СХД</w:t>
      </w:r>
    </w:p>
    <w:p w14:paraId="62AD0217" w14:textId="77777777" w:rsidR="00281EA7" w:rsidRPr="009F0425" w:rsidRDefault="00281EA7" w:rsidP="00281EA7">
      <w:pPr>
        <w:spacing w:after="360"/>
        <w:jc w:val="center"/>
      </w:pPr>
      <w:r w:rsidRPr="009F0425">
        <w:rPr>
          <w:b/>
          <w:bCs/>
          <w:color w:val="000000"/>
          <w:sz w:val="36"/>
          <w:szCs w:val="28"/>
        </w:rPr>
        <w:t xml:space="preserve">Проверка </w:t>
      </w:r>
      <w:r>
        <w:rPr>
          <w:b/>
          <w:bCs/>
          <w:color w:val="000000"/>
          <w:sz w:val="36"/>
          <w:szCs w:val="28"/>
        </w:rPr>
        <w:t>SLUA</w:t>
      </w:r>
      <w:r w:rsidRPr="009F0425">
        <w:rPr>
          <w:b/>
          <w:bCs/>
          <w:color w:val="000000"/>
          <w:sz w:val="36"/>
          <w:szCs w:val="28"/>
        </w:rPr>
        <w:t xml:space="preserve"> / </w:t>
      </w:r>
      <w:r>
        <w:rPr>
          <w:b/>
          <w:bCs/>
          <w:color w:val="000000"/>
          <w:sz w:val="36"/>
          <w:szCs w:val="28"/>
        </w:rPr>
        <w:t>Symmetric</w:t>
      </w:r>
      <w:r w:rsidRPr="009F0425">
        <w:rPr>
          <w:b/>
          <w:bCs/>
          <w:color w:val="000000"/>
          <w:sz w:val="36"/>
          <w:szCs w:val="28"/>
        </w:rPr>
        <w:t xml:space="preserve"> </w:t>
      </w:r>
      <w:r>
        <w:rPr>
          <w:b/>
          <w:bCs/>
          <w:color w:val="000000"/>
          <w:sz w:val="36"/>
          <w:szCs w:val="28"/>
        </w:rPr>
        <w:t>Active</w:t>
      </w:r>
      <w:r w:rsidRPr="009F0425">
        <w:rPr>
          <w:b/>
          <w:bCs/>
          <w:color w:val="000000"/>
          <w:sz w:val="36"/>
          <w:szCs w:val="28"/>
        </w:rPr>
        <w:t>-</w:t>
      </w:r>
      <w:r>
        <w:rPr>
          <w:b/>
          <w:bCs/>
          <w:color w:val="000000"/>
          <w:sz w:val="36"/>
          <w:szCs w:val="28"/>
        </w:rPr>
        <w:t>Active</w:t>
      </w:r>
      <w:r w:rsidRPr="009F0425">
        <w:rPr>
          <w:b/>
          <w:bCs/>
          <w:color w:val="000000"/>
          <w:sz w:val="36"/>
          <w:szCs w:val="28"/>
        </w:rPr>
        <w:t xml:space="preserve"> и подтверждение производительности СХД</w:t>
      </w:r>
    </w:p>
    <w:tbl>
      <w:tblPr>
        <w:tblW w:w="5000" w:type="pct"/>
        <w:jc w:val="center"/>
        <w:tblLook w:val="04A0" w:firstRow="1" w:lastRow="0" w:firstColumn="1" w:lastColumn="0" w:noHBand="0" w:noVBand="1"/>
      </w:tblPr>
      <w:tblGrid>
        <w:gridCol w:w="3753"/>
        <w:gridCol w:w="10717"/>
      </w:tblGrid>
      <w:tr w:rsidR="00281EA7" w14:paraId="74A9553F" w14:textId="77777777" w:rsidTr="00281EA7">
        <w:trPr>
          <w:tblHeader/>
          <w:jc w:val="center"/>
        </w:trPr>
        <w:tc>
          <w:tcPr>
            <w:tcW w:w="3753" w:type="dxa"/>
            <w:tcBorders>
              <w:top w:val="single" w:sz="4" w:space="0" w:color="C9D3E6"/>
              <w:left w:val="single" w:sz="4" w:space="0" w:color="C9D3E6"/>
              <w:bottom w:val="single" w:sz="4" w:space="0" w:color="C9D3E6"/>
              <w:right w:val="single" w:sz="4" w:space="0" w:color="C9D3E6"/>
            </w:tcBorders>
            <w:shd w:val="clear" w:color="auto" w:fill="E8EEF8"/>
            <w:tcMar>
              <w:top w:w="80" w:type="dxa"/>
              <w:left w:w="100" w:type="dxa"/>
              <w:bottom w:w="80" w:type="dxa"/>
              <w:right w:w="100" w:type="dxa"/>
            </w:tcMar>
          </w:tcPr>
          <w:p w14:paraId="22361482" w14:textId="77777777" w:rsidR="00281EA7" w:rsidRDefault="00281EA7" w:rsidP="00281EA7">
            <w:pPr>
              <w:spacing w:after="0"/>
              <w:jc w:val="center"/>
            </w:pPr>
            <w:r>
              <w:rPr>
                <w:b/>
                <w:bCs/>
                <w:color w:val="000000"/>
                <w:sz w:val="18"/>
              </w:rPr>
              <w:t>Параметр</w:t>
            </w:r>
          </w:p>
        </w:tc>
        <w:tc>
          <w:tcPr>
            <w:tcW w:w="10717" w:type="dxa"/>
            <w:tcBorders>
              <w:top w:val="single" w:sz="4" w:space="0" w:color="C9D3E6"/>
              <w:left w:val="single" w:sz="4" w:space="0" w:color="C9D3E6"/>
              <w:bottom w:val="single" w:sz="4" w:space="0" w:color="C9D3E6"/>
              <w:right w:val="single" w:sz="4" w:space="0" w:color="C9D3E6"/>
            </w:tcBorders>
            <w:shd w:val="clear" w:color="auto" w:fill="E8EEF8"/>
            <w:tcMar>
              <w:top w:w="80" w:type="dxa"/>
              <w:left w:w="100" w:type="dxa"/>
              <w:bottom w:w="80" w:type="dxa"/>
              <w:right w:w="100" w:type="dxa"/>
            </w:tcMar>
          </w:tcPr>
          <w:p w14:paraId="0FBD8523" w14:textId="77777777" w:rsidR="00281EA7" w:rsidRDefault="00281EA7" w:rsidP="00281EA7">
            <w:pPr>
              <w:spacing w:after="0"/>
              <w:jc w:val="center"/>
            </w:pPr>
            <w:r>
              <w:rPr>
                <w:b/>
                <w:bCs/>
                <w:color w:val="000000"/>
                <w:sz w:val="18"/>
              </w:rPr>
              <w:t>Значение</w:t>
            </w:r>
          </w:p>
        </w:tc>
      </w:tr>
      <w:tr w:rsidR="00281EA7" w:rsidRPr="00D31521" w14:paraId="2237344C" w14:textId="77777777" w:rsidTr="00281EA7">
        <w:trPr>
          <w:jc w:val="center"/>
        </w:trPr>
        <w:tc>
          <w:tcPr>
            <w:tcW w:w="3753" w:type="dxa"/>
            <w:tcBorders>
              <w:top w:val="single" w:sz="4" w:space="0" w:color="C9D3E6"/>
              <w:left w:val="single" w:sz="4" w:space="0" w:color="C9D3E6"/>
              <w:bottom w:val="single" w:sz="4" w:space="0" w:color="C9D3E6"/>
              <w:right w:val="single" w:sz="4" w:space="0" w:color="C9D3E6"/>
            </w:tcBorders>
            <w:shd w:val="clear" w:color="auto" w:fill="F3F6FA"/>
            <w:tcMar>
              <w:top w:w="80" w:type="dxa"/>
              <w:left w:w="100" w:type="dxa"/>
              <w:bottom w:w="80" w:type="dxa"/>
              <w:right w:w="100" w:type="dxa"/>
            </w:tcMar>
          </w:tcPr>
          <w:p w14:paraId="1F38414F" w14:textId="77777777" w:rsidR="00281EA7" w:rsidRDefault="00281EA7" w:rsidP="00281EA7">
            <w:pPr>
              <w:spacing w:after="0"/>
            </w:pPr>
            <w:r>
              <w:rPr>
                <w:b/>
                <w:color w:val="000000"/>
                <w:sz w:val="18"/>
              </w:rPr>
              <w:t>Предмет испытаний</w:t>
            </w:r>
          </w:p>
        </w:tc>
        <w:tc>
          <w:tcPr>
            <w:tcW w:w="10717"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4C2E2B12" w14:textId="77777777" w:rsidR="00281EA7" w:rsidRPr="009F0425" w:rsidRDefault="00281EA7" w:rsidP="00281EA7">
            <w:pPr>
              <w:spacing w:after="0"/>
            </w:pPr>
            <w:r w:rsidRPr="009F0425">
              <w:rPr>
                <w:color w:val="000000"/>
                <w:sz w:val="18"/>
              </w:rPr>
              <w:t>Проверка требований ТЗ к симметричной архитектуре ввода-вывода контроллеров СХД (</w:t>
            </w:r>
            <w:r>
              <w:rPr>
                <w:color w:val="000000"/>
                <w:sz w:val="18"/>
              </w:rPr>
              <w:t>SLUA</w:t>
            </w:r>
            <w:r w:rsidRPr="009F0425">
              <w:rPr>
                <w:color w:val="000000"/>
                <w:sz w:val="18"/>
              </w:rPr>
              <w:t xml:space="preserve"> / </w:t>
            </w:r>
            <w:r>
              <w:rPr>
                <w:color w:val="000000"/>
                <w:sz w:val="18"/>
              </w:rPr>
              <w:t>Symmetric</w:t>
            </w:r>
            <w:r w:rsidRPr="009F0425">
              <w:rPr>
                <w:color w:val="000000"/>
                <w:sz w:val="18"/>
              </w:rPr>
              <w:t xml:space="preserve"> </w:t>
            </w:r>
            <w:r>
              <w:rPr>
                <w:color w:val="000000"/>
                <w:sz w:val="18"/>
              </w:rPr>
              <w:t>Active</w:t>
            </w:r>
            <w:r w:rsidRPr="009F0425">
              <w:rPr>
                <w:color w:val="000000"/>
                <w:sz w:val="18"/>
              </w:rPr>
              <w:t>-</w:t>
            </w:r>
            <w:r>
              <w:rPr>
                <w:color w:val="000000"/>
                <w:sz w:val="18"/>
              </w:rPr>
              <w:t>Active</w:t>
            </w:r>
            <w:r w:rsidRPr="009F0425">
              <w:rPr>
                <w:color w:val="000000"/>
                <w:sz w:val="18"/>
              </w:rPr>
              <w:t xml:space="preserve">) и подтверждение требований ТЗ к </w:t>
            </w:r>
            <w:r>
              <w:rPr>
                <w:color w:val="000000"/>
                <w:sz w:val="18"/>
              </w:rPr>
              <w:t>front</w:t>
            </w:r>
            <w:r w:rsidRPr="009F0425">
              <w:rPr>
                <w:color w:val="000000"/>
                <w:sz w:val="18"/>
              </w:rPr>
              <w:t>-</w:t>
            </w:r>
            <w:r>
              <w:rPr>
                <w:color w:val="000000"/>
                <w:sz w:val="18"/>
              </w:rPr>
              <w:t>end</w:t>
            </w:r>
            <w:r w:rsidRPr="009F0425">
              <w:rPr>
                <w:color w:val="000000"/>
                <w:sz w:val="18"/>
              </w:rPr>
              <w:t xml:space="preserve"> производительности СХД по протоколу </w:t>
            </w:r>
            <w:r>
              <w:rPr>
                <w:color w:val="000000"/>
                <w:sz w:val="18"/>
              </w:rPr>
              <w:t>Fibre</w:t>
            </w:r>
            <w:r w:rsidRPr="009F0425">
              <w:rPr>
                <w:color w:val="000000"/>
                <w:sz w:val="18"/>
              </w:rPr>
              <w:t xml:space="preserve"> </w:t>
            </w:r>
            <w:r>
              <w:rPr>
                <w:color w:val="000000"/>
                <w:sz w:val="18"/>
              </w:rPr>
              <w:t>Channel</w:t>
            </w:r>
            <w:r w:rsidRPr="009F0425">
              <w:rPr>
                <w:color w:val="000000"/>
                <w:sz w:val="18"/>
              </w:rPr>
              <w:t>.</w:t>
            </w:r>
          </w:p>
        </w:tc>
      </w:tr>
      <w:tr w:rsidR="00281EA7" w14:paraId="7091249F" w14:textId="77777777" w:rsidTr="00281EA7">
        <w:trPr>
          <w:jc w:val="center"/>
        </w:trPr>
        <w:tc>
          <w:tcPr>
            <w:tcW w:w="3753" w:type="dxa"/>
            <w:tcBorders>
              <w:top w:val="single" w:sz="4" w:space="0" w:color="C9D3E6"/>
              <w:left w:val="single" w:sz="4" w:space="0" w:color="C9D3E6"/>
              <w:bottom w:val="single" w:sz="4" w:space="0" w:color="C9D3E6"/>
              <w:right w:val="single" w:sz="4" w:space="0" w:color="C9D3E6"/>
            </w:tcBorders>
            <w:shd w:val="clear" w:color="auto" w:fill="F3F6FA"/>
            <w:tcMar>
              <w:top w:w="80" w:type="dxa"/>
              <w:left w:w="100" w:type="dxa"/>
              <w:bottom w:w="80" w:type="dxa"/>
              <w:right w:w="100" w:type="dxa"/>
            </w:tcMar>
          </w:tcPr>
          <w:p w14:paraId="3ADE0A85" w14:textId="77777777" w:rsidR="00281EA7" w:rsidRDefault="00281EA7" w:rsidP="00281EA7">
            <w:pPr>
              <w:spacing w:after="0"/>
            </w:pPr>
            <w:r>
              <w:rPr>
                <w:b/>
                <w:color w:val="000000"/>
                <w:sz w:val="18"/>
              </w:rPr>
              <w:t>Область проверки</w:t>
            </w:r>
          </w:p>
        </w:tc>
        <w:tc>
          <w:tcPr>
            <w:tcW w:w="10717"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73467205" w14:textId="77777777" w:rsidR="00281EA7" w:rsidRDefault="00281EA7" w:rsidP="00281EA7">
            <w:pPr>
              <w:spacing w:after="0"/>
            </w:pPr>
            <w:r w:rsidRPr="009F0425">
              <w:rPr>
                <w:color w:val="000000"/>
                <w:sz w:val="18"/>
              </w:rPr>
              <w:t xml:space="preserve">Одна локальная СХД с двумя контроллерами. </w:t>
            </w:r>
            <w:r>
              <w:rPr>
                <w:color w:val="000000"/>
                <w:sz w:val="18"/>
              </w:rPr>
              <w:t>Основной протокол — Fibre Channel.</w:t>
            </w:r>
          </w:p>
        </w:tc>
      </w:tr>
      <w:tr w:rsidR="00281EA7" w:rsidRPr="00B16F71" w14:paraId="50C8B0DC" w14:textId="77777777" w:rsidTr="00281EA7">
        <w:trPr>
          <w:jc w:val="center"/>
        </w:trPr>
        <w:tc>
          <w:tcPr>
            <w:tcW w:w="3753" w:type="dxa"/>
            <w:tcBorders>
              <w:top w:val="single" w:sz="4" w:space="0" w:color="C9D3E6"/>
              <w:left w:val="single" w:sz="4" w:space="0" w:color="C9D3E6"/>
              <w:bottom w:val="single" w:sz="4" w:space="0" w:color="C9D3E6"/>
              <w:right w:val="single" w:sz="4" w:space="0" w:color="C9D3E6"/>
            </w:tcBorders>
            <w:shd w:val="clear" w:color="auto" w:fill="F3F6FA"/>
            <w:tcMar>
              <w:top w:w="80" w:type="dxa"/>
              <w:left w:w="100" w:type="dxa"/>
              <w:bottom w:w="80" w:type="dxa"/>
              <w:right w:w="100" w:type="dxa"/>
            </w:tcMar>
          </w:tcPr>
          <w:p w14:paraId="0B36DCE1" w14:textId="77777777" w:rsidR="00281EA7" w:rsidRDefault="00281EA7" w:rsidP="00281EA7">
            <w:pPr>
              <w:spacing w:after="0"/>
            </w:pPr>
            <w:r>
              <w:rPr>
                <w:b/>
                <w:color w:val="000000"/>
                <w:sz w:val="18"/>
              </w:rPr>
              <w:t>ОС серверов-нагружателей</w:t>
            </w:r>
          </w:p>
        </w:tc>
        <w:tc>
          <w:tcPr>
            <w:tcW w:w="10717"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52C4539E" w14:textId="77777777" w:rsidR="00281EA7" w:rsidRPr="00281EA7" w:rsidRDefault="00281EA7" w:rsidP="00281EA7">
            <w:pPr>
              <w:spacing w:after="0"/>
              <w:rPr>
                <w:lang w:val="en-US"/>
              </w:rPr>
            </w:pPr>
            <w:r w:rsidRPr="00281EA7">
              <w:rPr>
                <w:color w:val="000000"/>
                <w:sz w:val="18"/>
                <w:lang w:val="en-US"/>
              </w:rPr>
              <w:t xml:space="preserve">RedOS 7.3 / Linux </w:t>
            </w:r>
            <w:r>
              <w:rPr>
                <w:color w:val="000000"/>
                <w:sz w:val="18"/>
              </w:rPr>
              <w:t>с</w:t>
            </w:r>
            <w:r w:rsidRPr="00281EA7">
              <w:rPr>
                <w:color w:val="000000"/>
                <w:sz w:val="18"/>
                <w:lang w:val="en-US"/>
              </w:rPr>
              <w:t xml:space="preserve"> DM-Multipath, FIO, lsscsi, sg3_utils*.</w:t>
            </w:r>
          </w:p>
        </w:tc>
      </w:tr>
    </w:tbl>
    <w:p w14:paraId="3E35C74E" w14:textId="77777777" w:rsidR="00281EA7" w:rsidRDefault="00281EA7" w:rsidP="00281EA7">
      <w:pPr>
        <w:spacing w:after="0"/>
        <w:rPr>
          <w:sz w:val="16"/>
          <w:szCs w:val="16"/>
        </w:rPr>
      </w:pPr>
      <w:r w:rsidRPr="00D61DB8">
        <w:rPr>
          <w:sz w:val="16"/>
          <w:szCs w:val="16"/>
        </w:rPr>
        <w:t>*наименование пакета может отличаться от используемой версии дистрибутива</w:t>
      </w:r>
    </w:p>
    <w:p w14:paraId="302BDDF1" w14:textId="77777777" w:rsidR="00281EA7" w:rsidRPr="00D61DB8" w:rsidRDefault="00281EA7" w:rsidP="00281EA7">
      <w:pPr>
        <w:spacing w:after="0"/>
        <w:rPr>
          <w:sz w:val="16"/>
          <w:szCs w:val="16"/>
        </w:rPr>
      </w:pPr>
    </w:p>
    <w:tbl>
      <w:tblPr>
        <w:tblW w:w="5000" w:type="pct"/>
        <w:jc w:val="center"/>
        <w:tblLook w:val="04A0" w:firstRow="1" w:lastRow="0" w:firstColumn="1" w:lastColumn="0" w:noHBand="0" w:noVBand="1"/>
      </w:tblPr>
      <w:tblGrid>
        <w:gridCol w:w="14464"/>
      </w:tblGrid>
      <w:tr w:rsidR="00281EA7" w:rsidRPr="003E0862" w14:paraId="58628B6A" w14:textId="77777777" w:rsidTr="00281EA7">
        <w:trPr>
          <w:jc w:val="center"/>
        </w:trPr>
        <w:tc>
          <w:tcPr>
            <w:tcW w:w="9638" w:type="dxa"/>
            <w:tcBorders>
              <w:top w:val="single" w:sz="6" w:space="0" w:color="BFBFBF"/>
              <w:left w:val="single" w:sz="6" w:space="0" w:color="BFBFBF"/>
              <w:bottom w:val="single" w:sz="6" w:space="0" w:color="BFBFBF"/>
              <w:right w:val="single" w:sz="6" w:space="0" w:color="BFBFBF"/>
            </w:tcBorders>
            <w:shd w:val="clear" w:color="auto" w:fill="FFF2CC"/>
            <w:tcMar>
              <w:top w:w="100" w:type="dxa"/>
              <w:left w:w="150" w:type="dxa"/>
              <w:bottom w:w="100" w:type="dxa"/>
              <w:right w:w="150" w:type="dxa"/>
            </w:tcMar>
          </w:tcPr>
          <w:p w14:paraId="1DEE41E4" w14:textId="77777777" w:rsidR="00281EA7" w:rsidRPr="009F0425" w:rsidRDefault="00281EA7" w:rsidP="00281EA7">
            <w:pPr>
              <w:spacing w:after="0"/>
              <w:jc w:val="both"/>
            </w:pPr>
            <w:r w:rsidRPr="009F0425">
              <w:rPr>
                <w:b/>
                <w:bCs/>
                <w:color w:val="000000"/>
              </w:rPr>
              <w:t xml:space="preserve">Важно для проверки. </w:t>
            </w:r>
            <w:r w:rsidRPr="009F0425">
              <w:rPr>
                <w:color w:val="000000"/>
              </w:rPr>
              <w:t xml:space="preserve">В документе </w:t>
            </w:r>
            <w:r>
              <w:rPr>
                <w:color w:val="000000"/>
              </w:rPr>
              <w:t>SLUA</w:t>
            </w:r>
            <w:r w:rsidRPr="009F0425">
              <w:rPr>
                <w:color w:val="000000"/>
              </w:rPr>
              <w:t xml:space="preserve"> рассматривается как локальная симметричная </w:t>
            </w:r>
            <w:r>
              <w:rPr>
                <w:color w:val="000000"/>
              </w:rPr>
              <w:t>Active</w:t>
            </w:r>
            <w:r w:rsidRPr="009F0425">
              <w:rPr>
                <w:color w:val="000000"/>
              </w:rPr>
              <w:t>-</w:t>
            </w:r>
            <w:r>
              <w:rPr>
                <w:color w:val="000000"/>
              </w:rPr>
              <w:t>Active</w:t>
            </w:r>
            <w:r w:rsidRPr="009F0425">
              <w:rPr>
                <w:color w:val="000000"/>
              </w:rPr>
              <w:t xml:space="preserve"> архитектура внутри одной СХД: тестовый блочный ресурс должен быть доступен через </w:t>
            </w:r>
            <w:r>
              <w:rPr>
                <w:color w:val="000000"/>
              </w:rPr>
              <w:t>front</w:t>
            </w:r>
            <w:r w:rsidRPr="009F0425">
              <w:rPr>
                <w:color w:val="000000"/>
              </w:rPr>
              <w:t>-</w:t>
            </w:r>
            <w:r>
              <w:rPr>
                <w:color w:val="000000"/>
              </w:rPr>
              <w:t>end</w:t>
            </w:r>
            <w:r w:rsidRPr="009F0425">
              <w:rPr>
                <w:color w:val="000000"/>
              </w:rPr>
              <w:t xml:space="preserve"> порты обоих контроллеров, без ручного закрепления ресурса за единственным контроллером для обслуживания операций ввода-вывода. Подтверждение производительности выполняется на тех же 4 </w:t>
            </w:r>
            <w:r>
              <w:rPr>
                <w:color w:val="000000"/>
              </w:rPr>
              <w:t>LUN</w:t>
            </w:r>
            <w:r w:rsidRPr="009F0425">
              <w:rPr>
                <w:color w:val="000000"/>
              </w:rPr>
              <w:t xml:space="preserve"> с целевыми </w:t>
            </w:r>
            <w:r>
              <w:rPr>
                <w:color w:val="000000"/>
              </w:rPr>
              <w:t>FIO</w:t>
            </w:r>
            <w:r w:rsidRPr="009F0425">
              <w:rPr>
                <w:color w:val="000000"/>
              </w:rPr>
              <w:t>-профилями. Проверка выполняется по фактическому поведению СХД, а не по маркетинговому названию функции.</w:t>
            </w:r>
          </w:p>
        </w:tc>
      </w:tr>
    </w:tbl>
    <w:p w14:paraId="578B3534" w14:textId="77777777" w:rsidR="00281EA7" w:rsidRPr="009F0425" w:rsidRDefault="00281EA7" w:rsidP="00281EA7">
      <w:r w:rsidRPr="009F0425">
        <w:rPr>
          <w:b/>
          <w:bCs/>
          <w:szCs w:val="32"/>
        </w:rPr>
        <w:t>1. Основание и проверяемые требования ТЗ</w:t>
      </w:r>
    </w:p>
    <w:p w14:paraId="1284E19D" w14:textId="77777777" w:rsidR="00281EA7" w:rsidRPr="00F61CF4" w:rsidRDefault="00281EA7" w:rsidP="00281EA7">
      <w:pPr>
        <w:jc w:val="both"/>
      </w:pPr>
      <w:r w:rsidRPr="009F0425">
        <w:rPr>
          <w:color w:val="000000"/>
        </w:rPr>
        <w:t>ПМИ предназначена для проверки следующих требований технического задания.</w:t>
      </w:r>
      <w:r>
        <w:rPr>
          <w:color w:val="000000"/>
        </w:rPr>
        <w:t xml:space="preserve"> В данных требованиях ресурс эквивалентен LUN и наоборот.</w:t>
      </w:r>
    </w:p>
    <w:tbl>
      <w:tblPr>
        <w:tblW w:w="5000" w:type="pct"/>
        <w:jc w:val="center"/>
        <w:tblLook w:val="04A0" w:firstRow="1" w:lastRow="0" w:firstColumn="1" w:lastColumn="0" w:noHBand="0" w:noVBand="1"/>
      </w:tblPr>
      <w:tblGrid>
        <w:gridCol w:w="901"/>
        <w:gridCol w:w="4204"/>
        <w:gridCol w:w="5705"/>
        <w:gridCol w:w="3660"/>
      </w:tblGrid>
      <w:tr w:rsidR="00281EA7" w14:paraId="2D3B9746" w14:textId="77777777" w:rsidTr="00281EA7">
        <w:trPr>
          <w:tblHeader/>
          <w:jc w:val="center"/>
        </w:trPr>
        <w:tc>
          <w:tcPr>
            <w:tcW w:w="600" w:type="dxa"/>
            <w:tcBorders>
              <w:top w:val="single" w:sz="4" w:space="0" w:color="C9D3E6"/>
              <w:left w:val="single" w:sz="4" w:space="0" w:color="C9D3E6"/>
              <w:bottom w:val="single" w:sz="4" w:space="0" w:color="C9D3E6"/>
              <w:right w:val="single" w:sz="4" w:space="0" w:color="C9D3E6"/>
            </w:tcBorders>
            <w:shd w:val="clear" w:color="auto" w:fill="E8EEF8"/>
            <w:tcMar>
              <w:top w:w="80" w:type="dxa"/>
              <w:left w:w="100" w:type="dxa"/>
              <w:bottom w:w="80" w:type="dxa"/>
              <w:right w:w="100" w:type="dxa"/>
            </w:tcMar>
          </w:tcPr>
          <w:p w14:paraId="0ECFEFB9" w14:textId="77777777" w:rsidR="00281EA7" w:rsidRDefault="00281EA7" w:rsidP="00281EA7">
            <w:pPr>
              <w:spacing w:after="0"/>
              <w:jc w:val="center"/>
            </w:pPr>
            <w:r>
              <w:rPr>
                <w:b/>
                <w:bCs/>
                <w:color w:val="000000"/>
                <w:sz w:val="16"/>
              </w:rPr>
              <w:t>№</w:t>
            </w:r>
          </w:p>
        </w:tc>
        <w:tc>
          <w:tcPr>
            <w:tcW w:w="2800" w:type="dxa"/>
            <w:tcBorders>
              <w:top w:val="single" w:sz="4" w:space="0" w:color="C9D3E6"/>
              <w:left w:val="single" w:sz="4" w:space="0" w:color="C9D3E6"/>
              <w:bottom w:val="single" w:sz="4" w:space="0" w:color="C9D3E6"/>
              <w:right w:val="single" w:sz="4" w:space="0" w:color="C9D3E6"/>
            </w:tcBorders>
            <w:shd w:val="clear" w:color="auto" w:fill="E8EEF8"/>
            <w:tcMar>
              <w:top w:w="80" w:type="dxa"/>
              <w:left w:w="100" w:type="dxa"/>
              <w:bottom w:w="80" w:type="dxa"/>
              <w:right w:w="100" w:type="dxa"/>
            </w:tcMar>
          </w:tcPr>
          <w:p w14:paraId="5A2C3BB6" w14:textId="77777777" w:rsidR="00281EA7" w:rsidRDefault="00281EA7" w:rsidP="00281EA7">
            <w:pPr>
              <w:spacing w:after="0"/>
              <w:jc w:val="center"/>
            </w:pPr>
            <w:r>
              <w:rPr>
                <w:b/>
                <w:bCs/>
                <w:color w:val="000000"/>
                <w:sz w:val="16"/>
              </w:rPr>
              <w:t>Требование ТЗ</w:t>
            </w:r>
          </w:p>
        </w:tc>
        <w:tc>
          <w:tcPr>
            <w:tcW w:w="3800" w:type="dxa"/>
            <w:tcBorders>
              <w:top w:val="single" w:sz="4" w:space="0" w:color="C9D3E6"/>
              <w:left w:val="single" w:sz="4" w:space="0" w:color="C9D3E6"/>
              <w:bottom w:val="single" w:sz="4" w:space="0" w:color="C9D3E6"/>
              <w:right w:val="single" w:sz="4" w:space="0" w:color="C9D3E6"/>
            </w:tcBorders>
            <w:shd w:val="clear" w:color="auto" w:fill="E8EEF8"/>
            <w:tcMar>
              <w:top w:w="80" w:type="dxa"/>
              <w:left w:w="100" w:type="dxa"/>
              <w:bottom w:w="80" w:type="dxa"/>
              <w:right w:w="100" w:type="dxa"/>
            </w:tcMar>
          </w:tcPr>
          <w:p w14:paraId="6DFB9519" w14:textId="77777777" w:rsidR="00281EA7" w:rsidRDefault="00281EA7" w:rsidP="00281EA7">
            <w:pPr>
              <w:spacing w:after="0"/>
              <w:jc w:val="center"/>
            </w:pPr>
            <w:r>
              <w:rPr>
                <w:b/>
                <w:bCs/>
                <w:color w:val="000000"/>
                <w:sz w:val="16"/>
              </w:rPr>
              <w:t>Как проверяется в ПМИ</w:t>
            </w:r>
          </w:p>
        </w:tc>
        <w:tc>
          <w:tcPr>
            <w:tcW w:w="2438" w:type="dxa"/>
            <w:tcBorders>
              <w:top w:val="single" w:sz="4" w:space="0" w:color="C9D3E6"/>
              <w:left w:val="single" w:sz="4" w:space="0" w:color="C9D3E6"/>
              <w:bottom w:val="single" w:sz="4" w:space="0" w:color="C9D3E6"/>
              <w:right w:val="single" w:sz="4" w:space="0" w:color="C9D3E6"/>
            </w:tcBorders>
            <w:shd w:val="clear" w:color="auto" w:fill="E8EEF8"/>
            <w:tcMar>
              <w:top w:w="80" w:type="dxa"/>
              <w:left w:w="100" w:type="dxa"/>
              <w:bottom w:w="80" w:type="dxa"/>
              <w:right w:w="100" w:type="dxa"/>
            </w:tcMar>
          </w:tcPr>
          <w:p w14:paraId="6793D412" w14:textId="77777777" w:rsidR="00281EA7" w:rsidRDefault="00281EA7" w:rsidP="00281EA7">
            <w:pPr>
              <w:spacing w:after="0"/>
              <w:jc w:val="center"/>
            </w:pPr>
            <w:r>
              <w:rPr>
                <w:b/>
                <w:bCs/>
                <w:color w:val="000000"/>
                <w:sz w:val="16"/>
              </w:rPr>
              <w:t>Ключевой критерий</w:t>
            </w:r>
          </w:p>
        </w:tc>
      </w:tr>
      <w:tr w:rsidR="00281EA7" w:rsidRPr="00F61CF4" w14:paraId="4335E646" w14:textId="77777777" w:rsidTr="00281EA7">
        <w:trPr>
          <w:jc w:val="center"/>
        </w:trPr>
        <w:tc>
          <w:tcPr>
            <w:tcW w:w="6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62271F03" w14:textId="77777777" w:rsidR="00281EA7" w:rsidRDefault="00281EA7" w:rsidP="00281EA7">
            <w:pPr>
              <w:spacing w:after="0"/>
            </w:pPr>
            <w:r>
              <w:rPr>
                <w:color w:val="000000"/>
                <w:sz w:val="16"/>
              </w:rPr>
              <w:t>1</w:t>
            </w:r>
          </w:p>
        </w:tc>
        <w:tc>
          <w:tcPr>
            <w:tcW w:w="28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11DD93FA" w14:textId="77777777" w:rsidR="00281EA7" w:rsidRPr="009F0425" w:rsidRDefault="00281EA7" w:rsidP="00281EA7">
            <w:pPr>
              <w:spacing w:after="0"/>
            </w:pPr>
            <w:r w:rsidRPr="009F0425">
              <w:rPr>
                <w:color w:val="000000"/>
                <w:sz w:val="16"/>
              </w:rPr>
              <w:t>Контроллеры СХД должны обеспечивать симметричную архитектуру ввода-вывода с возможностью доступа к предоставленным ресурсам через оба контроллера.</w:t>
            </w:r>
          </w:p>
        </w:tc>
        <w:tc>
          <w:tcPr>
            <w:tcW w:w="38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7C82A825" w14:textId="77777777" w:rsidR="00281EA7" w:rsidRPr="009F0425" w:rsidRDefault="00281EA7" w:rsidP="00281EA7">
            <w:pPr>
              <w:spacing w:after="0"/>
            </w:pPr>
            <w:r w:rsidRPr="009F0425">
              <w:rPr>
                <w:color w:val="000000"/>
                <w:sz w:val="16"/>
              </w:rPr>
              <w:t xml:space="preserve">Проверяется предоставление </w:t>
            </w:r>
            <w:r>
              <w:rPr>
                <w:color w:val="000000"/>
                <w:sz w:val="16"/>
              </w:rPr>
              <w:t>LUN</w:t>
            </w:r>
            <w:r w:rsidRPr="009F0425">
              <w:rPr>
                <w:color w:val="000000"/>
                <w:sz w:val="16"/>
              </w:rPr>
              <w:t xml:space="preserve"> через </w:t>
            </w:r>
            <w:r>
              <w:rPr>
                <w:color w:val="000000"/>
                <w:sz w:val="16"/>
              </w:rPr>
              <w:t>target</w:t>
            </w:r>
            <w:r w:rsidRPr="009F0425">
              <w:rPr>
                <w:color w:val="000000"/>
                <w:sz w:val="16"/>
              </w:rPr>
              <w:t>-порты обоих контроллеров, фактическое количество путей на хостах, статусы путей и активность операций ввода-вывода на портах обоих контроллеров.</w:t>
            </w:r>
          </w:p>
        </w:tc>
        <w:tc>
          <w:tcPr>
            <w:tcW w:w="2438"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3B799AD6" w14:textId="77777777" w:rsidR="00281EA7" w:rsidRPr="009F0425" w:rsidRDefault="00281EA7" w:rsidP="00281EA7">
            <w:pPr>
              <w:spacing w:after="0"/>
            </w:pPr>
            <w:r w:rsidRPr="001B3B98">
              <w:rPr>
                <w:color w:val="000000"/>
                <w:sz w:val="16"/>
              </w:rPr>
              <w:t>LUN доступен через оба контроллера и через них одновременно осуществляется ввод-вывод. Нагрузка по вводу-выводу равномерно распределяется между контроллерами.</w:t>
            </w:r>
          </w:p>
        </w:tc>
      </w:tr>
      <w:tr w:rsidR="00281EA7" w:rsidRPr="00D31521" w14:paraId="638FD517" w14:textId="77777777" w:rsidTr="00281EA7">
        <w:trPr>
          <w:jc w:val="center"/>
        </w:trPr>
        <w:tc>
          <w:tcPr>
            <w:tcW w:w="6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05CFDFCE" w14:textId="77777777" w:rsidR="00281EA7" w:rsidRDefault="00281EA7" w:rsidP="00281EA7">
            <w:pPr>
              <w:spacing w:after="0"/>
            </w:pPr>
            <w:r>
              <w:rPr>
                <w:color w:val="000000"/>
                <w:sz w:val="16"/>
              </w:rPr>
              <w:t>2</w:t>
            </w:r>
          </w:p>
        </w:tc>
        <w:tc>
          <w:tcPr>
            <w:tcW w:w="28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12C9832F" w14:textId="77777777" w:rsidR="00281EA7" w:rsidRPr="009F0425" w:rsidRDefault="00281EA7" w:rsidP="00281EA7">
            <w:pPr>
              <w:spacing w:after="0"/>
            </w:pPr>
            <w:r w:rsidRPr="009F0425">
              <w:rPr>
                <w:color w:val="000000"/>
                <w:sz w:val="16"/>
              </w:rPr>
              <w:t>Назначение конкретного контроллера в качестве владельца ресурса не требуется.</w:t>
            </w:r>
          </w:p>
        </w:tc>
        <w:tc>
          <w:tcPr>
            <w:tcW w:w="38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57BA4F08" w14:textId="77777777" w:rsidR="00281EA7" w:rsidRPr="009F0425" w:rsidRDefault="00281EA7" w:rsidP="00281EA7">
            <w:pPr>
              <w:spacing w:after="0"/>
            </w:pPr>
            <w:r w:rsidRPr="009F0425">
              <w:rPr>
                <w:color w:val="000000"/>
                <w:sz w:val="16"/>
              </w:rPr>
              <w:t xml:space="preserve">Проверяется, что при создании и предоставлении </w:t>
            </w:r>
            <w:r>
              <w:rPr>
                <w:color w:val="000000"/>
                <w:sz w:val="16"/>
              </w:rPr>
              <w:t>LUN</w:t>
            </w:r>
            <w:r w:rsidRPr="009F0425">
              <w:rPr>
                <w:color w:val="000000"/>
                <w:sz w:val="16"/>
              </w:rPr>
              <w:t xml:space="preserve"> не требуется вручную выбирать единственный контроллер-владелец </w:t>
            </w:r>
            <w:r>
              <w:rPr>
                <w:color w:val="000000"/>
                <w:sz w:val="16"/>
              </w:rPr>
              <w:t>LUN</w:t>
            </w:r>
            <w:r w:rsidRPr="009F0425">
              <w:rPr>
                <w:color w:val="000000"/>
                <w:sz w:val="16"/>
              </w:rPr>
              <w:t xml:space="preserve">. Если внутренний служебный признак владельца есть, он не должен ограничивать доступность </w:t>
            </w:r>
            <w:r>
              <w:rPr>
                <w:color w:val="000000"/>
                <w:sz w:val="16"/>
              </w:rPr>
              <w:t>LUN</w:t>
            </w:r>
            <w:r w:rsidRPr="009F0425">
              <w:rPr>
                <w:color w:val="000000"/>
                <w:sz w:val="16"/>
              </w:rPr>
              <w:t xml:space="preserve"> через оба контроллера.</w:t>
            </w:r>
          </w:p>
        </w:tc>
        <w:tc>
          <w:tcPr>
            <w:tcW w:w="2438"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2176BF26" w14:textId="77777777" w:rsidR="00281EA7" w:rsidRPr="009F0425" w:rsidRDefault="00281EA7" w:rsidP="00281EA7">
            <w:pPr>
              <w:spacing w:after="0"/>
            </w:pPr>
            <w:r w:rsidRPr="009F0425">
              <w:rPr>
                <w:color w:val="000000"/>
                <w:sz w:val="16"/>
              </w:rPr>
              <w:t xml:space="preserve">Нет обязательной ручной привязки </w:t>
            </w:r>
            <w:r>
              <w:rPr>
                <w:color w:val="000000"/>
                <w:sz w:val="16"/>
              </w:rPr>
              <w:t>LUN</w:t>
            </w:r>
            <w:r w:rsidRPr="009F0425">
              <w:rPr>
                <w:color w:val="000000"/>
                <w:sz w:val="16"/>
              </w:rPr>
              <w:t xml:space="preserve"> к одному контроллеру для обслуживания операций ввода-вывода.</w:t>
            </w:r>
          </w:p>
        </w:tc>
      </w:tr>
      <w:tr w:rsidR="00281EA7" w:rsidRPr="00D31521" w14:paraId="65CBF0A9" w14:textId="77777777" w:rsidTr="00281EA7">
        <w:trPr>
          <w:jc w:val="center"/>
        </w:trPr>
        <w:tc>
          <w:tcPr>
            <w:tcW w:w="6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1FEECDB7" w14:textId="77777777" w:rsidR="00281EA7" w:rsidRDefault="00281EA7" w:rsidP="00281EA7">
            <w:pPr>
              <w:spacing w:after="0"/>
            </w:pPr>
            <w:r>
              <w:rPr>
                <w:color w:val="000000"/>
                <w:sz w:val="16"/>
              </w:rPr>
              <w:t>3</w:t>
            </w:r>
          </w:p>
        </w:tc>
        <w:tc>
          <w:tcPr>
            <w:tcW w:w="28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2756B0B6" w14:textId="77777777" w:rsidR="00281EA7" w:rsidRPr="009F0425" w:rsidRDefault="00281EA7" w:rsidP="00281EA7">
            <w:pPr>
              <w:spacing w:after="0"/>
            </w:pPr>
            <w:r w:rsidRPr="009F0425">
              <w:rPr>
                <w:color w:val="000000"/>
                <w:sz w:val="16"/>
              </w:rPr>
              <w:t>СХД должна обеспечивать централизованную работу с обоими контроллерами как с единым логическим устройством.</w:t>
            </w:r>
          </w:p>
        </w:tc>
        <w:tc>
          <w:tcPr>
            <w:tcW w:w="38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43C5F7AE" w14:textId="77777777" w:rsidR="00281EA7" w:rsidRPr="009F0425" w:rsidRDefault="00281EA7" w:rsidP="00281EA7">
            <w:pPr>
              <w:spacing w:after="0"/>
            </w:pPr>
            <w:r w:rsidRPr="009F0425">
              <w:rPr>
                <w:color w:val="000000"/>
                <w:sz w:val="16"/>
              </w:rPr>
              <w:t xml:space="preserve">Проверяется единая точка управления, единый перечень </w:t>
            </w:r>
            <w:r>
              <w:rPr>
                <w:color w:val="000000"/>
                <w:sz w:val="16"/>
              </w:rPr>
              <w:t>LUN</w:t>
            </w:r>
            <w:r w:rsidRPr="00D61DB8">
              <w:rPr>
                <w:color w:val="000000"/>
                <w:sz w:val="16"/>
              </w:rPr>
              <w:t>’</w:t>
            </w:r>
            <w:r>
              <w:rPr>
                <w:color w:val="000000"/>
                <w:sz w:val="16"/>
              </w:rPr>
              <w:t>ов</w:t>
            </w:r>
            <w:r w:rsidRPr="009F0425">
              <w:rPr>
                <w:color w:val="000000"/>
                <w:sz w:val="16"/>
              </w:rPr>
              <w:t xml:space="preserve">, единая настройка предоставления </w:t>
            </w:r>
            <w:r>
              <w:rPr>
                <w:color w:val="000000"/>
                <w:sz w:val="16"/>
              </w:rPr>
              <w:t>LUN</w:t>
            </w:r>
            <w:r w:rsidRPr="009F0425">
              <w:rPr>
                <w:color w:val="000000"/>
                <w:sz w:val="16"/>
              </w:rPr>
              <w:t xml:space="preserve"> хостам, единый журнал событий и видимость состояния обоих контроллеров из интерфейса управления.</w:t>
            </w:r>
          </w:p>
        </w:tc>
        <w:tc>
          <w:tcPr>
            <w:tcW w:w="2438"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1CBBA594" w14:textId="77777777" w:rsidR="00281EA7" w:rsidRPr="009F0425" w:rsidRDefault="00281EA7" w:rsidP="00281EA7">
            <w:pPr>
              <w:spacing w:after="0"/>
            </w:pPr>
            <w:r w:rsidRPr="009F0425">
              <w:rPr>
                <w:color w:val="000000"/>
                <w:sz w:val="16"/>
              </w:rPr>
              <w:t xml:space="preserve">Операции управления </w:t>
            </w:r>
            <w:r>
              <w:rPr>
                <w:color w:val="000000"/>
                <w:sz w:val="16"/>
              </w:rPr>
              <w:t>LUN</w:t>
            </w:r>
            <w:r w:rsidRPr="00D61DB8">
              <w:rPr>
                <w:color w:val="000000"/>
                <w:sz w:val="16"/>
              </w:rPr>
              <w:t>’</w:t>
            </w:r>
            <w:r>
              <w:rPr>
                <w:color w:val="000000"/>
                <w:sz w:val="16"/>
              </w:rPr>
              <w:t>ами</w:t>
            </w:r>
            <w:r w:rsidRPr="009F0425">
              <w:rPr>
                <w:color w:val="000000"/>
                <w:sz w:val="16"/>
              </w:rPr>
              <w:t xml:space="preserve"> выполняются централизованно, без раздельного управления каждым контроллером как самостоятельной СХД.</w:t>
            </w:r>
          </w:p>
        </w:tc>
      </w:tr>
      <w:tr w:rsidR="00281EA7" w:rsidRPr="00D31521" w14:paraId="3FC53C7E" w14:textId="77777777" w:rsidTr="00281EA7">
        <w:trPr>
          <w:jc w:val="center"/>
        </w:trPr>
        <w:tc>
          <w:tcPr>
            <w:tcW w:w="6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5BDC71B0" w14:textId="77777777" w:rsidR="00281EA7" w:rsidRDefault="00281EA7" w:rsidP="00281EA7">
            <w:pPr>
              <w:spacing w:after="0"/>
            </w:pPr>
            <w:r>
              <w:rPr>
                <w:color w:val="000000"/>
                <w:sz w:val="16"/>
              </w:rPr>
              <w:t>4</w:t>
            </w:r>
          </w:p>
        </w:tc>
        <w:tc>
          <w:tcPr>
            <w:tcW w:w="28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3302552A" w14:textId="77777777" w:rsidR="00281EA7" w:rsidRPr="009F0425" w:rsidRDefault="00281EA7" w:rsidP="00281EA7">
            <w:pPr>
              <w:spacing w:after="0"/>
            </w:pPr>
            <w:r w:rsidRPr="009F0425">
              <w:rPr>
                <w:color w:val="000000"/>
                <w:sz w:val="16"/>
              </w:rPr>
              <w:t xml:space="preserve">Локальная СХД с двумя контроллерами работает в режиме </w:t>
            </w:r>
            <w:r>
              <w:rPr>
                <w:color w:val="000000"/>
                <w:sz w:val="16"/>
              </w:rPr>
              <w:t>SLUA</w:t>
            </w:r>
            <w:r w:rsidRPr="009F0425">
              <w:rPr>
                <w:color w:val="000000"/>
                <w:sz w:val="16"/>
              </w:rPr>
              <w:t xml:space="preserve"> / </w:t>
            </w:r>
            <w:r>
              <w:rPr>
                <w:color w:val="000000"/>
                <w:sz w:val="16"/>
              </w:rPr>
              <w:t>Symmetric</w:t>
            </w:r>
            <w:r w:rsidRPr="009F0425">
              <w:rPr>
                <w:color w:val="000000"/>
                <w:sz w:val="16"/>
              </w:rPr>
              <w:t xml:space="preserve"> </w:t>
            </w:r>
            <w:r>
              <w:rPr>
                <w:color w:val="000000"/>
                <w:sz w:val="16"/>
              </w:rPr>
              <w:t>Active</w:t>
            </w:r>
            <w:r w:rsidRPr="009F0425">
              <w:rPr>
                <w:color w:val="000000"/>
                <w:sz w:val="16"/>
              </w:rPr>
              <w:t>-</w:t>
            </w:r>
            <w:r>
              <w:rPr>
                <w:color w:val="000000"/>
                <w:sz w:val="16"/>
              </w:rPr>
              <w:t>Active</w:t>
            </w:r>
            <w:r w:rsidRPr="009F0425">
              <w:rPr>
                <w:color w:val="000000"/>
                <w:sz w:val="16"/>
              </w:rPr>
              <w:t>.</w:t>
            </w:r>
          </w:p>
        </w:tc>
        <w:tc>
          <w:tcPr>
            <w:tcW w:w="38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7B89F922" w14:textId="77777777" w:rsidR="00281EA7" w:rsidRPr="009F0425" w:rsidRDefault="00281EA7" w:rsidP="00281EA7">
            <w:pPr>
              <w:spacing w:after="0"/>
            </w:pPr>
            <w:r w:rsidRPr="009F0425">
              <w:rPr>
                <w:color w:val="000000"/>
                <w:sz w:val="16"/>
              </w:rPr>
              <w:t xml:space="preserve">Проводится серия функциональных и отказных испытаний: базовая нагрузка, отказ одного </w:t>
            </w:r>
            <w:r>
              <w:rPr>
                <w:color w:val="000000"/>
                <w:sz w:val="16"/>
              </w:rPr>
              <w:t>FC</w:t>
            </w:r>
            <w:r w:rsidRPr="009F0425">
              <w:rPr>
                <w:color w:val="000000"/>
                <w:sz w:val="16"/>
              </w:rPr>
              <w:t xml:space="preserve">-пути, отказ всех </w:t>
            </w:r>
            <w:r>
              <w:rPr>
                <w:color w:val="000000"/>
                <w:sz w:val="16"/>
              </w:rPr>
              <w:t>FC</w:t>
            </w:r>
            <w:r w:rsidRPr="009F0425">
              <w:rPr>
                <w:color w:val="000000"/>
                <w:sz w:val="16"/>
              </w:rPr>
              <w:t xml:space="preserve">-портов одного контроллера, отказ одной </w:t>
            </w:r>
            <w:r>
              <w:rPr>
                <w:color w:val="000000"/>
                <w:sz w:val="16"/>
              </w:rPr>
              <w:lastRenderedPageBreak/>
              <w:t>FC</w:t>
            </w:r>
            <w:r w:rsidRPr="009F0425">
              <w:rPr>
                <w:color w:val="000000"/>
                <w:sz w:val="16"/>
              </w:rPr>
              <w:t>-фабрики, отказ/перезапуск одного контроллера, восстановление путей и контроль данных.</w:t>
            </w:r>
          </w:p>
        </w:tc>
        <w:tc>
          <w:tcPr>
            <w:tcW w:w="2438"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77277520" w14:textId="77777777" w:rsidR="00281EA7" w:rsidRPr="009F0425" w:rsidRDefault="00281EA7" w:rsidP="00281EA7">
            <w:pPr>
              <w:spacing w:after="0"/>
            </w:pPr>
            <w:r w:rsidRPr="009F0425">
              <w:rPr>
                <w:color w:val="000000"/>
                <w:sz w:val="16"/>
              </w:rPr>
              <w:lastRenderedPageBreak/>
              <w:t xml:space="preserve">Тестовые </w:t>
            </w:r>
            <w:r>
              <w:rPr>
                <w:color w:val="000000"/>
                <w:sz w:val="16"/>
              </w:rPr>
              <w:t>LUN</w:t>
            </w:r>
            <w:r w:rsidRPr="009F0425">
              <w:rPr>
                <w:color w:val="000000"/>
                <w:sz w:val="16"/>
              </w:rPr>
              <w:t xml:space="preserve"> не исчезают, на </w:t>
            </w:r>
            <w:r>
              <w:rPr>
                <w:color w:val="000000"/>
                <w:sz w:val="16"/>
              </w:rPr>
              <w:t>DM</w:t>
            </w:r>
            <w:r w:rsidRPr="009F0425">
              <w:rPr>
                <w:color w:val="000000"/>
                <w:sz w:val="16"/>
              </w:rPr>
              <w:t>-</w:t>
            </w:r>
            <w:r>
              <w:rPr>
                <w:color w:val="000000"/>
                <w:sz w:val="16"/>
              </w:rPr>
              <w:t>Multipath</w:t>
            </w:r>
            <w:r w:rsidRPr="009F0425">
              <w:rPr>
                <w:color w:val="000000"/>
                <w:sz w:val="16"/>
              </w:rPr>
              <w:t xml:space="preserve"> устройствах сохраняется прогресс операций </w:t>
            </w:r>
            <w:r w:rsidRPr="009F0425">
              <w:rPr>
                <w:color w:val="000000"/>
                <w:sz w:val="16"/>
              </w:rPr>
              <w:lastRenderedPageBreak/>
              <w:t>ввода-вывода через доступные рабочие пути, пути восстанавливаются.</w:t>
            </w:r>
          </w:p>
        </w:tc>
      </w:tr>
      <w:tr w:rsidR="00281EA7" w:rsidRPr="00D31521" w14:paraId="3713A309" w14:textId="77777777" w:rsidTr="00281EA7">
        <w:trPr>
          <w:jc w:val="center"/>
        </w:trPr>
        <w:tc>
          <w:tcPr>
            <w:tcW w:w="6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0CAE8EF5" w14:textId="77777777" w:rsidR="00281EA7" w:rsidRDefault="00281EA7" w:rsidP="00281EA7">
            <w:pPr>
              <w:spacing w:after="0"/>
            </w:pPr>
            <w:r>
              <w:rPr>
                <w:color w:val="000000"/>
                <w:sz w:val="16"/>
              </w:rPr>
              <w:t>5</w:t>
            </w:r>
          </w:p>
        </w:tc>
        <w:tc>
          <w:tcPr>
            <w:tcW w:w="28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1FAF1709" w14:textId="77777777" w:rsidR="00281EA7" w:rsidRPr="009F0425" w:rsidRDefault="00281EA7" w:rsidP="00281EA7">
            <w:pPr>
              <w:spacing w:after="0"/>
            </w:pPr>
            <w:r w:rsidRPr="009F0425">
              <w:rPr>
                <w:color w:val="000000"/>
                <w:sz w:val="16"/>
              </w:rPr>
              <w:t xml:space="preserve">СХД должна обеспечивать заявленную производительность по </w:t>
            </w:r>
            <w:r>
              <w:rPr>
                <w:color w:val="000000"/>
                <w:sz w:val="16"/>
              </w:rPr>
              <w:t>front</w:t>
            </w:r>
            <w:r w:rsidRPr="009F0425">
              <w:rPr>
                <w:color w:val="000000"/>
                <w:sz w:val="16"/>
              </w:rPr>
              <w:t>-</w:t>
            </w:r>
            <w:r>
              <w:rPr>
                <w:color w:val="000000"/>
                <w:sz w:val="16"/>
              </w:rPr>
              <w:t>end</w:t>
            </w:r>
            <w:r w:rsidRPr="009F0425">
              <w:rPr>
                <w:color w:val="000000"/>
                <w:sz w:val="16"/>
              </w:rPr>
              <w:t xml:space="preserve"> по </w:t>
            </w:r>
            <w:r>
              <w:rPr>
                <w:color w:val="000000"/>
                <w:sz w:val="16"/>
              </w:rPr>
              <w:t>FC</w:t>
            </w:r>
            <w:r w:rsidRPr="009F0425">
              <w:rPr>
                <w:color w:val="000000"/>
                <w:sz w:val="16"/>
              </w:rPr>
              <w:t xml:space="preserve"> для конфигураций </w:t>
            </w:r>
            <w:r>
              <w:rPr>
                <w:color w:val="000000"/>
                <w:sz w:val="16"/>
              </w:rPr>
              <w:t>SSD</w:t>
            </w:r>
            <w:r w:rsidRPr="009F0425">
              <w:rPr>
                <w:color w:val="000000"/>
                <w:sz w:val="16"/>
              </w:rPr>
              <w:t xml:space="preserve"> и </w:t>
            </w:r>
            <w:r>
              <w:rPr>
                <w:color w:val="000000"/>
                <w:sz w:val="16"/>
              </w:rPr>
              <w:t>NVMe</w:t>
            </w:r>
            <w:r w:rsidRPr="009F0425">
              <w:rPr>
                <w:color w:val="000000"/>
                <w:sz w:val="16"/>
              </w:rPr>
              <w:t>.</w:t>
            </w:r>
          </w:p>
        </w:tc>
        <w:tc>
          <w:tcPr>
            <w:tcW w:w="38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1B13796E" w14:textId="77777777" w:rsidR="00281EA7" w:rsidRPr="009F0425" w:rsidRDefault="00281EA7" w:rsidP="00281EA7">
            <w:pPr>
              <w:spacing w:after="0"/>
            </w:pPr>
            <w:r w:rsidRPr="009F0425">
              <w:rPr>
                <w:color w:val="000000"/>
                <w:sz w:val="16"/>
              </w:rPr>
              <w:t xml:space="preserve">Проводятся целевые нагрузочные прогоны </w:t>
            </w:r>
            <w:r>
              <w:rPr>
                <w:color w:val="000000"/>
                <w:sz w:val="16"/>
              </w:rPr>
              <w:t>FIO</w:t>
            </w:r>
            <w:r w:rsidRPr="009F0425">
              <w:rPr>
                <w:color w:val="000000"/>
                <w:sz w:val="16"/>
              </w:rPr>
              <w:t xml:space="preserve"> с двух серверов: профиль 64 </w:t>
            </w:r>
            <w:r>
              <w:rPr>
                <w:color w:val="000000"/>
                <w:sz w:val="16"/>
              </w:rPr>
              <w:t>KB</w:t>
            </w:r>
            <w:r w:rsidRPr="009F0425">
              <w:rPr>
                <w:color w:val="000000"/>
                <w:sz w:val="16"/>
              </w:rPr>
              <w:t xml:space="preserve">, 100% </w:t>
            </w:r>
            <w:r>
              <w:rPr>
                <w:color w:val="000000"/>
                <w:sz w:val="16"/>
              </w:rPr>
              <w:t>random</w:t>
            </w:r>
            <w:r w:rsidRPr="009F0425">
              <w:rPr>
                <w:color w:val="000000"/>
                <w:sz w:val="16"/>
              </w:rPr>
              <w:t xml:space="preserve">, 70/30 </w:t>
            </w:r>
            <w:r>
              <w:rPr>
                <w:color w:val="000000"/>
                <w:sz w:val="16"/>
              </w:rPr>
              <w:t>read</w:t>
            </w:r>
            <w:r w:rsidRPr="009F0425">
              <w:rPr>
                <w:color w:val="000000"/>
                <w:sz w:val="16"/>
              </w:rPr>
              <w:t>/</w:t>
            </w:r>
            <w:r>
              <w:rPr>
                <w:color w:val="000000"/>
                <w:sz w:val="16"/>
              </w:rPr>
              <w:t>write</w:t>
            </w:r>
            <w:r w:rsidRPr="009F0425">
              <w:rPr>
                <w:color w:val="000000"/>
                <w:sz w:val="16"/>
              </w:rPr>
              <w:t xml:space="preserve">, длительностью 2 часа активной нагрузки. Производительность измеряется на хостах по агрегированному результату </w:t>
            </w:r>
            <w:r>
              <w:rPr>
                <w:color w:val="000000"/>
                <w:sz w:val="16"/>
              </w:rPr>
              <w:t>FIO</w:t>
            </w:r>
            <w:r w:rsidRPr="009F0425">
              <w:rPr>
                <w:color w:val="000000"/>
                <w:sz w:val="16"/>
              </w:rPr>
              <w:t>.</w:t>
            </w:r>
          </w:p>
        </w:tc>
        <w:tc>
          <w:tcPr>
            <w:tcW w:w="2438"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55263D89" w14:textId="77777777" w:rsidR="00281EA7" w:rsidRPr="009F0425" w:rsidRDefault="00281EA7" w:rsidP="00281EA7">
            <w:pPr>
              <w:spacing w:after="0"/>
            </w:pPr>
            <w:r w:rsidRPr="009F0425">
              <w:rPr>
                <w:color w:val="000000"/>
                <w:sz w:val="16"/>
              </w:rPr>
              <w:t xml:space="preserve">Достижение целевых значений </w:t>
            </w:r>
            <w:r>
              <w:rPr>
                <w:color w:val="000000"/>
                <w:sz w:val="16"/>
              </w:rPr>
              <w:t>IOPS</w:t>
            </w:r>
            <w:r w:rsidRPr="009F0425">
              <w:rPr>
                <w:color w:val="000000"/>
                <w:sz w:val="16"/>
              </w:rPr>
              <w:t xml:space="preserve"> и средней </w:t>
            </w:r>
            <w:r>
              <w:rPr>
                <w:color w:val="000000"/>
                <w:sz w:val="16"/>
              </w:rPr>
              <w:t>latency</w:t>
            </w:r>
            <w:r w:rsidRPr="009F0425">
              <w:rPr>
                <w:color w:val="000000"/>
                <w:sz w:val="16"/>
              </w:rPr>
              <w:t>, согласованных по ТЗ для соответствующей конфигурации (</w:t>
            </w:r>
            <w:r>
              <w:rPr>
                <w:color w:val="000000"/>
                <w:sz w:val="16"/>
              </w:rPr>
              <w:t>SSD</w:t>
            </w:r>
            <w:r w:rsidRPr="009F0425">
              <w:rPr>
                <w:color w:val="000000"/>
                <w:sz w:val="16"/>
              </w:rPr>
              <w:t xml:space="preserve"> или </w:t>
            </w:r>
            <w:r>
              <w:rPr>
                <w:color w:val="000000"/>
                <w:sz w:val="16"/>
              </w:rPr>
              <w:t>NVMe</w:t>
            </w:r>
            <w:r w:rsidRPr="009F0425">
              <w:rPr>
                <w:color w:val="000000"/>
                <w:sz w:val="16"/>
              </w:rPr>
              <w:t>).</w:t>
            </w:r>
          </w:p>
        </w:tc>
      </w:tr>
    </w:tbl>
    <w:p w14:paraId="07626A30" w14:textId="77777777" w:rsidR="00281EA7" w:rsidRPr="00A0593A" w:rsidRDefault="00281EA7" w:rsidP="00281EA7">
      <w:pPr>
        <w:rPr>
          <w:b/>
          <w:bCs/>
          <w:szCs w:val="32"/>
        </w:rPr>
      </w:pPr>
    </w:p>
    <w:p w14:paraId="659065B6" w14:textId="77777777" w:rsidR="00281EA7" w:rsidRPr="009F0425" w:rsidRDefault="00281EA7" w:rsidP="00281EA7">
      <w:pPr>
        <w:rPr>
          <w:b/>
          <w:bCs/>
          <w:szCs w:val="32"/>
        </w:rPr>
      </w:pPr>
      <w:r w:rsidRPr="009F0425">
        <w:rPr>
          <w:b/>
          <w:bCs/>
          <w:szCs w:val="32"/>
        </w:rPr>
        <w:t>2. Термины и трактовка результата</w:t>
      </w:r>
      <w:r>
        <w:rPr>
          <w:b/>
          <w:bCs/>
          <w:szCs w:val="32"/>
        </w:rPr>
        <w:t xml:space="preserve"> в проверках SLUA</w:t>
      </w:r>
    </w:p>
    <w:tbl>
      <w:tblPr>
        <w:tblW w:w="5000" w:type="pct"/>
        <w:jc w:val="center"/>
        <w:tblBorders>
          <w:top w:val="single" w:sz="4" w:space="0" w:color="C9D2E3"/>
          <w:left w:val="single" w:sz="4" w:space="0" w:color="C9D2E3"/>
          <w:bottom w:val="single" w:sz="4" w:space="0" w:color="C9D2E3"/>
          <w:right w:val="single" w:sz="4" w:space="0" w:color="C9D2E3"/>
          <w:insideH w:val="single" w:sz="4" w:space="0" w:color="C9D2E3"/>
          <w:insideV w:val="single" w:sz="4" w:space="0" w:color="C9D2E3"/>
        </w:tblBorders>
        <w:tblLook w:val="04A0" w:firstRow="1" w:lastRow="0" w:firstColumn="1" w:lastColumn="0" w:noHBand="0" w:noVBand="1"/>
      </w:tblPr>
      <w:tblGrid>
        <w:gridCol w:w="7235"/>
        <w:gridCol w:w="7235"/>
      </w:tblGrid>
      <w:tr w:rsidR="00281EA7" w:rsidRPr="00291DA9" w14:paraId="387F0B00" w14:textId="77777777" w:rsidTr="00281EA7">
        <w:trPr>
          <w:tblHeader/>
          <w:jc w:val="center"/>
        </w:trPr>
        <w:tc>
          <w:tcPr>
            <w:tcW w:w="2500" w:type="pct"/>
            <w:shd w:val="clear" w:color="auto" w:fill="E9EEF8"/>
          </w:tcPr>
          <w:p w14:paraId="6F9AF2BF" w14:textId="77777777" w:rsidR="00281EA7" w:rsidRPr="00291DA9" w:rsidRDefault="00281EA7" w:rsidP="00281EA7">
            <w:pPr>
              <w:pStyle w:val="TableText"/>
              <w:spacing w:after="40"/>
              <w:rPr>
                <w:rFonts w:cs="Times New Roman"/>
              </w:rPr>
            </w:pPr>
            <w:r w:rsidRPr="00291DA9">
              <w:rPr>
                <w:rFonts w:cs="Times New Roman"/>
                <w:b/>
              </w:rPr>
              <w:t>Термин</w:t>
            </w:r>
          </w:p>
        </w:tc>
        <w:tc>
          <w:tcPr>
            <w:tcW w:w="2500" w:type="pct"/>
            <w:shd w:val="clear" w:color="auto" w:fill="E9EEF8"/>
          </w:tcPr>
          <w:p w14:paraId="265F7E5A" w14:textId="77777777" w:rsidR="00281EA7" w:rsidRPr="00291DA9" w:rsidRDefault="00281EA7" w:rsidP="00281EA7">
            <w:pPr>
              <w:pStyle w:val="TableText"/>
              <w:spacing w:after="40"/>
              <w:rPr>
                <w:rFonts w:cs="Times New Roman"/>
              </w:rPr>
            </w:pPr>
            <w:r w:rsidRPr="00291DA9">
              <w:rPr>
                <w:rFonts w:cs="Times New Roman"/>
                <w:b/>
              </w:rPr>
              <w:t>Определение для целей ПМИ</w:t>
            </w:r>
          </w:p>
        </w:tc>
      </w:tr>
      <w:tr w:rsidR="00281EA7" w:rsidRPr="00D31521" w14:paraId="2C1D82E8" w14:textId="77777777" w:rsidTr="00281EA7">
        <w:trPr>
          <w:jc w:val="center"/>
        </w:trPr>
        <w:tc>
          <w:tcPr>
            <w:tcW w:w="2500" w:type="pct"/>
          </w:tcPr>
          <w:p w14:paraId="7CD5E3B3" w14:textId="77777777" w:rsidR="00281EA7" w:rsidRPr="00291DA9" w:rsidRDefault="00281EA7" w:rsidP="00281EA7">
            <w:pPr>
              <w:pStyle w:val="TableText"/>
              <w:spacing w:after="40"/>
              <w:rPr>
                <w:rFonts w:cs="Times New Roman"/>
              </w:rPr>
            </w:pPr>
            <w:r w:rsidRPr="00291DA9">
              <w:rPr>
                <w:rFonts w:cs="Times New Roman"/>
              </w:rPr>
              <w:t>Symmetric Active-Active / SLUA</w:t>
            </w:r>
          </w:p>
        </w:tc>
        <w:tc>
          <w:tcPr>
            <w:tcW w:w="2500" w:type="pct"/>
          </w:tcPr>
          <w:p w14:paraId="348D4F07" w14:textId="77777777" w:rsidR="00281EA7" w:rsidRPr="00291DA9" w:rsidRDefault="00281EA7" w:rsidP="00281EA7">
            <w:pPr>
              <w:pStyle w:val="TableText"/>
              <w:spacing w:after="40"/>
              <w:rPr>
                <w:rFonts w:cs="Times New Roman"/>
                <w:lang w:val="ru-RU"/>
              </w:rPr>
            </w:pPr>
            <w:r w:rsidRPr="00291DA9">
              <w:rPr>
                <w:rFonts w:cs="Times New Roman"/>
              </w:rPr>
              <w:t xml:space="preserve">В инженерной практике СХД термин Symmetric Logical Unit Access / Symmetric Active-Active используется для противопоставления асимметричному доступу: все контроллеры или Storage Processors, через которые опубликован LUN, предоставляют хосту рабочие оптимизированные пути к этому LUN. </w:t>
            </w:r>
            <w:r w:rsidRPr="00291DA9">
              <w:rPr>
                <w:rFonts w:cs="Times New Roman"/>
                <w:lang w:val="ru-RU"/>
              </w:rPr>
              <w:t xml:space="preserve">В отличие от </w:t>
            </w:r>
            <w:r w:rsidRPr="00291DA9">
              <w:rPr>
                <w:rFonts w:cs="Times New Roman"/>
              </w:rPr>
              <w:t>ALUA</w:t>
            </w:r>
            <w:r w:rsidRPr="00291DA9">
              <w:rPr>
                <w:rFonts w:cs="Times New Roman"/>
                <w:lang w:val="ru-RU"/>
              </w:rPr>
              <w:t xml:space="preserve">-картины с </w:t>
            </w:r>
            <w:r w:rsidRPr="00291DA9">
              <w:rPr>
                <w:rFonts w:cs="Times New Roman"/>
              </w:rPr>
              <w:t>preferred</w:t>
            </w:r>
            <w:r w:rsidRPr="00291DA9">
              <w:rPr>
                <w:rFonts w:cs="Times New Roman"/>
                <w:lang w:val="ru-RU"/>
              </w:rPr>
              <w:t>/</w:t>
            </w:r>
            <w:r w:rsidRPr="00291DA9">
              <w:rPr>
                <w:rFonts w:cs="Times New Roman"/>
              </w:rPr>
              <w:t>non</w:t>
            </w:r>
            <w:r w:rsidRPr="00291DA9">
              <w:rPr>
                <w:rFonts w:cs="Times New Roman"/>
                <w:lang w:val="ru-RU"/>
              </w:rPr>
              <w:t>-</w:t>
            </w:r>
            <w:r w:rsidRPr="00291DA9">
              <w:rPr>
                <w:rFonts w:cs="Times New Roman"/>
              </w:rPr>
              <w:t>preferred</w:t>
            </w:r>
            <w:r w:rsidRPr="00291DA9">
              <w:rPr>
                <w:rFonts w:cs="Times New Roman"/>
                <w:lang w:val="ru-RU"/>
              </w:rPr>
              <w:t xml:space="preserve"> путями, симметричная модель не требует, чтобы хост направлял ввод-вывод только через контроллер-владелец </w:t>
            </w:r>
            <w:r>
              <w:rPr>
                <w:rFonts w:cs="Times New Roman"/>
              </w:rPr>
              <w:t>LUN</w:t>
            </w:r>
            <w:r w:rsidRPr="00291DA9">
              <w:rPr>
                <w:rFonts w:cs="Times New Roman"/>
                <w:lang w:val="ru-RU"/>
              </w:rPr>
              <w:t xml:space="preserve">. Для целей настоящей ПМИ </w:t>
            </w:r>
            <w:r w:rsidRPr="00291DA9">
              <w:rPr>
                <w:rFonts w:cs="Times New Roman"/>
              </w:rPr>
              <w:t>SLUA</w:t>
            </w:r>
            <w:r w:rsidRPr="00291DA9">
              <w:rPr>
                <w:rFonts w:cs="Times New Roman"/>
                <w:lang w:val="ru-RU"/>
              </w:rPr>
              <w:t xml:space="preserve"> проверяется как локальная архитектура одной двухконтроллерной СХД, при которой один и тот же </w:t>
            </w:r>
            <w:r w:rsidRPr="00291DA9">
              <w:rPr>
                <w:rFonts w:cs="Times New Roman"/>
              </w:rPr>
              <w:t>LUN</w:t>
            </w:r>
            <w:r w:rsidRPr="00291DA9">
              <w:rPr>
                <w:rFonts w:cs="Times New Roman"/>
                <w:lang w:val="ru-RU"/>
              </w:rPr>
              <w:t xml:space="preserve"> предоставлен через порты обоих контроллеров, пути через оба контроллера являются рабочими для доступа к </w:t>
            </w:r>
            <w:r w:rsidRPr="00291DA9">
              <w:rPr>
                <w:rFonts w:cs="Times New Roman"/>
              </w:rPr>
              <w:t>LUN</w:t>
            </w:r>
            <w:r w:rsidRPr="00291DA9">
              <w:rPr>
                <w:rFonts w:cs="Times New Roman"/>
                <w:lang w:val="ru-RU"/>
              </w:rPr>
              <w:t xml:space="preserve">, а эксплуатация </w:t>
            </w:r>
            <w:r w:rsidRPr="00291DA9">
              <w:rPr>
                <w:rFonts w:cs="Times New Roman"/>
              </w:rPr>
              <w:t>LUN</w:t>
            </w:r>
            <w:r w:rsidRPr="00291DA9">
              <w:rPr>
                <w:rFonts w:cs="Times New Roman"/>
                <w:lang w:val="ru-RU"/>
              </w:rPr>
              <w:t xml:space="preserve"> не требует ручного закрепления за единственным контроллером-владельцем.</w:t>
            </w:r>
          </w:p>
        </w:tc>
      </w:tr>
      <w:tr w:rsidR="00281EA7" w:rsidRPr="00D31521" w14:paraId="78EDCDAF" w14:textId="77777777" w:rsidTr="00281EA7">
        <w:trPr>
          <w:jc w:val="center"/>
        </w:trPr>
        <w:tc>
          <w:tcPr>
            <w:tcW w:w="2500" w:type="pct"/>
          </w:tcPr>
          <w:p w14:paraId="0333BD13" w14:textId="77777777" w:rsidR="00281EA7" w:rsidRPr="00291DA9" w:rsidRDefault="00281EA7" w:rsidP="00281EA7">
            <w:pPr>
              <w:pStyle w:val="TableText"/>
              <w:spacing w:after="40"/>
              <w:rPr>
                <w:rFonts w:cs="Times New Roman"/>
              </w:rPr>
            </w:pPr>
            <w:r w:rsidRPr="00291DA9">
              <w:rPr>
                <w:rFonts w:cs="Times New Roman"/>
              </w:rPr>
              <w:t>ALUA / Asymmetric Logical Unit Access</w:t>
            </w:r>
          </w:p>
        </w:tc>
        <w:tc>
          <w:tcPr>
            <w:tcW w:w="2500" w:type="pct"/>
          </w:tcPr>
          <w:p w14:paraId="72E93D9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Стандартизованный механизм </w:t>
            </w:r>
            <w:r w:rsidRPr="00291DA9">
              <w:rPr>
                <w:rFonts w:cs="Times New Roman"/>
              </w:rPr>
              <w:t>SCSI</w:t>
            </w:r>
            <w:r w:rsidRPr="00291DA9">
              <w:rPr>
                <w:rFonts w:cs="Times New Roman"/>
                <w:lang w:val="ru-RU"/>
              </w:rPr>
              <w:t xml:space="preserve"> для описания асимметричного доступа к </w:t>
            </w:r>
            <w:r w:rsidRPr="001B5BD6">
              <w:rPr>
                <w:rFonts w:cs="Times New Roman"/>
              </w:rPr>
              <w:t>LUN</w:t>
            </w:r>
            <w:r w:rsidRPr="00D61DB8">
              <w:rPr>
                <w:rFonts w:cs="Times New Roman"/>
                <w:lang w:val="ru-RU"/>
              </w:rPr>
              <w:t xml:space="preserve"> через </w:t>
            </w:r>
            <w:r w:rsidRPr="001B5BD6">
              <w:rPr>
                <w:rFonts w:cs="Times New Roman"/>
              </w:rPr>
              <w:t>Front</w:t>
            </w:r>
            <w:r w:rsidRPr="00D61DB8">
              <w:rPr>
                <w:rFonts w:cs="Times New Roman"/>
                <w:lang w:val="ru-RU"/>
              </w:rPr>
              <w:t>-</w:t>
            </w:r>
            <w:r w:rsidRPr="001B5BD6">
              <w:rPr>
                <w:rFonts w:cs="Times New Roman"/>
              </w:rPr>
              <w:t>End</w:t>
            </w:r>
            <w:r w:rsidRPr="00D61DB8">
              <w:rPr>
                <w:rFonts w:cs="Times New Roman"/>
                <w:lang w:val="ru-RU"/>
              </w:rPr>
              <w:t xml:space="preserve"> порты разных контроллеров. При </w:t>
            </w:r>
            <w:r w:rsidRPr="001B5BD6">
              <w:rPr>
                <w:rFonts w:cs="Times New Roman"/>
              </w:rPr>
              <w:t>ALUA</w:t>
            </w:r>
            <w:r w:rsidRPr="00D61DB8">
              <w:rPr>
                <w:rFonts w:cs="Times New Roman"/>
                <w:lang w:val="ru-RU"/>
              </w:rPr>
              <w:t xml:space="preserve"> порты на разных контроллерах могут иметь разные приоритеты для ввода-вывода, например:</w:t>
            </w:r>
            <w:r w:rsidRPr="00291DA9">
              <w:rPr>
                <w:rFonts w:cs="Times New Roman"/>
                <w:lang w:val="ru-RU"/>
              </w:rPr>
              <w:t xml:space="preserve"> </w:t>
            </w:r>
            <w:r w:rsidRPr="00291DA9">
              <w:rPr>
                <w:rFonts w:cs="Times New Roman"/>
              </w:rPr>
              <w:t>active</w:t>
            </w:r>
            <w:r w:rsidRPr="00291DA9">
              <w:rPr>
                <w:rFonts w:cs="Times New Roman"/>
                <w:lang w:val="ru-RU"/>
              </w:rPr>
              <w:t>/</w:t>
            </w:r>
            <w:r w:rsidRPr="00291DA9">
              <w:rPr>
                <w:rFonts w:cs="Times New Roman"/>
              </w:rPr>
              <w:t>optimized</w:t>
            </w:r>
            <w:r w:rsidRPr="00291DA9">
              <w:rPr>
                <w:rFonts w:cs="Times New Roman"/>
                <w:lang w:val="ru-RU"/>
              </w:rPr>
              <w:t xml:space="preserve">, </w:t>
            </w:r>
            <w:r w:rsidRPr="00291DA9">
              <w:rPr>
                <w:rFonts w:cs="Times New Roman"/>
              </w:rPr>
              <w:t>active</w:t>
            </w:r>
            <w:r w:rsidRPr="00291DA9">
              <w:rPr>
                <w:rFonts w:cs="Times New Roman"/>
                <w:lang w:val="ru-RU"/>
              </w:rPr>
              <w:t>/</w:t>
            </w:r>
            <w:r w:rsidRPr="00291DA9">
              <w:rPr>
                <w:rFonts w:cs="Times New Roman"/>
              </w:rPr>
              <w:t>non</w:t>
            </w:r>
            <w:r w:rsidRPr="00291DA9">
              <w:rPr>
                <w:rFonts w:cs="Times New Roman"/>
                <w:lang w:val="ru-RU"/>
              </w:rPr>
              <w:t>-</w:t>
            </w:r>
            <w:r w:rsidRPr="00291DA9">
              <w:rPr>
                <w:rFonts w:cs="Times New Roman"/>
              </w:rPr>
              <w:t>optimized</w:t>
            </w:r>
            <w:r w:rsidRPr="00291DA9">
              <w:rPr>
                <w:rFonts w:cs="Times New Roman"/>
                <w:lang w:val="ru-RU"/>
              </w:rPr>
              <w:t xml:space="preserve">, </w:t>
            </w:r>
            <w:r w:rsidRPr="00291DA9">
              <w:rPr>
                <w:rFonts w:cs="Times New Roman"/>
              </w:rPr>
              <w:t>standby</w:t>
            </w:r>
            <w:r w:rsidRPr="00291DA9">
              <w:rPr>
                <w:rFonts w:cs="Times New Roman"/>
                <w:lang w:val="ru-RU"/>
              </w:rPr>
              <w:t xml:space="preserve">, </w:t>
            </w:r>
            <w:r w:rsidRPr="00291DA9">
              <w:rPr>
                <w:rFonts w:cs="Times New Roman"/>
              </w:rPr>
              <w:t>unavailable</w:t>
            </w:r>
            <w:r w:rsidRPr="00291DA9">
              <w:rPr>
                <w:rFonts w:cs="Times New Roman"/>
                <w:lang w:val="ru-RU"/>
              </w:rPr>
              <w:t xml:space="preserve">, </w:t>
            </w:r>
            <w:r w:rsidRPr="00291DA9">
              <w:rPr>
                <w:rFonts w:cs="Times New Roman"/>
              </w:rPr>
              <w:t>transitioning</w:t>
            </w:r>
            <w:r w:rsidRPr="00291DA9">
              <w:rPr>
                <w:rFonts w:cs="Times New Roman"/>
                <w:lang w:val="ru-RU"/>
              </w:rPr>
              <w:t>.</w:t>
            </w:r>
          </w:p>
        </w:tc>
      </w:tr>
      <w:tr w:rsidR="00281EA7" w:rsidRPr="00D31521" w14:paraId="3FA9BAAD" w14:textId="77777777" w:rsidTr="00281EA7">
        <w:trPr>
          <w:jc w:val="center"/>
        </w:trPr>
        <w:tc>
          <w:tcPr>
            <w:tcW w:w="2500" w:type="pct"/>
          </w:tcPr>
          <w:p w14:paraId="55F8AA15" w14:textId="77777777" w:rsidR="00281EA7" w:rsidRPr="00291DA9" w:rsidRDefault="00281EA7" w:rsidP="00281EA7">
            <w:pPr>
              <w:pStyle w:val="TableText"/>
              <w:spacing w:after="40"/>
              <w:rPr>
                <w:rFonts w:cs="Times New Roman"/>
              </w:rPr>
            </w:pPr>
            <w:r w:rsidRPr="00291DA9">
              <w:rPr>
                <w:rFonts w:cs="Times New Roman"/>
              </w:rPr>
              <w:t>Централизованное управление СХД</w:t>
            </w:r>
          </w:p>
        </w:tc>
        <w:tc>
          <w:tcPr>
            <w:tcW w:w="2500" w:type="pct"/>
          </w:tcPr>
          <w:p w14:paraId="3FA1DD0B"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Оба контроллера управляются как компоненты одной системы хранения данных: </w:t>
            </w:r>
            <w:r>
              <w:rPr>
                <w:rFonts w:cs="Times New Roman"/>
              </w:rPr>
              <w:t>LUN</w:t>
            </w:r>
            <w:r w:rsidRPr="00D61DB8">
              <w:rPr>
                <w:rFonts w:cs="Times New Roman"/>
                <w:lang w:val="ru-RU"/>
              </w:rPr>
              <w:t>’</w:t>
            </w:r>
            <w:r>
              <w:rPr>
                <w:rFonts w:cs="Times New Roman"/>
                <w:lang w:val="ru-RU"/>
              </w:rPr>
              <w:t>ы</w:t>
            </w:r>
            <w:r w:rsidRPr="00291DA9">
              <w:rPr>
                <w:rFonts w:cs="Times New Roman"/>
                <w:lang w:val="ru-RU"/>
              </w:rPr>
              <w:t xml:space="preserve">, предоставление </w:t>
            </w:r>
            <w:r w:rsidRPr="00291DA9">
              <w:rPr>
                <w:rFonts w:cs="Times New Roman"/>
              </w:rPr>
              <w:t>LUN</w:t>
            </w:r>
            <w:r w:rsidRPr="00291DA9">
              <w:rPr>
                <w:rFonts w:cs="Times New Roman"/>
                <w:lang w:val="ru-RU"/>
              </w:rPr>
              <w:t>, состояние портов, события и аварии видны из единого интерфейса управления.</w:t>
            </w:r>
          </w:p>
        </w:tc>
      </w:tr>
      <w:tr w:rsidR="00281EA7" w:rsidRPr="00D31521" w14:paraId="5A702175" w14:textId="77777777" w:rsidTr="00281EA7">
        <w:trPr>
          <w:jc w:val="center"/>
        </w:trPr>
        <w:tc>
          <w:tcPr>
            <w:tcW w:w="2500" w:type="pct"/>
          </w:tcPr>
          <w:p w14:paraId="6D6B43DB" w14:textId="77777777" w:rsidR="00281EA7" w:rsidRPr="00291DA9" w:rsidRDefault="00281EA7" w:rsidP="00281EA7">
            <w:pPr>
              <w:pStyle w:val="TableText"/>
              <w:spacing w:after="40"/>
              <w:rPr>
                <w:rFonts w:cs="Times New Roman"/>
              </w:rPr>
            </w:pPr>
            <w:r w:rsidRPr="00291DA9">
              <w:rPr>
                <w:rFonts w:cs="Times New Roman"/>
              </w:rPr>
              <w:t>Непрерывность операций ввода-вывода</w:t>
            </w:r>
          </w:p>
        </w:tc>
        <w:tc>
          <w:tcPr>
            <w:tcW w:w="2500" w:type="pct"/>
          </w:tcPr>
          <w:p w14:paraId="47170D90" w14:textId="77777777" w:rsidR="00281EA7" w:rsidRPr="00291DA9" w:rsidRDefault="00281EA7" w:rsidP="00281EA7">
            <w:pPr>
              <w:pStyle w:val="TableText"/>
              <w:spacing w:after="40"/>
              <w:rPr>
                <w:rFonts w:cs="Times New Roman"/>
                <w:lang w:val="ru-RU"/>
              </w:rPr>
            </w:pPr>
            <w:r w:rsidRPr="00291DA9">
              <w:rPr>
                <w:rFonts w:cs="Times New Roman"/>
                <w:lang w:val="ru-RU"/>
              </w:rPr>
              <w:t>При отказе отдельного компонента транспортного пути тестовая нагрузка не должна завершиться аварийно ошибкой чтения/записи на уровне тестового блочного устройства. Допускаются сообщения ОС/СХД/</w:t>
            </w:r>
            <w:r w:rsidRPr="00291DA9">
              <w:rPr>
                <w:rFonts w:cs="Times New Roman"/>
              </w:rPr>
              <w:t>SAN</w:t>
            </w:r>
            <w:r w:rsidRPr="00291DA9">
              <w:rPr>
                <w:rFonts w:cs="Times New Roman"/>
                <w:lang w:val="ru-RU"/>
              </w:rPr>
              <w:t xml:space="preserve"> о потере отдельных путей, если они не приводят к потере </w:t>
            </w:r>
            <w:r w:rsidRPr="00291DA9">
              <w:rPr>
                <w:rFonts w:cs="Times New Roman"/>
              </w:rPr>
              <w:t>LUN</w:t>
            </w:r>
            <w:r w:rsidRPr="00291DA9">
              <w:rPr>
                <w:rFonts w:cs="Times New Roman"/>
                <w:lang w:val="ru-RU"/>
              </w:rPr>
              <w:t xml:space="preserve"> и аварийному завершению нагрузки.</w:t>
            </w:r>
          </w:p>
        </w:tc>
      </w:tr>
      <w:tr w:rsidR="00281EA7" w:rsidRPr="00D31521" w14:paraId="5771A7F3" w14:textId="77777777" w:rsidTr="00281EA7">
        <w:trPr>
          <w:jc w:val="center"/>
        </w:trPr>
        <w:tc>
          <w:tcPr>
            <w:tcW w:w="2500" w:type="pct"/>
          </w:tcPr>
          <w:p w14:paraId="1AC05EAC" w14:textId="77777777" w:rsidR="00281EA7" w:rsidRPr="00291DA9" w:rsidRDefault="00281EA7" w:rsidP="00281EA7">
            <w:pPr>
              <w:pStyle w:val="TableText"/>
              <w:spacing w:after="40"/>
              <w:rPr>
                <w:rFonts w:cs="Times New Roman"/>
              </w:rPr>
            </w:pPr>
            <w:r w:rsidRPr="00291DA9">
              <w:rPr>
                <w:rFonts w:cs="Times New Roman"/>
              </w:rPr>
              <w:t>Ошибка операций ввода-вывода</w:t>
            </w:r>
          </w:p>
        </w:tc>
        <w:tc>
          <w:tcPr>
            <w:tcW w:w="2500" w:type="pct"/>
          </w:tcPr>
          <w:p w14:paraId="60FCA5C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Ошибка чтения или записи на уровне тестового блочного устройства, из-за которой приложение или </w:t>
            </w:r>
            <w:r w:rsidRPr="00291DA9">
              <w:rPr>
                <w:rFonts w:cs="Times New Roman"/>
              </w:rPr>
              <w:t>FIO</w:t>
            </w:r>
            <w:r w:rsidRPr="00291DA9">
              <w:rPr>
                <w:rFonts w:cs="Times New Roman"/>
                <w:lang w:val="ru-RU"/>
              </w:rPr>
              <w:t xml:space="preserve"> не может продолжить работу с </w:t>
            </w:r>
            <w:r w:rsidRPr="00291DA9">
              <w:rPr>
                <w:rFonts w:cs="Times New Roman"/>
              </w:rPr>
              <w:t>LUN</w:t>
            </w:r>
            <w:r w:rsidRPr="00291DA9">
              <w:rPr>
                <w:rFonts w:cs="Times New Roman"/>
                <w:lang w:val="ru-RU"/>
              </w:rPr>
              <w:t xml:space="preserve">. Сообщение о потере отдельного пути само по себе не является ошибкой данных, если </w:t>
            </w:r>
            <w:r w:rsidRPr="00291DA9">
              <w:rPr>
                <w:rFonts w:cs="Times New Roman"/>
              </w:rPr>
              <w:t>multipath</w:t>
            </w:r>
            <w:r w:rsidRPr="00291DA9">
              <w:rPr>
                <w:rFonts w:cs="Times New Roman"/>
                <w:lang w:val="ru-RU"/>
              </w:rPr>
              <w:t xml:space="preserve"> продолжает обслуживать </w:t>
            </w:r>
            <w:r w:rsidRPr="00291DA9">
              <w:rPr>
                <w:rFonts w:cs="Times New Roman"/>
              </w:rPr>
              <w:t>LUN</w:t>
            </w:r>
            <w:r w:rsidRPr="00291DA9">
              <w:rPr>
                <w:rFonts w:cs="Times New Roman"/>
                <w:lang w:val="ru-RU"/>
              </w:rPr>
              <w:t xml:space="preserve"> через другие пути.</w:t>
            </w:r>
          </w:p>
        </w:tc>
      </w:tr>
    </w:tbl>
    <w:p w14:paraId="3E45067F" w14:textId="77777777" w:rsidR="00281EA7" w:rsidRDefault="00281EA7" w:rsidP="00281EA7"/>
    <w:tbl>
      <w:tblPr>
        <w:tblW w:w="0" w:type="auto"/>
        <w:jc w:val="center"/>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Look w:val="04A0" w:firstRow="1" w:lastRow="0" w:firstColumn="1" w:lastColumn="0" w:noHBand="0" w:noVBand="1"/>
      </w:tblPr>
      <w:tblGrid>
        <w:gridCol w:w="14464"/>
      </w:tblGrid>
      <w:tr w:rsidR="00281EA7" w:rsidRPr="00D31521" w14:paraId="01B07F52" w14:textId="77777777" w:rsidTr="00281EA7">
        <w:trPr>
          <w:jc w:val="center"/>
        </w:trPr>
        <w:tc>
          <w:tcPr>
            <w:tcW w:w="14480" w:type="dxa"/>
            <w:shd w:val="clear" w:color="auto" w:fill="EDF7ED"/>
          </w:tcPr>
          <w:p w14:paraId="7916FB38" w14:textId="77777777" w:rsidR="00281EA7" w:rsidRPr="00291DA9" w:rsidRDefault="00281EA7" w:rsidP="00281EA7">
            <w:r w:rsidRPr="00291DA9">
              <w:rPr>
                <w:b/>
                <w:sz w:val="19"/>
              </w:rPr>
              <w:t>Краткое различие SLUA и ALUA.</w:t>
            </w:r>
            <w:r w:rsidRPr="00291DA9">
              <w:rPr>
                <w:sz w:val="19"/>
              </w:rPr>
              <w:t xml:space="preserve"> SLUA в этой ПМИ — проверяемое поведение СХД: LUN доступен через оба контроллера и не требует ручного выбора единственного контроллера-владельца для обслуживания операций ввода-вывода. ALUA описывает асимметричные состояния путей: оптимизированные, неоптимизированные, резервные и недоступные пути. В рамках данной ПМИ ALUA-картина используется как отдельный диагностический признак при сравнении с ожидаемой SLUA-картиной.</w:t>
            </w:r>
          </w:p>
        </w:tc>
      </w:tr>
    </w:tbl>
    <w:p w14:paraId="6B111686" w14:textId="77777777" w:rsidR="00281EA7" w:rsidRDefault="00281EA7" w:rsidP="00281EA7"/>
    <w:p w14:paraId="0999F331" w14:textId="77777777" w:rsidR="00281EA7" w:rsidRPr="009F0425" w:rsidRDefault="00281EA7" w:rsidP="00281EA7">
      <w:pPr>
        <w:rPr>
          <w:b/>
          <w:bCs/>
          <w:szCs w:val="32"/>
        </w:rPr>
      </w:pPr>
      <w:r w:rsidRPr="009F0425">
        <w:rPr>
          <w:b/>
          <w:bCs/>
          <w:szCs w:val="32"/>
        </w:rPr>
        <w:t>2.1. Как SLUA и ALUA обычно отличаются в multipath -ll</w:t>
      </w:r>
    </w:p>
    <w:tbl>
      <w:tblPr>
        <w:tblW w:w="5000" w:type="pct"/>
        <w:jc w:val="center"/>
        <w:tblBorders>
          <w:top w:val="single" w:sz="4" w:space="0" w:color="C9D2E3"/>
          <w:left w:val="single" w:sz="4" w:space="0" w:color="C9D2E3"/>
          <w:bottom w:val="single" w:sz="4" w:space="0" w:color="C9D2E3"/>
          <w:right w:val="single" w:sz="4" w:space="0" w:color="C9D2E3"/>
          <w:insideH w:val="single" w:sz="4" w:space="0" w:color="C9D2E3"/>
          <w:insideV w:val="single" w:sz="4" w:space="0" w:color="C9D2E3"/>
        </w:tblBorders>
        <w:tblLook w:val="04A0" w:firstRow="1" w:lastRow="0" w:firstColumn="1" w:lastColumn="0" w:noHBand="0" w:noVBand="1"/>
      </w:tblPr>
      <w:tblGrid>
        <w:gridCol w:w="2412"/>
        <w:gridCol w:w="6029"/>
        <w:gridCol w:w="6029"/>
      </w:tblGrid>
      <w:tr w:rsidR="00281EA7" w:rsidRPr="00D31521" w14:paraId="5393AC1C" w14:textId="77777777" w:rsidTr="00281EA7">
        <w:trPr>
          <w:tblHeader/>
          <w:jc w:val="center"/>
        </w:trPr>
        <w:tc>
          <w:tcPr>
            <w:tcW w:w="833" w:type="pct"/>
            <w:shd w:val="clear" w:color="auto" w:fill="E9EEF8"/>
          </w:tcPr>
          <w:p w14:paraId="7213678E" w14:textId="77777777" w:rsidR="00281EA7" w:rsidRPr="00291DA9" w:rsidRDefault="00281EA7" w:rsidP="00281EA7">
            <w:pPr>
              <w:pStyle w:val="TableText"/>
              <w:spacing w:after="40"/>
              <w:rPr>
                <w:rFonts w:cs="Times New Roman"/>
              </w:rPr>
            </w:pPr>
            <w:r w:rsidRPr="00291DA9">
              <w:rPr>
                <w:rFonts w:cs="Times New Roman"/>
                <w:b/>
              </w:rPr>
              <w:lastRenderedPageBreak/>
              <w:t>Картина</w:t>
            </w:r>
          </w:p>
        </w:tc>
        <w:tc>
          <w:tcPr>
            <w:tcW w:w="2083" w:type="pct"/>
            <w:shd w:val="clear" w:color="auto" w:fill="E9EEF8"/>
          </w:tcPr>
          <w:p w14:paraId="6D789ABC" w14:textId="77777777" w:rsidR="00281EA7" w:rsidRPr="00291DA9" w:rsidRDefault="00281EA7" w:rsidP="00281EA7">
            <w:pPr>
              <w:pStyle w:val="TableText"/>
              <w:spacing w:after="40"/>
              <w:rPr>
                <w:rFonts w:cs="Times New Roman"/>
              </w:rPr>
            </w:pPr>
            <w:r w:rsidRPr="00291DA9">
              <w:rPr>
                <w:rFonts w:cs="Times New Roman"/>
                <w:b/>
              </w:rPr>
              <w:t>Ожидаемый смысл</w:t>
            </w:r>
          </w:p>
        </w:tc>
        <w:tc>
          <w:tcPr>
            <w:tcW w:w="2083" w:type="pct"/>
            <w:shd w:val="clear" w:color="auto" w:fill="E9EEF8"/>
          </w:tcPr>
          <w:p w14:paraId="46D50AB8" w14:textId="77777777" w:rsidR="00281EA7" w:rsidRPr="00291DA9" w:rsidRDefault="00281EA7" w:rsidP="00281EA7">
            <w:pPr>
              <w:pStyle w:val="TableText"/>
              <w:spacing w:after="40"/>
              <w:rPr>
                <w:rFonts w:cs="Times New Roman"/>
                <w:lang w:val="ru-RU"/>
              </w:rPr>
            </w:pPr>
            <w:r w:rsidRPr="00291DA9">
              <w:rPr>
                <w:rFonts w:cs="Times New Roman"/>
                <w:b/>
                <w:lang w:val="ru-RU"/>
              </w:rPr>
              <w:t xml:space="preserve">Типовые признаки в </w:t>
            </w:r>
          </w:p>
          <w:p w14:paraId="76090863" w14:textId="77777777" w:rsidR="00281EA7" w:rsidRPr="00291DA9" w:rsidRDefault="00281EA7" w:rsidP="00281EA7">
            <w:pPr>
              <w:pStyle w:val="TableText"/>
              <w:spacing w:after="40"/>
              <w:rPr>
                <w:rFonts w:cs="Times New Roman"/>
                <w:lang w:val="ru-RU"/>
              </w:rPr>
            </w:pPr>
            <w:r w:rsidRPr="00291DA9">
              <w:rPr>
                <w:rFonts w:eastAsia="Consolas" w:cs="Times New Roman"/>
                <w:b/>
              </w:rPr>
              <w:t>multipath</w:t>
            </w:r>
            <w:r w:rsidRPr="00291DA9">
              <w:rPr>
                <w:rFonts w:eastAsia="Consolas" w:cs="Times New Roman"/>
                <w:b/>
                <w:lang w:val="ru-RU"/>
              </w:rPr>
              <w:t xml:space="preserve"> -</w:t>
            </w:r>
            <w:r w:rsidRPr="00291DA9">
              <w:rPr>
                <w:rFonts w:eastAsia="Consolas" w:cs="Times New Roman"/>
                <w:b/>
              </w:rPr>
              <w:t>ll</w:t>
            </w:r>
          </w:p>
        </w:tc>
      </w:tr>
      <w:tr w:rsidR="00281EA7" w:rsidRPr="00D31521" w14:paraId="25A88168" w14:textId="77777777" w:rsidTr="00281EA7">
        <w:trPr>
          <w:jc w:val="center"/>
        </w:trPr>
        <w:tc>
          <w:tcPr>
            <w:tcW w:w="833" w:type="pct"/>
          </w:tcPr>
          <w:p w14:paraId="633E889C" w14:textId="77777777" w:rsidR="00281EA7" w:rsidRPr="00291DA9" w:rsidRDefault="00281EA7" w:rsidP="00281EA7">
            <w:pPr>
              <w:pStyle w:val="TableText"/>
              <w:spacing w:after="40"/>
              <w:rPr>
                <w:rFonts w:cs="Times New Roman"/>
              </w:rPr>
            </w:pPr>
            <w:r w:rsidRPr="00291DA9">
              <w:rPr>
                <w:rFonts w:cs="Times New Roman"/>
              </w:rPr>
              <w:t>SLUA / symmetric access</w:t>
            </w:r>
          </w:p>
        </w:tc>
        <w:tc>
          <w:tcPr>
            <w:tcW w:w="2083" w:type="pct"/>
          </w:tcPr>
          <w:p w14:paraId="710BABB9" w14:textId="77777777" w:rsidR="00281EA7" w:rsidRPr="00291DA9" w:rsidRDefault="00281EA7" w:rsidP="00281EA7">
            <w:pPr>
              <w:pStyle w:val="TableText"/>
              <w:spacing w:after="40"/>
              <w:rPr>
                <w:rFonts w:cs="Times New Roman"/>
                <w:lang w:val="ru-RU"/>
              </w:rPr>
            </w:pPr>
            <w:r w:rsidRPr="00291DA9">
              <w:rPr>
                <w:rFonts w:cs="Times New Roman"/>
                <w:lang w:val="ru-RU"/>
              </w:rPr>
              <w:t>Пути через оба контроллера находятся в рабочем активном состоянии. Для целей ПМИ это штатная картина, если все ожидаемые пути присутствуют и нет резервной/непредпочтительной группы.</w:t>
            </w:r>
          </w:p>
        </w:tc>
        <w:tc>
          <w:tcPr>
            <w:tcW w:w="2083" w:type="pct"/>
          </w:tcPr>
          <w:p w14:paraId="67C7DD5A" w14:textId="77777777" w:rsidR="00281EA7" w:rsidRPr="00291DA9" w:rsidRDefault="00281EA7" w:rsidP="00281EA7">
            <w:pPr>
              <w:pStyle w:val="TableText"/>
              <w:spacing w:after="40"/>
              <w:rPr>
                <w:rFonts w:cs="Times New Roman"/>
              </w:rPr>
            </w:pPr>
            <w:r w:rsidRPr="00291DA9">
              <w:rPr>
                <w:rFonts w:eastAsia="Consolas" w:cs="Times New Roman"/>
              </w:rPr>
              <w:t>status=active</w:t>
            </w:r>
            <w:r w:rsidRPr="00291DA9">
              <w:rPr>
                <w:rFonts w:cs="Times New Roman"/>
              </w:rPr>
              <w:br/>
            </w:r>
          </w:p>
          <w:p w14:paraId="7983BD5A" w14:textId="77777777" w:rsidR="00281EA7" w:rsidRPr="00291DA9" w:rsidRDefault="00281EA7" w:rsidP="00281EA7">
            <w:pPr>
              <w:pStyle w:val="TableText"/>
              <w:spacing w:after="40"/>
              <w:rPr>
                <w:rFonts w:cs="Times New Roman"/>
              </w:rPr>
            </w:pPr>
            <w:r w:rsidRPr="00291DA9">
              <w:rPr>
                <w:rFonts w:eastAsia="Consolas" w:cs="Times New Roman"/>
              </w:rPr>
              <w:t>active ready running</w:t>
            </w:r>
            <w:r w:rsidRPr="00291DA9">
              <w:rPr>
                <w:rFonts w:cs="Times New Roman"/>
              </w:rPr>
              <w:br/>
            </w:r>
          </w:p>
          <w:p w14:paraId="4E0428F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одинаковый или сопоставимый </w:t>
            </w:r>
          </w:p>
          <w:p w14:paraId="10A494ED" w14:textId="77777777" w:rsidR="00281EA7" w:rsidRPr="00291DA9" w:rsidRDefault="00281EA7" w:rsidP="00281EA7">
            <w:pPr>
              <w:pStyle w:val="TableText"/>
              <w:spacing w:after="40"/>
              <w:rPr>
                <w:rFonts w:cs="Times New Roman"/>
                <w:lang w:val="ru-RU"/>
              </w:rPr>
            </w:pPr>
            <w:r w:rsidRPr="00291DA9">
              <w:rPr>
                <w:rFonts w:eastAsia="Consolas" w:cs="Times New Roman"/>
              </w:rPr>
              <w:t>prio</w:t>
            </w:r>
          </w:p>
          <w:p w14:paraId="14F211FB"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для групп путей через оба контроллера</w:t>
            </w:r>
          </w:p>
        </w:tc>
      </w:tr>
      <w:tr w:rsidR="00281EA7" w:rsidRPr="00B16F71" w14:paraId="264404CB" w14:textId="77777777" w:rsidTr="00281EA7">
        <w:trPr>
          <w:jc w:val="center"/>
        </w:trPr>
        <w:tc>
          <w:tcPr>
            <w:tcW w:w="833" w:type="pct"/>
          </w:tcPr>
          <w:p w14:paraId="4C79479A" w14:textId="77777777" w:rsidR="00281EA7" w:rsidRPr="00291DA9" w:rsidRDefault="00281EA7" w:rsidP="00281EA7">
            <w:pPr>
              <w:pStyle w:val="TableText"/>
              <w:spacing w:after="40"/>
              <w:rPr>
                <w:rFonts w:cs="Times New Roman"/>
              </w:rPr>
            </w:pPr>
            <w:r w:rsidRPr="00291DA9">
              <w:rPr>
                <w:rFonts w:cs="Times New Roman"/>
              </w:rPr>
              <w:t>ALUA / asymmetric access</w:t>
            </w:r>
          </w:p>
        </w:tc>
        <w:tc>
          <w:tcPr>
            <w:tcW w:w="2083" w:type="pct"/>
          </w:tcPr>
          <w:p w14:paraId="63BCAA19" w14:textId="77777777" w:rsidR="00281EA7" w:rsidRPr="00291DA9" w:rsidRDefault="00281EA7" w:rsidP="00281EA7">
            <w:pPr>
              <w:pStyle w:val="TableText"/>
              <w:spacing w:after="40"/>
              <w:rPr>
                <w:rFonts w:cs="Times New Roman"/>
              </w:rPr>
            </w:pPr>
            <w:r w:rsidRPr="00291DA9">
              <w:rPr>
                <w:rFonts w:cs="Times New Roman"/>
                <w:lang w:val="ru-RU"/>
              </w:rPr>
              <w:t xml:space="preserve">Одна группа путей может быть оптимизированной, другая — неоптимизированной, резервной или иметь меньший приоритет. </w:t>
            </w:r>
            <w:r w:rsidRPr="00291DA9">
              <w:rPr>
                <w:rFonts w:cs="Times New Roman"/>
              </w:rPr>
              <w:t>Такая картина не считается самостоятельным подтверждением SLUA.</w:t>
            </w:r>
          </w:p>
        </w:tc>
        <w:tc>
          <w:tcPr>
            <w:tcW w:w="2083" w:type="pct"/>
          </w:tcPr>
          <w:p w14:paraId="57D6620A" w14:textId="77777777" w:rsidR="00281EA7" w:rsidRPr="00291DA9" w:rsidRDefault="00281EA7" w:rsidP="00281EA7">
            <w:pPr>
              <w:pStyle w:val="TableText"/>
              <w:spacing w:after="40"/>
              <w:rPr>
                <w:rFonts w:cs="Times New Roman"/>
              </w:rPr>
            </w:pPr>
            <w:r w:rsidRPr="00291DA9">
              <w:rPr>
                <w:rFonts w:eastAsia="Consolas" w:cs="Times New Roman"/>
              </w:rPr>
              <w:t>active ready running</w:t>
            </w:r>
          </w:p>
          <w:p w14:paraId="567BF51F" w14:textId="77777777" w:rsidR="00281EA7" w:rsidRPr="00291DA9" w:rsidRDefault="00281EA7" w:rsidP="00281EA7">
            <w:pPr>
              <w:pStyle w:val="TableText"/>
              <w:spacing w:after="40"/>
              <w:rPr>
                <w:rFonts w:cs="Times New Roman"/>
              </w:rPr>
            </w:pPr>
            <w:r w:rsidRPr="00291DA9">
              <w:rPr>
                <w:rFonts w:cs="Times New Roman"/>
              </w:rPr>
              <w:t xml:space="preserve"> при большем </w:t>
            </w:r>
          </w:p>
          <w:p w14:paraId="6C7777C8" w14:textId="77777777" w:rsidR="00281EA7" w:rsidRPr="00291DA9" w:rsidRDefault="00281EA7" w:rsidP="00281EA7">
            <w:pPr>
              <w:pStyle w:val="TableText"/>
              <w:spacing w:after="40"/>
              <w:rPr>
                <w:rFonts w:cs="Times New Roman"/>
              </w:rPr>
            </w:pPr>
            <w:r w:rsidRPr="00291DA9">
              <w:rPr>
                <w:rFonts w:eastAsia="Consolas" w:cs="Times New Roman"/>
              </w:rPr>
              <w:t>prio</w:t>
            </w:r>
            <w:r w:rsidRPr="00291DA9">
              <w:rPr>
                <w:rFonts w:cs="Times New Roman"/>
              </w:rPr>
              <w:br/>
            </w:r>
          </w:p>
          <w:p w14:paraId="3E3B2579" w14:textId="77777777" w:rsidR="00281EA7" w:rsidRPr="00291DA9" w:rsidRDefault="00281EA7" w:rsidP="00281EA7">
            <w:pPr>
              <w:pStyle w:val="TableText"/>
              <w:spacing w:after="40"/>
              <w:rPr>
                <w:rFonts w:cs="Times New Roman"/>
              </w:rPr>
            </w:pPr>
            <w:r w:rsidRPr="00291DA9">
              <w:rPr>
                <w:rFonts w:eastAsia="Consolas" w:cs="Times New Roman"/>
              </w:rPr>
              <w:t>active/non-optimized</w:t>
            </w:r>
            <w:r w:rsidRPr="00291DA9">
              <w:rPr>
                <w:rFonts w:cs="Times New Roman"/>
              </w:rPr>
              <w:br/>
            </w:r>
          </w:p>
          <w:p w14:paraId="7E19697F" w14:textId="77777777" w:rsidR="00281EA7" w:rsidRPr="00291DA9" w:rsidRDefault="00281EA7" w:rsidP="00281EA7">
            <w:pPr>
              <w:pStyle w:val="TableText"/>
              <w:spacing w:after="40"/>
              <w:rPr>
                <w:rFonts w:cs="Times New Roman"/>
              </w:rPr>
            </w:pPr>
            <w:r w:rsidRPr="00291DA9">
              <w:rPr>
                <w:rFonts w:eastAsia="Consolas" w:cs="Times New Roman"/>
              </w:rPr>
              <w:t>enabled ghost running</w:t>
            </w:r>
            <w:r w:rsidRPr="00291DA9">
              <w:rPr>
                <w:rFonts w:cs="Times New Roman"/>
              </w:rPr>
              <w:br/>
            </w:r>
          </w:p>
          <w:p w14:paraId="2FF12579" w14:textId="77777777" w:rsidR="00281EA7" w:rsidRPr="00291DA9" w:rsidRDefault="00281EA7" w:rsidP="00281EA7">
            <w:pPr>
              <w:pStyle w:val="TableText"/>
              <w:spacing w:after="40"/>
              <w:rPr>
                <w:rFonts w:cs="Times New Roman"/>
              </w:rPr>
            </w:pPr>
            <w:r w:rsidRPr="00291DA9">
              <w:rPr>
                <w:rFonts w:eastAsia="Consolas" w:cs="Times New Roman"/>
              </w:rPr>
              <w:t>enabled ready running</w:t>
            </w:r>
          </w:p>
          <w:p w14:paraId="51376201" w14:textId="77777777" w:rsidR="00281EA7" w:rsidRPr="00291DA9" w:rsidRDefault="00281EA7" w:rsidP="00281EA7">
            <w:pPr>
              <w:pStyle w:val="TableText"/>
              <w:spacing w:after="40"/>
              <w:rPr>
                <w:rFonts w:cs="Times New Roman"/>
              </w:rPr>
            </w:pPr>
            <w:r w:rsidRPr="00291DA9">
              <w:rPr>
                <w:rFonts w:cs="Times New Roman"/>
              </w:rPr>
              <w:t xml:space="preserve"> с меньшим </w:t>
            </w:r>
          </w:p>
          <w:p w14:paraId="54B7B267" w14:textId="77777777" w:rsidR="00281EA7" w:rsidRPr="00291DA9" w:rsidRDefault="00281EA7" w:rsidP="00281EA7">
            <w:pPr>
              <w:pStyle w:val="TableText"/>
              <w:spacing w:after="40"/>
              <w:rPr>
                <w:rFonts w:cs="Times New Roman"/>
              </w:rPr>
            </w:pPr>
            <w:r w:rsidRPr="00291DA9">
              <w:rPr>
                <w:rFonts w:eastAsia="Consolas" w:cs="Times New Roman"/>
              </w:rPr>
              <w:t>prio</w:t>
            </w:r>
          </w:p>
        </w:tc>
      </w:tr>
    </w:tbl>
    <w:p w14:paraId="1A789E64" w14:textId="77777777" w:rsidR="00281EA7" w:rsidRPr="00281EA7" w:rsidRDefault="00281EA7" w:rsidP="00281EA7">
      <w:pPr>
        <w:rPr>
          <w:lang w:val="en-US"/>
        </w:rPr>
      </w:pPr>
    </w:p>
    <w:p w14:paraId="2061101D" w14:textId="77777777" w:rsidR="00281EA7" w:rsidRPr="00291DA9" w:rsidRDefault="00281EA7" w:rsidP="00281EA7">
      <w:pPr>
        <w:pStyle w:val="CodeBlock"/>
        <w:shd w:val="clear" w:color="auto" w:fill="F2F4F7"/>
        <w:rPr>
          <w:rFonts w:ascii="Times New Roman" w:hAnsi="Times New Roman" w:cs="Times New Roman"/>
        </w:rPr>
      </w:pPr>
      <w:r w:rsidRPr="00291DA9">
        <w:rPr>
          <w:rFonts w:ascii="Times New Roman" w:hAnsi="Times New Roman" w:cs="Times New Roman"/>
        </w:rPr>
        <w:t>Пример SLUA-картины:</w:t>
      </w:r>
      <w:r w:rsidRPr="00291DA9">
        <w:rPr>
          <w:rFonts w:ascii="Times New Roman" w:hAnsi="Times New Roman" w:cs="Times New Roman"/>
        </w:rPr>
        <w:br/>
        <w:t>|-+- policy='round-robin 0' prio=50 status=active</w:t>
      </w:r>
      <w:r w:rsidRPr="00291DA9">
        <w:rPr>
          <w:rFonts w:ascii="Times New Roman" w:hAnsi="Times New Roman" w:cs="Times New Roman"/>
        </w:rPr>
        <w:br/>
        <w:t>| |- ... active ready running   # путь через Controller A</w:t>
      </w:r>
      <w:r w:rsidRPr="00291DA9">
        <w:rPr>
          <w:rFonts w:ascii="Times New Roman" w:hAnsi="Times New Roman" w:cs="Times New Roman"/>
        </w:rPr>
        <w:br/>
        <w:t>| `- ... active ready running   # путь через Controller A</w:t>
      </w:r>
      <w:r w:rsidRPr="00291DA9">
        <w:rPr>
          <w:rFonts w:ascii="Times New Roman" w:hAnsi="Times New Roman" w:cs="Times New Roman"/>
        </w:rPr>
        <w:br/>
        <w:t>`</w:t>
      </w:r>
      <w:r w:rsidRPr="00291DA9" w:rsidDel="001B5BD6">
        <w:rPr>
          <w:rFonts w:ascii="Times New Roman" w:hAnsi="Times New Roman" w:cs="Times New Roman"/>
        </w:rPr>
        <w:t xml:space="preserve"> </w:t>
      </w:r>
      <w:r w:rsidRPr="00291DA9">
        <w:rPr>
          <w:rFonts w:ascii="Times New Roman" w:hAnsi="Times New Roman" w:cs="Times New Roman"/>
        </w:rPr>
        <w:t>|- ... active ready running   # путь через Controller B</w:t>
      </w:r>
      <w:r w:rsidRPr="00291DA9">
        <w:rPr>
          <w:rFonts w:ascii="Times New Roman" w:hAnsi="Times New Roman" w:cs="Times New Roman"/>
        </w:rPr>
        <w:br/>
        <w:t xml:space="preserve">  `- ... active ready running   # путь через Controller B</w:t>
      </w:r>
      <w:r w:rsidRPr="00291DA9">
        <w:rPr>
          <w:rFonts w:ascii="Times New Roman" w:hAnsi="Times New Roman" w:cs="Times New Roman"/>
        </w:rPr>
        <w:br/>
      </w:r>
      <w:r w:rsidRPr="00291DA9">
        <w:rPr>
          <w:rFonts w:ascii="Times New Roman" w:hAnsi="Times New Roman" w:cs="Times New Roman"/>
        </w:rPr>
        <w:br/>
        <w:t>Пример ALUA-картины, не являющейся самостоятельным подтверждением SLUA:</w:t>
      </w:r>
      <w:r w:rsidRPr="00291DA9">
        <w:rPr>
          <w:rFonts w:ascii="Times New Roman" w:hAnsi="Times New Roman" w:cs="Times New Roman"/>
        </w:rPr>
        <w:br/>
        <w:t>|-+- policy='round-robin 0' prio=50 status=active</w:t>
      </w:r>
      <w:r w:rsidRPr="00291DA9">
        <w:rPr>
          <w:rFonts w:ascii="Times New Roman" w:hAnsi="Times New Roman" w:cs="Times New Roman"/>
        </w:rPr>
        <w:br/>
        <w:t>| |- ... active ready running   # optimized paths</w:t>
      </w:r>
      <w:r w:rsidRPr="00291DA9">
        <w:rPr>
          <w:rFonts w:ascii="Times New Roman" w:hAnsi="Times New Roman" w:cs="Times New Roman"/>
        </w:rPr>
        <w:br/>
        <w:t>| `- ... active ready running</w:t>
      </w:r>
      <w:r w:rsidRPr="00291DA9">
        <w:rPr>
          <w:rFonts w:ascii="Times New Roman" w:hAnsi="Times New Roman" w:cs="Times New Roman"/>
        </w:rPr>
        <w:br/>
        <w:t>`-+- policy='round-robin 0' prio=10 status=enabled</w:t>
      </w:r>
      <w:r w:rsidRPr="00291DA9">
        <w:rPr>
          <w:rFonts w:ascii="Times New Roman" w:hAnsi="Times New Roman" w:cs="Times New Roman"/>
        </w:rPr>
        <w:br/>
        <w:t xml:space="preserve">  |- ... active ready running   # non-optimized / lower priority</w:t>
      </w:r>
      <w:r w:rsidRPr="00291DA9">
        <w:rPr>
          <w:rFonts w:ascii="Times New Roman" w:hAnsi="Times New Roman" w:cs="Times New Roman"/>
        </w:rPr>
        <w:br/>
        <w:t xml:space="preserve">  `- ... enabled ghost running</w:t>
      </w:r>
    </w:p>
    <w:p w14:paraId="46B3DB56" w14:textId="77777777" w:rsidR="00281EA7" w:rsidRPr="009F0425" w:rsidRDefault="00281EA7" w:rsidP="00281EA7">
      <w:pPr>
        <w:rPr>
          <w:b/>
          <w:bCs/>
          <w:szCs w:val="32"/>
        </w:rPr>
      </w:pPr>
      <w:r w:rsidRPr="009F0425">
        <w:rPr>
          <w:b/>
          <w:bCs/>
          <w:szCs w:val="32"/>
        </w:rPr>
        <w:t>2.2. Пример контроля непрерывности ввода-вывода через iostat</w:t>
      </w:r>
    </w:p>
    <w:p w14:paraId="7CF251EC" w14:textId="77777777" w:rsidR="00281EA7" w:rsidRPr="00291DA9" w:rsidRDefault="00281EA7" w:rsidP="00281EA7">
      <w:r w:rsidRPr="00291DA9">
        <w:t xml:space="preserve">Для наглядной фиксации динамики во время отказов используется </w:t>
      </w:r>
      <w:r w:rsidRPr="00291DA9">
        <w:rPr>
          <w:rFonts w:eastAsia="Consolas"/>
          <w:sz w:val="17"/>
        </w:rPr>
        <w:t>iostat -t -dxm 1</w:t>
      </w:r>
      <w:r w:rsidRPr="00291DA9">
        <w:t xml:space="preserve">. Для SLUA ожидается, что на DM-устройстве сохраняются ненулевые </w:t>
      </w:r>
      <w:r w:rsidRPr="00291DA9">
        <w:rPr>
          <w:rFonts w:eastAsia="Consolas"/>
          <w:sz w:val="17"/>
        </w:rPr>
        <w:t>r/s</w:t>
      </w:r>
      <w:r w:rsidRPr="00291DA9">
        <w:t xml:space="preserve"> и/или </w:t>
      </w:r>
      <w:r w:rsidRPr="00291DA9">
        <w:rPr>
          <w:rFonts w:eastAsia="Consolas"/>
          <w:sz w:val="17"/>
        </w:rPr>
        <w:t>w/s</w:t>
      </w:r>
      <w:r w:rsidRPr="00291DA9">
        <w:t>, а активность по нижележащим путям перераспределяется при отказе. Для ALUA-картины активность может быть сосредоточена на группе оптимизированных путей, а непредпочтительные пути могут оставаться почти без нагрузки до отказа оптимизированной группы.</w:t>
      </w:r>
    </w:p>
    <w:p w14:paraId="773DC936" w14:textId="77777777" w:rsidR="00281EA7" w:rsidRPr="00291DA9" w:rsidRDefault="00281EA7" w:rsidP="00281EA7">
      <w:pPr>
        <w:pStyle w:val="CodeBlock"/>
        <w:shd w:val="clear" w:color="auto" w:fill="F2F4F7"/>
        <w:rPr>
          <w:rFonts w:ascii="Times New Roman" w:hAnsi="Times New Roman" w:cs="Times New Roman"/>
          <w:lang w:val="ru-RU"/>
        </w:rPr>
      </w:pPr>
      <w:r w:rsidRPr="00291DA9">
        <w:rPr>
          <w:rFonts w:ascii="Times New Roman" w:hAnsi="Times New Roman" w:cs="Times New Roman"/>
          <w:lang w:val="ru-RU"/>
        </w:rPr>
        <w:t xml:space="preserve">Пример </w:t>
      </w:r>
      <w:r w:rsidRPr="00291DA9">
        <w:rPr>
          <w:rFonts w:ascii="Times New Roman" w:hAnsi="Times New Roman" w:cs="Times New Roman"/>
        </w:rPr>
        <w:t>SLUA</w:t>
      </w:r>
      <w:r w:rsidRPr="00291DA9">
        <w:rPr>
          <w:rFonts w:ascii="Times New Roman" w:hAnsi="Times New Roman" w:cs="Times New Roman"/>
          <w:lang w:val="ru-RU"/>
        </w:rPr>
        <w:t xml:space="preserve"> под нагрузкой, до отказа:</w:t>
      </w:r>
      <w:r w:rsidRPr="00291DA9">
        <w:rPr>
          <w:rFonts w:ascii="Times New Roman" w:hAnsi="Times New Roman" w:cs="Times New Roman"/>
          <w:lang w:val="ru-RU"/>
        </w:rPr>
        <w:br/>
      </w:r>
      <w:r w:rsidRPr="00291DA9">
        <w:rPr>
          <w:rFonts w:ascii="Times New Roman" w:hAnsi="Times New Roman" w:cs="Times New Roman"/>
        </w:rPr>
        <w:t>Device</w:t>
      </w:r>
      <w:r w:rsidRPr="00291DA9">
        <w:rPr>
          <w:rFonts w:ascii="Times New Roman" w:hAnsi="Times New Roman" w:cs="Times New Roman"/>
          <w:lang w:val="ru-RU"/>
        </w:rPr>
        <w:t xml:space="preserve">            </w:t>
      </w:r>
      <w:r w:rsidRPr="00291DA9">
        <w:rPr>
          <w:rFonts w:ascii="Times New Roman" w:hAnsi="Times New Roman" w:cs="Times New Roman"/>
        </w:rPr>
        <w:t>r</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w</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rMB</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wMB</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aqu</w:t>
      </w:r>
      <w:r w:rsidRPr="00291DA9">
        <w:rPr>
          <w:rFonts w:ascii="Times New Roman" w:hAnsi="Times New Roman" w:cs="Times New Roman"/>
          <w:lang w:val="ru-RU"/>
        </w:rPr>
        <w:t>-</w:t>
      </w:r>
      <w:r w:rsidRPr="00291DA9">
        <w:rPr>
          <w:rFonts w:ascii="Times New Roman" w:hAnsi="Times New Roman" w:cs="Times New Roman"/>
        </w:rPr>
        <w:t>sz</w:t>
      </w:r>
      <w:r w:rsidRPr="00291DA9">
        <w:rPr>
          <w:rFonts w:ascii="Times New Roman" w:hAnsi="Times New Roman" w:cs="Times New Roman"/>
          <w:lang w:val="ru-RU"/>
        </w:rPr>
        <w:t xml:space="preserve">  </w:t>
      </w:r>
      <w:r w:rsidRPr="00291DA9">
        <w:rPr>
          <w:rFonts w:ascii="Times New Roman" w:hAnsi="Times New Roman" w:cs="Times New Roman"/>
        </w:rPr>
        <w:t>await</w:t>
      </w:r>
      <w:r w:rsidRPr="00291DA9">
        <w:rPr>
          <w:rFonts w:ascii="Times New Roman" w:hAnsi="Times New Roman" w:cs="Times New Roman"/>
          <w:lang w:val="ru-RU"/>
        </w:rPr>
        <w:t xml:space="preserve">  %</w:t>
      </w:r>
      <w:r w:rsidRPr="00291DA9">
        <w:rPr>
          <w:rFonts w:ascii="Times New Roman" w:hAnsi="Times New Roman" w:cs="Times New Roman"/>
        </w:rPr>
        <w:t>util</w:t>
      </w:r>
      <w:r w:rsidRPr="00291DA9">
        <w:rPr>
          <w:rFonts w:ascii="Times New Roman" w:hAnsi="Times New Roman" w:cs="Times New Roman"/>
          <w:lang w:val="ru-RU"/>
        </w:rPr>
        <w:br/>
      </w:r>
      <w:r w:rsidRPr="00291DA9">
        <w:rPr>
          <w:rFonts w:ascii="Times New Roman" w:hAnsi="Times New Roman" w:cs="Times New Roman"/>
        </w:rPr>
        <w:t>dm</w:t>
      </w:r>
      <w:r w:rsidRPr="00291DA9">
        <w:rPr>
          <w:rFonts w:ascii="Times New Roman" w:hAnsi="Times New Roman" w:cs="Times New Roman"/>
          <w:lang w:val="ru-RU"/>
        </w:rPr>
        <w:t>-2           8200.0  3500.0    512.0    218.0   30.0    2.6   72.0</w:t>
      </w:r>
      <w:r w:rsidRPr="00291DA9">
        <w:rPr>
          <w:rFonts w:ascii="Times New Roman" w:hAnsi="Times New Roman" w:cs="Times New Roman"/>
          <w:lang w:val="ru-RU"/>
        </w:rPr>
        <w:br/>
      </w:r>
      <w:r w:rsidRPr="00291DA9">
        <w:rPr>
          <w:rFonts w:ascii="Times New Roman" w:hAnsi="Times New Roman" w:cs="Times New Roman"/>
        </w:rPr>
        <w:t>sdb</w:t>
      </w:r>
      <w:r w:rsidRPr="00291DA9">
        <w:rPr>
          <w:rFonts w:ascii="Times New Roman" w:hAnsi="Times New Roman" w:cs="Times New Roman"/>
          <w:lang w:val="ru-RU"/>
        </w:rPr>
        <w:t xml:space="preserve">            1050.0   440.0     65.0     27.0    3.6    2.4   18.0  # </w:t>
      </w:r>
      <w:r w:rsidRPr="00291DA9">
        <w:rPr>
          <w:rFonts w:ascii="Times New Roman" w:hAnsi="Times New Roman" w:cs="Times New Roman"/>
        </w:rPr>
        <w:t>Controller</w:t>
      </w:r>
      <w:r w:rsidRPr="00291DA9">
        <w:rPr>
          <w:rFonts w:ascii="Times New Roman" w:hAnsi="Times New Roman" w:cs="Times New Roman"/>
          <w:lang w:val="ru-RU"/>
        </w:rPr>
        <w:t xml:space="preserve"> </w:t>
      </w:r>
      <w:r w:rsidRPr="00291DA9">
        <w:rPr>
          <w:rFonts w:ascii="Times New Roman" w:hAnsi="Times New Roman" w:cs="Times New Roman"/>
        </w:rPr>
        <w:t>A</w:t>
      </w:r>
      <w:r w:rsidRPr="00291DA9">
        <w:rPr>
          <w:rFonts w:ascii="Times New Roman" w:hAnsi="Times New Roman" w:cs="Times New Roman"/>
          <w:lang w:val="ru-RU"/>
        </w:rPr>
        <w:br/>
      </w:r>
      <w:r w:rsidRPr="00291DA9">
        <w:rPr>
          <w:rFonts w:ascii="Times New Roman" w:hAnsi="Times New Roman" w:cs="Times New Roman"/>
        </w:rPr>
        <w:t>sdc</w:t>
      </w:r>
      <w:r w:rsidRPr="00291DA9">
        <w:rPr>
          <w:rFonts w:ascii="Times New Roman" w:hAnsi="Times New Roman" w:cs="Times New Roman"/>
          <w:lang w:val="ru-RU"/>
        </w:rPr>
        <w:t xml:space="preserve">            1010.0   430.0     63.0     26.0    3.4    2.3   17.0  # </w:t>
      </w:r>
      <w:r w:rsidRPr="00291DA9">
        <w:rPr>
          <w:rFonts w:ascii="Times New Roman" w:hAnsi="Times New Roman" w:cs="Times New Roman"/>
        </w:rPr>
        <w:t>Controller</w:t>
      </w:r>
      <w:r w:rsidRPr="00291DA9">
        <w:rPr>
          <w:rFonts w:ascii="Times New Roman" w:hAnsi="Times New Roman" w:cs="Times New Roman"/>
          <w:lang w:val="ru-RU"/>
        </w:rPr>
        <w:t xml:space="preserve"> </w:t>
      </w:r>
      <w:r w:rsidRPr="00291DA9">
        <w:rPr>
          <w:rFonts w:ascii="Times New Roman" w:hAnsi="Times New Roman" w:cs="Times New Roman"/>
        </w:rPr>
        <w:t>A</w:t>
      </w:r>
      <w:r w:rsidRPr="00291DA9">
        <w:rPr>
          <w:rFonts w:ascii="Times New Roman" w:hAnsi="Times New Roman" w:cs="Times New Roman"/>
          <w:lang w:val="ru-RU"/>
        </w:rPr>
        <w:br/>
      </w:r>
      <w:r w:rsidRPr="00291DA9">
        <w:rPr>
          <w:rFonts w:ascii="Times New Roman" w:hAnsi="Times New Roman" w:cs="Times New Roman"/>
        </w:rPr>
        <w:t>sdj</w:t>
      </w:r>
      <w:r w:rsidRPr="00291DA9">
        <w:rPr>
          <w:rFonts w:ascii="Times New Roman" w:hAnsi="Times New Roman" w:cs="Times New Roman"/>
          <w:lang w:val="ru-RU"/>
        </w:rPr>
        <w:t xml:space="preserve">            1030.0   445.0     64.0     27.5    3.5    2.4   18.0  # </w:t>
      </w:r>
      <w:r w:rsidRPr="00291DA9">
        <w:rPr>
          <w:rFonts w:ascii="Times New Roman" w:hAnsi="Times New Roman" w:cs="Times New Roman"/>
        </w:rPr>
        <w:t>Controller</w:t>
      </w:r>
      <w:r w:rsidRPr="00291DA9">
        <w:rPr>
          <w:rFonts w:ascii="Times New Roman" w:hAnsi="Times New Roman" w:cs="Times New Roman"/>
          <w:lang w:val="ru-RU"/>
        </w:rPr>
        <w:t xml:space="preserve"> </w:t>
      </w:r>
      <w:r w:rsidRPr="00291DA9">
        <w:rPr>
          <w:rFonts w:ascii="Times New Roman" w:hAnsi="Times New Roman" w:cs="Times New Roman"/>
        </w:rPr>
        <w:t>B</w:t>
      </w:r>
      <w:r w:rsidRPr="00291DA9">
        <w:rPr>
          <w:rFonts w:ascii="Times New Roman" w:hAnsi="Times New Roman" w:cs="Times New Roman"/>
          <w:lang w:val="ru-RU"/>
        </w:rPr>
        <w:br/>
      </w:r>
      <w:r w:rsidRPr="00291DA9">
        <w:rPr>
          <w:rFonts w:ascii="Times New Roman" w:hAnsi="Times New Roman" w:cs="Times New Roman"/>
        </w:rPr>
        <w:t>sdk</w:t>
      </w:r>
      <w:r w:rsidRPr="00291DA9">
        <w:rPr>
          <w:rFonts w:ascii="Times New Roman" w:hAnsi="Times New Roman" w:cs="Times New Roman"/>
          <w:lang w:val="ru-RU"/>
        </w:rPr>
        <w:t xml:space="preserve">            1005.0   435.0     62.8     27.0    3.4    2.3   17.0  # </w:t>
      </w:r>
      <w:r w:rsidRPr="00291DA9">
        <w:rPr>
          <w:rFonts w:ascii="Times New Roman" w:hAnsi="Times New Roman" w:cs="Times New Roman"/>
        </w:rPr>
        <w:t>Controller</w:t>
      </w:r>
      <w:r w:rsidRPr="00291DA9">
        <w:rPr>
          <w:rFonts w:ascii="Times New Roman" w:hAnsi="Times New Roman" w:cs="Times New Roman"/>
          <w:lang w:val="ru-RU"/>
        </w:rPr>
        <w:t xml:space="preserve"> </w:t>
      </w:r>
      <w:r w:rsidRPr="00291DA9">
        <w:rPr>
          <w:rFonts w:ascii="Times New Roman" w:hAnsi="Times New Roman" w:cs="Times New Roman"/>
        </w:rPr>
        <w:t>B</w:t>
      </w:r>
      <w:r w:rsidRPr="00291DA9">
        <w:rPr>
          <w:rFonts w:ascii="Times New Roman" w:hAnsi="Times New Roman" w:cs="Times New Roman"/>
          <w:lang w:val="ru-RU"/>
        </w:rPr>
        <w:br/>
      </w:r>
      <w:r w:rsidRPr="00291DA9">
        <w:rPr>
          <w:rFonts w:ascii="Times New Roman" w:hAnsi="Times New Roman" w:cs="Times New Roman"/>
          <w:lang w:val="ru-RU"/>
        </w:rPr>
        <w:br/>
        <w:t xml:space="preserve">Пример </w:t>
      </w:r>
      <w:r w:rsidRPr="00291DA9">
        <w:rPr>
          <w:rFonts w:ascii="Times New Roman" w:hAnsi="Times New Roman" w:cs="Times New Roman"/>
        </w:rPr>
        <w:t>ALUA</w:t>
      </w:r>
      <w:r w:rsidRPr="00291DA9">
        <w:rPr>
          <w:rFonts w:ascii="Times New Roman" w:hAnsi="Times New Roman" w:cs="Times New Roman"/>
          <w:lang w:val="ru-RU"/>
        </w:rPr>
        <w:t xml:space="preserve">-картины, когда непредпочтительные пути почти не обслуживают </w:t>
      </w:r>
      <w:r w:rsidRPr="00291DA9">
        <w:rPr>
          <w:rFonts w:ascii="Times New Roman" w:hAnsi="Times New Roman" w:cs="Times New Roman"/>
        </w:rPr>
        <w:t>I</w:t>
      </w:r>
      <w:r w:rsidRPr="00291DA9">
        <w:rPr>
          <w:rFonts w:ascii="Times New Roman" w:hAnsi="Times New Roman" w:cs="Times New Roman"/>
          <w:lang w:val="ru-RU"/>
        </w:rPr>
        <w:t>/</w:t>
      </w:r>
      <w:r w:rsidRPr="00291DA9">
        <w:rPr>
          <w:rFonts w:ascii="Times New Roman" w:hAnsi="Times New Roman" w:cs="Times New Roman"/>
        </w:rPr>
        <w:t>O</w:t>
      </w:r>
      <w:r w:rsidRPr="00291DA9">
        <w:rPr>
          <w:rFonts w:ascii="Times New Roman" w:hAnsi="Times New Roman" w:cs="Times New Roman"/>
          <w:lang w:val="ru-RU"/>
        </w:rPr>
        <w:t>:</w:t>
      </w:r>
      <w:r w:rsidRPr="00291DA9">
        <w:rPr>
          <w:rFonts w:ascii="Times New Roman" w:hAnsi="Times New Roman" w:cs="Times New Roman"/>
          <w:lang w:val="ru-RU"/>
        </w:rPr>
        <w:br/>
      </w:r>
      <w:r w:rsidRPr="00291DA9">
        <w:rPr>
          <w:rFonts w:ascii="Times New Roman" w:hAnsi="Times New Roman" w:cs="Times New Roman"/>
        </w:rPr>
        <w:lastRenderedPageBreak/>
        <w:t>Device</w:t>
      </w:r>
      <w:r w:rsidRPr="00291DA9">
        <w:rPr>
          <w:rFonts w:ascii="Times New Roman" w:hAnsi="Times New Roman" w:cs="Times New Roman"/>
          <w:lang w:val="ru-RU"/>
        </w:rPr>
        <w:t xml:space="preserve">            </w:t>
      </w:r>
      <w:r w:rsidRPr="00291DA9">
        <w:rPr>
          <w:rFonts w:ascii="Times New Roman" w:hAnsi="Times New Roman" w:cs="Times New Roman"/>
        </w:rPr>
        <w:t>r</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w</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rMB</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wMB</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aqu</w:t>
      </w:r>
      <w:r w:rsidRPr="00291DA9">
        <w:rPr>
          <w:rFonts w:ascii="Times New Roman" w:hAnsi="Times New Roman" w:cs="Times New Roman"/>
          <w:lang w:val="ru-RU"/>
        </w:rPr>
        <w:t>-</w:t>
      </w:r>
      <w:r w:rsidRPr="00291DA9">
        <w:rPr>
          <w:rFonts w:ascii="Times New Roman" w:hAnsi="Times New Roman" w:cs="Times New Roman"/>
        </w:rPr>
        <w:t>sz</w:t>
      </w:r>
      <w:r w:rsidRPr="00291DA9">
        <w:rPr>
          <w:rFonts w:ascii="Times New Roman" w:hAnsi="Times New Roman" w:cs="Times New Roman"/>
          <w:lang w:val="ru-RU"/>
        </w:rPr>
        <w:t xml:space="preserve">  </w:t>
      </w:r>
      <w:r w:rsidRPr="00291DA9">
        <w:rPr>
          <w:rFonts w:ascii="Times New Roman" w:hAnsi="Times New Roman" w:cs="Times New Roman"/>
        </w:rPr>
        <w:t>await</w:t>
      </w:r>
      <w:r w:rsidRPr="00291DA9">
        <w:rPr>
          <w:rFonts w:ascii="Times New Roman" w:hAnsi="Times New Roman" w:cs="Times New Roman"/>
          <w:lang w:val="ru-RU"/>
        </w:rPr>
        <w:t xml:space="preserve">  %</w:t>
      </w:r>
      <w:r w:rsidRPr="00291DA9">
        <w:rPr>
          <w:rFonts w:ascii="Times New Roman" w:hAnsi="Times New Roman" w:cs="Times New Roman"/>
        </w:rPr>
        <w:t>util</w:t>
      </w:r>
      <w:r w:rsidRPr="00291DA9">
        <w:rPr>
          <w:rFonts w:ascii="Times New Roman" w:hAnsi="Times New Roman" w:cs="Times New Roman"/>
          <w:lang w:val="ru-RU"/>
        </w:rPr>
        <w:br/>
      </w:r>
      <w:r w:rsidRPr="00291DA9">
        <w:rPr>
          <w:rFonts w:ascii="Times New Roman" w:hAnsi="Times New Roman" w:cs="Times New Roman"/>
        </w:rPr>
        <w:t>dm</w:t>
      </w:r>
      <w:r w:rsidRPr="00291DA9">
        <w:rPr>
          <w:rFonts w:ascii="Times New Roman" w:hAnsi="Times New Roman" w:cs="Times New Roman"/>
          <w:lang w:val="ru-RU"/>
        </w:rPr>
        <w:t>-2           8200.0  3500.0    512.0    218.0   30.0    2.6   72.0</w:t>
      </w:r>
      <w:r w:rsidRPr="00291DA9">
        <w:rPr>
          <w:rFonts w:ascii="Times New Roman" w:hAnsi="Times New Roman" w:cs="Times New Roman"/>
          <w:lang w:val="ru-RU"/>
        </w:rPr>
        <w:br/>
      </w:r>
      <w:r w:rsidRPr="00291DA9">
        <w:rPr>
          <w:rFonts w:ascii="Times New Roman" w:hAnsi="Times New Roman" w:cs="Times New Roman"/>
        </w:rPr>
        <w:t>sdb</w:t>
      </w:r>
      <w:r w:rsidRPr="00291DA9">
        <w:rPr>
          <w:rFonts w:ascii="Times New Roman" w:hAnsi="Times New Roman" w:cs="Times New Roman"/>
          <w:lang w:val="ru-RU"/>
        </w:rPr>
        <w:t xml:space="preserve">            2100.0   900.0    131.0     56.0    7.0    2.4   35.0  # </w:t>
      </w:r>
      <w:r w:rsidRPr="00291DA9">
        <w:rPr>
          <w:rFonts w:ascii="Times New Roman" w:hAnsi="Times New Roman" w:cs="Times New Roman"/>
        </w:rPr>
        <w:t>optimized</w:t>
      </w:r>
      <w:r w:rsidRPr="00291DA9">
        <w:rPr>
          <w:rFonts w:ascii="Times New Roman" w:hAnsi="Times New Roman" w:cs="Times New Roman"/>
          <w:lang w:val="ru-RU"/>
        </w:rPr>
        <w:t xml:space="preserve"> </w:t>
      </w:r>
      <w:r w:rsidRPr="00291DA9">
        <w:rPr>
          <w:rFonts w:ascii="Times New Roman" w:hAnsi="Times New Roman" w:cs="Times New Roman"/>
        </w:rPr>
        <w:t>group</w:t>
      </w:r>
      <w:r w:rsidRPr="00291DA9">
        <w:rPr>
          <w:rFonts w:ascii="Times New Roman" w:hAnsi="Times New Roman" w:cs="Times New Roman"/>
          <w:lang w:val="ru-RU"/>
        </w:rPr>
        <w:br/>
      </w:r>
      <w:r w:rsidRPr="00291DA9">
        <w:rPr>
          <w:rFonts w:ascii="Times New Roman" w:hAnsi="Times New Roman" w:cs="Times New Roman"/>
        </w:rPr>
        <w:t>sdc</w:t>
      </w:r>
      <w:r w:rsidRPr="00291DA9">
        <w:rPr>
          <w:rFonts w:ascii="Times New Roman" w:hAnsi="Times New Roman" w:cs="Times New Roman"/>
          <w:lang w:val="ru-RU"/>
        </w:rPr>
        <w:t xml:space="preserve">            2050.0   870.0    128.0     54.0    6.8    2.4   34.0  # </w:t>
      </w:r>
      <w:r w:rsidRPr="00291DA9">
        <w:rPr>
          <w:rFonts w:ascii="Times New Roman" w:hAnsi="Times New Roman" w:cs="Times New Roman"/>
        </w:rPr>
        <w:t>optimized</w:t>
      </w:r>
      <w:r w:rsidRPr="00291DA9">
        <w:rPr>
          <w:rFonts w:ascii="Times New Roman" w:hAnsi="Times New Roman" w:cs="Times New Roman"/>
          <w:lang w:val="ru-RU"/>
        </w:rPr>
        <w:t xml:space="preserve"> </w:t>
      </w:r>
      <w:r w:rsidRPr="00291DA9">
        <w:rPr>
          <w:rFonts w:ascii="Times New Roman" w:hAnsi="Times New Roman" w:cs="Times New Roman"/>
        </w:rPr>
        <w:t>group</w:t>
      </w:r>
      <w:r w:rsidRPr="00291DA9">
        <w:rPr>
          <w:rFonts w:ascii="Times New Roman" w:hAnsi="Times New Roman" w:cs="Times New Roman"/>
          <w:lang w:val="ru-RU"/>
        </w:rPr>
        <w:br/>
      </w:r>
      <w:r w:rsidRPr="00291DA9">
        <w:rPr>
          <w:rFonts w:ascii="Times New Roman" w:hAnsi="Times New Roman" w:cs="Times New Roman"/>
        </w:rPr>
        <w:t>sdj</w:t>
      </w:r>
      <w:r w:rsidRPr="00291DA9">
        <w:rPr>
          <w:rFonts w:ascii="Times New Roman" w:hAnsi="Times New Roman" w:cs="Times New Roman"/>
          <w:lang w:val="ru-RU"/>
        </w:rPr>
        <w:t xml:space="preserve">               0.0     0.0      0.0      0.0    0.0    0.0    0.0  # </w:t>
      </w:r>
      <w:r w:rsidRPr="00291DA9">
        <w:rPr>
          <w:rFonts w:ascii="Times New Roman" w:hAnsi="Times New Roman" w:cs="Times New Roman"/>
        </w:rPr>
        <w:t>non</w:t>
      </w:r>
      <w:r w:rsidRPr="00291DA9">
        <w:rPr>
          <w:rFonts w:ascii="Times New Roman" w:hAnsi="Times New Roman" w:cs="Times New Roman"/>
          <w:lang w:val="ru-RU"/>
        </w:rPr>
        <w:t>-</w:t>
      </w:r>
      <w:r w:rsidRPr="00291DA9">
        <w:rPr>
          <w:rFonts w:ascii="Times New Roman" w:hAnsi="Times New Roman" w:cs="Times New Roman"/>
        </w:rPr>
        <w:t>optimized</w:t>
      </w:r>
      <w:r w:rsidRPr="00291DA9">
        <w:rPr>
          <w:rFonts w:ascii="Times New Roman" w:hAnsi="Times New Roman" w:cs="Times New Roman"/>
          <w:lang w:val="ru-RU"/>
        </w:rPr>
        <w:t>/</w:t>
      </w:r>
      <w:r w:rsidRPr="00291DA9">
        <w:rPr>
          <w:rFonts w:ascii="Times New Roman" w:hAnsi="Times New Roman" w:cs="Times New Roman"/>
        </w:rPr>
        <w:t>standby</w:t>
      </w:r>
      <w:r w:rsidRPr="00291DA9">
        <w:rPr>
          <w:rFonts w:ascii="Times New Roman" w:hAnsi="Times New Roman" w:cs="Times New Roman"/>
          <w:lang w:val="ru-RU"/>
        </w:rPr>
        <w:br/>
      </w:r>
      <w:r w:rsidRPr="00291DA9">
        <w:rPr>
          <w:rFonts w:ascii="Times New Roman" w:hAnsi="Times New Roman" w:cs="Times New Roman"/>
        </w:rPr>
        <w:t>sdk</w:t>
      </w:r>
      <w:r w:rsidRPr="00291DA9">
        <w:rPr>
          <w:rFonts w:ascii="Times New Roman" w:hAnsi="Times New Roman" w:cs="Times New Roman"/>
          <w:lang w:val="ru-RU"/>
        </w:rPr>
        <w:t xml:space="preserve">               0.0     0.0      0.0      0.0    0.0    0.0    0.0  # </w:t>
      </w:r>
      <w:r w:rsidRPr="00291DA9">
        <w:rPr>
          <w:rFonts w:ascii="Times New Roman" w:hAnsi="Times New Roman" w:cs="Times New Roman"/>
        </w:rPr>
        <w:t>non</w:t>
      </w:r>
      <w:r w:rsidRPr="00291DA9">
        <w:rPr>
          <w:rFonts w:ascii="Times New Roman" w:hAnsi="Times New Roman" w:cs="Times New Roman"/>
          <w:lang w:val="ru-RU"/>
        </w:rPr>
        <w:t>-</w:t>
      </w:r>
      <w:r w:rsidRPr="00291DA9">
        <w:rPr>
          <w:rFonts w:ascii="Times New Roman" w:hAnsi="Times New Roman" w:cs="Times New Roman"/>
        </w:rPr>
        <w:t>optimized</w:t>
      </w:r>
      <w:r w:rsidRPr="00291DA9">
        <w:rPr>
          <w:rFonts w:ascii="Times New Roman" w:hAnsi="Times New Roman" w:cs="Times New Roman"/>
          <w:lang w:val="ru-RU"/>
        </w:rPr>
        <w:t>/</w:t>
      </w:r>
      <w:r w:rsidRPr="00291DA9">
        <w:rPr>
          <w:rFonts w:ascii="Times New Roman" w:hAnsi="Times New Roman" w:cs="Times New Roman"/>
        </w:rPr>
        <w:t>standby</w:t>
      </w:r>
    </w:p>
    <w:p w14:paraId="185D0DD6" w14:textId="77777777" w:rsidR="00281EA7" w:rsidRDefault="00281EA7" w:rsidP="00281EA7"/>
    <w:p w14:paraId="44E88FE7" w14:textId="77777777" w:rsidR="00281EA7" w:rsidRPr="009F0425" w:rsidRDefault="00281EA7" w:rsidP="00281EA7"/>
    <w:p w14:paraId="28E55D7F" w14:textId="77777777" w:rsidR="00281EA7" w:rsidRDefault="00281EA7" w:rsidP="00281EA7">
      <w:r>
        <w:rPr>
          <w:b/>
          <w:bCs/>
          <w:szCs w:val="32"/>
        </w:rPr>
        <w:t>3. Испытательный стенд</w:t>
      </w:r>
    </w:p>
    <w:p w14:paraId="02409D0B" w14:textId="77777777" w:rsidR="00281EA7" w:rsidRDefault="00281EA7" w:rsidP="00281EA7">
      <w:r>
        <w:rPr>
          <w:b/>
          <w:bCs/>
          <w:szCs w:val="28"/>
        </w:rPr>
        <w:t>3.1. Состав стенда</w:t>
      </w:r>
    </w:p>
    <w:tbl>
      <w:tblPr>
        <w:tblW w:w="5000" w:type="pct"/>
        <w:jc w:val="center"/>
        <w:tblBorders>
          <w:top w:val="single" w:sz="4" w:space="0" w:color="C9D2E3"/>
          <w:left w:val="single" w:sz="4" w:space="0" w:color="C9D2E3"/>
          <w:bottom w:val="single" w:sz="4" w:space="0" w:color="C9D2E3"/>
          <w:right w:val="single" w:sz="4" w:space="0" w:color="C9D2E3"/>
          <w:insideH w:val="single" w:sz="4" w:space="0" w:color="C9D2E3"/>
          <w:insideV w:val="single" w:sz="4" w:space="0" w:color="C9D2E3"/>
        </w:tblBorders>
        <w:tblLook w:val="04A0" w:firstRow="1" w:lastRow="0" w:firstColumn="1" w:lastColumn="0" w:noHBand="0" w:noVBand="1"/>
      </w:tblPr>
      <w:tblGrid>
        <w:gridCol w:w="2412"/>
        <w:gridCol w:w="6029"/>
        <w:gridCol w:w="6029"/>
      </w:tblGrid>
      <w:tr w:rsidR="00281EA7" w:rsidRPr="00291DA9" w14:paraId="7AC01C7C" w14:textId="77777777" w:rsidTr="00281EA7">
        <w:trPr>
          <w:tblHeader/>
          <w:jc w:val="center"/>
        </w:trPr>
        <w:tc>
          <w:tcPr>
            <w:tcW w:w="833" w:type="pct"/>
            <w:shd w:val="clear" w:color="auto" w:fill="E9EEF8"/>
          </w:tcPr>
          <w:p w14:paraId="03D5628D" w14:textId="77777777" w:rsidR="00281EA7" w:rsidRPr="00291DA9" w:rsidRDefault="00281EA7" w:rsidP="00281EA7">
            <w:pPr>
              <w:pStyle w:val="TableText"/>
              <w:spacing w:after="40"/>
              <w:rPr>
                <w:rFonts w:cs="Times New Roman"/>
              </w:rPr>
            </w:pPr>
            <w:r w:rsidRPr="00291DA9">
              <w:rPr>
                <w:rFonts w:cs="Times New Roman"/>
                <w:b/>
              </w:rPr>
              <w:t>Параметр</w:t>
            </w:r>
          </w:p>
        </w:tc>
        <w:tc>
          <w:tcPr>
            <w:tcW w:w="2083" w:type="pct"/>
            <w:shd w:val="clear" w:color="auto" w:fill="E9EEF8"/>
          </w:tcPr>
          <w:p w14:paraId="2C326D81" w14:textId="77777777" w:rsidR="00281EA7" w:rsidRPr="00291DA9" w:rsidRDefault="00281EA7" w:rsidP="00281EA7">
            <w:pPr>
              <w:pStyle w:val="TableText"/>
              <w:spacing w:after="40"/>
              <w:rPr>
                <w:rFonts w:cs="Times New Roman"/>
              </w:rPr>
            </w:pPr>
            <w:r w:rsidRPr="00291DA9">
              <w:rPr>
                <w:rFonts w:cs="Times New Roman"/>
                <w:b/>
              </w:rPr>
              <w:t>Требование / значение</w:t>
            </w:r>
          </w:p>
        </w:tc>
        <w:tc>
          <w:tcPr>
            <w:tcW w:w="2083" w:type="pct"/>
            <w:shd w:val="clear" w:color="auto" w:fill="E9EEF8"/>
          </w:tcPr>
          <w:p w14:paraId="259FB3C4" w14:textId="77777777" w:rsidR="00281EA7" w:rsidRPr="00291DA9" w:rsidRDefault="00281EA7" w:rsidP="00281EA7">
            <w:pPr>
              <w:pStyle w:val="TableText"/>
              <w:spacing w:after="40"/>
              <w:rPr>
                <w:rFonts w:cs="Times New Roman"/>
              </w:rPr>
            </w:pPr>
            <w:r w:rsidRPr="00291DA9">
              <w:rPr>
                <w:rFonts w:cs="Times New Roman"/>
                <w:b/>
              </w:rPr>
              <w:t>Что фиксируется</w:t>
            </w:r>
          </w:p>
        </w:tc>
      </w:tr>
      <w:tr w:rsidR="00281EA7" w:rsidRPr="00D31521" w14:paraId="2DF10909" w14:textId="77777777" w:rsidTr="00281EA7">
        <w:trPr>
          <w:jc w:val="center"/>
        </w:trPr>
        <w:tc>
          <w:tcPr>
            <w:tcW w:w="833" w:type="pct"/>
          </w:tcPr>
          <w:p w14:paraId="3711C509" w14:textId="77777777" w:rsidR="00281EA7" w:rsidRPr="00291DA9" w:rsidRDefault="00281EA7" w:rsidP="00281EA7">
            <w:pPr>
              <w:pStyle w:val="TableText"/>
              <w:spacing w:after="40"/>
              <w:rPr>
                <w:rFonts w:cs="Times New Roman"/>
              </w:rPr>
            </w:pPr>
            <w:r w:rsidRPr="00291DA9">
              <w:rPr>
                <w:rFonts w:cs="Times New Roman"/>
              </w:rPr>
              <w:t>СХД</w:t>
            </w:r>
          </w:p>
        </w:tc>
        <w:tc>
          <w:tcPr>
            <w:tcW w:w="2083" w:type="pct"/>
          </w:tcPr>
          <w:p w14:paraId="3FC0AF6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Одна СХД с двумя контроллерами и поддержкой блочного доступа по </w:t>
            </w:r>
            <w:r w:rsidRPr="00291DA9">
              <w:rPr>
                <w:rFonts w:cs="Times New Roman"/>
              </w:rPr>
              <w:t>FC</w:t>
            </w:r>
            <w:r w:rsidRPr="00291DA9">
              <w:rPr>
                <w:rFonts w:cs="Times New Roman"/>
                <w:lang w:val="ru-RU"/>
              </w:rPr>
              <w:t>. Точная модель и версия ПО фиксируются после закупочной процедуры и перед началом испытаний.</w:t>
            </w:r>
          </w:p>
        </w:tc>
        <w:tc>
          <w:tcPr>
            <w:tcW w:w="2083" w:type="pct"/>
          </w:tcPr>
          <w:p w14:paraId="5E16DB89" w14:textId="77777777" w:rsidR="00281EA7" w:rsidRPr="00291DA9" w:rsidRDefault="00281EA7" w:rsidP="00281EA7">
            <w:pPr>
              <w:pStyle w:val="TableText"/>
              <w:spacing w:after="40"/>
              <w:rPr>
                <w:rFonts w:cs="Times New Roman"/>
                <w:lang w:val="ru-RU"/>
              </w:rPr>
            </w:pPr>
            <w:r w:rsidRPr="00291DA9">
              <w:rPr>
                <w:rFonts w:cs="Times New Roman"/>
                <w:lang w:val="ru-RU"/>
              </w:rPr>
              <w:t>Модель, серийный номер, версия ПО, количество контроллеров, статус компонентов.</w:t>
            </w:r>
          </w:p>
        </w:tc>
      </w:tr>
      <w:tr w:rsidR="00281EA7" w:rsidRPr="00D31521" w14:paraId="0529C45B" w14:textId="77777777" w:rsidTr="00281EA7">
        <w:trPr>
          <w:jc w:val="center"/>
        </w:trPr>
        <w:tc>
          <w:tcPr>
            <w:tcW w:w="833" w:type="pct"/>
          </w:tcPr>
          <w:p w14:paraId="12F47830" w14:textId="77777777" w:rsidR="00281EA7" w:rsidRPr="00291DA9" w:rsidRDefault="00281EA7" w:rsidP="00281EA7">
            <w:pPr>
              <w:pStyle w:val="TableText"/>
              <w:spacing w:after="40"/>
              <w:rPr>
                <w:rFonts w:cs="Times New Roman"/>
              </w:rPr>
            </w:pPr>
            <w:r w:rsidRPr="00291DA9">
              <w:rPr>
                <w:rFonts w:cs="Times New Roman"/>
              </w:rPr>
              <w:t>Серверы-нагружатели</w:t>
            </w:r>
          </w:p>
        </w:tc>
        <w:tc>
          <w:tcPr>
            <w:tcW w:w="2083" w:type="pct"/>
          </w:tcPr>
          <w:p w14:paraId="47B37BB7" w14:textId="77777777" w:rsidR="00281EA7" w:rsidRPr="00291DA9" w:rsidRDefault="00281EA7" w:rsidP="00281EA7">
            <w:pPr>
              <w:pStyle w:val="TableText"/>
              <w:spacing w:after="40"/>
              <w:rPr>
                <w:rFonts w:cs="Times New Roman"/>
              </w:rPr>
            </w:pPr>
            <w:r w:rsidRPr="00291DA9">
              <w:rPr>
                <w:rFonts w:cs="Times New Roman"/>
              </w:rPr>
              <w:t>2 физических сервера с RedOS 7.3 / Linux, FIO, DM-Multipath, lsscsi, sg3_utils.</w:t>
            </w:r>
          </w:p>
        </w:tc>
        <w:tc>
          <w:tcPr>
            <w:tcW w:w="2083" w:type="pct"/>
          </w:tcPr>
          <w:p w14:paraId="4B9DF0C0" w14:textId="77777777" w:rsidR="00281EA7" w:rsidRPr="00291DA9" w:rsidRDefault="00281EA7" w:rsidP="00281EA7">
            <w:pPr>
              <w:pStyle w:val="TableText"/>
              <w:spacing w:after="40"/>
              <w:rPr>
                <w:rFonts w:cs="Times New Roman"/>
                <w:lang w:val="ru-RU"/>
              </w:rPr>
            </w:pPr>
            <w:proofErr w:type="gramStart"/>
            <w:r w:rsidRPr="00291DA9">
              <w:rPr>
                <w:rFonts w:cs="Times New Roman"/>
              </w:rPr>
              <w:t>hostnamectl</w:t>
            </w:r>
            <w:proofErr w:type="gramEnd"/>
            <w:r w:rsidRPr="00291DA9">
              <w:rPr>
                <w:rFonts w:cs="Times New Roman"/>
                <w:lang w:val="ru-RU"/>
              </w:rPr>
              <w:t>, версия ОС, версия ядра, версии утилит.</w:t>
            </w:r>
          </w:p>
        </w:tc>
      </w:tr>
      <w:tr w:rsidR="00281EA7" w:rsidRPr="00D31521" w14:paraId="2E1E58C7" w14:textId="77777777" w:rsidTr="00281EA7">
        <w:trPr>
          <w:jc w:val="center"/>
        </w:trPr>
        <w:tc>
          <w:tcPr>
            <w:tcW w:w="833" w:type="pct"/>
          </w:tcPr>
          <w:p w14:paraId="2E5E78ED" w14:textId="77777777" w:rsidR="00281EA7" w:rsidRPr="00291DA9" w:rsidRDefault="00281EA7" w:rsidP="00281EA7">
            <w:pPr>
              <w:pStyle w:val="TableText"/>
              <w:spacing w:after="40"/>
              <w:rPr>
                <w:rFonts w:cs="Times New Roman"/>
              </w:rPr>
            </w:pPr>
            <w:r w:rsidRPr="00291DA9">
              <w:rPr>
                <w:rFonts w:cs="Times New Roman"/>
              </w:rPr>
              <w:t>FC HBA</w:t>
            </w:r>
          </w:p>
        </w:tc>
        <w:tc>
          <w:tcPr>
            <w:tcW w:w="2083" w:type="pct"/>
          </w:tcPr>
          <w:p w14:paraId="7951F9D4"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Не менее </w:t>
            </w:r>
            <w:r>
              <w:rPr>
                <w:rFonts w:cs="Times New Roman"/>
                <w:lang w:val="ru-RU"/>
              </w:rPr>
              <w:t>6</w:t>
            </w:r>
            <w:r w:rsidRPr="00291DA9">
              <w:rPr>
                <w:rFonts w:cs="Times New Roman"/>
                <w:lang w:val="ru-RU"/>
              </w:rPr>
              <w:t xml:space="preserve"> </w:t>
            </w:r>
            <w:r w:rsidRPr="00291DA9">
              <w:rPr>
                <w:rFonts w:cs="Times New Roman"/>
              </w:rPr>
              <w:t>FC</w:t>
            </w:r>
            <w:r w:rsidRPr="00291DA9">
              <w:rPr>
                <w:rFonts w:cs="Times New Roman"/>
                <w:lang w:val="ru-RU"/>
              </w:rPr>
              <w:t xml:space="preserve">-портов на сервер. Каждый сервер подключается к двум независимым </w:t>
            </w:r>
            <w:r w:rsidRPr="00291DA9">
              <w:rPr>
                <w:rFonts w:cs="Times New Roman"/>
              </w:rPr>
              <w:t>FC</w:t>
            </w:r>
            <w:r w:rsidRPr="00291DA9">
              <w:rPr>
                <w:rFonts w:cs="Times New Roman"/>
                <w:lang w:val="ru-RU"/>
              </w:rPr>
              <w:t>-фабрикам.</w:t>
            </w:r>
          </w:p>
        </w:tc>
        <w:tc>
          <w:tcPr>
            <w:tcW w:w="2083" w:type="pct"/>
          </w:tcPr>
          <w:p w14:paraId="58EA4322" w14:textId="77777777" w:rsidR="00281EA7" w:rsidRPr="00291DA9" w:rsidRDefault="00281EA7" w:rsidP="00281EA7">
            <w:pPr>
              <w:pStyle w:val="TableText"/>
              <w:spacing w:after="40"/>
              <w:rPr>
                <w:rFonts w:cs="Times New Roman"/>
                <w:lang w:val="ru-RU"/>
              </w:rPr>
            </w:pPr>
            <w:r w:rsidRPr="00291DA9">
              <w:rPr>
                <w:rFonts w:cs="Times New Roman"/>
              </w:rPr>
              <w:t>WWPN</w:t>
            </w:r>
            <w:r w:rsidRPr="00291DA9">
              <w:rPr>
                <w:rFonts w:cs="Times New Roman"/>
                <w:lang w:val="ru-RU"/>
              </w:rPr>
              <w:t xml:space="preserve"> инициаторов, состояние </w:t>
            </w:r>
            <w:r w:rsidRPr="00291DA9">
              <w:rPr>
                <w:rFonts w:cs="Times New Roman"/>
              </w:rPr>
              <w:t>Online</w:t>
            </w:r>
            <w:r w:rsidRPr="00291DA9">
              <w:rPr>
                <w:rFonts w:cs="Times New Roman"/>
                <w:lang w:val="ru-RU"/>
              </w:rPr>
              <w:t>, скорость портов.</w:t>
            </w:r>
          </w:p>
        </w:tc>
      </w:tr>
      <w:tr w:rsidR="00281EA7" w:rsidRPr="00B16F71" w14:paraId="2FCFC374" w14:textId="77777777" w:rsidTr="00281EA7">
        <w:trPr>
          <w:jc w:val="center"/>
        </w:trPr>
        <w:tc>
          <w:tcPr>
            <w:tcW w:w="833" w:type="pct"/>
          </w:tcPr>
          <w:p w14:paraId="5D409392" w14:textId="77777777" w:rsidR="00281EA7" w:rsidRPr="00291DA9" w:rsidRDefault="00281EA7" w:rsidP="00281EA7">
            <w:pPr>
              <w:pStyle w:val="TableText"/>
              <w:spacing w:after="40"/>
              <w:rPr>
                <w:rFonts w:cs="Times New Roman"/>
              </w:rPr>
            </w:pPr>
            <w:r w:rsidRPr="00291DA9">
              <w:rPr>
                <w:rFonts w:cs="Times New Roman"/>
              </w:rPr>
              <w:t>FC SAN</w:t>
            </w:r>
          </w:p>
        </w:tc>
        <w:tc>
          <w:tcPr>
            <w:tcW w:w="2083" w:type="pct"/>
          </w:tcPr>
          <w:p w14:paraId="116A3A9C"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Две независимые </w:t>
            </w:r>
            <w:r w:rsidRPr="00291DA9">
              <w:rPr>
                <w:rFonts w:cs="Times New Roman"/>
              </w:rPr>
              <w:t>FC</w:t>
            </w:r>
            <w:r w:rsidRPr="00291DA9">
              <w:rPr>
                <w:rFonts w:cs="Times New Roman"/>
                <w:lang w:val="ru-RU"/>
              </w:rPr>
              <w:t xml:space="preserve">-фабрики: </w:t>
            </w:r>
            <w:r w:rsidRPr="00291DA9">
              <w:rPr>
                <w:rFonts w:cs="Times New Roman"/>
              </w:rPr>
              <w:t>Fabric</w:t>
            </w:r>
            <w:r w:rsidRPr="00291DA9">
              <w:rPr>
                <w:rFonts w:cs="Times New Roman"/>
                <w:lang w:val="ru-RU"/>
              </w:rPr>
              <w:t xml:space="preserve"> </w:t>
            </w:r>
            <w:r w:rsidRPr="00291DA9">
              <w:rPr>
                <w:rFonts w:cs="Times New Roman"/>
              </w:rPr>
              <w:t>A</w:t>
            </w:r>
            <w:r w:rsidRPr="00291DA9">
              <w:rPr>
                <w:rFonts w:cs="Times New Roman"/>
                <w:lang w:val="ru-RU"/>
              </w:rPr>
              <w:t xml:space="preserve"> и </w:t>
            </w:r>
            <w:r w:rsidRPr="00291DA9">
              <w:rPr>
                <w:rFonts w:cs="Times New Roman"/>
              </w:rPr>
              <w:t>Fabric</w:t>
            </w:r>
            <w:r w:rsidRPr="00291DA9">
              <w:rPr>
                <w:rFonts w:cs="Times New Roman"/>
                <w:lang w:val="ru-RU"/>
              </w:rPr>
              <w:t xml:space="preserve"> </w:t>
            </w:r>
            <w:r w:rsidRPr="00291DA9">
              <w:rPr>
                <w:rFonts w:cs="Times New Roman"/>
              </w:rPr>
              <w:t>B</w:t>
            </w:r>
            <w:r w:rsidRPr="00291DA9">
              <w:rPr>
                <w:rFonts w:cs="Times New Roman"/>
                <w:lang w:val="ru-RU"/>
              </w:rPr>
              <w:t xml:space="preserve">. Коммутация и </w:t>
            </w:r>
            <w:r w:rsidRPr="00291DA9">
              <w:rPr>
                <w:rFonts w:cs="Times New Roman"/>
              </w:rPr>
              <w:t>zoning</w:t>
            </w:r>
            <w:r w:rsidRPr="00291DA9">
              <w:rPr>
                <w:rFonts w:cs="Times New Roman"/>
                <w:lang w:val="ru-RU"/>
              </w:rPr>
              <w:t xml:space="preserve"> должны быть выполнены так, чтобы при отказе одного </w:t>
            </w:r>
            <w:r w:rsidRPr="00291DA9">
              <w:rPr>
                <w:rFonts w:cs="Times New Roman"/>
              </w:rPr>
              <w:t>FC</w:t>
            </w:r>
            <w:r w:rsidRPr="00291DA9">
              <w:rPr>
                <w:rFonts w:cs="Times New Roman"/>
                <w:lang w:val="ru-RU"/>
              </w:rPr>
              <w:t>-коммутатора или одной фабрики на второй фабрике сохранялись пути от серверов к обоим контроллерам СХД.</w:t>
            </w:r>
          </w:p>
        </w:tc>
        <w:tc>
          <w:tcPr>
            <w:tcW w:w="2083" w:type="pct"/>
          </w:tcPr>
          <w:p w14:paraId="33571BBC" w14:textId="77777777" w:rsidR="00281EA7" w:rsidRPr="00291DA9" w:rsidRDefault="00281EA7" w:rsidP="00281EA7">
            <w:pPr>
              <w:pStyle w:val="TableText"/>
              <w:spacing w:after="40"/>
              <w:rPr>
                <w:rFonts w:cs="Times New Roman"/>
              </w:rPr>
            </w:pPr>
            <w:r w:rsidRPr="00291DA9">
              <w:rPr>
                <w:rFonts w:cs="Times New Roman"/>
              </w:rPr>
              <w:t>Схема zoning, initiator-target matrix, ошибки портов SAN.</w:t>
            </w:r>
          </w:p>
        </w:tc>
      </w:tr>
      <w:tr w:rsidR="00281EA7" w:rsidRPr="00D31521" w14:paraId="295BDA31" w14:textId="77777777" w:rsidTr="00281EA7">
        <w:trPr>
          <w:jc w:val="center"/>
        </w:trPr>
        <w:tc>
          <w:tcPr>
            <w:tcW w:w="833" w:type="pct"/>
          </w:tcPr>
          <w:p w14:paraId="508A0FE8" w14:textId="77777777" w:rsidR="00281EA7" w:rsidRPr="00291DA9" w:rsidRDefault="00281EA7" w:rsidP="00281EA7">
            <w:pPr>
              <w:pStyle w:val="TableText"/>
              <w:spacing w:after="40"/>
              <w:rPr>
                <w:rFonts w:cs="Times New Roman"/>
              </w:rPr>
            </w:pPr>
            <w:r w:rsidRPr="00291DA9">
              <w:rPr>
                <w:rFonts w:cs="Times New Roman"/>
              </w:rPr>
              <w:t>Пулы хранения</w:t>
            </w:r>
          </w:p>
        </w:tc>
        <w:tc>
          <w:tcPr>
            <w:tcW w:w="2083" w:type="pct"/>
          </w:tcPr>
          <w:p w14:paraId="5B911E2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Создаются 2 тестовых пула хранения: </w:t>
            </w:r>
            <w:r w:rsidRPr="00291DA9">
              <w:rPr>
                <w:rFonts w:cs="Times New Roman"/>
              </w:rPr>
              <w:t>Pool</w:t>
            </w:r>
            <w:r w:rsidRPr="00291DA9">
              <w:rPr>
                <w:rFonts w:cs="Times New Roman"/>
                <w:lang w:val="ru-RU"/>
              </w:rPr>
              <w:t xml:space="preserve">-1 и </w:t>
            </w:r>
            <w:r w:rsidRPr="00291DA9">
              <w:rPr>
                <w:rFonts w:cs="Times New Roman"/>
              </w:rPr>
              <w:t>Pool</w:t>
            </w:r>
            <w:r w:rsidRPr="00291DA9">
              <w:rPr>
                <w:rFonts w:cs="Times New Roman"/>
                <w:lang w:val="ru-RU"/>
              </w:rPr>
              <w:t xml:space="preserve">-2. Каждый пул создаётся со схемой </w:t>
            </w:r>
            <w:r w:rsidRPr="00291DA9">
              <w:rPr>
                <w:rFonts w:cs="Times New Roman"/>
              </w:rPr>
              <w:t>RAID</w:t>
            </w:r>
            <w:r w:rsidRPr="00291DA9">
              <w:rPr>
                <w:rFonts w:cs="Times New Roman"/>
                <w:lang w:val="ru-RU"/>
              </w:rPr>
              <w:t xml:space="preserve"> 6 либо с эквивалентной схемой защиты, выдерживающей отказ не менее двух накопителей.</w:t>
            </w:r>
          </w:p>
        </w:tc>
        <w:tc>
          <w:tcPr>
            <w:tcW w:w="2083" w:type="pct"/>
          </w:tcPr>
          <w:p w14:paraId="693ECD6E" w14:textId="77777777" w:rsidR="00281EA7" w:rsidRPr="00291DA9" w:rsidRDefault="00281EA7" w:rsidP="00281EA7">
            <w:pPr>
              <w:pStyle w:val="TableText"/>
              <w:spacing w:after="40"/>
              <w:rPr>
                <w:rFonts w:cs="Times New Roman"/>
                <w:lang w:val="ru-RU"/>
              </w:rPr>
            </w:pPr>
            <w:r w:rsidRPr="00291DA9">
              <w:rPr>
                <w:rFonts w:cs="Times New Roman"/>
                <w:lang w:val="ru-RU"/>
              </w:rPr>
              <w:t>Имя пула, объём пула, состав накопителей, схема защиты, статус пула.</w:t>
            </w:r>
          </w:p>
        </w:tc>
      </w:tr>
      <w:tr w:rsidR="00281EA7" w:rsidRPr="00D31521" w14:paraId="3C1C7F26" w14:textId="77777777" w:rsidTr="00281EA7">
        <w:trPr>
          <w:jc w:val="center"/>
        </w:trPr>
        <w:tc>
          <w:tcPr>
            <w:tcW w:w="833" w:type="pct"/>
          </w:tcPr>
          <w:p w14:paraId="43CE4C7D" w14:textId="77777777" w:rsidR="00281EA7" w:rsidRPr="00291DA9" w:rsidRDefault="00281EA7" w:rsidP="00281EA7">
            <w:pPr>
              <w:pStyle w:val="TableText"/>
              <w:spacing w:after="40"/>
              <w:rPr>
                <w:rFonts w:cs="Times New Roman"/>
              </w:rPr>
            </w:pPr>
            <w:r w:rsidRPr="00291DA9">
              <w:rPr>
                <w:rFonts w:cs="Times New Roman"/>
              </w:rPr>
              <w:t>Тестовые LUN</w:t>
            </w:r>
          </w:p>
        </w:tc>
        <w:tc>
          <w:tcPr>
            <w:tcW w:w="2083" w:type="pct"/>
          </w:tcPr>
          <w:p w14:paraId="5C59243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Создаются 4 тестовых </w:t>
            </w:r>
            <w:r w:rsidRPr="00291DA9">
              <w:rPr>
                <w:rFonts w:cs="Times New Roman"/>
              </w:rPr>
              <w:t>LUN</w:t>
            </w:r>
            <w:r w:rsidRPr="00291DA9">
              <w:rPr>
                <w:rFonts w:cs="Times New Roman"/>
                <w:lang w:val="ru-RU"/>
              </w:rPr>
              <w:t xml:space="preserve">: </w:t>
            </w:r>
            <w:r w:rsidRPr="00291DA9">
              <w:rPr>
                <w:rFonts w:cs="Times New Roman"/>
              </w:rPr>
              <w:t>LUN</w:t>
            </w:r>
            <w:r w:rsidRPr="00291DA9">
              <w:rPr>
                <w:rFonts w:cs="Times New Roman"/>
                <w:lang w:val="ru-RU"/>
              </w:rPr>
              <w:t xml:space="preserve">1 и </w:t>
            </w:r>
            <w:r w:rsidRPr="00291DA9">
              <w:rPr>
                <w:rFonts w:cs="Times New Roman"/>
              </w:rPr>
              <w:t>LUN</w:t>
            </w:r>
            <w:r w:rsidRPr="00291DA9">
              <w:rPr>
                <w:rFonts w:cs="Times New Roman"/>
                <w:lang w:val="ru-RU"/>
              </w:rPr>
              <w:t xml:space="preserve">2 в </w:t>
            </w:r>
            <w:r w:rsidRPr="00291DA9">
              <w:rPr>
                <w:rFonts w:cs="Times New Roman"/>
              </w:rPr>
              <w:t>Pool</w:t>
            </w:r>
            <w:r w:rsidRPr="00291DA9">
              <w:rPr>
                <w:rFonts w:cs="Times New Roman"/>
                <w:lang w:val="ru-RU"/>
              </w:rPr>
              <w:t xml:space="preserve">-1, </w:t>
            </w:r>
            <w:r w:rsidRPr="00291DA9">
              <w:rPr>
                <w:rFonts w:cs="Times New Roman"/>
              </w:rPr>
              <w:t>LUN</w:t>
            </w:r>
            <w:r w:rsidRPr="00291DA9">
              <w:rPr>
                <w:rFonts w:cs="Times New Roman"/>
                <w:lang w:val="ru-RU"/>
              </w:rPr>
              <w:t xml:space="preserve">3 и </w:t>
            </w:r>
            <w:r w:rsidRPr="00291DA9">
              <w:rPr>
                <w:rFonts w:cs="Times New Roman"/>
              </w:rPr>
              <w:t>LUN</w:t>
            </w:r>
            <w:r w:rsidRPr="00291DA9">
              <w:rPr>
                <w:rFonts w:cs="Times New Roman"/>
                <w:lang w:val="ru-RU"/>
              </w:rPr>
              <w:t xml:space="preserve">4 в </w:t>
            </w:r>
            <w:r w:rsidRPr="00291DA9">
              <w:rPr>
                <w:rFonts w:cs="Times New Roman"/>
              </w:rPr>
              <w:t>Pool</w:t>
            </w:r>
            <w:r w:rsidRPr="00291DA9">
              <w:rPr>
                <w:rFonts w:cs="Times New Roman"/>
                <w:lang w:val="ru-RU"/>
              </w:rPr>
              <w:t xml:space="preserve">-2. Размер каждого </w:t>
            </w:r>
            <w:r w:rsidRPr="00291DA9">
              <w:rPr>
                <w:rFonts w:cs="Times New Roman"/>
              </w:rPr>
              <w:t>LUN</w:t>
            </w:r>
            <w:r w:rsidRPr="00291DA9">
              <w:rPr>
                <w:rFonts w:cs="Times New Roman"/>
                <w:lang w:val="ru-RU"/>
              </w:rPr>
              <w:t xml:space="preserve"> — 40% от форматированного объёма соответствующего пула. </w:t>
            </w:r>
            <w:r w:rsidRPr="00291DA9">
              <w:rPr>
                <w:rFonts w:cs="Times New Roman"/>
              </w:rPr>
              <w:t>LUN</w:t>
            </w:r>
            <w:r w:rsidRPr="00291DA9">
              <w:rPr>
                <w:rFonts w:cs="Times New Roman"/>
                <w:lang w:val="ru-RU"/>
              </w:rPr>
              <w:t xml:space="preserve"> используются только для испытаний.</w:t>
            </w:r>
          </w:p>
        </w:tc>
        <w:tc>
          <w:tcPr>
            <w:tcW w:w="2083" w:type="pct"/>
          </w:tcPr>
          <w:p w14:paraId="62CF0C6C" w14:textId="77777777" w:rsidR="00281EA7" w:rsidRPr="00291DA9" w:rsidRDefault="00281EA7" w:rsidP="00281EA7">
            <w:pPr>
              <w:pStyle w:val="TableText"/>
              <w:spacing w:after="40"/>
              <w:rPr>
                <w:rFonts w:cs="Times New Roman"/>
                <w:lang w:val="ru-RU"/>
              </w:rPr>
            </w:pPr>
            <w:r w:rsidRPr="00291DA9">
              <w:rPr>
                <w:rFonts w:cs="Times New Roman"/>
              </w:rPr>
              <w:t>LUN</w:t>
            </w:r>
            <w:r w:rsidRPr="00291DA9">
              <w:rPr>
                <w:rFonts w:cs="Times New Roman"/>
                <w:lang w:val="ru-RU"/>
              </w:rPr>
              <w:t xml:space="preserve"> </w:t>
            </w:r>
            <w:r w:rsidRPr="00291DA9">
              <w:rPr>
                <w:rFonts w:cs="Times New Roman"/>
              </w:rPr>
              <w:t>ID</w:t>
            </w:r>
            <w:r w:rsidRPr="00291DA9">
              <w:rPr>
                <w:rFonts w:cs="Times New Roman"/>
                <w:lang w:val="ru-RU"/>
              </w:rPr>
              <w:t xml:space="preserve">, </w:t>
            </w:r>
            <w:r w:rsidRPr="00291DA9">
              <w:rPr>
                <w:rFonts w:cs="Times New Roman"/>
              </w:rPr>
              <w:t>WWID</w:t>
            </w:r>
            <w:r w:rsidRPr="00291DA9">
              <w:rPr>
                <w:rFonts w:cs="Times New Roman"/>
                <w:lang w:val="ru-RU"/>
              </w:rPr>
              <w:t xml:space="preserve">, размер, пул, схема защиты, предоставление </w:t>
            </w:r>
            <w:r w:rsidRPr="00291DA9">
              <w:rPr>
                <w:rFonts w:cs="Times New Roman"/>
              </w:rPr>
              <w:t>LUN</w:t>
            </w:r>
            <w:r w:rsidRPr="00291DA9">
              <w:rPr>
                <w:rFonts w:cs="Times New Roman"/>
                <w:lang w:val="ru-RU"/>
              </w:rPr>
              <w:t xml:space="preserve"> хостам.</w:t>
            </w:r>
          </w:p>
        </w:tc>
      </w:tr>
      <w:tr w:rsidR="00281EA7" w:rsidRPr="00D31521" w14:paraId="16B23C9F" w14:textId="77777777" w:rsidTr="00281EA7">
        <w:trPr>
          <w:jc w:val="center"/>
        </w:trPr>
        <w:tc>
          <w:tcPr>
            <w:tcW w:w="833" w:type="pct"/>
          </w:tcPr>
          <w:p w14:paraId="2C46AE92" w14:textId="77777777" w:rsidR="00281EA7" w:rsidRPr="00291DA9" w:rsidRDefault="00281EA7" w:rsidP="00281EA7">
            <w:pPr>
              <w:pStyle w:val="TableText"/>
              <w:spacing w:after="40"/>
              <w:rPr>
                <w:rFonts w:cs="Times New Roman"/>
              </w:rPr>
            </w:pPr>
            <w:r w:rsidRPr="00291DA9">
              <w:rPr>
                <w:rFonts w:cs="Times New Roman"/>
              </w:rPr>
              <w:t>Мониторинг СХД</w:t>
            </w:r>
          </w:p>
        </w:tc>
        <w:tc>
          <w:tcPr>
            <w:tcW w:w="2083" w:type="pct"/>
          </w:tcPr>
          <w:p w14:paraId="2EA3E1B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Счётчики производительности и события фиксируются через </w:t>
            </w:r>
            <w:r w:rsidRPr="00291DA9">
              <w:rPr>
                <w:rFonts w:cs="Times New Roman"/>
              </w:rPr>
              <w:t>GUI</w:t>
            </w:r>
            <w:r w:rsidRPr="00291DA9">
              <w:rPr>
                <w:rFonts w:cs="Times New Roman"/>
                <w:lang w:val="ru-RU"/>
              </w:rPr>
              <w:t xml:space="preserve">-скриншоты и/или </w:t>
            </w:r>
            <w:r w:rsidRPr="00291DA9">
              <w:rPr>
                <w:rFonts w:cs="Times New Roman"/>
              </w:rPr>
              <w:t>CLI</w:t>
            </w:r>
            <w:r w:rsidRPr="00291DA9">
              <w:rPr>
                <w:rFonts w:cs="Times New Roman"/>
                <w:lang w:val="ru-RU"/>
              </w:rPr>
              <w:t>-выгрузки.</w:t>
            </w:r>
          </w:p>
        </w:tc>
        <w:tc>
          <w:tcPr>
            <w:tcW w:w="2083" w:type="pct"/>
          </w:tcPr>
          <w:p w14:paraId="6018138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Состояние контроллеров, портов, </w:t>
            </w:r>
            <w:r w:rsidRPr="00291DA9">
              <w:rPr>
                <w:rFonts w:cs="Times New Roman"/>
              </w:rPr>
              <w:t>LUN</w:t>
            </w:r>
            <w:r w:rsidRPr="00291DA9">
              <w:rPr>
                <w:rFonts w:cs="Times New Roman"/>
                <w:lang w:val="ru-RU"/>
              </w:rPr>
              <w:t>, событий, счётчики по контроллерам/</w:t>
            </w:r>
            <w:r w:rsidRPr="00291DA9">
              <w:rPr>
                <w:rFonts w:cs="Times New Roman"/>
              </w:rPr>
              <w:t>front</w:t>
            </w:r>
            <w:r w:rsidRPr="00291DA9">
              <w:rPr>
                <w:rFonts w:cs="Times New Roman"/>
                <w:lang w:val="ru-RU"/>
              </w:rPr>
              <w:t>-</w:t>
            </w:r>
            <w:r w:rsidRPr="00291DA9">
              <w:rPr>
                <w:rFonts w:cs="Times New Roman"/>
              </w:rPr>
              <w:t>end</w:t>
            </w:r>
            <w:r w:rsidRPr="00291DA9">
              <w:rPr>
                <w:rFonts w:cs="Times New Roman"/>
                <w:lang w:val="ru-RU"/>
              </w:rPr>
              <w:t xml:space="preserve"> портам.</w:t>
            </w:r>
          </w:p>
        </w:tc>
      </w:tr>
    </w:tbl>
    <w:p w14:paraId="4ECC6F09" w14:textId="77777777" w:rsidR="00281EA7" w:rsidRDefault="00281EA7" w:rsidP="00281EA7">
      <w:pPr>
        <w:rPr>
          <w:b/>
          <w:bCs/>
          <w:szCs w:val="28"/>
        </w:rPr>
      </w:pPr>
    </w:p>
    <w:tbl>
      <w:tblPr>
        <w:tblW w:w="0" w:type="auto"/>
        <w:jc w:val="center"/>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Look w:val="04A0" w:firstRow="1" w:lastRow="0" w:firstColumn="1" w:lastColumn="0" w:noHBand="0" w:noVBand="1"/>
      </w:tblPr>
      <w:tblGrid>
        <w:gridCol w:w="14464"/>
      </w:tblGrid>
      <w:tr w:rsidR="00281EA7" w:rsidRPr="00D31521" w14:paraId="29446635" w14:textId="77777777" w:rsidTr="00281EA7">
        <w:trPr>
          <w:jc w:val="center"/>
        </w:trPr>
        <w:tc>
          <w:tcPr>
            <w:tcW w:w="14480" w:type="dxa"/>
            <w:shd w:val="clear" w:color="auto" w:fill="FFF7E6"/>
          </w:tcPr>
          <w:p w14:paraId="13CC8CDB" w14:textId="77777777" w:rsidR="00281EA7" w:rsidRPr="00291DA9" w:rsidRDefault="00281EA7" w:rsidP="00281EA7">
            <w:r w:rsidRPr="00291DA9">
              <w:rPr>
                <w:b/>
                <w:sz w:val="19"/>
              </w:rPr>
              <w:t>Требование к FC-коммутации.</w:t>
            </w:r>
            <w:r w:rsidRPr="00291DA9">
              <w:rPr>
                <w:sz w:val="19"/>
              </w:rPr>
              <w:t xml:space="preserve"> Нельзя строить стенд так, чтобы Fabric A имела пути только к Controller A, а Fabric B — только к Controller B. При отказе любой одной фабрики должны сохраняться пути к обоим контроллерам через оставшуюся фабрику. Иначе проверка отказа фабрики превращается в проверку потери доступа к одному контроллеру, а не в корректный сценарий отказоустойчивости SAN.</w:t>
            </w:r>
          </w:p>
        </w:tc>
      </w:tr>
    </w:tbl>
    <w:p w14:paraId="4011BF05" w14:textId="77777777" w:rsidR="00281EA7" w:rsidRDefault="00281EA7" w:rsidP="00281EA7">
      <w:pPr>
        <w:rPr>
          <w:b/>
          <w:bCs/>
          <w:szCs w:val="28"/>
        </w:rPr>
      </w:pPr>
    </w:p>
    <w:p w14:paraId="03D9EC66" w14:textId="77777777" w:rsidR="00281EA7" w:rsidRDefault="00281EA7" w:rsidP="00281EA7">
      <w:pPr>
        <w:jc w:val="both"/>
        <w:rPr>
          <w:sz w:val="20"/>
          <w:szCs w:val="20"/>
        </w:rPr>
      </w:pPr>
      <w:r>
        <w:rPr>
          <w:sz w:val="20"/>
          <w:szCs w:val="20"/>
        </w:rPr>
        <w:t>Испытательный стенд:</w:t>
      </w:r>
    </w:p>
    <w:p w14:paraId="5A4EC6C4" w14:textId="77777777" w:rsidR="00281EA7" w:rsidRDefault="00281EA7" w:rsidP="00281EA7">
      <w:pPr>
        <w:jc w:val="center"/>
        <w:rPr>
          <w:sz w:val="20"/>
          <w:szCs w:val="20"/>
        </w:rPr>
      </w:pPr>
      <w:r>
        <w:rPr>
          <w:noProof/>
          <w:lang w:eastAsia="ru-RU"/>
        </w:rPr>
        <w:lastRenderedPageBreak/>
        <w:drawing>
          <wp:inline distT="0" distB="0" distL="0" distR="0" wp14:anchorId="41512B30" wp14:editId="61F2B357">
            <wp:extent cx="3967480" cy="31584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9"/>
                    <a:stretch>
                      <a:fillRect/>
                    </a:stretch>
                  </pic:blipFill>
                  <pic:spPr bwMode="auto">
                    <a:xfrm>
                      <a:off x="0" y="0"/>
                      <a:ext cx="3967480" cy="3158490"/>
                    </a:xfrm>
                    <a:prstGeom prst="rect">
                      <a:avLst/>
                    </a:prstGeom>
                    <a:noFill/>
                  </pic:spPr>
                </pic:pic>
              </a:graphicData>
            </a:graphic>
          </wp:inline>
        </w:drawing>
      </w:r>
    </w:p>
    <w:p w14:paraId="1B2C3282" w14:textId="77777777" w:rsidR="00281EA7" w:rsidRDefault="00281EA7" w:rsidP="00281EA7">
      <w:pPr>
        <w:rPr>
          <w:b/>
          <w:bCs/>
          <w:szCs w:val="28"/>
        </w:rPr>
      </w:pPr>
    </w:p>
    <w:p w14:paraId="099A6EE2" w14:textId="77777777" w:rsidR="00281EA7" w:rsidRPr="009F0425" w:rsidRDefault="00281EA7" w:rsidP="00281EA7">
      <w:r w:rsidRPr="009F0425">
        <w:rPr>
          <w:b/>
          <w:bCs/>
          <w:szCs w:val="28"/>
        </w:rPr>
        <w:t>3.2. Логическая конфигурация стенда</w:t>
      </w:r>
    </w:p>
    <w:p w14:paraId="049C9CC9" w14:textId="77777777" w:rsidR="00281EA7" w:rsidRPr="009F0425" w:rsidRDefault="00281EA7" w:rsidP="00281EA7">
      <w:pPr>
        <w:jc w:val="both"/>
      </w:pPr>
      <w:r>
        <w:rPr>
          <w:sz w:val="20"/>
          <w:szCs w:val="20"/>
        </w:rPr>
        <w:t>На СХД выделить весь набор дисков тестируемой конфигурации и разделить его на 2 пула примерно равного размера по числу дисков</w:t>
      </w:r>
      <w:r>
        <w:rPr>
          <w:color w:val="000000"/>
        </w:rPr>
        <w:t xml:space="preserve">. </w:t>
      </w:r>
      <w:r>
        <w:rPr>
          <w:sz w:val="20"/>
          <w:szCs w:val="20"/>
        </w:rPr>
        <w:t>Для каждого пула задать RAID 6 либо эквивалентную схему защиты, выдерживающую потерю не менее 2 дисков</w:t>
      </w:r>
      <w:r>
        <w:rPr>
          <w:color w:val="000000"/>
        </w:rPr>
        <w:t xml:space="preserve">. </w:t>
      </w:r>
      <w:r w:rsidRPr="009F0425">
        <w:rPr>
          <w:color w:val="000000"/>
        </w:rPr>
        <w:t xml:space="preserve">На СХД создаётся </w:t>
      </w:r>
      <w:r w:rsidRPr="009F0425">
        <w:rPr>
          <w:b/>
          <w:bCs/>
          <w:color w:val="000000"/>
        </w:rPr>
        <w:t xml:space="preserve">4 тестовых </w:t>
      </w:r>
      <w:r>
        <w:rPr>
          <w:b/>
          <w:bCs/>
          <w:color w:val="000000"/>
        </w:rPr>
        <w:t>LUN</w:t>
      </w:r>
      <w:r w:rsidRPr="009F0425">
        <w:rPr>
          <w:color w:val="000000"/>
        </w:rPr>
        <w:t xml:space="preserve"> равного объёма из общего пула накопителей. </w:t>
      </w:r>
      <w:r>
        <w:rPr>
          <w:sz w:val="20"/>
          <w:szCs w:val="20"/>
        </w:rPr>
        <w:t>размер каждого LUN — 40% от форматированного POOL</w:t>
      </w:r>
      <w:r>
        <w:rPr>
          <w:color w:val="000000"/>
        </w:rPr>
        <w:t>. LUN</w:t>
      </w:r>
      <w:r w:rsidRPr="009F0425">
        <w:rPr>
          <w:color w:val="000000"/>
        </w:rPr>
        <w:t xml:space="preserve"> распределяются в соответствии с симметричной концепцией работы СХД (если внутренний признак владельца существует — половина </w:t>
      </w:r>
      <w:r>
        <w:rPr>
          <w:color w:val="000000"/>
        </w:rPr>
        <w:t>LUN</w:t>
      </w:r>
      <w:r w:rsidRPr="009F0425">
        <w:rPr>
          <w:color w:val="000000"/>
        </w:rPr>
        <w:t xml:space="preserve"> с признаком одного контроллера, половина с признаком другого), и предоставляются через </w:t>
      </w:r>
      <w:r>
        <w:rPr>
          <w:color w:val="000000"/>
        </w:rPr>
        <w:t>front</w:t>
      </w:r>
      <w:r w:rsidRPr="009F0425">
        <w:rPr>
          <w:color w:val="000000"/>
        </w:rPr>
        <w:t>-</w:t>
      </w:r>
      <w:r>
        <w:rPr>
          <w:color w:val="000000"/>
        </w:rPr>
        <w:t>end</w:t>
      </w:r>
      <w:r w:rsidRPr="009F0425">
        <w:rPr>
          <w:color w:val="000000"/>
        </w:rPr>
        <w:t xml:space="preserve"> порты обоих контроллеров обоим серверам-нагружателям.</w:t>
      </w:r>
    </w:p>
    <w:p w14:paraId="073785D8" w14:textId="77777777" w:rsidR="00281EA7" w:rsidRPr="009F0425" w:rsidRDefault="00281EA7" w:rsidP="00281EA7">
      <w:pPr>
        <w:jc w:val="both"/>
      </w:pPr>
      <w:r w:rsidRPr="009F0425">
        <w:rPr>
          <w:color w:val="000000"/>
        </w:rPr>
        <w:t xml:space="preserve">Каждый сервер имеет </w:t>
      </w:r>
      <w:r>
        <w:rPr>
          <w:color w:val="000000"/>
        </w:rPr>
        <w:t>FC</w:t>
      </w:r>
      <w:r w:rsidRPr="009F0425">
        <w:rPr>
          <w:color w:val="000000"/>
        </w:rPr>
        <w:t>-канал</w:t>
      </w:r>
      <w:r>
        <w:rPr>
          <w:color w:val="000000"/>
        </w:rPr>
        <w:t>ы</w:t>
      </w:r>
      <w:r w:rsidRPr="009F0425">
        <w:rPr>
          <w:color w:val="000000"/>
        </w:rPr>
        <w:t xml:space="preserve"> в каждую </w:t>
      </w:r>
      <w:r>
        <w:rPr>
          <w:color w:val="000000"/>
        </w:rPr>
        <w:t>FC</w:t>
      </w:r>
      <w:r w:rsidRPr="009F0425">
        <w:rPr>
          <w:color w:val="000000"/>
        </w:rPr>
        <w:t xml:space="preserve">-фабрику. </w:t>
      </w:r>
    </w:p>
    <w:p w14:paraId="78165322" w14:textId="77777777" w:rsidR="00281EA7" w:rsidRDefault="00281EA7" w:rsidP="00281EA7">
      <w:pPr>
        <w:spacing w:after="0"/>
      </w:pPr>
    </w:p>
    <w:p w14:paraId="0B802AE1" w14:textId="77777777" w:rsidR="00281EA7" w:rsidRDefault="00281EA7" w:rsidP="00281EA7">
      <w:pPr>
        <w:spacing w:after="0"/>
      </w:pPr>
    </w:p>
    <w:p w14:paraId="4EF9A007" w14:textId="77777777" w:rsidR="00281EA7" w:rsidRPr="009F0425" w:rsidRDefault="00281EA7" w:rsidP="00281EA7">
      <w:pPr>
        <w:spacing w:after="0"/>
      </w:pPr>
    </w:p>
    <w:p w14:paraId="597CFF6A" w14:textId="77777777" w:rsidR="00281EA7" w:rsidRPr="009F0425" w:rsidRDefault="00281EA7" w:rsidP="00281EA7">
      <w:r w:rsidRPr="009F0425">
        <w:rPr>
          <w:b/>
          <w:bCs/>
          <w:szCs w:val="28"/>
        </w:rPr>
        <w:t>3.3. Целевые показатели производительности для проверки требований ТЗ</w:t>
      </w:r>
    </w:p>
    <w:p w14:paraId="2B5F5B4D" w14:textId="77777777" w:rsidR="00281EA7" w:rsidRPr="009F0425" w:rsidRDefault="00281EA7" w:rsidP="00281EA7">
      <w:pPr>
        <w:jc w:val="both"/>
      </w:pPr>
      <w:r w:rsidRPr="009F0425">
        <w:rPr>
          <w:color w:val="000000"/>
        </w:rPr>
        <w:t>Целевые значения, подлежащие подтверждению в ходе нагрузочных испытаний:</w:t>
      </w:r>
    </w:p>
    <w:tbl>
      <w:tblPr>
        <w:tblW w:w="5000" w:type="pct"/>
        <w:jc w:val="center"/>
        <w:tblLook w:val="04A0" w:firstRow="1" w:lastRow="0" w:firstColumn="1" w:lastColumn="0" w:noHBand="0" w:noVBand="1"/>
      </w:tblPr>
      <w:tblGrid>
        <w:gridCol w:w="4504"/>
        <w:gridCol w:w="4504"/>
        <w:gridCol w:w="5462"/>
      </w:tblGrid>
      <w:tr w:rsidR="00281EA7" w14:paraId="7240876E" w14:textId="77777777" w:rsidTr="00281EA7">
        <w:trPr>
          <w:tblHeader/>
          <w:jc w:val="center"/>
        </w:trPr>
        <w:tc>
          <w:tcPr>
            <w:tcW w:w="3000" w:type="dxa"/>
            <w:tcBorders>
              <w:top w:val="single" w:sz="4" w:space="0" w:color="C9D3E6"/>
              <w:left w:val="single" w:sz="4" w:space="0" w:color="C9D3E6"/>
              <w:bottom w:val="single" w:sz="4" w:space="0" w:color="C9D3E6"/>
              <w:right w:val="single" w:sz="4" w:space="0" w:color="C9D3E6"/>
            </w:tcBorders>
            <w:shd w:val="clear" w:color="auto" w:fill="E8EEF8"/>
            <w:tcMar>
              <w:top w:w="80" w:type="dxa"/>
              <w:left w:w="100" w:type="dxa"/>
              <w:bottom w:w="80" w:type="dxa"/>
              <w:right w:w="100" w:type="dxa"/>
            </w:tcMar>
          </w:tcPr>
          <w:p w14:paraId="043E71FE" w14:textId="77777777" w:rsidR="00281EA7" w:rsidRDefault="00281EA7" w:rsidP="00281EA7">
            <w:pPr>
              <w:spacing w:after="0"/>
              <w:jc w:val="center"/>
            </w:pPr>
            <w:r>
              <w:rPr>
                <w:b/>
                <w:bCs/>
                <w:color w:val="000000"/>
                <w:sz w:val="17"/>
              </w:rPr>
              <w:lastRenderedPageBreak/>
              <w:t>Конфигурация</w:t>
            </w:r>
          </w:p>
        </w:tc>
        <w:tc>
          <w:tcPr>
            <w:tcW w:w="3000" w:type="dxa"/>
            <w:tcBorders>
              <w:top w:val="single" w:sz="4" w:space="0" w:color="C9D3E6"/>
              <w:left w:val="single" w:sz="4" w:space="0" w:color="C9D3E6"/>
              <w:bottom w:val="single" w:sz="4" w:space="0" w:color="C9D3E6"/>
              <w:right w:val="single" w:sz="4" w:space="0" w:color="C9D3E6"/>
            </w:tcBorders>
            <w:shd w:val="clear" w:color="auto" w:fill="E8EEF8"/>
            <w:tcMar>
              <w:top w:w="80" w:type="dxa"/>
              <w:left w:w="100" w:type="dxa"/>
              <w:bottom w:w="80" w:type="dxa"/>
              <w:right w:w="100" w:type="dxa"/>
            </w:tcMar>
          </w:tcPr>
          <w:p w14:paraId="6AA7C8A8" w14:textId="77777777" w:rsidR="00281EA7" w:rsidRPr="009F0425" w:rsidRDefault="00281EA7" w:rsidP="00281EA7">
            <w:pPr>
              <w:spacing w:after="0"/>
              <w:jc w:val="center"/>
            </w:pPr>
            <w:r w:rsidRPr="009F0425">
              <w:rPr>
                <w:b/>
                <w:bCs/>
                <w:color w:val="000000"/>
                <w:sz w:val="17"/>
              </w:rPr>
              <w:t xml:space="preserve">Целевые </w:t>
            </w:r>
            <w:r>
              <w:rPr>
                <w:b/>
                <w:bCs/>
                <w:color w:val="000000"/>
                <w:sz w:val="17"/>
              </w:rPr>
              <w:t>IOPS</w:t>
            </w:r>
            <w:r w:rsidRPr="009F0425">
              <w:rPr>
                <w:b/>
                <w:bCs/>
                <w:color w:val="000000"/>
                <w:sz w:val="17"/>
              </w:rPr>
              <w:t xml:space="preserve"> (агрегированно с 4 </w:t>
            </w:r>
            <w:r>
              <w:rPr>
                <w:b/>
                <w:bCs/>
                <w:color w:val="000000"/>
                <w:sz w:val="17"/>
              </w:rPr>
              <w:t>LUN</w:t>
            </w:r>
            <w:r w:rsidRPr="009F0425">
              <w:rPr>
                <w:b/>
                <w:bCs/>
                <w:color w:val="000000"/>
                <w:sz w:val="17"/>
              </w:rPr>
              <w:t>)</w:t>
            </w:r>
          </w:p>
        </w:tc>
        <w:tc>
          <w:tcPr>
            <w:tcW w:w="3638" w:type="dxa"/>
            <w:tcBorders>
              <w:top w:val="single" w:sz="4" w:space="0" w:color="C9D3E6"/>
              <w:left w:val="single" w:sz="4" w:space="0" w:color="C9D3E6"/>
              <w:bottom w:val="single" w:sz="4" w:space="0" w:color="C9D3E6"/>
              <w:right w:val="single" w:sz="4" w:space="0" w:color="C9D3E6"/>
            </w:tcBorders>
            <w:shd w:val="clear" w:color="auto" w:fill="E8EEF8"/>
            <w:tcMar>
              <w:top w:w="80" w:type="dxa"/>
              <w:left w:w="100" w:type="dxa"/>
              <w:bottom w:w="80" w:type="dxa"/>
              <w:right w:w="100" w:type="dxa"/>
            </w:tcMar>
          </w:tcPr>
          <w:p w14:paraId="41C9B564" w14:textId="77777777" w:rsidR="00281EA7" w:rsidRDefault="00281EA7" w:rsidP="00281EA7">
            <w:pPr>
              <w:spacing w:after="0"/>
              <w:jc w:val="center"/>
            </w:pPr>
            <w:r>
              <w:rPr>
                <w:b/>
                <w:bCs/>
                <w:color w:val="000000"/>
                <w:sz w:val="17"/>
              </w:rPr>
              <w:t>Профиль и длительность</w:t>
            </w:r>
          </w:p>
        </w:tc>
      </w:tr>
      <w:tr w:rsidR="00281EA7" w:rsidRPr="00D31521" w14:paraId="76D15A50" w14:textId="77777777" w:rsidTr="00281EA7">
        <w:trPr>
          <w:jc w:val="center"/>
        </w:trPr>
        <w:tc>
          <w:tcPr>
            <w:tcW w:w="30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30987974" w14:textId="77777777" w:rsidR="00281EA7" w:rsidRDefault="00281EA7" w:rsidP="00281EA7">
            <w:pPr>
              <w:spacing w:after="0"/>
            </w:pPr>
            <w:r>
              <w:rPr>
                <w:color w:val="000000"/>
                <w:sz w:val="17"/>
              </w:rPr>
              <w:t>SSD</w:t>
            </w:r>
          </w:p>
        </w:tc>
        <w:tc>
          <w:tcPr>
            <w:tcW w:w="30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64781F98" w14:textId="77777777" w:rsidR="00281EA7" w:rsidRPr="009F0425" w:rsidRDefault="00281EA7" w:rsidP="00281EA7">
            <w:pPr>
              <w:spacing w:after="0"/>
            </w:pPr>
            <w:r w:rsidRPr="009F0425">
              <w:rPr>
                <w:color w:val="000000"/>
                <w:sz w:val="17"/>
              </w:rPr>
              <w:t xml:space="preserve">не менее 140 000 </w:t>
            </w:r>
            <w:r>
              <w:rPr>
                <w:color w:val="000000"/>
                <w:sz w:val="17"/>
              </w:rPr>
              <w:t>IOPS</w:t>
            </w:r>
            <w:r w:rsidRPr="009F0425">
              <w:rPr>
                <w:color w:val="000000"/>
                <w:sz w:val="17"/>
              </w:rPr>
              <w:t xml:space="preserve"> при средней </w:t>
            </w:r>
            <w:r>
              <w:rPr>
                <w:color w:val="000000"/>
                <w:sz w:val="17"/>
              </w:rPr>
              <w:t>latency</w:t>
            </w:r>
            <w:r w:rsidRPr="009F0425">
              <w:rPr>
                <w:color w:val="000000"/>
                <w:sz w:val="17"/>
              </w:rPr>
              <w:t xml:space="preserve"> не более 10 мс</w:t>
            </w:r>
          </w:p>
        </w:tc>
        <w:tc>
          <w:tcPr>
            <w:tcW w:w="3638"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6F60FCDB" w14:textId="77777777" w:rsidR="00281EA7" w:rsidRPr="009F0425" w:rsidRDefault="00281EA7" w:rsidP="00281EA7">
            <w:pPr>
              <w:spacing w:after="0"/>
            </w:pPr>
            <w:r>
              <w:rPr>
                <w:color w:val="000000"/>
                <w:sz w:val="17"/>
              </w:rPr>
              <w:t>FIO</w:t>
            </w:r>
            <w:r w:rsidRPr="009F0425">
              <w:rPr>
                <w:color w:val="000000"/>
                <w:sz w:val="17"/>
              </w:rPr>
              <w:t xml:space="preserve"> 64 </w:t>
            </w:r>
            <w:r>
              <w:rPr>
                <w:color w:val="000000"/>
                <w:sz w:val="17"/>
              </w:rPr>
              <w:t>KB</w:t>
            </w:r>
            <w:r w:rsidRPr="009F0425">
              <w:rPr>
                <w:color w:val="000000"/>
                <w:sz w:val="17"/>
              </w:rPr>
              <w:t xml:space="preserve">, 100% </w:t>
            </w:r>
            <w:r>
              <w:rPr>
                <w:color w:val="000000"/>
                <w:sz w:val="17"/>
              </w:rPr>
              <w:t>random</w:t>
            </w:r>
            <w:r w:rsidRPr="009F0425">
              <w:rPr>
                <w:color w:val="000000"/>
                <w:sz w:val="17"/>
              </w:rPr>
              <w:t xml:space="preserve">, 70/30 </w:t>
            </w:r>
            <w:r>
              <w:rPr>
                <w:color w:val="000000"/>
                <w:sz w:val="17"/>
              </w:rPr>
              <w:t>R</w:t>
            </w:r>
            <w:r w:rsidRPr="009F0425">
              <w:rPr>
                <w:color w:val="000000"/>
                <w:sz w:val="17"/>
              </w:rPr>
              <w:t>/</w:t>
            </w:r>
            <w:r>
              <w:rPr>
                <w:color w:val="000000"/>
                <w:sz w:val="17"/>
              </w:rPr>
              <w:t>W</w:t>
            </w:r>
            <w:r w:rsidRPr="009F0425">
              <w:rPr>
                <w:color w:val="000000"/>
                <w:sz w:val="17"/>
              </w:rPr>
              <w:t xml:space="preserve">, </w:t>
            </w:r>
            <w:r w:rsidRPr="00D61DB8">
              <w:rPr>
                <w:color w:val="000000"/>
                <w:sz w:val="17"/>
              </w:rPr>
              <w:t xml:space="preserve">суммарная глубина очереди </w:t>
            </w:r>
            <w:r w:rsidRPr="001B3B98">
              <w:rPr>
                <w:color w:val="000000"/>
                <w:sz w:val="17"/>
              </w:rPr>
              <w:t>QD</w:t>
            </w:r>
            <w:r w:rsidRPr="009F0425">
              <w:rPr>
                <w:color w:val="000000"/>
                <w:sz w:val="17"/>
              </w:rPr>
              <w:t>=260, два хоста параллельно, активная нагрузка 2 часа</w:t>
            </w:r>
          </w:p>
        </w:tc>
      </w:tr>
      <w:tr w:rsidR="00281EA7" w:rsidRPr="00D31521" w14:paraId="00875705" w14:textId="77777777" w:rsidTr="00281EA7">
        <w:trPr>
          <w:jc w:val="center"/>
        </w:trPr>
        <w:tc>
          <w:tcPr>
            <w:tcW w:w="30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58829989" w14:textId="77777777" w:rsidR="00281EA7" w:rsidRDefault="00281EA7" w:rsidP="00281EA7">
            <w:pPr>
              <w:spacing w:after="0"/>
            </w:pPr>
            <w:r>
              <w:rPr>
                <w:color w:val="000000"/>
                <w:sz w:val="17"/>
              </w:rPr>
              <w:t>NVMe</w:t>
            </w:r>
          </w:p>
        </w:tc>
        <w:tc>
          <w:tcPr>
            <w:tcW w:w="30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2548FAF5" w14:textId="77777777" w:rsidR="00281EA7" w:rsidRPr="009F0425" w:rsidRDefault="00281EA7" w:rsidP="00281EA7">
            <w:pPr>
              <w:spacing w:after="0"/>
            </w:pPr>
            <w:r w:rsidRPr="009F0425">
              <w:rPr>
                <w:color w:val="000000"/>
                <w:sz w:val="17"/>
              </w:rPr>
              <w:t xml:space="preserve">не менее 280 000 </w:t>
            </w:r>
            <w:r>
              <w:rPr>
                <w:color w:val="000000"/>
                <w:sz w:val="17"/>
              </w:rPr>
              <w:t>IOPS</w:t>
            </w:r>
            <w:r w:rsidRPr="009F0425">
              <w:rPr>
                <w:color w:val="000000"/>
                <w:sz w:val="17"/>
              </w:rPr>
              <w:t xml:space="preserve"> при средней </w:t>
            </w:r>
            <w:r>
              <w:rPr>
                <w:color w:val="000000"/>
                <w:sz w:val="17"/>
              </w:rPr>
              <w:t>latency</w:t>
            </w:r>
            <w:r w:rsidRPr="009F0425">
              <w:rPr>
                <w:color w:val="000000"/>
                <w:sz w:val="17"/>
              </w:rPr>
              <w:t xml:space="preserve"> не более 6 мс</w:t>
            </w:r>
          </w:p>
        </w:tc>
        <w:tc>
          <w:tcPr>
            <w:tcW w:w="3638"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7BD048D7" w14:textId="77777777" w:rsidR="00281EA7" w:rsidRPr="009F0425" w:rsidRDefault="00281EA7" w:rsidP="00281EA7">
            <w:pPr>
              <w:spacing w:after="0"/>
            </w:pPr>
            <w:r>
              <w:rPr>
                <w:color w:val="000000"/>
                <w:sz w:val="17"/>
              </w:rPr>
              <w:t>FIO</w:t>
            </w:r>
            <w:r w:rsidRPr="009F0425">
              <w:rPr>
                <w:color w:val="000000"/>
                <w:sz w:val="17"/>
              </w:rPr>
              <w:t xml:space="preserve"> 64 </w:t>
            </w:r>
            <w:r>
              <w:rPr>
                <w:color w:val="000000"/>
                <w:sz w:val="17"/>
              </w:rPr>
              <w:t>KB</w:t>
            </w:r>
            <w:r w:rsidRPr="009F0425">
              <w:rPr>
                <w:color w:val="000000"/>
                <w:sz w:val="17"/>
              </w:rPr>
              <w:t xml:space="preserve">, 100% </w:t>
            </w:r>
            <w:r>
              <w:rPr>
                <w:color w:val="000000"/>
                <w:sz w:val="17"/>
              </w:rPr>
              <w:t>random</w:t>
            </w:r>
            <w:r w:rsidRPr="009F0425">
              <w:rPr>
                <w:color w:val="000000"/>
                <w:sz w:val="17"/>
              </w:rPr>
              <w:t xml:space="preserve">, 70/30 </w:t>
            </w:r>
            <w:r>
              <w:rPr>
                <w:color w:val="000000"/>
                <w:sz w:val="17"/>
              </w:rPr>
              <w:t>R</w:t>
            </w:r>
            <w:r w:rsidRPr="009F0425">
              <w:rPr>
                <w:color w:val="000000"/>
                <w:sz w:val="17"/>
              </w:rPr>
              <w:t>/</w:t>
            </w:r>
            <w:r>
              <w:rPr>
                <w:color w:val="000000"/>
                <w:sz w:val="17"/>
              </w:rPr>
              <w:t>W</w:t>
            </w:r>
            <w:r w:rsidRPr="009F0425">
              <w:rPr>
                <w:color w:val="000000"/>
                <w:sz w:val="17"/>
              </w:rPr>
              <w:t xml:space="preserve">, </w:t>
            </w:r>
            <w:r w:rsidRPr="00D61DB8">
              <w:rPr>
                <w:color w:val="000000"/>
                <w:sz w:val="17"/>
              </w:rPr>
              <w:t xml:space="preserve">суммарная глубина очереди </w:t>
            </w:r>
            <w:r w:rsidRPr="001B3B98">
              <w:rPr>
                <w:color w:val="000000"/>
                <w:sz w:val="17"/>
              </w:rPr>
              <w:t>QD</w:t>
            </w:r>
            <w:r w:rsidRPr="009F0425">
              <w:rPr>
                <w:color w:val="000000"/>
                <w:sz w:val="17"/>
              </w:rPr>
              <w:t>=512, два хоста параллельно, активная нагрузка 2 часа</w:t>
            </w:r>
          </w:p>
        </w:tc>
      </w:tr>
    </w:tbl>
    <w:p w14:paraId="6322187B" w14:textId="77777777" w:rsidR="00281EA7" w:rsidRPr="009F0425" w:rsidRDefault="00281EA7" w:rsidP="00281EA7">
      <w:pPr>
        <w:spacing w:after="0"/>
      </w:pPr>
    </w:p>
    <w:tbl>
      <w:tblPr>
        <w:tblW w:w="5000" w:type="pct"/>
        <w:jc w:val="center"/>
        <w:tblLook w:val="04A0" w:firstRow="1" w:lastRow="0" w:firstColumn="1" w:lastColumn="0" w:noHBand="0" w:noVBand="1"/>
      </w:tblPr>
      <w:tblGrid>
        <w:gridCol w:w="14464"/>
      </w:tblGrid>
      <w:tr w:rsidR="00281EA7" w:rsidRPr="00D31521" w14:paraId="067C715C" w14:textId="77777777" w:rsidTr="00281EA7">
        <w:trPr>
          <w:jc w:val="center"/>
        </w:trPr>
        <w:tc>
          <w:tcPr>
            <w:tcW w:w="9638" w:type="dxa"/>
            <w:tcBorders>
              <w:top w:val="single" w:sz="6" w:space="0" w:color="BFBFBF"/>
              <w:left w:val="single" w:sz="6" w:space="0" w:color="BFBFBF"/>
              <w:bottom w:val="single" w:sz="6" w:space="0" w:color="BFBFBF"/>
              <w:right w:val="single" w:sz="6" w:space="0" w:color="BFBFBF"/>
            </w:tcBorders>
            <w:shd w:val="clear" w:color="auto" w:fill="FFF2CC"/>
            <w:tcMar>
              <w:top w:w="100" w:type="dxa"/>
              <w:left w:w="150" w:type="dxa"/>
              <w:bottom w:w="100" w:type="dxa"/>
              <w:right w:w="150" w:type="dxa"/>
            </w:tcMar>
          </w:tcPr>
          <w:p w14:paraId="2E121355" w14:textId="77777777" w:rsidR="00281EA7" w:rsidRPr="009F0425" w:rsidRDefault="00281EA7" w:rsidP="00281EA7">
            <w:pPr>
              <w:spacing w:after="0"/>
              <w:jc w:val="both"/>
            </w:pPr>
            <w:r w:rsidRPr="009F0425">
              <w:rPr>
                <w:b/>
                <w:bCs/>
                <w:color w:val="000000"/>
              </w:rPr>
              <w:t xml:space="preserve">Применимость целевых значений. </w:t>
            </w:r>
            <w:r w:rsidRPr="009F0425">
              <w:rPr>
                <w:color w:val="000000"/>
              </w:rPr>
              <w:t xml:space="preserve">Целевые значения </w:t>
            </w:r>
            <w:r>
              <w:rPr>
                <w:color w:val="000000"/>
              </w:rPr>
              <w:t>IOPS</w:t>
            </w:r>
            <w:r w:rsidRPr="009F0425">
              <w:rPr>
                <w:color w:val="000000"/>
              </w:rPr>
              <w:t xml:space="preserve"> и </w:t>
            </w:r>
            <w:r>
              <w:rPr>
                <w:color w:val="000000"/>
              </w:rPr>
              <w:t>latency</w:t>
            </w:r>
            <w:r w:rsidRPr="009F0425">
              <w:rPr>
                <w:color w:val="000000"/>
              </w:rPr>
              <w:t xml:space="preserve">, указанные в таблице, относятся к нагрузочным испытаниям производительности (раздел </w:t>
            </w:r>
            <w:r>
              <w:rPr>
                <w:color w:val="000000"/>
              </w:rPr>
              <w:t>10.2</w:t>
            </w:r>
            <w:r w:rsidRPr="009F0425">
              <w:rPr>
                <w:color w:val="000000"/>
              </w:rPr>
              <w:t xml:space="preserve"> для </w:t>
            </w:r>
            <w:r>
              <w:rPr>
                <w:color w:val="000000"/>
              </w:rPr>
              <w:t>SSD</w:t>
            </w:r>
            <w:r w:rsidRPr="009F0425">
              <w:rPr>
                <w:color w:val="000000"/>
              </w:rPr>
              <w:t xml:space="preserve"> и </w:t>
            </w:r>
            <w:r>
              <w:rPr>
                <w:color w:val="000000"/>
              </w:rPr>
              <w:t>10.3</w:t>
            </w:r>
            <w:r w:rsidRPr="009F0425">
              <w:rPr>
                <w:color w:val="000000"/>
              </w:rPr>
              <w:t xml:space="preserve"> для </w:t>
            </w:r>
            <w:r>
              <w:rPr>
                <w:color w:val="000000"/>
              </w:rPr>
              <w:t>NVMe</w:t>
            </w:r>
            <w:r w:rsidRPr="009F0425">
              <w:rPr>
                <w:color w:val="000000"/>
              </w:rPr>
              <w:t xml:space="preserve">). Функциональные </w:t>
            </w:r>
            <w:r>
              <w:rPr>
                <w:color w:val="000000"/>
              </w:rPr>
              <w:t>SLUA</w:t>
            </w:r>
            <w:r w:rsidRPr="009F0425">
              <w:rPr>
                <w:color w:val="000000"/>
              </w:rPr>
              <w:t xml:space="preserve">-испытания используют другой профиль </w:t>
            </w:r>
            <w:r>
              <w:rPr>
                <w:color w:val="000000"/>
              </w:rPr>
              <w:t>FIO</w:t>
            </w:r>
            <w:r w:rsidRPr="009F0425">
              <w:rPr>
                <w:color w:val="000000"/>
              </w:rPr>
              <w:t xml:space="preserve"> (см. раздел 7.6) и не оценивают абсолютную производительность — для них существенно отсутствие потерь данных, стабильность путей и непрерывность ввода-вывода.</w:t>
            </w:r>
          </w:p>
        </w:tc>
      </w:tr>
    </w:tbl>
    <w:p w14:paraId="6F1582DA" w14:textId="77777777" w:rsidR="00281EA7" w:rsidRPr="009F0425" w:rsidRDefault="00281EA7" w:rsidP="00281EA7">
      <w:r w:rsidRPr="009F0425">
        <w:rPr>
          <w:b/>
          <w:bCs/>
          <w:szCs w:val="32"/>
        </w:rPr>
        <w:t>4. Общие критерии приёмки</w:t>
      </w:r>
    </w:p>
    <w:p w14:paraId="2749DA63" w14:textId="77777777" w:rsidR="00281EA7" w:rsidRDefault="00281EA7" w:rsidP="00281EA7">
      <w:pPr>
        <w:jc w:val="both"/>
        <w:rPr>
          <w:color w:val="000000"/>
        </w:rPr>
      </w:pPr>
      <w:r w:rsidRPr="009F0425">
        <w:rPr>
          <w:color w:val="000000"/>
        </w:rPr>
        <w:t>ПМИ считается выполненной успешно, если выполнены все нижеперечисленные критерии.</w:t>
      </w:r>
    </w:p>
    <w:tbl>
      <w:tblPr>
        <w:tblW w:w="0" w:type="auto"/>
        <w:tblBorders>
          <w:top w:val="single" w:sz="4" w:space="0" w:color="C9D2E3"/>
          <w:left w:val="single" w:sz="4" w:space="0" w:color="C9D2E3"/>
          <w:bottom w:val="single" w:sz="4" w:space="0" w:color="C9D2E3"/>
          <w:right w:val="single" w:sz="4" w:space="0" w:color="C9D2E3"/>
          <w:insideH w:val="single" w:sz="4" w:space="0" w:color="C9D2E3"/>
          <w:insideV w:val="single" w:sz="4" w:space="0" w:color="C9D2E3"/>
        </w:tblBorders>
        <w:tblLook w:val="04A0" w:firstRow="1" w:lastRow="0" w:firstColumn="1" w:lastColumn="0" w:noHBand="0" w:noVBand="1"/>
      </w:tblPr>
      <w:tblGrid>
        <w:gridCol w:w="4824"/>
        <w:gridCol w:w="4823"/>
        <w:gridCol w:w="4823"/>
      </w:tblGrid>
      <w:tr w:rsidR="00281EA7" w:rsidRPr="00D31521" w14:paraId="44137D98" w14:textId="77777777" w:rsidTr="00281EA7">
        <w:tc>
          <w:tcPr>
            <w:tcW w:w="4827" w:type="dxa"/>
            <w:shd w:val="clear" w:color="auto" w:fill="F8FAFC"/>
          </w:tcPr>
          <w:p w14:paraId="574BBEBD" w14:textId="77777777" w:rsidR="00281EA7" w:rsidRPr="00291DA9" w:rsidRDefault="00281EA7" w:rsidP="00281EA7">
            <w:pPr>
              <w:pStyle w:val="TableText"/>
              <w:spacing w:after="40"/>
              <w:rPr>
                <w:rFonts w:cs="Times New Roman"/>
                <w:lang w:val="ru-RU"/>
              </w:rPr>
            </w:pPr>
            <w:r w:rsidRPr="00291DA9">
              <w:rPr>
                <w:rFonts w:cs="Times New Roman"/>
                <w:lang w:val="ru-RU"/>
              </w:rPr>
              <w:t>Пройдено</w:t>
            </w:r>
            <w:r w:rsidRPr="00291DA9">
              <w:rPr>
                <w:rFonts w:cs="Times New Roman"/>
                <w:lang w:val="ru-RU"/>
              </w:rPr>
              <w:br/>
            </w:r>
          </w:p>
          <w:p w14:paraId="0FE12A09" w14:textId="77777777" w:rsidR="00281EA7" w:rsidRDefault="00281EA7" w:rsidP="00281EA7">
            <w:pPr>
              <w:pStyle w:val="TableText"/>
              <w:spacing w:after="40"/>
              <w:rPr>
                <w:rFonts w:cs="Times New Roman"/>
                <w:lang w:val="ru-RU"/>
              </w:rPr>
            </w:pPr>
            <w:r w:rsidRPr="00291DA9">
              <w:rPr>
                <w:rFonts w:cs="Times New Roman"/>
                <w:lang w:val="ru-RU"/>
              </w:rPr>
              <w:t xml:space="preserve">Тестовые </w:t>
            </w:r>
            <w:r w:rsidRPr="00291DA9">
              <w:rPr>
                <w:rFonts w:cs="Times New Roman"/>
              </w:rPr>
              <w:t>LUN</w:t>
            </w:r>
            <w:r w:rsidRPr="00291DA9">
              <w:rPr>
                <w:rFonts w:cs="Times New Roman"/>
                <w:lang w:val="ru-RU"/>
              </w:rPr>
              <w:t xml:space="preserve"> остаются доступными. Задания </w:t>
            </w:r>
            <w:r w:rsidRPr="00291DA9">
              <w:rPr>
                <w:rFonts w:cs="Times New Roman"/>
              </w:rPr>
              <w:t>FIO</w:t>
            </w:r>
            <w:r w:rsidRPr="00291DA9">
              <w:rPr>
                <w:rFonts w:cs="Times New Roman"/>
                <w:lang w:val="ru-RU"/>
              </w:rPr>
              <w:t xml:space="preserve"> не завершаются аварийно из-за ошибки чтения/записи на тестовом устройстве. </w:t>
            </w:r>
            <w:r w:rsidRPr="00291DA9">
              <w:rPr>
                <w:rFonts w:cs="Times New Roman"/>
              </w:rPr>
              <w:t>DM</w:t>
            </w:r>
            <w:r w:rsidRPr="00291DA9">
              <w:rPr>
                <w:rFonts w:cs="Times New Roman"/>
                <w:lang w:val="ru-RU"/>
              </w:rPr>
              <w:t>-</w:t>
            </w:r>
            <w:r w:rsidRPr="00291DA9">
              <w:rPr>
                <w:rFonts w:cs="Times New Roman"/>
              </w:rPr>
              <w:t>multipath</w:t>
            </w:r>
            <w:r w:rsidRPr="00291DA9">
              <w:rPr>
                <w:rFonts w:cs="Times New Roman"/>
                <w:lang w:val="ru-RU"/>
              </w:rPr>
              <w:t xml:space="preserve"> устройство не исчезает. После восстановления компонента ожидаемые пути возвращаются.</w:t>
            </w:r>
          </w:p>
          <w:p w14:paraId="4C1658C9" w14:textId="77777777" w:rsidR="00281EA7" w:rsidRDefault="00281EA7" w:rsidP="00281EA7">
            <w:pPr>
              <w:pStyle w:val="TableText"/>
              <w:spacing w:after="40"/>
              <w:rPr>
                <w:rFonts w:cs="Times New Roman"/>
                <w:lang w:val="ru-RU"/>
              </w:rPr>
            </w:pPr>
          </w:p>
          <w:p w14:paraId="1058F5BB" w14:textId="77777777" w:rsidR="00281EA7" w:rsidRPr="00291DA9" w:rsidRDefault="00281EA7" w:rsidP="00281EA7">
            <w:pPr>
              <w:pStyle w:val="TableText"/>
              <w:spacing w:after="40"/>
              <w:rPr>
                <w:rFonts w:cs="Times New Roman"/>
                <w:lang w:val="ru-RU"/>
              </w:rPr>
            </w:pPr>
            <w:r>
              <w:rPr>
                <w:rFonts w:cs="Times New Roman"/>
                <w:lang w:val="ru-RU"/>
              </w:rPr>
              <w:t>В тестах на производительность достигнуты требуемые параметры производительности</w:t>
            </w:r>
          </w:p>
        </w:tc>
        <w:tc>
          <w:tcPr>
            <w:tcW w:w="4827" w:type="dxa"/>
            <w:shd w:val="clear" w:color="auto" w:fill="F8FAFC"/>
          </w:tcPr>
          <w:p w14:paraId="3FD7D130" w14:textId="77777777" w:rsidR="00281EA7" w:rsidRPr="00291DA9" w:rsidRDefault="00281EA7" w:rsidP="00281EA7">
            <w:pPr>
              <w:pStyle w:val="TableText"/>
              <w:spacing w:after="40"/>
              <w:rPr>
                <w:rFonts w:cs="Times New Roman"/>
                <w:lang w:val="ru-RU"/>
              </w:rPr>
            </w:pPr>
            <w:r w:rsidRPr="00291DA9">
              <w:rPr>
                <w:rFonts w:cs="Times New Roman"/>
                <w:lang w:val="ru-RU"/>
              </w:rPr>
              <w:t>Не пройдено</w:t>
            </w:r>
            <w:r w:rsidRPr="00291DA9">
              <w:rPr>
                <w:rFonts w:cs="Times New Roman"/>
                <w:lang w:val="ru-RU"/>
              </w:rPr>
              <w:br/>
            </w:r>
          </w:p>
          <w:p w14:paraId="5580F880"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Потерян доступ к </w:t>
            </w:r>
            <w:r w:rsidRPr="00291DA9">
              <w:rPr>
                <w:rFonts w:cs="Times New Roman"/>
              </w:rPr>
              <w:t>LUN</w:t>
            </w:r>
            <w:r w:rsidRPr="00291DA9">
              <w:rPr>
                <w:rFonts w:cs="Times New Roman"/>
                <w:lang w:val="ru-RU"/>
              </w:rPr>
              <w:t xml:space="preserve">, исчезло </w:t>
            </w:r>
            <w:r w:rsidRPr="00291DA9">
              <w:rPr>
                <w:rFonts w:cs="Times New Roman"/>
              </w:rPr>
              <w:t>DM</w:t>
            </w:r>
            <w:r w:rsidRPr="00291DA9">
              <w:rPr>
                <w:rFonts w:cs="Times New Roman"/>
                <w:lang w:val="ru-RU"/>
              </w:rPr>
              <w:t>-</w:t>
            </w:r>
            <w:r w:rsidRPr="00291DA9">
              <w:rPr>
                <w:rFonts w:cs="Times New Roman"/>
              </w:rPr>
              <w:t>multipath</w:t>
            </w:r>
            <w:r w:rsidRPr="00291DA9">
              <w:rPr>
                <w:rFonts w:cs="Times New Roman"/>
                <w:lang w:val="ru-RU"/>
              </w:rPr>
              <w:t xml:space="preserve"> устройство, </w:t>
            </w:r>
            <w:r w:rsidRPr="00291DA9">
              <w:rPr>
                <w:rFonts w:cs="Times New Roman"/>
              </w:rPr>
              <w:t>FIO</w:t>
            </w:r>
            <w:r w:rsidRPr="00291DA9">
              <w:rPr>
                <w:rFonts w:cs="Times New Roman"/>
                <w:lang w:val="ru-RU"/>
              </w:rPr>
              <w:t xml:space="preserve"> завершился ошибкой операций ввода-вывода на тестовом устройстве, либо пути/контроллер не восстановились после возврата компонента.</w:t>
            </w:r>
          </w:p>
        </w:tc>
        <w:tc>
          <w:tcPr>
            <w:tcW w:w="4827" w:type="dxa"/>
            <w:shd w:val="clear" w:color="auto" w:fill="F8FAFC"/>
          </w:tcPr>
          <w:p w14:paraId="4FCA2D14" w14:textId="77777777" w:rsidR="00281EA7" w:rsidRPr="00291DA9" w:rsidRDefault="00281EA7" w:rsidP="00281EA7">
            <w:pPr>
              <w:pStyle w:val="TableText"/>
              <w:spacing w:after="40"/>
              <w:rPr>
                <w:rFonts w:cs="Times New Roman"/>
                <w:lang w:val="ru-RU"/>
              </w:rPr>
            </w:pPr>
            <w:r w:rsidRPr="00291DA9">
              <w:rPr>
                <w:rFonts w:cs="Times New Roman"/>
                <w:lang w:val="ru-RU"/>
              </w:rPr>
              <w:t>Не выполнялось</w:t>
            </w:r>
            <w:r w:rsidRPr="00291DA9">
              <w:rPr>
                <w:rFonts w:cs="Times New Roman"/>
                <w:lang w:val="ru-RU"/>
              </w:rPr>
              <w:br/>
            </w:r>
          </w:p>
          <w:p w14:paraId="1A30254B" w14:textId="77777777" w:rsidR="00281EA7" w:rsidRPr="00291DA9" w:rsidRDefault="00281EA7" w:rsidP="00281EA7">
            <w:pPr>
              <w:pStyle w:val="TableText"/>
              <w:spacing w:after="40"/>
              <w:rPr>
                <w:rFonts w:cs="Times New Roman"/>
                <w:lang w:val="ru-RU"/>
              </w:rPr>
            </w:pPr>
            <w:r w:rsidRPr="00291DA9">
              <w:rPr>
                <w:rFonts w:cs="Times New Roman"/>
                <w:lang w:val="ru-RU"/>
              </w:rPr>
              <w:t>Сценарий не выполнялся из-за ограничений стенда, запрета производителя, отсутствия допуска к отключению компонента или отсутствия соответствующего оборудования.</w:t>
            </w:r>
          </w:p>
        </w:tc>
      </w:tr>
    </w:tbl>
    <w:p w14:paraId="3AC617C5" w14:textId="77777777" w:rsidR="00281EA7" w:rsidRDefault="00281EA7" w:rsidP="00281EA7">
      <w:pPr>
        <w:jc w:val="both"/>
      </w:pPr>
    </w:p>
    <w:p w14:paraId="5C8ABB74" w14:textId="77777777" w:rsidR="00281EA7" w:rsidRDefault="00281EA7" w:rsidP="00281EA7">
      <w:pPr>
        <w:jc w:val="both"/>
      </w:pPr>
    </w:p>
    <w:p w14:paraId="514637A4" w14:textId="77777777" w:rsidR="00281EA7" w:rsidRPr="00291DA9" w:rsidRDefault="00281EA7" w:rsidP="00281EA7">
      <w:r w:rsidRPr="00291DA9">
        <w:t>Сообщения о потере отдельных путей в журналах ОС, СХД или FC-коммутаторов во время отказных сценариев являются ожидаемыми, если они не приводят к потере тестового LUN, аварийному завершению нагрузки или повреждению данных.</w:t>
      </w:r>
    </w:p>
    <w:p w14:paraId="0DD17B01" w14:textId="77777777" w:rsidR="00281EA7" w:rsidRPr="00291DA9" w:rsidRDefault="00281EA7" w:rsidP="00281EA7">
      <w:r w:rsidRPr="00291DA9">
        <w:t>Количественный критерий деградации производительности при отказе в данную ПМИ не включается. Производительность фиксируется как диагностическая информация: до отказа, в момент отказа, после стабилизации и после восстановления.</w:t>
      </w:r>
    </w:p>
    <w:tbl>
      <w:tblPr>
        <w:tblW w:w="0" w:type="auto"/>
        <w:jc w:val="center"/>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Look w:val="04A0" w:firstRow="1" w:lastRow="0" w:firstColumn="1" w:lastColumn="0" w:noHBand="0" w:noVBand="1"/>
      </w:tblPr>
      <w:tblGrid>
        <w:gridCol w:w="14464"/>
      </w:tblGrid>
      <w:tr w:rsidR="00281EA7" w:rsidRPr="00D31521" w14:paraId="1C621CC6" w14:textId="77777777" w:rsidTr="00281EA7">
        <w:trPr>
          <w:jc w:val="center"/>
        </w:trPr>
        <w:tc>
          <w:tcPr>
            <w:tcW w:w="14480" w:type="dxa"/>
            <w:shd w:val="clear" w:color="auto" w:fill="FFF7E6"/>
          </w:tcPr>
          <w:p w14:paraId="38688279" w14:textId="77777777" w:rsidR="00281EA7" w:rsidRPr="00291DA9" w:rsidRDefault="00281EA7" w:rsidP="00281EA7">
            <w:r w:rsidRPr="00291DA9">
              <w:rPr>
                <w:b/>
                <w:sz w:val="19"/>
              </w:rPr>
              <w:t>Тестовые LUN.</w:t>
            </w:r>
            <w:r w:rsidRPr="00291DA9">
              <w:rPr>
                <w:sz w:val="19"/>
              </w:rPr>
              <w:t xml:space="preserve"> Все 4 LUN предоставлены обоим серверам и параллельно используются FIO с двух хостов в режиме прямой записи (</w:t>
            </w:r>
            <w:r w:rsidRPr="00291DA9">
              <w:rPr>
                <w:rFonts w:eastAsia="Consolas"/>
                <w:sz w:val="19"/>
              </w:rPr>
              <w:t>direct=1</w:t>
            </w:r>
            <w:r w:rsidRPr="00291DA9">
              <w:rPr>
                <w:sz w:val="19"/>
              </w:rPr>
              <w:t xml:space="preserve">, </w:t>
            </w:r>
            <w:r w:rsidRPr="00291DA9">
              <w:rPr>
                <w:rFonts w:eastAsia="Consolas"/>
                <w:sz w:val="19"/>
              </w:rPr>
              <w:t>rw=randrw</w:t>
            </w:r>
            <w:r w:rsidRPr="00291DA9">
              <w:rPr>
                <w:sz w:val="19"/>
              </w:rPr>
              <w:t>). Это сознательная часть проверки одновременного доступа к LUN через оба контроллера. На LUN не должно быть значимых данных — после прогона содержимое LUN считается недействительным; целостность данных в данную ПМИ не входит. Контроль на финальном этапе (испытание №14) выполняется только по факту доступности блочного устройства, без сверки содержимого.</w:t>
            </w:r>
          </w:p>
        </w:tc>
      </w:tr>
    </w:tbl>
    <w:p w14:paraId="7AF68FF9" w14:textId="77777777" w:rsidR="00281EA7" w:rsidRDefault="00281EA7" w:rsidP="00281EA7"/>
    <w:p w14:paraId="5FFE3E90" w14:textId="77777777" w:rsidR="00281EA7" w:rsidRPr="00281EA7" w:rsidRDefault="00281EA7" w:rsidP="00281EA7">
      <w:pPr>
        <w:rPr>
          <w:lang w:val="en-US"/>
        </w:rPr>
      </w:pPr>
      <w:r w:rsidRPr="00281EA7">
        <w:rPr>
          <w:b/>
          <w:bCs/>
          <w:szCs w:val="28"/>
          <w:lang w:val="en-US"/>
        </w:rPr>
        <w:t xml:space="preserve">4.1. </w:t>
      </w:r>
      <w:r>
        <w:rPr>
          <w:b/>
          <w:bCs/>
          <w:szCs w:val="28"/>
        </w:rPr>
        <w:t>Примечания</w:t>
      </w:r>
      <w:r w:rsidRPr="00281EA7">
        <w:rPr>
          <w:b/>
          <w:bCs/>
          <w:szCs w:val="28"/>
          <w:lang w:val="en-US"/>
        </w:rPr>
        <w:t xml:space="preserve"> </w:t>
      </w:r>
      <w:proofErr w:type="gramStart"/>
      <w:r>
        <w:rPr>
          <w:b/>
          <w:bCs/>
          <w:szCs w:val="28"/>
        </w:rPr>
        <w:t>для</w:t>
      </w:r>
      <w:r w:rsidRPr="00281EA7">
        <w:rPr>
          <w:b/>
          <w:bCs/>
          <w:szCs w:val="28"/>
          <w:lang w:val="en-US"/>
        </w:rPr>
        <w:t xml:space="preserve">  </w:t>
      </w:r>
      <w:r>
        <w:rPr>
          <w:b/>
          <w:bCs/>
          <w:szCs w:val="28"/>
        </w:rPr>
        <w:t>тестов</w:t>
      </w:r>
      <w:proofErr w:type="gramEnd"/>
      <w:r w:rsidRPr="00281EA7">
        <w:rPr>
          <w:b/>
          <w:bCs/>
          <w:szCs w:val="28"/>
          <w:lang w:val="en-US"/>
        </w:rPr>
        <w:t xml:space="preserve"> SLUA / Symmetric Active-Active</w:t>
      </w:r>
    </w:p>
    <w:tbl>
      <w:tblPr>
        <w:tblW w:w="0" w:type="auto"/>
        <w:jc w:val="center"/>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Look w:val="04A0" w:firstRow="1" w:lastRow="0" w:firstColumn="1" w:lastColumn="0" w:noHBand="0" w:noVBand="1"/>
      </w:tblPr>
      <w:tblGrid>
        <w:gridCol w:w="14464"/>
      </w:tblGrid>
      <w:tr w:rsidR="00281EA7" w:rsidRPr="00D31521" w14:paraId="69D130DE" w14:textId="77777777" w:rsidTr="00281EA7">
        <w:trPr>
          <w:jc w:val="center"/>
        </w:trPr>
        <w:tc>
          <w:tcPr>
            <w:tcW w:w="14480" w:type="dxa"/>
            <w:shd w:val="clear" w:color="auto" w:fill="EEF2FF"/>
          </w:tcPr>
          <w:p w14:paraId="37B304F0" w14:textId="77777777" w:rsidR="00281EA7" w:rsidRPr="00291DA9" w:rsidRDefault="00281EA7" w:rsidP="00281EA7">
            <w:r w:rsidRPr="00291DA9">
              <w:rPr>
                <w:b/>
                <w:sz w:val="19"/>
              </w:rPr>
              <w:lastRenderedPageBreak/>
              <w:t>Контроль прогресса I/O и трактовка err&gt;0 в FIO.</w:t>
            </w:r>
            <w:r w:rsidRPr="00291DA9">
              <w:rPr>
                <w:sz w:val="19"/>
              </w:rPr>
              <w:t xml:space="preserve"> Главный критерий прохождения отказного сценария — сохранение доступности LUN: DM-Multipath устройство не исчезает, на нём после отказа продолжается I/O через оставшиеся рабочие пути по </w:t>
            </w:r>
            <w:r w:rsidRPr="00291DA9">
              <w:rPr>
                <w:rFonts w:eastAsia="Consolas"/>
                <w:sz w:val="19"/>
              </w:rPr>
              <w:t>iostat</w:t>
            </w:r>
            <w:r w:rsidRPr="00291DA9">
              <w:rPr>
                <w:sz w:val="19"/>
              </w:rPr>
              <w:t>, а после восстановления компонента пути возвращаются автоматически без ручного переназначения владельца LUN.</w:t>
            </w:r>
            <w:r w:rsidRPr="00291DA9">
              <w:rPr>
                <w:sz w:val="19"/>
              </w:rPr>
              <w:br/>
            </w:r>
            <w:r w:rsidRPr="00291DA9">
              <w:rPr>
                <w:sz w:val="19"/>
              </w:rPr>
              <w:br/>
            </w:r>
            <w:r w:rsidRPr="00291DA9">
              <w:rPr>
                <w:sz w:val="19"/>
              </w:rPr>
              <w:br/>
              <w:t xml:space="preserve">Контрольный интервал отсутствия прогресса I/O рассчитывается как </w:t>
            </w:r>
            <w:r w:rsidRPr="00291DA9">
              <w:rPr>
                <w:rFonts w:eastAsia="Consolas"/>
                <w:sz w:val="19"/>
              </w:rPr>
              <w:t>Tконтроля = max(180 секунд, no_path_retry × polling_interval)</w:t>
            </w:r>
            <w:r w:rsidRPr="00291DA9">
              <w:rPr>
                <w:sz w:val="19"/>
              </w:rPr>
              <w:t xml:space="preserve">. «Не менее 180 секунд» — это нижний предел ожидания. Например, при </w:t>
            </w:r>
            <w:r w:rsidRPr="00291DA9">
              <w:rPr>
                <w:rFonts w:eastAsia="Consolas"/>
                <w:sz w:val="19"/>
              </w:rPr>
              <w:t>no_path_retry 28</w:t>
            </w:r>
            <w:r w:rsidRPr="00291DA9">
              <w:rPr>
                <w:sz w:val="19"/>
              </w:rPr>
              <w:t xml:space="preserve"> и </w:t>
            </w:r>
            <w:r w:rsidRPr="00291DA9">
              <w:rPr>
                <w:rFonts w:eastAsia="Consolas"/>
                <w:sz w:val="19"/>
              </w:rPr>
              <w:t>polling_interval 5</w:t>
            </w:r>
            <w:r w:rsidRPr="00291DA9">
              <w:rPr>
                <w:sz w:val="19"/>
              </w:rPr>
              <w:t xml:space="preserve"> расчёт даёт около 140 секунд, поэтому применяется порог 180 секунд; при </w:t>
            </w:r>
            <w:r w:rsidRPr="00291DA9">
              <w:rPr>
                <w:rFonts w:eastAsia="Consolas"/>
                <w:sz w:val="19"/>
              </w:rPr>
              <w:t>no_path_retry 60</w:t>
            </w:r>
            <w:r w:rsidRPr="00291DA9">
              <w:rPr>
                <w:sz w:val="19"/>
              </w:rPr>
              <w:t xml:space="preserve"> и </w:t>
            </w:r>
            <w:r w:rsidRPr="00291DA9">
              <w:rPr>
                <w:rFonts w:eastAsia="Consolas"/>
                <w:sz w:val="19"/>
              </w:rPr>
              <w:t>polling_interval 5</w:t>
            </w:r>
            <w:r w:rsidRPr="00291DA9">
              <w:rPr>
                <w:sz w:val="19"/>
              </w:rPr>
              <w:t xml:space="preserve"> расчёт даёт около 300 секунд, поэтому применяется порог 300 секунд. При необходимости стороны могут дополнительно наблюдать состояние ещё 30–60 секунд, но это не изменяет базовый контрольный интервал, если иное не согласовано до начала испытаний.</w:t>
            </w:r>
            <w:r w:rsidRPr="00291DA9">
              <w:rPr>
                <w:sz w:val="19"/>
              </w:rPr>
              <w:br/>
            </w:r>
            <w:r w:rsidRPr="00291DA9">
              <w:rPr>
                <w:sz w:val="19"/>
              </w:rPr>
              <w:br/>
            </w:r>
            <w:r w:rsidRPr="00291DA9">
              <w:rPr>
                <w:sz w:val="19"/>
              </w:rPr>
              <w:br/>
              <w:t xml:space="preserve">Сценарий фиксируется как </w:t>
            </w:r>
            <w:r w:rsidRPr="00291DA9">
              <w:rPr>
                <w:b/>
                <w:sz w:val="19"/>
              </w:rPr>
              <w:t>«Не пройдено»</w:t>
            </w:r>
            <w:r w:rsidRPr="00291DA9">
              <w:rPr>
                <w:sz w:val="19"/>
              </w:rPr>
              <w:t xml:space="preserve">, если на DM-Multipath устройстве отсутствует прогресс I/O дольше контрольного интервала </w:t>
            </w:r>
            <w:r w:rsidRPr="00291DA9">
              <w:rPr>
                <w:b/>
                <w:sz w:val="19"/>
              </w:rPr>
              <w:t>при условии, что по сценарию должны оставаться рабочие пути к LUN</w:t>
            </w:r>
            <w:r w:rsidRPr="00291DA9">
              <w:rPr>
                <w:sz w:val="19"/>
              </w:rPr>
              <w:t xml:space="preserve">. При числовом </w:t>
            </w:r>
            <w:r w:rsidRPr="00291DA9">
              <w:rPr>
                <w:rFonts w:eastAsia="Consolas"/>
                <w:sz w:val="19"/>
              </w:rPr>
              <w:t>no_path_retry</w:t>
            </w:r>
            <w:r w:rsidRPr="00291DA9">
              <w:rPr>
                <w:sz w:val="19"/>
              </w:rPr>
              <w:t xml:space="preserve"> multipath может вернуть EIO на DM-устройство только в ситуации, когда для данного multipath-устройства отсутствуют доступные рабочие пути в течение расчётного окна </w:t>
            </w:r>
            <w:r w:rsidRPr="00291DA9">
              <w:rPr>
                <w:rFonts w:eastAsia="Consolas"/>
                <w:sz w:val="19"/>
              </w:rPr>
              <w:t>no_path_retry × polling_interval</w:t>
            </w:r>
            <w:r w:rsidRPr="00291DA9">
              <w:rPr>
                <w:sz w:val="19"/>
              </w:rPr>
              <w:t>. Если после отказа должны оставаться рабочие пути, появление EIO требует отдельного разбора и не считается штатным подтверждением SLUA без письменного пояснения производителя.</w:t>
            </w:r>
            <w:r w:rsidRPr="00291DA9">
              <w:rPr>
                <w:sz w:val="19"/>
              </w:rPr>
              <w:br/>
            </w:r>
            <w:r w:rsidRPr="00291DA9">
              <w:rPr>
                <w:sz w:val="19"/>
              </w:rPr>
              <w:br/>
            </w:r>
            <w:r w:rsidRPr="00291DA9">
              <w:rPr>
                <w:sz w:val="19"/>
              </w:rPr>
              <w:br/>
              <w:t xml:space="preserve">Для базового нагрузочного испытания №9 ожидаемое значение — </w:t>
            </w:r>
            <w:r w:rsidRPr="00291DA9">
              <w:rPr>
                <w:rFonts w:eastAsia="Consolas"/>
                <w:sz w:val="19"/>
              </w:rPr>
              <w:t>err=0</w:t>
            </w:r>
            <w:r w:rsidRPr="00291DA9">
              <w:rPr>
                <w:sz w:val="19"/>
              </w:rPr>
              <w:t xml:space="preserve">. Значение </w:t>
            </w:r>
            <w:r w:rsidRPr="00291DA9">
              <w:rPr>
                <w:rFonts w:eastAsia="Consolas"/>
                <w:sz w:val="19"/>
              </w:rPr>
              <w:t>err&gt;0</w:t>
            </w:r>
            <w:r w:rsidRPr="00291DA9">
              <w:rPr>
                <w:sz w:val="19"/>
              </w:rPr>
              <w:t xml:space="preserve"> не допускает автоматического присвоения статуса «Пройдено» и требует разбора с производителем СХД. Испытание №9 может быть признано пройденным только при наличии письменного пояснения производителя и согласования Заказчика, что зафиксированная ошибка не связана с потерей доступности LUN и не влияет на проверяемое требование SLUA.</w:t>
            </w:r>
            <w:r w:rsidRPr="00291DA9">
              <w:rPr>
                <w:sz w:val="19"/>
              </w:rPr>
              <w:br/>
            </w:r>
            <w:r w:rsidRPr="00291DA9">
              <w:rPr>
                <w:sz w:val="19"/>
              </w:rPr>
              <w:br/>
            </w:r>
            <w:r w:rsidRPr="00291DA9">
              <w:rPr>
                <w:sz w:val="19"/>
              </w:rPr>
              <w:br/>
              <w:t xml:space="preserve">В отказных сценариях №10–13 значение </w:t>
            </w:r>
            <w:r w:rsidRPr="00291DA9">
              <w:rPr>
                <w:rFonts w:eastAsia="Consolas"/>
                <w:sz w:val="19"/>
              </w:rPr>
              <w:t>err&gt;0</w:t>
            </w:r>
            <w:r w:rsidRPr="00291DA9">
              <w:rPr>
                <w:sz w:val="19"/>
              </w:rPr>
              <w:t xml:space="preserve"> фиксируется в журнале испытаний как замечание и подлежит разбору. Само по себе </w:t>
            </w:r>
            <w:r w:rsidRPr="00291DA9">
              <w:rPr>
                <w:rFonts w:eastAsia="Consolas"/>
                <w:sz w:val="19"/>
              </w:rPr>
              <w:t>err&gt;0</w:t>
            </w:r>
            <w:r w:rsidRPr="00291DA9">
              <w:rPr>
                <w:sz w:val="19"/>
              </w:rPr>
              <w:t xml:space="preserve"> не является автоматическим основанием для статуса «Не пройдено», если одновременно подтверждены доступность LUN, наличие прогресса I/O на DM-Multipath устройстве через оставшиеся рабочие пути и автоматическое восстановление путей после возврата компонента. Конкретные значения и типы ожидаемых ошибок поясняются производителем СХД в рамках вендорских примечаний к процедуре отказа и прикладываются к материалам испытаний.</w:t>
            </w:r>
          </w:p>
        </w:tc>
      </w:tr>
    </w:tbl>
    <w:p w14:paraId="194CB202" w14:textId="77777777" w:rsidR="00281EA7" w:rsidRPr="00291DA9" w:rsidRDefault="00281EA7" w:rsidP="00281EA7"/>
    <w:p w14:paraId="2E55A5C8" w14:textId="77777777" w:rsidR="00281EA7" w:rsidRPr="00281EA7" w:rsidRDefault="00281EA7" w:rsidP="00281EA7">
      <w:pPr>
        <w:rPr>
          <w:b/>
          <w:bCs/>
          <w:szCs w:val="28"/>
          <w:lang w:val="en-US"/>
        </w:rPr>
      </w:pPr>
      <w:r w:rsidRPr="00B16F71">
        <w:rPr>
          <w:lang w:val="en-US"/>
        </w:rPr>
        <w:br w:type="page"/>
      </w:r>
      <w:r w:rsidRPr="00281EA7">
        <w:rPr>
          <w:b/>
          <w:bCs/>
          <w:szCs w:val="28"/>
          <w:lang w:val="en-US"/>
        </w:rPr>
        <w:lastRenderedPageBreak/>
        <w:t xml:space="preserve">5. </w:t>
      </w:r>
      <w:r w:rsidRPr="005302D1">
        <w:rPr>
          <w:b/>
          <w:bCs/>
          <w:szCs w:val="28"/>
        </w:rPr>
        <w:t>Перечень</w:t>
      </w:r>
      <w:r w:rsidRPr="00281EA7">
        <w:rPr>
          <w:b/>
          <w:bCs/>
          <w:szCs w:val="28"/>
          <w:lang w:val="en-US"/>
        </w:rPr>
        <w:t xml:space="preserve"> </w:t>
      </w:r>
      <w:r w:rsidRPr="005302D1">
        <w:rPr>
          <w:b/>
          <w:bCs/>
          <w:szCs w:val="28"/>
        </w:rPr>
        <w:t>испытаний</w:t>
      </w:r>
      <w:r w:rsidRPr="00281EA7">
        <w:rPr>
          <w:b/>
          <w:bCs/>
          <w:szCs w:val="28"/>
          <w:lang w:val="en-US"/>
        </w:rPr>
        <w:t xml:space="preserve"> SLUA / Symmetric Active-Active</w:t>
      </w:r>
    </w:p>
    <w:tbl>
      <w:tblPr>
        <w:tblW w:w="5000" w:type="pct"/>
        <w:jc w:val="center"/>
        <w:tblBorders>
          <w:top w:val="single" w:sz="4" w:space="0" w:color="C9D2E3"/>
          <w:left w:val="single" w:sz="4" w:space="0" w:color="C9D2E3"/>
          <w:bottom w:val="single" w:sz="4" w:space="0" w:color="C9D2E3"/>
          <w:right w:val="single" w:sz="4" w:space="0" w:color="C9D2E3"/>
          <w:insideH w:val="single" w:sz="4" w:space="0" w:color="C9D2E3"/>
          <w:insideV w:val="single" w:sz="4" w:space="0" w:color="C9D2E3"/>
        </w:tblBorders>
        <w:tblLook w:val="04A0" w:firstRow="1" w:lastRow="0" w:firstColumn="1" w:lastColumn="0" w:noHBand="0" w:noVBand="1"/>
      </w:tblPr>
      <w:tblGrid>
        <w:gridCol w:w="2412"/>
        <w:gridCol w:w="6029"/>
        <w:gridCol w:w="6029"/>
      </w:tblGrid>
      <w:tr w:rsidR="00281EA7" w:rsidRPr="00291DA9" w14:paraId="252D8C62" w14:textId="77777777" w:rsidTr="00281EA7">
        <w:trPr>
          <w:tblHeader/>
          <w:jc w:val="center"/>
        </w:trPr>
        <w:tc>
          <w:tcPr>
            <w:tcW w:w="833" w:type="pct"/>
            <w:shd w:val="clear" w:color="auto" w:fill="E9EEF8"/>
          </w:tcPr>
          <w:p w14:paraId="26C5C632" w14:textId="77777777" w:rsidR="00281EA7" w:rsidRPr="00291DA9" w:rsidRDefault="00281EA7" w:rsidP="00281EA7">
            <w:pPr>
              <w:pStyle w:val="TableText"/>
              <w:spacing w:after="40"/>
              <w:rPr>
                <w:rFonts w:cs="Times New Roman"/>
              </w:rPr>
            </w:pPr>
            <w:r w:rsidRPr="00291DA9">
              <w:rPr>
                <w:rFonts w:cs="Times New Roman"/>
                <w:b/>
              </w:rPr>
              <w:t>№ испытания</w:t>
            </w:r>
          </w:p>
        </w:tc>
        <w:tc>
          <w:tcPr>
            <w:tcW w:w="2083" w:type="pct"/>
            <w:shd w:val="clear" w:color="auto" w:fill="E9EEF8"/>
          </w:tcPr>
          <w:p w14:paraId="0C512C28" w14:textId="77777777" w:rsidR="00281EA7" w:rsidRPr="00291DA9" w:rsidRDefault="00281EA7" w:rsidP="00281EA7">
            <w:pPr>
              <w:pStyle w:val="TableText"/>
              <w:spacing w:after="40"/>
              <w:rPr>
                <w:rFonts w:cs="Times New Roman"/>
              </w:rPr>
            </w:pPr>
            <w:r w:rsidRPr="00291DA9">
              <w:rPr>
                <w:rFonts w:cs="Times New Roman"/>
                <w:b/>
              </w:rPr>
              <w:t>Группа функций</w:t>
            </w:r>
          </w:p>
        </w:tc>
        <w:tc>
          <w:tcPr>
            <w:tcW w:w="2083" w:type="pct"/>
            <w:shd w:val="clear" w:color="auto" w:fill="E9EEF8"/>
          </w:tcPr>
          <w:p w14:paraId="2117B2A8" w14:textId="77777777" w:rsidR="00281EA7" w:rsidRPr="00291DA9" w:rsidRDefault="00281EA7" w:rsidP="00281EA7">
            <w:pPr>
              <w:pStyle w:val="TableText"/>
              <w:spacing w:after="40"/>
              <w:rPr>
                <w:rFonts w:cs="Times New Roman"/>
              </w:rPr>
            </w:pPr>
            <w:r w:rsidRPr="00291DA9">
              <w:rPr>
                <w:rFonts w:cs="Times New Roman"/>
                <w:b/>
              </w:rPr>
              <w:t>Название испытания</w:t>
            </w:r>
          </w:p>
        </w:tc>
      </w:tr>
      <w:tr w:rsidR="00281EA7" w:rsidRPr="00D31521" w14:paraId="3431B90E" w14:textId="77777777" w:rsidTr="00281EA7">
        <w:trPr>
          <w:jc w:val="center"/>
        </w:trPr>
        <w:tc>
          <w:tcPr>
            <w:tcW w:w="833" w:type="pct"/>
          </w:tcPr>
          <w:p w14:paraId="5F6F4BAA" w14:textId="77777777" w:rsidR="00281EA7" w:rsidRPr="00291DA9" w:rsidRDefault="00281EA7" w:rsidP="00281EA7">
            <w:pPr>
              <w:pStyle w:val="TableText"/>
              <w:spacing w:after="40"/>
              <w:rPr>
                <w:rFonts w:cs="Times New Roman"/>
              </w:rPr>
            </w:pPr>
            <w:r w:rsidRPr="00291DA9">
              <w:rPr>
                <w:rFonts w:cs="Times New Roman"/>
              </w:rPr>
              <w:t>1</w:t>
            </w:r>
          </w:p>
        </w:tc>
        <w:tc>
          <w:tcPr>
            <w:tcW w:w="2083" w:type="pct"/>
          </w:tcPr>
          <w:p w14:paraId="4BB69E36" w14:textId="77777777" w:rsidR="00281EA7" w:rsidRPr="00291DA9" w:rsidRDefault="00281EA7" w:rsidP="00281EA7">
            <w:pPr>
              <w:pStyle w:val="TableText"/>
              <w:spacing w:after="40"/>
              <w:rPr>
                <w:rFonts w:cs="Times New Roman"/>
              </w:rPr>
            </w:pPr>
            <w:r w:rsidRPr="00291DA9">
              <w:rPr>
                <w:rFonts w:cs="Times New Roman"/>
              </w:rPr>
              <w:t>Подготовка стенда</w:t>
            </w:r>
          </w:p>
        </w:tc>
        <w:tc>
          <w:tcPr>
            <w:tcW w:w="2083" w:type="pct"/>
          </w:tcPr>
          <w:p w14:paraId="37E05536" w14:textId="77777777" w:rsidR="00281EA7" w:rsidRPr="00291DA9" w:rsidRDefault="00281EA7" w:rsidP="00281EA7">
            <w:pPr>
              <w:pStyle w:val="TableText"/>
              <w:spacing w:after="40"/>
              <w:rPr>
                <w:rFonts w:cs="Times New Roman"/>
                <w:lang w:val="ru-RU"/>
              </w:rPr>
            </w:pPr>
            <w:r w:rsidRPr="00291DA9">
              <w:rPr>
                <w:rFonts w:cs="Times New Roman"/>
                <w:lang w:val="ru-RU"/>
              </w:rPr>
              <w:t>Проверка аппаратного состава стенда и схемы подключения</w:t>
            </w:r>
          </w:p>
        </w:tc>
      </w:tr>
      <w:tr w:rsidR="00281EA7" w:rsidRPr="00D31521" w14:paraId="02D6C0E0" w14:textId="77777777" w:rsidTr="00281EA7">
        <w:trPr>
          <w:jc w:val="center"/>
        </w:trPr>
        <w:tc>
          <w:tcPr>
            <w:tcW w:w="833" w:type="pct"/>
          </w:tcPr>
          <w:p w14:paraId="72953004" w14:textId="77777777" w:rsidR="00281EA7" w:rsidRPr="00291DA9" w:rsidRDefault="00281EA7" w:rsidP="00281EA7">
            <w:pPr>
              <w:pStyle w:val="TableText"/>
              <w:spacing w:after="40"/>
              <w:rPr>
                <w:rFonts w:cs="Times New Roman"/>
              </w:rPr>
            </w:pPr>
            <w:r w:rsidRPr="00291DA9">
              <w:rPr>
                <w:rFonts w:cs="Times New Roman"/>
              </w:rPr>
              <w:t>2</w:t>
            </w:r>
          </w:p>
        </w:tc>
        <w:tc>
          <w:tcPr>
            <w:tcW w:w="2083" w:type="pct"/>
          </w:tcPr>
          <w:p w14:paraId="605FF2CD" w14:textId="77777777" w:rsidR="00281EA7" w:rsidRPr="00291DA9" w:rsidRDefault="00281EA7" w:rsidP="00281EA7">
            <w:pPr>
              <w:pStyle w:val="TableText"/>
              <w:spacing w:after="40"/>
              <w:rPr>
                <w:rFonts w:cs="Times New Roman"/>
              </w:rPr>
            </w:pPr>
            <w:r w:rsidRPr="00291DA9">
              <w:rPr>
                <w:rFonts w:cs="Times New Roman"/>
              </w:rPr>
              <w:t>Настройка ОС хостов</w:t>
            </w:r>
          </w:p>
        </w:tc>
        <w:tc>
          <w:tcPr>
            <w:tcW w:w="2083" w:type="pct"/>
          </w:tcPr>
          <w:p w14:paraId="5BF28B4C"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Установка обязательных пакетов и запуск </w:t>
            </w:r>
            <w:r w:rsidRPr="00291DA9">
              <w:rPr>
                <w:rFonts w:cs="Times New Roman"/>
              </w:rPr>
              <w:t>multipathd</w:t>
            </w:r>
          </w:p>
        </w:tc>
      </w:tr>
      <w:tr w:rsidR="00281EA7" w:rsidRPr="00D31521" w14:paraId="71DA2CA3" w14:textId="77777777" w:rsidTr="00281EA7">
        <w:trPr>
          <w:jc w:val="center"/>
        </w:trPr>
        <w:tc>
          <w:tcPr>
            <w:tcW w:w="833" w:type="pct"/>
          </w:tcPr>
          <w:p w14:paraId="03B1F1D3" w14:textId="77777777" w:rsidR="00281EA7" w:rsidRPr="00291DA9" w:rsidRDefault="00281EA7" w:rsidP="00281EA7">
            <w:pPr>
              <w:pStyle w:val="TableText"/>
              <w:spacing w:after="40"/>
              <w:rPr>
                <w:rFonts w:cs="Times New Roman"/>
              </w:rPr>
            </w:pPr>
            <w:r w:rsidRPr="00291DA9">
              <w:rPr>
                <w:rFonts w:cs="Times New Roman"/>
              </w:rPr>
              <w:t>3</w:t>
            </w:r>
          </w:p>
        </w:tc>
        <w:tc>
          <w:tcPr>
            <w:tcW w:w="2083" w:type="pct"/>
          </w:tcPr>
          <w:p w14:paraId="5C96D1B8" w14:textId="77777777" w:rsidR="00281EA7" w:rsidRPr="00291DA9" w:rsidRDefault="00281EA7" w:rsidP="00281EA7">
            <w:pPr>
              <w:pStyle w:val="TableText"/>
              <w:spacing w:after="40"/>
              <w:rPr>
                <w:rFonts w:cs="Times New Roman"/>
              </w:rPr>
            </w:pPr>
            <w:r w:rsidRPr="00291DA9">
              <w:rPr>
                <w:rFonts w:cs="Times New Roman"/>
              </w:rPr>
              <w:t>Настройка ОС хостов</w:t>
            </w:r>
          </w:p>
        </w:tc>
        <w:tc>
          <w:tcPr>
            <w:tcW w:w="2083" w:type="pct"/>
          </w:tcPr>
          <w:p w14:paraId="20F854C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Настройка </w:t>
            </w:r>
            <w:r w:rsidRPr="00291DA9">
              <w:rPr>
                <w:rFonts w:cs="Times New Roman"/>
              </w:rPr>
              <w:t>FC</w:t>
            </w:r>
            <w:r w:rsidRPr="00291DA9">
              <w:rPr>
                <w:rFonts w:cs="Times New Roman"/>
                <w:lang w:val="ru-RU"/>
              </w:rPr>
              <w:t xml:space="preserve"> </w:t>
            </w:r>
            <w:r w:rsidRPr="00291DA9">
              <w:rPr>
                <w:rFonts w:cs="Times New Roman"/>
              </w:rPr>
              <w:t>HBA</w:t>
            </w:r>
            <w:r w:rsidRPr="00291DA9">
              <w:rPr>
                <w:rFonts w:cs="Times New Roman"/>
                <w:lang w:val="ru-RU"/>
              </w:rPr>
              <w:t xml:space="preserve"> </w:t>
            </w:r>
            <w:r w:rsidRPr="00291DA9">
              <w:rPr>
                <w:rFonts w:cs="Times New Roman"/>
              </w:rPr>
              <w:t>qla</w:t>
            </w:r>
            <w:r w:rsidRPr="00291DA9">
              <w:rPr>
                <w:rFonts w:cs="Times New Roman"/>
                <w:lang w:val="ru-RU"/>
              </w:rPr>
              <w:t>2</w:t>
            </w:r>
            <w:r w:rsidRPr="00291DA9">
              <w:rPr>
                <w:rFonts w:cs="Times New Roman"/>
              </w:rPr>
              <w:t>xxx</w:t>
            </w:r>
            <w:r w:rsidRPr="00291DA9">
              <w:rPr>
                <w:rFonts w:cs="Times New Roman"/>
                <w:lang w:val="ru-RU"/>
              </w:rPr>
              <w:t xml:space="preserve"> для испытаний</w:t>
            </w:r>
          </w:p>
        </w:tc>
      </w:tr>
      <w:tr w:rsidR="00281EA7" w:rsidRPr="00D31521" w14:paraId="7B9569F8" w14:textId="77777777" w:rsidTr="00281EA7">
        <w:trPr>
          <w:jc w:val="center"/>
        </w:trPr>
        <w:tc>
          <w:tcPr>
            <w:tcW w:w="833" w:type="pct"/>
          </w:tcPr>
          <w:p w14:paraId="59EF6632" w14:textId="77777777" w:rsidR="00281EA7" w:rsidRPr="00291DA9" w:rsidRDefault="00281EA7" w:rsidP="00281EA7">
            <w:pPr>
              <w:pStyle w:val="TableText"/>
              <w:spacing w:after="40"/>
              <w:rPr>
                <w:rFonts w:cs="Times New Roman"/>
              </w:rPr>
            </w:pPr>
            <w:r w:rsidRPr="00291DA9">
              <w:rPr>
                <w:rFonts w:cs="Times New Roman"/>
              </w:rPr>
              <w:t>4</w:t>
            </w:r>
          </w:p>
        </w:tc>
        <w:tc>
          <w:tcPr>
            <w:tcW w:w="2083" w:type="pct"/>
          </w:tcPr>
          <w:p w14:paraId="5030651A" w14:textId="77777777" w:rsidR="00281EA7" w:rsidRPr="00291DA9" w:rsidRDefault="00281EA7" w:rsidP="00281EA7">
            <w:pPr>
              <w:pStyle w:val="TableText"/>
              <w:spacing w:after="40"/>
              <w:rPr>
                <w:rFonts w:cs="Times New Roman"/>
              </w:rPr>
            </w:pPr>
            <w:r w:rsidRPr="00291DA9">
              <w:rPr>
                <w:rFonts w:cs="Times New Roman"/>
              </w:rPr>
              <w:t>Настройка ОС хостов</w:t>
            </w:r>
          </w:p>
        </w:tc>
        <w:tc>
          <w:tcPr>
            <w:tcW w:w="2083" w:type="pct"/>
          </w:tcPr>
          <w:p w14:paraId="6BA3879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Базовый тюнинг блочного стека </w:t>
            </w:r>
            <w:r w:rsidRPr="00291DA9">
              <w:rPr>
                <w:rFonts w:cs="Times New Roman"/>
              </w:rPr>
              <w:t>Linux</w:t>
            </w:r>
            <w:r w:rsidRPr="00291DA9">
              <w:rPr>
                <w:rFonts w:cs="Times New Roman"/>
                <w:lang w:val="ru-RU"/>
              </w:rPr>
              <w:t xml:space="preserve"> и </w:t>
            </w:r>
            <w:r w:rsidRPr="00291DA9">
              <w:rPr>
                <w:rFonts w:cs="Times New Roman"/>
              </w:rPr>
              <w:t>multipath</w:t>
            </w:r>
          </w:p>
        </w:tc>
      </w:tr>
      <w:tr w:rsidR="00281EA7" w:rsidRPr="00D31521" w14:paraId="4A8C8695" w14:textId="77777777" w:rsidTr="00281EA7">
        <w:trPr>
          <w:jc w:val="center"/>
        </w:trPr>
        <w:tc>
          <w:tcPr>
            <w:tcW w:w="833" w:type="pct"/>
          </w:tcPr>
          <w:p w14:paraId="2E0F3F43" w14:textId="77777777" w:rsidR="00281EA7" w:rsidRPr="00291DA9" w:rsidRDefault="00281EA7" w:rsidP="00281EA7">
            <w:pPr>
              <w:pStyle w:val="TableText"/>
              <w:spacing w:after="40"/>
              <w:rPr>
                <w:rFonts w:cs="Times New Roman"/>
              </w:rPr>
            </w:pPr>
            <w:r w:rsidRPr="00291DA9">
              <w:rPr>
                <w:rFonts w:cs="Times New Roman"/>
              </w:rPr>
              <w:t>5</w:t>
            </w:r>
          </w:p>
        </w:tc>
        <w:tc>
          <w:tcPr>
            <w:tcW w:w="2083" w:type="pct"/>
          </w:tcPr>
          <w:p w14:paraId="19FAC409" w14:textId="77777777" w:rsidR="00281EA7" w:rsidRPr="00291DA9" w:rsidRDefault="00281EA7" w:rsidP="00281EA7">
            <w:pPr>
              <w:pStyle w:val="TableText"/>
              <w:spacing w:after="40"/>
              <w:rPr>
                <w:rFonts w:cs="Times New Roman"/>
              </w:rPr>
            </w:pPr>
            <w:r w:rsidRPr="00291DA9">
              <w:rPr>
                <w:rFonts w:cs="Times New Roman"/>
              </w:rPr>
              <w:t>Подготовка стенда</w:t>
            </w:r>
          </w:p>
        </w:tc>
        <w:tc>
          <w:tcPr>
            <w:tcW w:w="2083" w:type="pct"/>
          </w:tcPr>
          <w:p w14:paraId="443F46D1" w14:textId="77777777" w:rsidR="00281EA7" w:rsidRPr="00291DA9" w:rsidRDefault="00281EA7" w:rsidP="00281EA7">
            <w:pPr>
              <w:pStyle w:val="TableText"/>
              <w:spacing w:after="40"/>
              <w:rPr>
                <w:rFonts w:cs="Times New Roman"/>
                <w:lang w:val="ru-RU"/>
              </w:rPr>
            </w:pPr>
            <w:r w:rsidRPr="00291DA9">
              <w:rPr>
                <w:rFonts w:cs="Times New Roman"/>
                <w:lang w:val="ru-RU"/>
              </w:rPr>
              <w:t>Подтверждение исходных условий после настройки хостов</w:t>
            </w:r>
          </w:p>
        </w:tc>
      </w:tr>
      <w:tr w:rsidR="00281EA7" w:rsidRPr="00D31521" w14:paraId="68A45540" w14:textId="77777777" w:rsidTr="00281EA7">
        <w:trPr>
          <w:jc w:val="center"/>
        </w:trPr>
        <w:tc>
          <w:tcPr>
            <w:tcW w:w="833" w:type="pct"/>
          </w:tcPr>
          <w:p w14:paraId="0C13E6FC" w14:textId="77777777" w:rsidR="00281EA7" w:rsidRPr="00291DA9" w:rsidRDefault="00281EA7" w:rsidP="00281EA7">
            <w:pPr>
              <w:pStyle w:val="TableText"/>
              <w:spacing w:after="40"/>
              <w:rPr>
                <w:rFonts w:cs="Times New Roman"/>
              </w:rPr>
            </w:pPr>
            <w:r w:rsidRPr="00291DA9">
              <w:rPr>
                <w:rFonts w:cs="Times New Roman"/>
              </w:rPr>
              <w:t>6</w:t>
            </w:r>
          </w:p>
        </w:tc>
        <w:tc>
          <w:tcPr>
            <w:tcW w:w="2083" w:type="pct"/>
          </w:tcPr>
          <w:p w14:paraId="729117C0" w14:textId="77777777" w:rsidR="00281EA7" w:rsidRPr="00291DA9" w:rsidRDefault="00281EA7" w:rsidP="00281EA7">
            <w:pPr>
              <w:pStyle w:val="TableText"/>
              <w:spacing w:after="40"/>
              <w:rPr>
                <w:rFonts w:cs="Times New Roman"/>
              </w:rPr>
            </w:pPr>
            <w:r w:rsidRPr="00291DA9">
              <w:rPr>
                <w:rFonts w:cs="Times New Roman"/>
              </w:rPr>
              <w:t>Функциональная готовность</w:t>
            </w:r>
          </w:p>
        </w:tc>
        <w:tc>
          <w:tcPr>
            <w:tcW w:w="2083" w:type="pct"/>
          </w:tcPr>
          <w:p w14:paraId="43492885"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Создание двух тестовых пулов и четырёх </w:t>
            </w:r>
            <w:r w:rsidRPr="00291DA9">
              <w:rPr>
                <w:rFonts w:cs="Times New Roman"/>
              </w:rPr>
              <w:t>LUN</w:t>
            </w:r>
          </w:p>
        </w:tc>
      </w:tr>
      <w:tr w:rsidR="00281EA7" w:rsidRPr="00D31521" w14:paraId="46730C72" w14:textId="77777777" w:rsidTr="00281EA7">
        <w:trPr>
          <w:jc w:val="center"/>
        </w:trPr>
        <w:tc>
          <w:tcPr>
            <w:tcW w:w="833" w:type="pct"/>
          </w:tcPr>
          <w:p w14:paraId="0367576A" w14:textId="77777777" w:rsidR="00281EA7" w:rsidRPr="00291DA9" w:rsidRDefault="00281EA7" w:rsidP="00281EA7">
            <w:pPr>
              <w:pStyle w:val="TableText"/>
              <w:spacing w:after="40"/>
              <w:rPr>
                <w:rFonts w:cs="Times New Roman"/>
              </w:rPr>
            </w:pPr>
            <w:r w:rsidRPr="00291DA9">
              <w:rPr>
                <w:rFonts w:cs="Times New Roman"/>
              </w:rPr>
              <w:t>7</w:t>
            </w:r>
          </w:p>
        </w:tc>
        <w:tc>
          <w:tcPr>
            <w:tcW w:w="2083" w:type="pct"/>
          </w:tcPr>
          <w:p w14:paraId="2E9124D9" w14:textId="77777777" w:rsidR="00281EA7" w:rsidRPr="00291DA9" w:rsidRDefault="00281EA7" w:rsidP="00281EA7">
            <w:pPr>
              <w:pStyle w:val="TableText"/>
              <w:spacing w:after="40"/>
              <w:rPr>
                <w:rFonts w:cs="Times New Roman"/>
              </w:rPr>
            </w:pPr>
            <w:r w:rsidRPr="00291DA9">
              <w:rPr>
                <w:rFonts w:cs="Times New Roman"/>
              </w:rPr>
              <w:t>Функциональная готовность</w:t>
            </w:r>
          </w:p>
        </w:tc>
        <w:tc>
          <w:tcPr>
            <w:tcW w:w="2083" w:type="pct"/>
          </w:tcPr>
          <w:p w14:paraId="113F5A2C"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Обнаружение 4 </w:t>
            </w:r>
            <w:r w:rsidRPr="00291DA9">
              <w:rPr>
                <w:rFonts w:cs="Times New Roman"/>
              </w:rPr>
              <w:t>LUN</w:t>
            </w:r>
            <w:r w:rsidRPr="00291DA9">
              <w:rPr>
                <w:rFonts w:cs="Times New Roman"/>
                <w:lang w:val="ru-RU"/>
              </w:rPr>
              <w:t xml:space="preserve"> на хостах и проверка многопутевого доступа </w:t>
            </w:r>
            <w:r w:rsidRPr="00291DA9">
              <w:rPr>
                <w:rFonts w:cs="Times New Roman"/>
              </w:rPr>
              <w:t>SLUA</w:t>
            </w:r>
          </w:p>
        </w:tc>
      </w:tr>
      <w:tr w:rsidR="00281EA7" w:rsidRPr="00D31521" w14:paraId="0F97F7D6" w14:textId="77777777" w:rsidTr="00281EA7">
        <w:trPr>
          <w:jc w:val="center"/>
        </w:trPr>
        <w:tc>
          <w:tcPr>
            <w:tcW w:w="833" w:type="pct"/>
          </w:tcPr>
          <w:p w14:paraId="46B14FAC" w14:textId="77777777" w:rsidR="00281EA7" w:rsidRPr="00291DA9" w:rsidRDefault="00281EA7" w:rsidP="00281EA7">
            <w:pPr>
              <w:pStyle w:val="TableText"/>
              <w:spacing w:after="40"/>
              <w:rPr>
                <w:rFonts w:cs="Times New Roman"/>
              </w:rPr>
            </w:pPr>
            <w:r w:rsidRPr="00291DA9">
              <w:rPr>
                <w:rFonts w:cs="Times New Roman"/>
              </w:rPr>
              <w:t>8</w:t>
            </w:r>
          </w:p>
        </w:tc>
        <w:tc>
          <w:tcPr>
            <w:tcW w:w="2083" w:type="pct"/>
          </w:tcPr>
          <w:p w14:paraId="1B4A66A8" w14:textId="77777777" w:rsidR="00281EA7" w:rsidRPr="00291DA9" w:rsidRDefault="00281EA7" w:rsidP="00281EA7">
            <w:pPr>
              <w:pStyle w:val="TableText"/>
              <w:spacing w:after="40"/>
              <w:rPr>
                <w:rFonts w:cs="Times New Roman"/>
              </w:rPr>
            </w:pPr>
            <w:r w:rsidRPr="00291DA9">
              <w:rPr>
                <w:rFonts w:cs="Times New Roman"/>
              </w:rPr>
              <w:t>Проверка SLUA</w:t>
            </w:r>
          </w:p>
        </w:tc>
        <w:tc>
          <w:tcPr>
            <w:tcW w:w="2083" w:type="pct"/>
          </w:tcPr>
          <w:p w14:paraId="10510776" w14:textId="77777777" w:rsidR="00281EA7" w:rsidRPr="00F61CF4" w:rsidRDefault="00281EA7" w:rsidP="00281EA7">
            <w:pPr>
              <w:pStyle w:val="TableText"/>
              <w:spacing w:after="40"/>
              <w:rPr>
                <w:rFonts w:cs="Times New Roman"/>
                <w:lang w:val="ru-RU"/>
              </w:rPr>
            </w:pPr>
            <w:r w:rsidRPr="00291DA9">
              <w:rPr>
                <w:rFonts w:cs="Times New Roman"/>
                <w:lang w:val="ru-RU"/>
              </w:rPr>
              <w:t xml:space="preserve">Проверка отсутствия обязательного владельца </w:t>
            </w:r>
            <w:r>
              <w:rPr>
                <w:rFonts w:cs="Times New Roman"/>
              </w:rPr>
              <w:t>LUN</w:t>
            </w:r>
          </w:p>
        </w:tc>
      </w:tr>
      <w:tr w:rsidR="00281EA7" w:rsidRPr="00D31521" w14:paraId="32D14334" w14:textId="77777777" w:rsidTr="00281EA7">
        <w:trPr>
          <w:jc w:val="center"/>
        </w:trPr>
        <w:tc>
          <w:tcPr>
            <w:tcW w:w="833" w:type="pct"/>
          </w:tcPr>
          <w:p w14:paraId="540B8889" w14:textId="77777777" w:rsidR="00281EA7" w:rsidRPr="00291DA9" w:rsidRDefault="00281EA7" w:rsidP="00281EA7">
            <w:pPr>
              <w:pStyle w:val="TableText"/>
              <w:spacing w:after="40"/>
              <w:rPr>
                <w:rFonts w:cs="Times New Roman"/>
              </w:rPr>
            </w:pPr>
            <w:r w:rsidRPr="00291DA9">
              <w:rPr>
                <w:rFonts w:cs="Times New Roman"/>
              </w:rPr>
              <w:t>9</w:t>
            </w:r>
          </w:p>
        </w:tc>
        <w:tc>
          <w:tcPr>
            <w:tcW w:w="2083" w:type="pct"/>
          </w:tcPr>
          <w:p w14:paraId="5981C7A9" w14:textId="77777777" w:rsidR="00281EA7" w:rsidRPr="00291DA9" w:rsidRDefault="00281EA7" w:rsidP="00281EA7">
            <w:pPr>
              <w:pStyle w:val="TableText"/>
              <w:spacing w:after="40"/>
              <w:rPr>
                <w:rFonts w:cs="Times New Roman"/>
              </w:rPr>
            </w:pPr>
            <w:r w:rsidRPr="00291DA9">
              <w:rPr>
                <w:rFonts w:cs="Times New Roman"/>
              </w:rPr>
              <w:t>Проверка SLUA</w:t>
            </w:r>
          </w:p>
        </w:tc>
        <w:tc>
          <w:tcPr>
            <w:tcW w:w="2083" w:type="pct"/>
          </w:tcPr>
          <w:p w14:paraId="62D57AB4" w14:textId="77777777" w:rsidR="00281EA7" w:rsidRPr="00291DA9" w:rsidRDefault="00281EA7" w:rsidP="00281EA7">
            <w:pPr>
              <w:pStyle w:val="TableText"/>
              <w:spacing w:after="40"/>
              <w:rPr>
                <w:rFonts w:cs="Times New Roman"/>
                <w:lang w:val="ru-RU"/>
              </w:rPr>
            </w:pPr>
            <w:r w:rsidRPr="00291DA9">
              <w:rPr>
                <w:rFonts w:cs="Times New Roman"/>
                <w:lang w:val="ru-RU"/>
              </w:rPr>
              <w:t>Базовая нагрузка, равномерность путей и активность обоих контроллеров</w:t>
            </w:r>
          </w:p>
        </w:tc>
      </w:tr>
      <w:tr w:rsidR="00281EA7" w:rsidRPr="00291DA9" w14:paraId="6B3EF476" w14:textId="77777777" w:rsidTr="00281EA7">
        <w:trPr>
          <w:jc w:val="center"/>
        </w:trPr>
        <w:tc>
          <w:tcPr>
            <w:tcW w:w="833" w:type="pct"/>
          </w:tcPr>
          <w:p w14:paraId="210BE661" w14:textId="77777777" w:rsidR="00281EA7" w:rsidRPr="00291DA9" w:rsidRDefault="00281EA7" w:rsidP="00281EA7">
            <w:pPr>
              <w:pStyle w:val="TableText"/>
              <w:spacing w:after="40"/>
              <w:rPr>
                <w:rFonts w:cs="Times New Roman"/>
              </w:rPr>
            </w:pPr>
            <w:r w:rsidRPr="00291DA9">
              <w:rPr>
                <w:rFonts w:cs="Times New Roman"/>
              </w:rPr>
              <w:t>10</w:t>
            </w:r>
          </w:p>
        </w:tc>
        <w:tc>
          <w:tcPr>
            <w:tcW w:w="2083" w:type="pct"/>
          </w:tcPr>
          <w:p w14:paraId="6091CB76" w14:textId="77777777" w:rsidR="00281EA7" w:rsidRPr="00291DA9" w:rsidRDefault="00281EA7" w:rsidP="00281EA7">
            <w:pPr>
              <w:pStyle w:val="TableText"/>
              <w:spacing w:after="40"/>
              <w:rPr>
                <w:rFonts w:cs="Times New Roman"/>
              </w:rPr>
            </w:pPr>
            <w:r w:rsidRPr="00291DA9">
              <w:rPr>
                <w:rFonts w:cs="Times New Roman"/>
              </w:rPr>
              <w:t>Отказоустойчивость</w:t>
            </w:r>
          </w:p>
        </w:tc>
        <w:tc>
          <w:tcPr>
            <w:tcW w:w="2083" w:type="pct"/>
          </w:tcPr>
          <w:p w14:paraId="54375EDC" w14:textId="77777777" w:rsidR="00281EA7" w:rsidRPr="00291DA9" w:rsidRDefault="00281EA7" w:rsidP="00281EA7">
            <w:pPr>
              <w:pStyle w:val="TableText"/>
              <w:spacing w:after="40"/>
              <w:rPr>
                <w:rFonts w:cs="Times New Roman"/>
              </w:rPr>
            </w:pPr>
            <w:r w:rsidRPr="00291DA9">
              <w:rPr>
                <w:rFonts w:cs="Times New Roman"/>
              </w:rPr>
              <w:t>Отказ одного FC-пути</w:t>
            </w:r>
          </w:p>
        </w:tc>
      </w:tr>
      <w:tr w:rsidR="00281EA7" w:rsidRPr="00D31521" w14:paraId="5F33D971" w14:textId="77777777" w:rsidTr="00281EA7">
        <w:trPr>
          <w:jc w:val="center"/>
        </w:trPr>
        <w:tc>
          <w:tcPr>
            <w:tcW w:w="833" w:type="pct"/>
          </w:tcPr>
          <w:p w14:paraId="69354B33" w14:textId="77777777" w:rsidR="00281EA7" w:rsidRPr="00291DA9" w:rsidRDefault="00281EA7" w:rsidP="00281EA7">
            <w:pPr>
              <w:pStyle w:val="TableText"/>
              <w:spacing w:after="40"/>
              <w:rPr>
                <w:rFonts w:cs="Times New Roman"/>
              </w:rPr>
            </w:pPr>
            <w:r w:rsidRPr="00291DA9">
              <w:rPr>
                <w:rFonts w:cs="Times New Roman"/>
              </w:rPr>
              <w:t>11</w:t>
            </w:r>
          </w:p>
        </w:tc>
        <w:tc>
          <w:tcPr>
            <w:tcW w:w="2083" w:type="pct"/>
          </w:tcPr>
          <w:p w14:paraId="3C92D8F1" w14:textId="77777777" w:rsidR="00281EA7" w:rsidRPr="00291DA9" w:rsidRDefault="00281EA7" w:rsidP="00281EA7">
            <w:pPr>
              <w:pStyle w:val="TableText"/>
              <w:spacing w:after="40"/>
              <w:rPr>
                <w:rFonts w:cs="Times New Roman"/>
              </w:rPr>
            </w:pPr>
            <w:r w:rsidRPr="00291DA9">
              <w:rPr>
                <w:rFonts w:cs="Times New Roman"/>
              </w:rPr>
              <w:t>Отказоустойчивость</w:t>
            </w:r>
          </w:p>
        </w:tc>
        <w:tc>
          <w:tcPr>
            <w:tcW w:w="2083" w:type="pct"/>
          </w:tcPr>
          <w:p w14:paraId="6899613A"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Отказ всех </w:t>
            </w:r>
            <w:r w:rsidRPr="00291DA9">
              <w:rPr>
                <w:rFonts w:cs="Times New Roman"/>
              </w:rPr>
              <w:t>FC</w:t>
            </w:r>
            <w:r w:rsidRPr="00291DA9">
              <w:rPr>
                <w:rFonts w:cs="Times New Roman"/>
                <w:lang w:val="ru-RU"/>
              </w:rPr>
              <w:t xml:space="preserve"> </w:t>
            </w:r>
            <w:r w:rsidRPr="00291DA9">
              <w:rPr>
                <w:rFonts w:cs="Times New Roman"/>
              </w:rPr>
              <w:t>front</w:t>
            </w:r>
            <w:r w:rsidRPr="00291DA9">
              <w:rPr>
                <w:rFonts w:cs="Times New Roman"/>
                <w:lang w:val="ru-RU"/>
              </w:rPr>
              <w:t>-</w:t>
            </w:r>
            <w:r w:rsidRPr="00291DA9">
              <w:rPr>
                <w:rFonts w:cs="Times New Roman"/>
              </w:rPr>
              <w:t>end</w:t>
            </w:r>
            <w:r w:rsidRPr="00291DA9">
              <w:rPr>
                <w:rFonts w:cs="Times New Roman"/>
                <w:lang w:val="ru-RU"/>
              </w:rPr>
              <w:t xml:space="preserve"> портов одного контроллера СХД</w:t>
            </w:r>
          </w:p>
        </w:tc>
      </w:tr>
      <w:tr w:rsidR="00281EA7" w:rsidRPr="00291DA9" w14:paraId="07AE1F45" w14:textId="77777777" w:rsidTr="00281EA7">
        <w:trPr>
          <w:jc w:val="center"/>
        </w:trPr>
        <w:tc>
          <w:tcPr>
            <w:tcW w:w="833" w:type="pct"/>
          </w:tcPr>
          <w:p w14:paraId="6329A90D" w14:textId="77777777" w:rsidR="00281EA7" w:rsidRPr="00291DA9" w:rsidRDefault="00281EA7" w:rsidP="00281EA7">
            <w:pPr>
              <w:pStyle w:val="TableText"/>
              <w:spacing w:after="40"/>
              <w:rPr>
                <w:rFonts w:cs="Times New Roman"/>
              </w:rPr>
            </w:pPr>
            <w:r w:rsidRPr="00291DA9">
              <w:rPr>
                <w:rFonts w:cs="Times New Roman"/>
              </w:rPr>
              <w:t>12</w:t>
            </w:r>
          </w:p>
        </w:tc>
        <w:tc>
          <w:tcPr>
            <w:tcW w:w="2083" w:type="pct"/>
          </w:tcPr>
          <w:p w14:paraId="5047523B" w14:textId="77777777" w:rsidR="00281EA7" w:rsidRPr="00291DA9" w:rsidRDefault="00281EA7" w:rsidP="00281EA7">
            <w:pPr>
              <w:pStyle w:val="TableText"/>
              <w:spacing w:after="40"/>
              <w:rPr>
                <w:rFonts w:cs="Times New Roman"/>
              </w:rPr>
            </w:pPr>
            <w:r w:rsidRPr="00291DA9">
              <w:rPr>
                <w:rFonts w:cs="Times New Roman"/>
              </w:rPr>
              <w:t>Отказоустойчивость</w:t>
            </w:r>
          </w:p>
        </w:tc>
        <w:tc>
          <w:tcPr>
            <w:tcW w:w="2083" w:type="pct"/>
          </w:tcPr>
          <w:p w14:paraId="5B2A7A99" w14:textId="77777777" w:rsidR="00281EA7" w:rsidRPr="00291DA9" w:rsidRDefault="00281EA7" w:rsidP="00281EA7">
            <w:pPr>
              <w:pStyle w:val="TableText"/>
              <w:spacing w:after="40"/>
              <w:rPr>
                <w:rFonts w:cs="Times New Roman"/>
              </w:rPr>
            </w:pPr>
            <w:r w:rsidRPr="00291DA9">
              <w:rPr>
                <w:rFonts w:cs="Times New Roman"/>
              </w:rPr>
              <w:t>Отказ одной FC-фабрики</w:t>
            </w:r>
          </w:p>
        </w:tc>
      </w:tr>
      <w:tr w:rsidR="00281EA7" w:rsidRPr="00D31521" w14:paraId="7A3322A6" w14:textId="77777777" w:rsidTr="00281EA7">
        <w:trPr>
          <w:jc w:val="center"/>
        </w:trPr>
        <w:tc>
          <w:tcPr>
            <w:tcW w:w="833" w:type="pct"/>
          </w:tcPr>
          <w:p w14:paraId="3DF24BD2" w14:textId="77777777" w:rsidR="00281EA7" w:rsidRPr="00291DA9" w:rsidRDefault="00281EA7" w:rsidP="00281EA7">
            <w:pPr>
              <w:pStyle w:val="TableText"/>
              <w:spacing w:after="40"/>
              <w:rPr>
                <w:rFonts w:cs="Times New Roman"/>
              </w:rPr>
            </w:pPr>
            <w:r w:rsidRPr="00291DA9">
              <w:rPr>
                <w:rFonts w:cs="Times New Roman"/>
              </w:rPr>
              <w:t>13</w:t>
            </w:r>
          </w:p>
        </w:tc>
        <w:tc>
          <w:tcPr>
            <w:tcW w:w="2083" w:type="pct"/>
          </w:tcPr>
          <w:p w14:paraId="13538225" w14:textId="77777777" w:rsidR="00281EA7" w:rsidRPr="00291DA9" w:rsidRDefault="00281EA7" w:rsidP="00281EA7">
            <w:pPr>
              <w:pStyle w:val="TableText"/>
              <w:spacing w:after="40"/>
              <w:rPr>
                <w:rFonts w:cs="Times New Roman"/>
              </w:rPr>
            </w:pPr>
            <w:r w:rsidRPr="00291DA9">
              <w:rPr>
                <w:rFonts w:cs="Times New Roman"/>
              </w:rPr>
              <w:t>Отказоустойчивость</w:t>
            </w:r>
          </w:p>
        </w:tc>
        <w:tc>
          <w:tcPr>
            <w:tcW w:w="2083" w:type="pct"/>
          </w:tcPr>
          <w:p w14:paraId="05B48A87" w14:textId="77777777" w:rsidR="00281EA7" w:rsidRPr="00291DA9" w:rsidRDefault="00281EA7" w:rsidP="00281EA7">
            <w:pPr>
              <w:pStyle w:val="TableText"/>
              <w:spacing w:after="40"/>
              <w:rPr>
                <w:rFonts w:cs="Times New Roman"/>
                <w:lang w:val="ru-RU"/>
              </w:rPr>
            </w:pPr>
            <w:r w:rsidRPr="00291DA9">
              <w:rPr>
                <w:rFonts w:cs="Times New Roman"/>
                <w:lang w:val="ru-RU"/>
              </w:rPr>
              <w:t>Отказ или перезапуск одного контроллера СХД</w:t>
            </w:r>
          </w:p>
        </w:tc>
      </w:tr>
      <w:tr w:rsidR="00281EA7" w:rsidRPr="00D31521" w14:paraId="7ED5E593" w14:textId="77777777" w:rsidTr="00281EA7">
        <w:trPr>
          <w:jc w:val="center"/>
        </w:trPr>
        <w:tc>
          <w:tcPr>
            <w:tcW w:w="833" w:type="pct"/>
          </w:tcPr>
          <w:p w14:paraId="16C530B2" w14:textId="77777777" w:rsidR="00281EA7" w:rsidRPr="00291DA9" w:rsidRDefault="00281EA7" w:rsidP="00281EA7">
            <w:pPr>
              <w:pStyle w:val="TableText"/>
              <w:spacing w:after="40"/>
              <w:rPr>
                <w:rFonts w:cs="Times New Roman"/>
              </w:rPr>
            </w:pPr>
            <w:r w:rsidRPr="00291DA9">
              <w:rPr>
                <w:rFonts w:cs="Times New Roman"/>
              </w:rPr>
              <w:t>14</w:t>
            </w:r>
          </w:p>
        </w:tc>
        <w:tc>
          <w:tcPr>
            <w:tcW w:w="2083" w:type="pct"/>
          </w:tcPr>
          <w:p w14:paraId="25E9CFD8" w14:textId="77777777" w:rsidR="00281EA7" w:rsidRPr="00291DA9" w:rsidRDefault="00281EA7" w:rsidP="00281EA7">
            <w:pPr>
              <w:pStyle w:val="TableText"/>
              <w:spacing w:after="40"/>
              <w:rPr>
                <w:rFonts w:cs="Times New Roman"/>
              </w:rPr>
            </w:pPr>
            <w:r w:rsidRPr="00291DA9">
              <w:rPr>
                <w:rFonts w:cs="Times New Roman"/>
              </w:rPr>
              <w:t>Финальная проверка</w:t>
            </w:r>
          </w:p>
        </w:tc>
        <w:tc>
          <w:tcPr>
            <w:tcW w:w="2083" w:type="pct"/>
          </w:tcPr>
          <w:p w14:paraId="15D74745"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Контроль доступности </w:t>
            </w:r>
            <w:r w:rsidRPr="00291DA9">
              <w:rPr>
                <w:rFonts w:cs="Times New Roman"/>
              </w:rPr>
              <w:t>LUN</w:t>
            </w:r>
            <w:r w:rsidRPr="00291DA9">
              <w:rPr>
                <w:rFonts w:cs="Times New Roman"/>
                <w:lang w:val="ru-RU"/>
              </w:rPr>
              <w:t xml:space="preserve"> и комплектности материалов испытаний</w:t>
            </w:r>
          </w:p>
        </w:tc>
      </w:tr>
    </w:tbl>
    <w:p w14:paraId="6ED52B7D" w14:textId="77777777" w:rsidR="00281EA7" w:rsidRPr="00291DA9" w:rsidRDefault="00281EA7" w:rsidP="00281EA7"/>
    <w:p w14:paraId="02F25A9E" w14:textId="77777777" w:rsidR="00281EA7" w:rsidRPr="005302D1" w:rsidRDefault="00281EA7" w:rsidP="00281EA7">
      <w:pPr>
        <w:rPr>
          <w:b/>
          <w:bCs/>
          <w:szCs w:val="28"/>
        </w:rPr>
      </w:pPr>
      <w:r w:rsidRPr="005302D1">
        <w:rPr>
          <w:b/>
          <w:bCs/>
          <w:szCs w:val="28"/>
        </w:rPr>
        <w:t xml:space="preserve">6. Методика выполнения </w:t>
      </w:r>
      <w:proofErr w:type="gramStart"/>
      <w:r w:rsidRPr="005302D1">
        <w:rPr>
          <w:b/>
          <w:bCs/>
          <w:szCs w:val="28"/>
        </w:rPr>
        <w:t xml:space="preserve">испытаний </w:t>
      </w:r>
      <w:r>
        <w:rPr>
          <w:b/>
          <w:bCs/>
          <w:szCs w:val="28"/>
        </w:rPr>
        <w:t xml:space="preserve"> SLUA</w:t>
      </w:r>
      <w:proofErr w:type="gramEnd"/>
      <w:r w:rsidRPr="005302D1">
        <w:rPr>
          <w:b/>
          <w:bCs/>
          <w:szCs w:val="28"/>
        </w:rPr>
        <w:t xml:space="preserve"> / </w:t>
      </w:r>
      <w:r>
        <w:rPr>
          <w:b/>
          <w:bCs/>
          <w:szCs w:val="28"/>
        </w:rPr>
        <w:t>Symmetric</w:t>
      </w:r>
      <w:r w:rsidRPr="005302D1">
        <w:rPr>
          <w:b/>
          <w:bCs/>
          <w:szCs w:val="28"/>
        </w:rPr>
        <w:t xml:space="preserve"> </w:t>
      </w:r>
      <w:r>
        <w:rPr>
          <w:b/>
          <w:bCs/>
          <w:szCs w:val="28"/>
        </w:rPr>
        <w:t>Active</w:t>
      </w:r>
      <w:r w:rsidRPr="005302D1">
        <w:rPr>
          <w:b/>
          <w:bCs/>
          <w:szCs w:val="28"/>
        </w:rPr>
        <w:t>-</w:t>
      </w:r>
      <w:r>
        <w:rPr>
          <w:b/>
          <w:bCs/>
          <w:szCs w:val="28"/>
        </w:rPr>
        <w:t>Active</w:t>
      </w:r>
    </w:p>
    <w:p w14:paraId="268B0AC9" w14:textId="77777777" w:rsidR="00281EA7" w:rsidRPr="00291DA9" w:rsidRDefault="00281EA7" w:rsidP="00281EA7">
      <w:r w:rsidRPr="00291DA9">
        <w:t>.</w:t>
      </w:r>
    </w:p>
    <w:tbl>
      <w:tblPr>
        <w:tblW w:w="5000" w:type="pct"/>
        <w:jc w:val="center"/>
        <w:tblBorders>
          <w:top w:val="single" w:sz="4" w:space="0" w:color="C9D2E3"/>
          <w:left w:val="single" w:sz="4" w:space="0" w:color="C9D2E3"/>
          <w:bottom w:val="single" w:sz="4" w:space="0" w:color="C9D2E3"/>
          <w:right w:val="single" w:sz="4" w:space="0" w:color="C9D2E3"/>
          <w:insideH w:val="single" w:sz="4" w:space="0" w:color="C9D2E3"/>
          <w:insideV w:val="single" w:sz="4" w:space="0" w:color="C9D2E3"/>
        </w:tblBorders>
        <w:tblLook w:val="04A0" w:firstRow="1" w:lastRow="0" w:firstColumn="1" w:lastColumn="0" w:noHBand="0" w:noVBand="1"/>
      </w:tblPr>
      <w:tblGrid>
        <w:gridCol w:w="581"/>
        <w:gridCol w:w="1658"/>
        <w:gridCol w:w="1748"/>
        <w:gridCol w:w="3143"/>
        <w:gridCol w:w="3670"/>
        <w:gridCol w:w="3670"/>
      </w:tblGrid>
      <w:tr w:rsidR="00281EA7" w:rsidRPr="00D31521" w14:paraId="42BDF625" w14:textId="77777777" w:rsidTr="00281EA7">
        <w:trPr>
          <w:tblHeader/>
          <w:jc w:val="center"/>
        </w:trPr>
        <w:tc>
          <w:tcPr>
            <w:tcW w:w="201" w:type="pct"/>
            <w:shd w:val="clear" w:color="auto" w:fill="E9EEF8"/>
          </w:tcPr>
          <w:p w14:paraId="3F297B04" w14:textId="77777777" w:rsidR="00281EA7" w:rsidRPr="00291DA9" w:rsidRDefault="00281EA7" w:rsidP="00281EA7">
            <w:pPr>
              <w:pStyle w:val="TableText"/>
              <w:spacing w:after="40"/>
              <w:rPr>
                <w:rFonts w:cs="Times New Roman"/>
              </w:rPr>
            </w:pPr>
            <w:r w:rsidRPr="00291DA9">
              <w:rPr>
                <w:rFonts w:cs="Times New Roman"/>
                <w:b/>
              </w:rPr>
              <w:t>№ п/п</w:t>
            </w:r>
          </w:p>
        </w:tc>
        <w:tc>
          <w:tcPr>
            <w:tcW w:w="573" w:type="pct"/>
            <w:shd w:val="clear" w:color="auto" w:fill="E9EEF8"/>
          </w:tcPr>
          <w:p w14:paraId="35612990" w14:textId="77777777" w:rsidR="00281EA7" w:rsidRPr="00291DA9" w:rsidRDefault="00281EA7" w:rsidP="00281EA7">
            <w:pPr>
              <w:pStyle w:val="TableText"/>
              <w:spacing w:after="40"/>
              <w:rPr>
                <w:rFonts w:cs="Times New Roman"/>
              </w:rPr>
            </w:pPr>
            <w:r w:rsidRPr="00291DA9">
              <w:rPr>
                <w:rFonts w:cs="Times New Roman"/>
                <w:b/>
              </w:rPr>
              <w:t>Группа функций</w:t>
            </w:r>
          </w:p>
        </w:tc>
        <w:tc>
          <w:tcPr>
            <w:tcW w:w="604" w:type="pct"/>
            <w:shd w:val="clear" w:color="auto" w:fill="E9EEF8"/>
          </w:tcPr>
          <w:p w14:paraId="6B843C5F" w14:textId="77777777" w:rsidR="00281EA7" w:rsidRPr="00291DA9" w:rsidRDefault="00281EA7" w:rsidP="00281EA7">
            <w:pPr>
              <w:pStyle w:val="TableText"/>
              <w:spacing w:after="40"/>
              <w:rPr>
                <w:rFonts w:cs="Times New Roman"/>
              </w:rPr>
            </w:pPr>
            <w:r w:rsidRPr="00291DA9">
              <w:rPr>
                <w:rFonts w:cs="Times New Roman"/>
                <w:b/>
              </w:rPr>
              <w:t>Название испытания</w:t>
            </w:r>
          </w:p>
        </w:tc>
        <w:tc>
          <w:tcPr>
            <w:tcW w:w="1086" w:type="pct"/>
            <w:shd w:val="clear" w:color="auto" w:fill="E9EEF8"/>
          </w:tcPr>
          <w:p w14:paraId="4B0CF828" w14:textId="77777777" w:rsidR="00281EA7" w:rsidRPr="00291DA9" w:rsidRDefault="00281EA7" w:rsidP="00281EA7">
            <w:pPr>
              <w:pStyle w:val="TableText"/>
              <w:spacing w:after="40"/>
              <w:rPr>
                <w:rFonts w:cs="Times New Roman"/>
              </w:rPr>
            </w:pPr>
            <w:r w:rsidRPr="00291DA9">
              <w:rPr>
                <w:rFonts w:cs="Times New Roman"/>
                <w:b/>
              </w:rPr>
              <w:t>Эталонные значения</w:t>
            </w:r>
          </w:p>
        </w:tc>
        <w:tc>
          <w:tcPr>
            <w:tcW w:w="1268" w:type="pct"/>
            <w:shd w:val="clear" w:color="auto" w:fill="E9EEF8"/>
          </w:tcPr>
          <w:p w14:paraId="4B98E2E2" w14:textId="77777777" w:rsidR="00281EA7" w:rsidRPr="00291DA9" w:rsidRDefault="00281EA7" w:rsidP="00281EA7">
            <w:pPr>
              <w:pStyle w:val="TableText"/>
              <w:spacing w:after="40"/>
              <w:rPr>
                <w:rFonts w:cs="Times New Roman"/>
              </w:rPr>
            </w:pPr>
            <w:r w:rsidRPr="00291DA9">
              <w:rPr>
                <w:rFonts w:cs="Times New Roman"/>
                <w:b/>
              </w:rPr>
              <w:t>Сценарий испытания</w:t>
            </w:r>
          </w:p>
        </w:tc>
        <w:tc>
          <w:tcPr>
            <w:tcW w:w="1268" w:type="pct"/>
            <w:shd w:val="clear" w:color="auto" w:fill="E9EEF8"/>
          </w:tcPr>
          <w:p w14:paraId="4344D576" w14:textId="77777777" w:rsidR="00281EA7" w:rsidRPr="00291DA9" w:rsidRDefault="00281EA7" w:rsidP="00281EA7">
            <w:pPr>
              <w:pStyle w:val="TableText"/>
              <w:spacing w:after="40"/>
              <w:rPr>
                <w:rFonts w:cs="Times New Roman"/>
                <w:lang w:val="ru-RU"/>
              </w:rPr>
            </w:pPr>
            <w:r w:rsidRPr="00291DA9">
              <w:rPr>
                <w:rFonts w:cs="Times New Roman"/>
                <w:b/>
                <w:lang w:val="ru-RU"/>
              </w:rPr>
              <w:t>Критерии оценки успешного выполнения испытания</w:t>
            </w:r>
          </w:p>
        </w:tc>
      </w:tr>
      <w:tr w:rsidR="00281EA7" w:rsidRPr="00D31521" w14:paraId="74181942" w14:textId="77777777" w:rsidTr="00281EA7">
        <w:trPr>
          <w:jc w:val="center"/>
        </w:trPr>
        <w:tc>
          <w:tcPr>
            <w:tcW w:w="201" w:type="pct"/>
          </w:tcPr>
          <w:p w14:paraId="0C98C0F6" w14:textId="77777777" w:rsidR="00281EA7" w:rsidRPr="00291DA9" w:rsidRDefault="00281EA7" w:rsidP="00281EA7">
            <w:pPr>
              <w:pStyle w:val="TableText"/>
              <w:spacing w:after="40"/>
              <w:rPr>
                <w:rFonts w:cs="Times New Roman"/>
              </w:rPr>
            </w:pPr>
            <w:r w:rsidRPr="00291DA9">
              <w:rPr>
                <w:rFonts w:cs="Times New Roman"/>
              </w:rPr>
              <w:t>1</w:t>
            </w:r>
          </w:p>
        </w:tc>
        <w:tc>
          <w:tcPr>
            <w:tcW w:w="573" w:type="pct"/>
          </w:tcPr>
          <w:p w14:paraId="5B2F56D6" w14:textId="77777777" w:rsidR="00281EA7" w:rsidRPr="00291DA9" w:rsidRDefault="00281EA7" w:rsidP="00281EA7">
            <w:pPr>
              <w:pStyle w:val="TableText"/>
              <w:spacing w:after="40"/>
              <w:rPr>
                <w:rFonts w:cs="Times New Roman"/>
              </w:rPr>
            </w:pPr>
            <w:r w:rsidRPr="00291DA9">
              <w:rPr>
                <w:rFonts w:cs="Times New Roman"/>
              </w:rPr>
              <w:t>Подготовка стенда</w:t>
            </w:r>
          </w:p>
        </w:tc>
        <w:tc>
          <w:tcPr>
            <w:tcW w:w="604" w:type="pct"/>
          </w:tcPr>
          <w:p w14:paraId="422335CB" w14:textId="77777777" w:rsidR="00281EA7" w:rsidRPr="00291DA9" w:rsidRDefault="00281EA7" w:rsidP="00281EA7">
            <w:pPr>
              <w:pStyle w:val="TableText"/>
              <w:spacing w:after="40"/>
              <w:rPr>
                <w:rFonts w:cs="Times New Roman"/>
                <w:lang w:val="ru-RU"/>
              </w:rPr>
            </w:pPr>
            <w:r w:rsidRPr="00291DA9">
              <w:rPr>
                <w:rFonts w:cs="Times New Roman"/>
                <w:lang w:val="ru-RU"/>
              </w:rPr>
              <w:t>Проверка аппаратного состава стенда и схемы подключения</w:t>
            </w:r>
          </w:p>
        </w:tc>
        <w:tc>
          <w:tcPr>
            <w:tcW w:w="1086" w:type="pct"/>
          </w:tcPr>
          <w:p w14:paraId="5BD395B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Доступен стенд из 2 серверов-нагружателей; на каждом сервере установлена </w:t>
            </w:r>
            <w:r w:rsidRPr="00291DA9">
              <w:rPr>
                <w:rFonts w:cs="Times New Roman"/>
              </w:rPr>
              <w:t>RedOS</w:t>
            </w:r>
            <w:r w:rsidRPr="00291DA9">
              <w:rPr>
                <w:rFonts w:cs="Times New Roman"/>
                <w:lang w:val="ru-RU"/>
              </w:rPr>
              <w:t xml:space="preserve"> 7.3 или согласованная версия </w:t>
            </w:r>
            <w:r w:rsidRPr="00291DA9">
              <w:rPr>
                <w:rFonts w:cs="Times New Roman"/>
              </w:rPr>
              <w:t>Linux</w:t>
            </w:r>
            <w:r w:rsidRPr="00291DA9">
              <w:rPr>
                <w:rFonts w:cs="Times New Roman"/>
                <w:lang w:val="ru-RU"/>
              </w:rPr>
              <w:t xml:space="preserve">; установлены </w:t>
            </w:r>
            <w:r w:rsidRPr="00291DA9">
              <w:rPr>
                <w:rFonts w:cs="Times New Roman"/>
              </w:rPr>
              <w:t>FC</w:t>
            </w:r>
            <w:r w:rsidRPr="00291DA9">
              <w:rPr>
                <w:rFonts w:cs="Times New Roman"/>
                <w:lang w:val="ru-RU"/>
              </w:rPr>
              <w:t xml:space="preserve"> </w:t>
            </w:r>
            <w:r w:rsidRPr="00291DA9">
              <w:rPr>
                <w:rFonts w:cs="Times New Roman"/>
              </w:rPr>
              <w:t>HBA</w:t>
            </w:r>
            <w:r w:rsidRPr="00291DA9">
              <w:rPr>
                <w:rFonts w:cs="Times New Roman"/>
                <w:lang w:val="ru-RU"/>
              </w:rPr>
              <w:t xml:space="preserve">; схема подключения выполнена через две независимые </w:t>
            </w:r>
            <w:r w:rsidRPr="00291DA9">
              <w:rPr>
                <w:rFonts w:cs="Times New Roman"/>
              </w:rPr>
              <w:t>FC</w:t>
            </w:r>
            <w:r w:rsidRPr="00291DA9">
              <w:rPr>
                <w:rFonts w:cs="Times New Roman"/>
                <w:lang w:val="ru-RU"/>
              </w:rPr>
              <w:t>-фабрики.</w:t>
            </w:r>
          </w:p>
        </w:tc>
        <w:tc>
          <w:tcPr>
            <w:tcW w:w="1268" w:type="pct"/>
          </w:tcPr>
          <w:p w14:paraId="5F23A00A" w14:textId="77777777" w:rsidR="00281EA7" w:rsidRPr="00291DA9" w:rsidRDefault="00281EA7" w:rsidP="00281EA7">
            <w:pPr>
              <w:pStyle w:val="TableText"/>
              <w:spacing w:after="40"/>
              <w:rPr>
                <w:rFonts w:cs="Times New Roman"/>
                <w:lang w:val="ru-RU"/>
              </w:rPr>
            </w:pPr>
            <w:r w:rsidRPr="00291DA9">
              <w:rPr>
                <w:rFonts w:cs="Times New Roman"/>
                <w:lang w:val="ru-RU"/>
              </w:rPr>
              <w:t>1) На обоих серверах выполнить:</w:t>
            </w:r>
            <w:r w:rsidRPr="00291DA9">
              <w:rPr>
                <w:rFonts w:cs="Times New Roman"/>
                <w:lang w:val="ru-RU"/>
              </w:rPr>
              <w:br/>
            </w:r>
          </w:p>
          <w:p w14:paraId="74BF848F" w14:textId="77777777" w:rsidR="00281EA7" w:rsidRPr="003E0862" w:rsidRDefault="00281EA7" w:rsidP="00281EA7">
            <w:pPr>
              <w:pStyle w:val="CodeBlock"/>
              <w:rPr>
                <w:rFonts w:ascii="Times New Roman" w:hAnsi="Times New Roman" w:cs="Times New Roman"/>
                <w:lang w:val="ru-RU"/>
              </w:rPr>
            </w:pPr>
            <w:r w:rsidRPr="003E0862">
              <w:rPr>
                <w:rFonts w:ascii="Times New Roman" w:hAnsi="Times New Roman" w:cs="Times New Roman"/>
                <w:sz w:val="14"/>
                <w:lang w:val="ru-RU"/>
              </w:rPr>
              <w:t xml:space="preserve"># </w:t>
            </w:r>
            <w:r w:rsidRPr="00291DA9">
              <w:rPr>
                <w:rFonts w:ascii="Times New Roman" w:hAnsi="Times New Roman" w:cs="Times New Roman"/>
                <w:sz w:val="14"/>
              </w:rPr>
              <w:t>hostnamectl</w:t>
            </w:r>
            <w:r w:rsidRPr="003E0862">
              <w:rPr>
                <w:rFonts w:ascii="Times New Roman" w:hAnsi="Times New Roman" w:cs="Times New Roman"/>
                <w:sz w:val="14"/>
                <w:lang w:val="ru-RU"/>
              </w:rPr>
              <w:br/>
              <w:t xml:space="preserve"># </w:t>
            </w:r>
            <w:r w:rsidRPr="001B5BD6">
              <w:rPr>
                <w:rFonts w:ascii="Times New Roman" w:hAnsi="Times New Roman" w:cs="Times New Roman"/>
                <w:sz w:val="14"/>
              </w:rPr>
              <w:t>cat</w:t>
            </w:r>
            <w:r w:rsidRPr="003E0862">
              <w:rPr>
                <w:rFonts w:ascii="Times New Roman" w:hAnsi="Times New Roman" w:cs="Times New Roman"/>
                <w:sz w:val="14"/>
                <w:lang w:val="ru-RU"/>
              </w:rPr>
              <w:t xml:space="preserve"> /</w:t>
            </w:r>
            <w:r w:rsidRPr="001B5BD6">
              <w:rPr>
                <w:rFonts w:ascii="Times New Roman" w:hAnsi="Times New Roman" w:cs="Times New Roman"/>
                <w:sz w:val="14"/>
              </w:rPr>
              <w:t>etc</w:t>
            </w:r>
            <w:r w:rsidRPr="003E0862">
              <w:rPr>
                <w:rFonts w:ascii="Times New Roman" w:hAnsi="Times New Roman" w:cs="Times New Roman"/>
                <w:sz w:val="14"/>
                <w:lang w:val="ru-RU"/>
              </w:rPr>
              <w:t>/*</w:t>
            </w:r>
            <w:r w:rsidRPr="001B5BD6">
              <w:rPr>
                <w:rFonts w:ascii="Times New Roman" w:hAnsi="Times New Roman" w:cs="Times New Roman"/>
                <w:sz w:val="14"/>
              </w:rPr>
              <w:t>release</w:t>
            </w:r>
            <w:r w:rsidRPr="003E0862">
              <w:rPr>
                <w:rFonts w:ascii="Times New Roman" w:hAnsi="Times New Roman" w:cs="Times New Roman"/>
                <w:sz w:val="14"/>
                <w:lang w:val="ru-RU"/>
              </w:rPr>
              <w:t>*</w:t>
            </w:r>
            <w:r w:rsidRPr="003E0862">
              <w:rPr>
                <w:rFonts w:ascii="Times New Roman" w:hAnsi="Times New Roman" w:cs="Times New Roman"/>
                <w:sz w:val="14"/>
                <w:lang w:val="ru-RU"/>
              </w:rPr>
              <w:br/>
              <w:t xml:space="preserve"># </w:t>
            </w:r>
            <w:r w:rsidRPr="00291DA9">
              <w:rPr>
                <w:rFonts w:ascii="Times New Roman" w:hAnsi="Times New Roman" w:cs="Times New Roman"/>
                <w:sz w:val="14"/>
              </w:rPr>
              <w:t>uname</w:t>
            </w:r>
            <w:r w:rsidRPr="003E0862">
              <w:rPr>
                <w:rFonts w:ascii="Times New Roman" w:hAnsi="Times New Roman" w:cs="Times New Roman"/>
                <w:sz w:val="14"/>
                <w:lang w:val="ru-RU"/>
              </w:rPr>
              <w:t xml:space="preserve"> -</w:t>
            </w:r>
            <w:r w:rsidRPr="00291DA9">
              <w:rPr>
                <w:rFonts w:ascii="Times New Roman" w:hAnsi="Times New Roman" w:cs="Times New Roman"/>
                <w:sz w:val="14"/>
              </w:rPr>
              <w:t>r</w:t>
            </w:r>
          </w:p>
          <w:p w14:paraId="724D557C" w14:textId="77777777" w:rsidR="00281EA7" w:rsidRPr="00291DA9" w:rsidRDefault="00281EA7" w:rsidP="00281EA7">
            <w:pPr>
              <w:pStyle w:val="TableText"/>
              <w:spacing w:after="40"/>
              <w:rPr>
                <w:rFonts w:cs="Times New Roman"/>
                <w:lang w:val="ru-RU"/>
              </w:rPr>
            </w:pPr>
            <w:r w:rsidRPr="00291DA9">
              <w:rPr>
                <w:rFonts w:cs="Times New Roman"/>
                <w:lang w:val="ru-RU"/>
              </w:rPr>
              <w:t>2) На обоих серверах выполнить:</w:t>
            </w:r>
            <w:r w:rsidRPr="00291DA9">
              <w:rPr>
                <w:rFonts w:cs="Times New Roman"/>
                <w:lang w:val="ru-RU"/>
              </w:rPr>
              <w:br/>
            </w:r>
          </w:p>
          <w:p w14:paraId="1BD579D9" w14:textId="77777777" w:rsidR="00281EA7" w:rsidRPr="00291DA9" w:rsidRDefault="00281EA7" w:rsidP="00281EA7">
            <w:pPr>
              <w:pStyle w:val="CodeBlock"/>
              <w:rPr>
                <w:rFonts w:ascii="Times New Roman" w:hAnsi="Times New Roman" w:cs="Times New Roman"/>
                <w:lang w:val="ru-RU"/>
              </w:rPr>
            </w:pPr>
            <w:r w:rsidRPr="00D61DB8">
              <w:rPr>
                <w:rFonts w:ascii="Times New Roman" w:hAnsi="Times New Roman" w:cs="Times New Roman"/>
                <w:sz w:val="14"/>
                <w:lang w:val="ru-RU"/>
              </w:rPr>
              <w:t>#</w:t>
            </w:r>
            <w:r w:rsidRPr="00291DA9">
              <w:rPr>
                <w:rFonts w:ascii="Times New Roman" w:hAnsi="Times New Roman" w:cs="Times New Roman"/>
                <w:sz w:val="14"/>
                <w:lang w:val="ru-RU"/>
              </w:rPr>
              <w:t xml:space="preserve"> </w:t>
            </w:r>
            <w:r w:rsidRPr="00291DA9">
              <w:rPr>
                <w:rFonts w:ascii="Times New Roman" w:hAnsi="Times New Roman" w:cs="Times New Roman"/>
                <w:sz w:val="14"/>
              </w:rPr>
              <w:t>lspci</w:t>
            </w:r>
            <w:r w:rsidRPr="00291DA9">
              <w:rPr>
                <w:rFonts w:ascii="Times New Roman" w:hAnsi="Times New Roman" w:cs="Times New Roman"/>
                <w:sz w:val="14"/>
                <w:lang w:val="ru-RU"/>
              </w:rPr>
              <w:t xml:space="preserve"> | </w:t>
            </w:r>
            <w:r w:rsidRPr="00291DA9">
              <w:rPr>
                <w:rFonts w:ascii="Times New Roman" w:hAnsi="Times New Roman" w:cs="Times New Roman"/>
                <w:sz w:val="14"/>
              </w:rPr>
              <w:t>grep</w:t>
            </w:r>
            <w:r w:rsidRPr="00291DA9">
              <w:rPr>
                <w:rFonts w:ascii="Times New Roman" w:hAnsi="Times New Roman" w:cs="Times New Roman"/>
                <w:sz w:val="14"/>
                <w:lang w:val="ru-RU"/>
              </w:rPr>
              <w:t xml:space="preserve"> -</w:t>
            </w:r>
            <w:r w:rsidRPr="00291DA9">
              <w:rPr>
                <w:rFonts w:ascii="Times New Roman" w:hAnsi="Times New Roman" w:cs="Times New Roman"/>
                <w:sz w:val="14"/>
              </w:rPr>
              <w:t>Ei</w:t>
            </w:r>
            <w:r w:rsidRPr="00291DA9">
              <w:rPr>
                <w:rFonts w:ascii="Times New Roman" w:hAnsi="Times New Roman" w:cs="Times New Roman"/>
                <w:sz w:val="14"/>
                <w:lang w:val="ru-RU"/>
              </w:rPr>
              <w:t xml:space="preserve"> "</w:t>
            </w:r>
            <w:r w:rsidRPr="00291DA9">
              <w:rPr>
                <w:rFonts w:ascii="Times New Roman" w:hAnsi="Times New Roman" w:cs="Times New Roman"/>
                <w:sz w:val="14"/>
              </w:rPr>
              <w:t>Fibre</w:t>
            </w:r>
            <w:r w:rsidRPr="00291DA9">
              <w:rPr>
                <w:rFonts w:ascii="Times New Roman" w:hAnsi="Times New Roman" w:cs="Times New Roman"/>
                <w:sz w:val="14"/>
                <w:lang w:val="ru-RU"/>
              </w:rPr>
              <w:t>|</w:t>
            </w:r>
            <w:r w:rsidRPr="00291DA9">
              <w:rPr>
                <w:rFonts w:ascii="Times New Roman" w:hAnsi="Times New Roman" w:cs="Times New Roman"/>
                <w:sz w:val="14"/>
              </w:rPr>
              <w:t>hba</w:t>
            </w:r>
            <w:r w:rsidRPr="00291DA9">
              <w:rPr>
                <w:rFonts w:ascii="Times New Roman" w:hAnsi="Times New Roman" w:cs="Times New Roman"/>
                <w:sz w:val="14"/>
                <w:lang w:val="ru-RU"/>
              </w:rPr>
              <w:t>|</w:t>
            </w:r>
            <w:r w:rsidRPr="00291DA9">
              <w:rPr>
                <w:rFonts w:ascii="Times New Roman" w:hAnsi="Times New Roman" w:cs="Times New Roman"/>
                <w:sz w:val="14"/>
              </w:rPr>
              <w:t>HBA</w:t>
            </w:r>
            <w:r w:rsidRPr="00291DA9">
              <w:rPr>
                <w:rFonts w:ascii="Times New Roman" w:hAnsi="Times New Roman" w:cs="Times New Roman"/>
                <w:sz w:val="14"/>
                <w:lang w:val="ru-RU"/>
              </w:rPr>
              <w:t>|</w:t>
            </w:r>
            <w:r w:rsidRPr="00291DA9">
              <w:rPr>
                <w:rFonts w:ascii="Times New Roman" w:hAnsi="Times New Roman" w:cs="Times New Roman"/>
                <w:sz w:val="14"/>
              </w:rPr>
              <w:t>QLogic</w:t>
            </w:r>
            <w:r w:rsidRPr="00291DA9">
              <w:rPr>
                <w:rFonts w:ascii="Times New Roman" w:hAnsi="Times New Roman" w:cs="Times New Roman"/>
                <w:sz w:val="14"/>
                <w:lang w:val="ru-RU"/>
              </w:rPr>
              <w:t>|</w:t>
            </w:r>
            <w:r w:rsidRPr="00291DA9">
              <w:rPr>
                <w:rFonts w:ascii="Times New Roman" w:hAnsi="Times New Roman" w:cs="Times New Roman"/>
                <w:sz w:val="14"/>
              </w:rPr>
              <w:t>Emulex</w:t>
            </w:r>
            <w:r w:rsidRPr="00291DA9">
              <w:rPr>
                <w:rFonts w:ascii="Times New Roman" w:hAnsi="Times New Roman" w:cs="Times New Roman"/>
                <w:sz w:val="14"/>
                <w:lang w:val="ru-RU"/>
              </w:rPr>
              <w:t>"</w:t>
            </w:r>
          </w:p>
          <w:p w14:paraId="67B040C9" w14:textId="77777777" w:rsidR="00281EA7" w:rsidRPr="00291DA9" w:rsidRDefault="00281EA7" w:rsidP="00281EA7">
            <w:pPr>
              <w:pStyle w:val="TableText"/>
              <w:spacing w:after="40"/>
              <w:rPr>
                <w:rFonts w:cs="Times New Roman"/>
              </w:rPr>
            </w:pPr>
            <w:r w:rsidRPr="00291DA9">
              <w:rPr>
                <w:rFonts w:cs="Times New Roman"/>
              </w:rPr>
              <w:t>3) На обоих серверах выполнить:</w:t>
            </w:r>
            <w:r w:rsidRPr="00291DA9">
              <w:rPr>
                <w:rFonts w:cs="Times New Roman"/>
              </w:rPr>
              <w:br/>
            </w:r>
          </w:p>
          <w:p w14:paraId="6FB25FBE" w14:textId="77777777" w:rsidR="00281EA7" w:rsidRPr="00291DA9" w:rsidRDefault="00281EA7" w:rsidP="00281EA7">
            <w:pPr>
              <w:pStyle w:val="CodeBlock"/>
              <w:rPr>
                <w:rFonts w:ascii="Times New Roman" w:hAnsi="Times New Roman" w:cs="Times New Roman"/>
              </w:rPr>
            </w:pPr>
            <w:r>
              <w:rPr>
                <w:rFonts w:ascii="Times New Roman" w:hAnsi="Times New Roman" w:cs="Times New Roman"/>
                <w:sz w:val="14"/>
              </w:rPr>
              <w:t>#</w:t>
            </w:r>
            <w:r w:rsidRPr="00291DA9">
              <w:rPr>
                <w:rFonts w:ascii="Times New Roman" w:hAnsi="Times New Roman" w:cs="Times New Roman"/>
                <w:sz w:val="14"/>
              </w:rPr>
              <w:t xml:space="preserve"> cat /sys/class/fc_host/host*/port_name</w:t>
            </w:r>
            <w:r w:rsidRPr="00291DA9">
              <w:rPr>
                <w:rFonts w:ascii="Times New Roman" w:hAnsi="Times New Roman" w:cs="Times New Roman"/>
                <w:sz w:val="14"/>
              </w:rPr>
              <w:br/>
            </w:r>
            <w:r>
              <w:rPr>
                <w:rFonts w:ascii="Times New Roman" w:hAnsi="Times New Roman" w:cs="Times New Roman"/>
                <w:sz w:val="14"/>
              </w:rPr>
              <w:t>#</w:t>
            </w:r>
            <w:r w:rsidRPr="00291DA9">
              <w:rPr>
                <w:rFonts w:ascii="Times New Roman" w:hAnsi="Times New Roman" w:cs="Times New Roman"/>
                <w:sz w:val="14"/>
              </w:rPr>
              <w:t xml:space="preserve"> cat /sys/class/fc_host/host*/port_state</w:t>
            </w:r>
            <w:r w:rsidRPr="00291DA9">
              <w:rPr>
                <w:rFonts w:ascii="Times New Roman" w:hAnsi="Times New Roman" w:cs="Times New Roman"/>
                <w:sz w:val="14"/>
              </w:rPr>
              <w:br/>
            </w:r>
            <w:r>
              <w:rPr>
                <w:rFonts w:ascii="Times New Roman" w:hAnsi="Times New Roman" w:cs="Times New Roman"/>
                <w:sz w:val="14"/>
              </w:rPr>
              <w:t>#</w:t>
            </w:r>
            <w:r w:rsidRPr="00291DA9">
              <w:rPr>
                <w:rFonts w:ascii="Times New Roman" w:hAnsi="Times New Roman" w:cs="Times New Roman"/>
                <w:sz w:val="14"/>
              </w:rPr>
              <w:t xml:space="preserve"> cat /sys/class/fc_host/host*/speed</w:t>
            </w:r>
          </w:p>
          <w:p w14:paraId="290FFE7A"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4) Зафиксировать </w:t>
            </w:r>
            <w:r w:rsidRPr="00291DA9">
              <w:rPr>
                <w:rFonts w:cs="Times New Roman"/>
              </w:rPr>
              <w:t>WWPN</w:t>
            </w:r>
            <w:r w:rsidRPr="00291DA9">
              <w:rPr>
                <w:rFonts w:cs="Times New Roman"/>
                <w:lang w:val="ru-RU"/>
              </w:rPr>
              <w:t xml:space="preserve"> инициаторов, количество активных </w:t>
            </w:r>
            <w:r w:rsidRPr="00291DA9">
              <w:rPr>
                <w:rFonts w:cs="Times New Roman"/>
              </w:rPr>
              <w:t>FC</w:t>
            </w:r>
            <w:r w:rsidRPr="00291DA9">
              <w:rPr>
                <w:rFonts w:cs="Times New Roman"/>
                <w:lang w:val="ru-RU"/>
              </w:rPr>
              <w:t xml:space="preserve">-портов, схему подключения к портам СХД и факт использования двух </w:t>
            </w:r>
            <w:r w:rsidRPr="00291DA9">
              <w:rPr>
                <w:rFonts w:cs="Times New Roman"/>
              </w:rPr>
              <w:t>FC</w:t>
            </w:r>
            <w:r w:rsidRPr="00291DA9">
              <w:rPr>
                <w:rFonts w:cs="Times New Roman"/>
                <w:lang w:val="ru-RU"/>
              </w:rPr>
              <w:t>-фабрик.</w:t>
            </w:r>
            <w:r w:rsidRPr="00291DA9">
              <w:rPr>
                <w:rFonts w:cs="Times New Roman"/>
                <w:lang w:val="ru-RU"/>
              </w:rPr>
              <w:br/>
            </w:r>
          </w:p>
          <w:p w14:paraId="65A24AEF" w14:textId="77777777" w:rsidR="00281EA7" w:rsidRPr="00291DA9" w:rsidRDefault="00281EA7" w:rsidP="00281EA7">
            <w:pPr>
              <w:pStyle w:val="TableText"/>
              <w:spacing w:after="40"/>
              <w:rPr>
                <w:rFonts w:cs="Times New Roman"/>
                <w:lang w:val="ru-RU"/>
              </w:rPr>
            </w:pPr>
            <w:r w:rsidRPr="00291DA9">
              <w:rPr>
                <w:rFonts w:cs="Times New Roman"/>
                <w:lang w:val="ru-RU"/>
              </w:rPr>
              <w:t>5) Сохранить данные в журнал испытаний.</w:t>
            </w:r>
          </w:p>
        </w:tc>
        <w:tc>
          <w:tcPr>
            <w:tcW w:w="1268" w:type="pct"/>
          </w:tcPr>
          <w:p w14:paraId="1E21B101" w14:textId="77777777" w:rsidR="00281EA7" w:rsidRPr="00291DA9" w:rsidRDefault="00281EA7" w:rsidP="00281EA7">
            <w:pPr>
              <w:pStyle w:val="TableText"/>
              <w:spacing w:after="40"/>
              <w:rPr>
                <w:rFonts w:cs="Times New Roman"/>
                <w:lang w:val="ru-RU"/>
              </w:rPr>
            </w:pPr>
            <w:r w:rsidRPr="00291DA9">
              <w:rPr>
                <w:rFonts w:cs="Times New Roman"/>
                <w:lang w:val="ru-RU"/>
              </w:rPr>
              <w:t>Испытание считается успешным, если одновременно выполнены условия:</w:t>
            </w:r>
            <w:r w:rsidRPr="00291DA9">
              <w:rPr>
                <w:rFonts w:cs="Times New Roman"/>
                <w:lang w:val="ru-RU"/>
              </w:rPr>
              <w:br/>
            </w:r>
          </w:p>
          <w:p w14:paraId="0D9048B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1) На обоих серверах подтверждена установленная ОС и версия ядра </w:t>
            </w:r>
            <w:r w:rsidRPr="00291DA9">
              <w:rPr>
                <w:rFonts w:cs="Times New Roman"/>
              </w:rPr>
              <w:t>Linux</w:t>
            </w:r>
            <w:r w:rsidRPr="00291DA9">
              <w:rPr>
                <w:rFonts w:cs="Times New Roman"/>
                <w:lang w:val="ru-RU"/>
              </w:rPr>
              <w:t>.</w:t>
            </w:r>
            <w:r w:rsidRPr="00291DA9">
              <w:rPr>
                <w:rFonts w:cs="Times New Roman"/>
                <w:lang w:val="ru-RU"/>
              </w:rPr>
              <w:br/>
            </w:r>
          </w:p>
          <w:p w14:paraId="73421D5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В составе каждого сервера определяется </w:t>
            </w:r>
            <w:r w:rsidRPr="00291DA9">
              <w:rPr>
                <w:rFonts w:cs="Times New Roman"/>
              </w:rPr>
              <w:t>FC</w:t>
            </w:r>
            <w:r w:rsidRPr="00291DA9">
              <w:rPr>
                <w:rFonts w:cs="Times New Roman"/>
                <w:lang w:val="ru-RU"/>
              </w:rPr>
              <w:t xml:space="preserve"> </w:t>
            </w:r>
            <w:r w:rsidRPr="00291DA9">
              <w:rPr>
                <w:rFonts w:cs="Times New Roman"/>
              </w:rPr>
              <w:t>HBA</w:t>
            </w:r>
            <w:r w:rsidRPr="00291DA9">
              <w:rPr>
                <w:rFonts w:cs="Times New Roman"/>
                <w:lang w:val="ru-RU"/>
              </w:rPr>
              <w:t xml:space="preserve">, а количество активных </w:t>
            </w:r>
            <w:r w:rsidRPr="00291DA9">
              <w:rPr>
                <w:rFonts w:cs="Times New Roman"/>
              </w:rPr>
              <w:t>FC</w:t>
            </w:r>
            <w:r w:rsidRPr="00291DA9">
              <w:rPr>
                <w:rFonts w:cs="Times New Roman"/>
                <w:lang w:val="ru-RU"/>
              </w:rPr>
              <w:t>-портов соответствует схеме стенда.</w:t>
            </w:r>
            <w:r w:rsidRPr="00291DA9">
              <w:rPr>
                <w:rFonts w:cs="Times New Roman"/>
                <w:lang w:val="ru-RU"/>
              </w:rPr>
              <w:br/>
            </w:r>
          </w:p>
          <w:p w14:paraId="4A6BBD43"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3) Все задействованные </w:t>
            </w:r>
            <w:r w:rsidRPr="00291DA9">
              <w:rPr>
                <w:rFonts w:cs="Times New Roman"/>
              </w:rPr>
              <w:t>FC</w:t>
            </w:r>
            <w:r w:rsidRPr="00291DA9">
              <w:rPr>
                <w:rFonts w:cs="Times New Roman"/>
                <w:lang w:val="ru-RU"/>
              </w:rPr>
              <w:t xml:space="preserve">-порты находятся в состоянии </w:t>
            </w:r>
          </w:p>
          <w:p w14:paraId="22489187" w14:textId="77777777" w:rsidR="00281EA7" w:rsidRPr="00291DA9" w:rsidRDefault="00281EA7" w:rsidP="00281EA7">
            <w:pPr>
              <w:pStyle w:val="TableText"/>
              <w:spacing w:after="40"/>
              <w:rPr>
                <w:rFonts w:cs="Times New Roman"/>
                <w:lang w:val="ru-RU"/>
              </w:rPr>
            </w:pPr>
            <w:r w:rsidRPr="00291DA9">
              <w:rPr>
                <w:rFonts w:eastAsia="Consolas" w:cs="Times New Roman"/>
              </w:rPr>
              <w:t>Online</w:t>
            </w:r>
          </w:p>
          <w:p w14:paraId="5503A7E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согласованная скорость соответствует проектной схеме стенда, например 32 </w:t>
            </w:r>
            <w:r w:rsidRPr="00291DA9">
              <w:rPr>
                <w:rFonts w:cs="Times New Roman"/>
              </w:rPr>
              <w:t>Gbit</w:t>
            </w:r>
            <w:r w:rsidRPr="00291DA9">
              <w:rPr>
                <w:rFonts w:cs="Times New Roman"/>
                <w:lang w:val="ru-RU"/>
              </w:rPr>
              <w:t>.</w:t>
            </w:r>
            <w:r w:rsidRPr="00291DA9">
              <w:rPr>
                <w:rFonts w:cs="Times New Roman"/>
                <w:lang w:val="ru-RU"/>
              </w:rPr>
              <w:br/>
            </w:r>
          </w:p>
          <w:p w14:paraId="084C59A7"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4) </w:t>
            </w:r>
            <w:r w:rsidRPr="00291DA9">
              <w:rPr>
                <w:rFonts w:cs="Times New Roman"/>
              </w:rPr>
              <w:t>WWPN</w:t>
            </w:r>
            <w:r w:rsidRPr="00291DA9">
              <w:rPr>
                <w:rFonts w:cs="Times New Roman"/>
                <w:lang w:val="ru-RU"/>
              </w:rPr>
              <w:t xml:space="preserve"> инициаторов и карта подключений серверов к портам СХД или к </w:t>
            </w:r>
            <w:r w:rsidRPr="00291DA9">
              <w:rPr>
                <w:rFonts w:cs="Times New Roman"/>
              </w:rPr>
              <w:t>FC</w:t>
            </w:r>
            <w:r w:rsidRPr="00291DA9">
              <w:rPr>
                <w:rFonts w:cs="Times New Roman"/>
                <w:lang w:val="ru-RU"/>
              </w:rPr>
              <w:t>-фабрике зафиксированы в журнале испытаний.</w:t>
            </w:r>
          </w:p>
        </w:tc>
      </w:tr>
      <w:tr w:rsidR="00281EA7" w:rsidRPr="00291DA9" w14:paraId="3F4ADF08" w14:textId="77777777" w:rsidTr="00281EA7">
        <w:trPr>
          <w:jc w:val="center"/>
        </w:trPr>
        <w:tc>
          <w:tcPr>
            <w:tcW w:w="201" w:type="pct"/>
          </w:tcPr>
          <w:p w14:paraId="5B8DDEA7" w14:textId="77777777" w:rsidR="00281EA7" w:rsidRPr="00291DA9" w:rsidRDefault="00281EA7" w:rsidP="00281EA7">
            <w:pPr>
              <w:pStyle w:val="TableText"/>
              <w:spacing w:after="40"/>
              <w:rPr>
                <w:rFonts w:cs="Times New Roman"/>
              </w:rPr>
            </w:pPr>
            <w:r w:rsidRPr="00291DA9">
              <w:rPr>
                <w:rFonts w:cs="Times New Roman"/>
              </w:rPr>
              <w:t>2</w:t>
            </w:r>
          </w:p>
        </w:tc>
        <w:tc>
          <w:tcPr>
            <w:tcW w:w="573" w:type="pct"/>
          </w:tcPr>
          <w:p w14:paraId="6CA3993D" w14:textId="77777777" w:rsidR="00281EA7" w:rsidRPr="00291DA9" w:rsidRDefault="00281EA7" w:rsidP="00281EA7">
            <w:pPr>
              <w:pStyle w:val="TableText"/>
              <w:spacing w:after="40"/>
              <w:rPr>
                <w:rFonts w:cs="Times New Roman"/>
              </w:rPr>
            </w:pPr>
            <w:r w:rsidRPr="00291DA9">
              <w:rPr>
                <w:rFonts w:cs="Times New Roman"/>
              </w:rPr>
              <w:t>Настройка ОС хостов</w:t>
            </w:r>
          </w:p>
        </w:tc>
        <w:tc>
          <w:tcPr>
            <w:tcW w:w="604" w:type="pct"/>
          </w:tcPr>
          <w:p w14:paraId="5B3A9A91"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Установка обязательных пакетов и запуск </w:t>
            </w:r>
            <w:r w:rsidRPr="00291DA9">
              <w:rPr>
                <w:rFonts w:cs="Times New Roman"/>
              </w:rPr>
              <w:t>multipathd</w:t>
            </w:r>
          </w:p>
        </w:tc>
        <w:tc>
          <w:tcPr>
            <w:tcW w:w="1086" w:type="pct"/>
          </w:tcPr>
          <w:p w14:paraId="72488B9B"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На обоих серверах установлены </w:t>
            </w:r>
            <w:r w:rsidRPr="00291DA9">
              <w:rPr>
                <w:rFonts w:cs="Times New Roman"/>
              </w:rPr>
              <w:t>fio</w:t>
            </w:r>
            <w:r w:rsidRPr="00291DA9">
              <w:rPr>
                <w:rFonts w:cs="Times New Roman"/>
                <w:lang w:val="ru-RU"/>
              </w:rPr>
              <w:t xml:space="preserve">, </w:t>
            </w:r>
            <w:r w:rsidRPr="00291DA9">
              <w:rPr>
                <w:rFonts w:cs="Times New Roman"/>
              </w:rPr>
              <w:t>device</w:t>
            </w:r>
            <w:r w:rsidRPr="00291DA9">
              <w:rPr>
                <w:rFonts w:cs="Times New Roman"/>
                <w:lang w:val="ru-RU"/>
              </w:rPr>
              <w:t>-</w:t>
            </w:r>
            <w:r w:rsidRPr="00291DA9">
              <w:rPr>
                <w:rFonts w:cs="Times New Roman"/>
              </w:rPr>
              <w:t>mapper</w:t>
            </w:r>
            <w:r w:rsidRPr="00291DA9">
              <w:rPr>
                <w:rFonts w:cs="Times New Roman"/>
                <w:lang w:val="ru-RU"/>
              </w:rPr>
              <w:t>-</w:t>
            </w:r>
            <w:r w:rsidRPr="00291DA9">
              <w:rPr>
                <w:rFonts w:cs="Times New Roman"/>
              </w:rPr>
              <w:t>multipath</w:t>
            </w:r>
            <w:r w:rsidRPr="00291DA9">
              <w:rPr>
                <w:rFonts w:cs="Times New Roman"/>
                <w:lang w:val="ru-RU"/>
              </w:rPr>
              <w:t xml:space="preserve">, </w:t>
            </w:r>
            <w:r w:rsidRPr="00291DA9">
              <w:rPr>
                <w:rFonts w:cs="Times New Roman"/>
              </w:rPr>
              <w:t>sg</w:t>
            </w:r>
            <w:r w:rsidRPr="00291DA9">
              <w:rPr>
                <w:rFonts w:cs="Times New Roman"/>
                <w:lang w:val="ru-RU"/>
              </w:rPr>
              <w:t>3_</w:t>
            </w:r>
            <w:r w:rsidRPr="00291DA9">
              <w:rPr>
                <w:rFonts w:cs="Times New Roman"/>
              </w:rPr>
              <w:t>utils</w:t>
            </w:r>
            <w:r w:rsidRPr="00291DA9">
              <w:rPr>
                <w:rFonts w:cs="Times New Roman"/>
                <w:lang w:val="ru-RU"/>
              </w:rPr>
              <w:t xml:space="preserve">, </w:t>
            </w:r>
            <w:r w:rsidRPr="00291DA9">
              <w:rPr>
                <w:rFonts w:cs="Times New Roman"/>
              </w:rPr>
              <w:t>lsscsi</w:t>
            </w:r>
            <w:r w:rsidRPr="00291DA9">
              <w:rPr>
                <w:rFonts w:cs="Times New Roman"/>
                <w:lang w:val="ru-RU"/>
              </w:rPr>
              <w:t xml:space="preserve">; служба </w:t>
            </w:r>
            <w:r w:rsidRPr="00291DA9">
              <w:rPr>
                <w:rFonts w:cs="Times New Roman"/>
              </w:rPr>
              <w:t>multipathd</w:t>
            </w:r>
            <w:r w:rsidRPr="00291DA9">
              <w:rPr>
                <w:rFonts w:cs="Times New Roman"/>
                <w:lang w:val="ru-RU"/>
              </w:rPr>
              <w:t xml:space="preserve"> включена и запущена.</w:t>
            </w:r>
          </w:p>
        </w:tc>
        <w:tc>
          <w:tcPr>
            <w:tcW w:w="1268" w:type="pct"/>
          </w:tcPr>
          <w:p w14:paraId="6420BED4"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1) На каждом сервере установить обязательные пакеты и запустить </w:t>
            </w:r>
            <w:r w:rsidRPr="00291DA9">
              <w:rPr>
                <w:rFonts w:cs="Times New Roman"/>
              </w:rPr>
              <w:t>multipathd</w:t>
            </w:r>
            <w:r w:rsidRPr="00291DA9">
              <w:rPr>
                <w:rFonts w:cs="Times New Roman"/>
                <w:lang w:val="ru-RU"/>
              </w:rPr>
              <w:t>:</w:t>
            </w:r>
            <w:r w:rsidRPr="00291DA9">
              <w:rPr>
                <w:rFonts w:cs="Times New Roman"/>
                <w:lang w:val="ru-RU"/>
              </w:rPr>
              <w:br/>
            </w:r>
          </w:p>
          <w:p w14:paraId="5745BF3A"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 dnf install -y fio device-mapper-multipath sg3</w:t>
            </w:r>
            <w:r w:rsidRPr="002C7957">
              <w:rPr>
                <w:rFonts w:ascii="Times New Roman" w:hAnsi="Times New Roman" w:cs="Times New Roman"/>
                <w:sz w:val="14"/>
              </w:rPr>
              <w:t>_</w:t>
            </w:r>
            <w:r w:rsidRPr="00291DA9">
              <w:rPr>
                <w:rFonts w:ascii="Times New Roman" w:hAnsi="Times New Roman" w:cs="Times New Roman"/>
                <w:sz w:val="14"/>
              </w:rPr>
              <w:t>utils lsscsi</w:t>
            </w:r>
            <w:r w:rsidRPr="00291DA9">
              <w:rPr>
                <w:rFonts w:ascii="Times New Roman" w:hAnsi="Times New Roman" w:cs="Times New Roman"/>
                <w:sz w:val="14"/>
              </w:rPr>
              <w:br/>
              <w:t># mpathconf --find_multipaths y</w:t>
            </w:r>
            <w:r w:rsidRPr="00291DA9">
              <w:rPr>
                <w:rFonts w:ascii="Times New Roman" w:hAnsi="Times New Roman" w:cs="Times New Roman"/>
                <w:sz w:val="14"/>
              </w:rPr>
              <w:br/>
            </w:r>
            <w:r w:rsidRPr="00291DA9">
              <w:rPr>
                <w:rFonts w:ascii="Times New Roman" w:hAnsi="Times New Roman" w:cs="Times New Roman"/>
                <w:sz w:val="14"/>
              </w:rPr>
              <w:lastRenderedPageBreak/>
              <w:t># systemctl enable multipathd</w:t>
            </w:r>
            <w:r w:rsidRPr="00291DA9">
              <w:rPr>
                <w:rFonts w:ascii="Times New Roman" w:hAnsi="Times New Roman" w:cs="Times New Roman"/>
                <w:sz w:val="14"/>
              </w:rPr>
              <w:br/>
              <w:t># systemctl start multipathd</w:t>
            </w:r>
          </w:p>
          <w:p w14:paraId="29C609B6" w14:textId="77777777" w:rsidR="00281EA7" w:rsidRPr="00291DA9" w:rsidRDefault="00281EA7" w:rsidP="00281EA7">
            <w:pPr>
              <w:pStyle w:val="TableText"/>
              <w:spacing w:after="40"/>
              <w:rPr>
                <w:rFonts w:cs="Times New Roman"/>
                <w:lang w:val="ru-RU"/>
              </w:rPr>
            </w:pPr>
            <w:r w:rsidRPr="00291DA9">
              <w:rPr>
                <w:rFonts w:cs="Times New Roman"/>
                <w:lang w:val="ru-RU"/>
              </w:rPr>
              <w:t>2) На каждом сервере проверить установленные пакеты:</w:t>
            </w:r>
            <w:r w:rsidRPr="00291DA9">
              <w:rPr>
                <w:rFonts w:cs="Times New Roman"/>
                <w:lang w:val="ru-RU"/>
              </w:rPr>
              <w:br/>
            </w:r>
          </w:p>
          <w:p w14:paraId="2D6F4557"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 rpm -q fio device-mapper-multipath sg3_utils lsscsi</w:t>
            </w:r>
          </w:p>
          <w:p w14:paraId="20C3D341" w14:textId="77777777" w:rsidR="00281EA7" w:rsidRPr="00291DA9" w:rsidRDefault="00281EA7" w:rsidP="00281EA7">
            <w:pPr>
              <w:pStyle w:val="TableText"/>
              <w:spacing w:after="40"/>
              <w:rPr>
                <w:rFonts w:cs="Times New Roman"/>
                <w:lang w:val="ru-RU"/>
              </w:rPr>
            </w:pPr>
            <w:r w:rsidRPr="00291DA9">
              <w:rPr>
                <w:rFonts w:cs="Times New Roman"/>
                <w:lang w:val="ru-RU"/>
              </w:rPr>
              <w:t>3) На каждом сервере проверить состояние службы:</w:t>
            </w:r>
            <w:r w:rsidRPr="00291DA9">
              <w:rPr>
                <w:rFonts w:cs="Times New Roman"/>
                <w:lang w:val="ru-RU"/>
              </w:rPr>
              <w:br/>
            </w:r>
          </w:p>
          <w:p w14:paraId="138C2461"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 systemctl status multipathd --no-pager</w:t>
            </w:r>
          </w:p>
        </w:tc>
        <w:tc>
          <w:tcPr>
            <w:tcW w:w="1268" w:type="pct"/>
          </w:tcPr>
          <w:p w14:paraId="025C66D2" w14:textId="77777777" w:rsidR="00281EA7" w:rsidRPr="00291DA9" w:rsidRDefault="00281EA7" w:rsidP="00281EA7">
            <w:pPr>
              <w:pStyle w:val="TableText"/>
              <w:spacing w:after="40"/>
              <w:rPr>
                <w:rFonts w:cs="Times New Roman"/>
                <w:lang w:val="ru-RU"/>
              </w:rPr>
            </w:pPr>
            <w:r w:rsidRPr="00291DA9">
              <w:rPr>
                <w:rFonts w:cs="Times New Roman"/>
                <w:lang w:val="ru-RU"/>
              </w:rPr>
              <w:lastRenderedPageBreak/>
              <w:t>Испытание считается успешным, если одновременно выполнены условия:</w:t>
            </w:r>
            <w:r w:rsidRPr="00291DA9">
              <w:rPr>
                <w:rFonts w:cs="Times New Roman"/>
                <w:lang w:val="ru-RU"/>
              </w:rPr>
              <w:br/>
            </w:r>
          </w:p>
          <w:p w14:paraId="2DE14801"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1) Команда </w:t>
            </w:r>
          </w:p>
          <w:p w14:paraId="36940D4E" w14:textId="77777777" w:rsidR="00281EA7" w:rsidRPr="00291DA9" w:rsidRDefault="00281EA7" w:rsidP="00281EA7">
            <w:pPr>
              <w:pStyle w:val="TableText"/>
              <w:spacing w:after="40"/>
              <w:rPr>
                <w:rFonts w:cs="Times New Roman"/>
                <w:lang w:val="ru-RU"/>
              </w:rPr>
            </w:pPr>
            <w:r w:rsidRPr="00291DA9">
              <w:rPr>
                <w:rFonts w:eastAsia="Consolas" w:cs="Times New Roman"/>
              </w:rPr>
              <w:t>rpm</w:t>
            </w:r>
            <w:r w:rsidRPr="00291DA9">
              <w:rPr>
                <w:rFonts w:eastAsia="Consolas" w:cs="Times New Roman"/>
                <w:lang w:val="ru-RU"/>
              </w:rPr>
              <w:t xml:space="preserve"> -</w:t>
            </w:r>
            <w:r w:rsidRPr="00291DA9">
              <w:rPr>
                <w:rFonts w:eastAsia="Consolas" w:cs="Times New Roman"/>
              </w:rPr>
              <w:t>q</w:t>
            </w:r>
          </w:p>
          <w:p w14:paraId="68CF49FE" w14:textId="77777777" w:rsidR="00281EA7" w:rsidRPr="00291DA9" w:rsidRDefault="00281EA7" w:rsidP="00281EA7">
            <w:pPr>
              <w:pStyle w:val="TableText"/>
              <w:spacing w:after="40"/>
              <w:rPr>
                <w:rFonts w:cs="Times New Roman"/>
                <w:lang w:val="ru-RU"/>
              </w:rPr>
            </w:pPr>
            <w:r w:rsidRPr="00291DA9">
              <w:rPr>
                <w:rFonts w:cs="Times New Roman"/>
                <w:lang w:val="ru-RU"/>
              </w:rPr>
              <w:lastRenderedPageBreak/>
              <w:t xml:space="preserve"> возвращает названия и версии всех четырёх требуемых пакетов.</w:t>
            </w:r>
            <w:r w:rsidRPr="00291DA9">
              <w:rPr>
                <w:rFonts w:cs="Times New Roman"/>
                <w:lang w:val="ru-RU"/>
              </w:rPr>
              <w:br/>
            </w:r>
          </w:p>
          <w:p w14:paraId="73567B3F"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Служба </w:t>
            </w:r>
          </w:p>
          <w:p w14:paraId="57C32841" w14:textId="77777777" w:rsidR="00281EA7" w:rsidRPr="00291DA9" w:rsidRDefault="00281EA7" w:rsidP="00281EA7">
            <w:pPr>
              <w:pStyle w:val="TableText"/>
              <w:spacing w:after="40"/>
              <w:rPr>
                <w:rFonts w:cs="Times New Roman"/>
                <w:lang w:val="ru-RU"/>
              </w:rPr>
            </w:pPr>
            <w:r w:rsidRPr="00291DA9">
              <w:rPr>
                <w:rFonts w:eastAsia="Consolas" w:cs="Times New Roman"/>
              </w:rPr>
              <w:t>multipathd</w:t>
            </w:r>
          </w:p>
          <w:p w14:paraId="74EC35E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запущена и находится в состоянии </w:t>
            </w:r>
          </w:p>
          <w:p w14:paraId="24DDD004" w14:textId="77777777" w:rsidR="00281EA7" w:rsidRPr="00291DA9" w:rsidRDefault="00281EA7" w:rsidP="00281EA7">
            <w:pPr>
              <w:pStyle w:val="TableText"/>
              <w:spacing w:after="40"/>
              <w:rPr>
                <w:rFonts w:cs="Times New Roman"/>
              </w:rPr>
            </w:pPr>
            <w:r w:rsidRPr="00291DA9">
              <w:rPr>
                <w:rFonts w:eastAsia="Consolas" w:cs="Times New Roman"/>
              </w:rPr>
              <w:t>active (running)</w:t>
            </w:r>
          </w:p>
          <w:p w14:paraId="6C81FA4C" w14:textId="77777777" w:rsidR="00281EA7" w:rsidRPr="00291DA9" w:rsidRDefault="00281EA7" w:rsidP="00281EA7">
            <w:pPr>
              <w:pStyle w:val="TableText"/>
              <w:spacing w:after="40"/>
              <w:rPr>
                <w:rFonts w:cs="Times New Roman"/>
              </w:rPr>
            </w:pPr>
            <w:r w:rsidRPr="00291DA9">
              <w:rPr>
                <w:rFonts w:cs="Times New Roman"/>
              </w:rPr>
              <w:t>.</w:t>
            </w:r>
            <w:r w:rsidRPr="00291DA9">
              <w:rPr>
                <w:rFonts w:cs="Times New Roman"/>
              </w:rPr>
              <w:br/>
            </w:r>
          </w:p>
          <w:p w14:paraId="516C3570" w14:textId="77777777" w:rsidR="00281EA7" w:rsidRPr="00291DA9" w:rsidRDefault="00281EA7" w:rsidP="00281EA7">
            <w:pPr>
              <w:pStyle w:val="TableText"/>
              <w:spacing w:after="40"/>
              <w:rPr>
                <w:rFonts w:cs="Times New Roman"/>
              </w:rPr>
            </w:pPr>
            <w:r w:rsidRPr="00291DA9">
              <w:rPr>
                <w:rFonts w:cs="Times New Roman"/>
              </w:rPr>
              <w:t>3) Автозапуск службы включён.</w:t>
            </w:r>
          </w:p>
        </w:tc>
      </w:tr>
      <w:tr w:rsidR="00281EA7" w:rsidRPr="00B16F71" w14:paraId="7C12E2FE" w14:textId="77777777" w:rsidTr="00281EA7">
        <w:trPr>
          <w:jc w:val="center"/>
        </w:trPr>
        <w:tc>
          <w:tcPr>
            <w:tcW w:w="201" w:type="pct"/>
          </w:tcPr>
          <w:p w14:paraId="365B0B7A" w14:textId="77777777" w:rsidR="00281EA7" w:rsidRPr="00291DA9" w:rsidRDefault="00281EA7" w:rsidP="00281EA7">
            <w:pPr>
              <w:pStyle w:val="TableText"/>
              <w:spacing w:after="40"/>
              <w:rPr>
                <w:rFonts w:cs="Times New Roman"/>
              </w:rPr>
            </w:pPr>
            <w:r w:rsidRPr="00291DA9">
              <w:rPr>
                <w:rFonts w:cs="Times New Roman"/>
              </w:rPr>
              <w:t>3</w:t>
            </w:r>
          </w:p>
        </w:tc>
        <w:tc>
          <w:tcPr>
            <w:tcW w:w="573" w:type="pct"/>
          </w:tcPr>
          <w:p w14:paraId="5DD40B6E" w14:textId="77777777" w:rsidR="00281EA7" w:rsidRPr="00291DA9" w:rsidRDefault="00281EA7" w:rsidP="00281EA7">
            <w:pPr>
              <w:pStyle w:val="TableText"/>
              <w:spacing w:after="40"/>
              <w:rPr>
                <w:rFonts w:cs="Times New Roman"/>
              </w:rPr>
            </w:pPr>
            <w:r w:rsidRPr="00291DA9">
              <w:rPr>
                <w:rFonts w:cs="Times New Roman"/>
              </w:rPr>
              <w:t>Настройка ОС хостов</w:t>
            </w:r>
          </w:p>
        </w:tc>
        <w:tc>
          <w:tcPr>
            <w:tcW w:w="604" w:type="pct"/>
          </w:tcPr>
          <w:p w14:paraId="2AC75913"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Настройка </w:t>
            </w:r>
            <w:r w:rsidRPr="00291DA9">
              <w:rPr>
                <w:rFonts w:cs="Times New Roman"/>
              </w:rPr>
              <w:t>FC</w:t>
            </w:r>
            <w:r w:rsidRPr="00291DA9">
              <w:rPr>
                <w:rFonts w:cs="Times New Roman"/>
                <w:lang w:val="ru-RU"/>
              </w:rPr>
              <w:t xml:space="preserve"> </w:t>
            </w:r>
            <w:r w:rsidRPr="00291DA9">
              <w:rPr>
                <w:rFonts w:cs="Times New Roman"/>
              </w:rPr>
              <w:t>HBA</w:t>
            </w:r>
            <w:r w:rsidRPr="00291DA9">
              <w:rPr>
                <w:rFonts w:cs="Times New Roman"/>
                <w:lang w:val="ru-RU"/>
              </w:rPr>
              <w:t xml:space="preserve"> </w:t>
            </w:r>
            <w:r w:rsidRPr="00291DA9">
              <w:rPr>
                <w:rFonts w:cs="Times New Roman"/>
              </w:rPr>
              <w:t>qla</w:t>
            </w:r>
            <w:r w:rsidRPr="00291DA9">
              <w:rPr>
                <w:rFonts w:cs="Times New Roman"/>
                <w:lang w:val="ru-RU"/>
              </w:rPr>
              <w:t>2</w:t>
            </w:r>
            <w:r w:rsidRPr="00291DA9">
              <w:rPr>
                <w:rFonts w:cs="Times New Roman"/>
              </w:rPr>
              <w:t>xxx</w:t>
            </w:r>
            <w:r w:rsidRPr="00291DA9">
              <w:rPr>
                <w:rFonts w:cs="Times New Roman"/>
                <w:lang w:val="ru-RU"/>
              </w:rPr>
              <w:t xml:space="preserve"> для испытаний</w:t>
            </w:r>
          </w:p>
        </w:tc>
        <w:tc>
          <w:tcPr>
            <w:tcW w:w="1086" w:type="pct"/>
          </w:tcPr>
          <w:p w14:paraId="3CB0E6C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Для драйвера </w:t>
            </w:r>
            <w:r w:rsidRPr="00291DA9">
              <w:rPr>
                <w:rFonts w:cs="Times New Roman"/>
              </w:rPr>
              <w:t>qla</w:t>
            </w:r>
            <w:r w:rsidRPr="00291DA9">
              <w:rPr>
                <w:rFonts w:cs="Times New Roman"/>
                <w:lang w:val="ru-RU"/>
              </w:rPr>
              <w:t>2</w:t>
            </w:r>
            <w:r w:rsidRPr="00291DA9">
              <w:rPr>
                <w:rFonts w:cs="Times New Roman"/>
              </w:rPr>
              <w:t>xxx</w:t>
            </w:r>
            <w:r w:rsidRPr="00291DA9">
              <w:rPr>
                <w:rFonts w:cs="Times New Roman"/>
                <w:lang w:val="ru-RU"/>
              </w:rPr>
              <w:t xml:space="preserve"> применён общий параметр </w:t>
            </w:r>
          </w:p>
          <w:p w14:paraId="69920E99" w14:textId="77777777" w:rsidR="00281EA7" w:rsidRPr="00291DA9" w:rsidRDefault="00281EA7" w:rsidP="00281EA7">
            <w:pPr>
              <w:pStyle w:val="TableText"/>
              <w:spacing w:after="40"/>
              <w:rPr>
                <w:rFonts w:cs="Times New Roman"/>
                <w:lang w:val="ru-RU"/>
              </w:rPr>
            </w:pPr>
            <w:r w:rsidRPr="00291DA9">
              <w:rPr>
                <w:rFonts w:eastAsia="Consolas" w:cs="Times New Roman"/>
              </w:rPr>
              <w:t>ql</w:t>
            </w:r>
            <w:r w:rsidRPr="00291DA9">
              <w:rPr>
                <w:rFonts w:eastAsia="Consolas" w:cs="Times New Roman"/>
                <w:lang w:val="ru-RU"/>
              </w:rPr>
              <w:t>2</w:t>
            </w:r>
            <w:r w:rsidRPr="00291DA9">
              <w:rPr>
                <w:rFonts w:eastAsia="Consolas" w:cs="Times New Roman"/>
              </w:rPr>
              <w:t>xmaxqdepth</w:t>
            </w:r>
            <w:r w:rsidRPr="00291DA9">
              <w:rPr>
                <w:rFonts w:eastAsia="Consolas" w:cs="Times New Roman"/>
                <w:lang w:val="ru-RU"/>
              </w:rPr>
              <w:t>=256</w:t>
            </w:r>
          </w:p>
          <w:p w14:paraId="2346E72A"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модуль </w:t>
            </w:r>
            <w:r w:rsidRPr="00291DA9">
              <w:rPr>
                <w:rFonts w:cs="Times New Roman"/>
              </w:rPr>
              <w:t>qla</w:t>
            </w:r>
            <w:r w:rsidRPr="00291DA9">
              <w:rPr>
                <w:rFonts w:cs="Times New Roman"/>
                <w:lang w:val="ru-RU"/>
              </w:rPr>
              <w:t>2</w:t>
            </w:r>
            <w:r w:rsidRPr="00291DA9">
              <w:rPr>
                <w:rFonts w:cs="Times New Roman"/>
              </w:rPr>
              <w:t>xxx</w:t>
            </w:r>
            <w:r w:rsidRPr="00291DA9">
              <w:rPr>
                <w:rFonts w:cs="Times New Roman"/>
                <w:lang w:val="ru-RU"/>
              </w:rPr>
              <w:t xml:space="preserve"> включён в автозагрузку; </w:t>
            </w:r>
            <w:r w:rsidRPr="00291DA9">
              <w:rPr>
                <w:rFonts w:cs="Times New Roman"/>
              </w:rPr>
              <w:t>initramfs</w:t>
            </w:r>
            <w:r w:rsidRPr="00291DA9">
              <w:rPr>
                <w:rFonts w:cs="Times New Roman"/>
                <w:lang w:val="ru-RU"/>
              </w:rPr>
              <w:t xml:space="preserve"> обновлён по процедуре. Если используется </w:t>
            </w:r>
            <w:r w:rsidRPr="00291DA9">
              <w:rPr>
                <w:rFonts w:cs="Times New Roman"/>
              </w:rPr>
              <w:t>HBA</w:t>
            </w:r>
            <w:r w:rsidRPr="00291DA9">
              <w:rPr>
                <w:rFonts w:cs="Times New Roman"/>
                <w:lang w:val="ru-RU"/>
              </w:rPr>
              <w:t xml:space="preserve"> другого производителя, применяются эквивалентные параметры, согласованные с производителем сервера/СХД.</w:t>
            </w:r>
          </w:p>
        </w:tc>
        <w:tc>
          <w:tcPr>
            <w:tcW w:w="1268" w:type="pct"/>
          </w:tcPr>
          <w:p w14:paraId="721EF917"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1) На каждом сервере создать конфигурационные файлы </w:t>
            </w:r>
            <w:r w:rsidRPr="00291DA9">
              <w:rPr>
                <w:rFonts w:cs="Times New Roman"/>
              </w:rPr>
              <w:t>qla</w:t>
            </w:r>
            <w:r w:rsidRPr="00291DA9">
              <w:rPr>
                <w:rFonts w:cs="Times New Roman"/>
                <w:lang w:val="ru-RU"/>
              </w:rPr>
              <w:t>2</w:t>
            </w:r>
            <w:r w:rsidRPr="00291DA9">
              <w:rPr>
                <w:rFonts w:cs="Times New Roman"/>
              </w:rPr>
              <w:t>xxx</w:t>
            </w:r>
            <w:r w:rsidRPr="00291DA9">
              <w:rPr>
                <w:rFonts w:cs="Times New Roman"/>
                <w:lang w:val="ru-RU"/>
              </w:rPr>
              <w:t>:</w:t>
            </w:r>
            <w:r w:rsidRPr="00291DA9">
              <w:rPr>
                <w:rFonts w:cs="Times New Roman"/>
                <w:lang w:val="ru-RU"/>
              </w:rPr>
              <w:br/>
            </w:r>
          </w:p>
          <w:p w14:paraId="2946E875" w14:textId="77777777" w:rsidR="00281EA7" w:rsidRPr="00291DA9" w:rsidRDefault="00281EA7" w:rsidP="00281EA7">
            <w:pPr>
              <w:pStyle w:val="CodeBlock"/>
              <w:rPr>
                <w:rFonts w:ascii="Times New Roman" w:hAnsi="Times New Roman" w:cs="Times New Roman"/>
                <w:lang w:val="ru-RU"/>
              </w:rPr>
            </w:pPr>
            <w:r w:rsidRPr="00291DA9">
              <w:rPr>
                <w:rFonts w:ascii="Times New Roman" w:hAnsi="Times New Roman" w:cs="Times New Roman"/>
                <w:sz w:val="14"/>
                <w:lang w:val="ru-RU"/>
              </w:rPr>
              <w:t xml:space="preserve"># </w:t>
            </w:r>
            <w:r w:rsidRPr="00291DA9">
              <w:rPr>
                <w:rFonts w:ascii="Times New Roman" w:hAnsi="Times New Roman" w:cs="Times New Roman"/>
                <w:sz w:val="14"/>
              </w:rPr>
              <w:t>printf</w:t>
            </w:r>
            <w:r w:rsidRPr="00291DA9">
              <w:rPr>
                <w:rFonts w:ascii="Times New Roman" w:hAnsi="Times New Roman" w:cs="Times New Roman"/>
                <w:sz w:val="14"/>
                <w:lang w:val="ru-RU"/>
              </w:rPr>
              <w:t xml:space="preserve"> '</w:t>
            </w:r>
            <w:r w:rsidRPr="00291DA9">
              <w:rPr>
                <w:rFonts w:ascii="Times New Roman" w:hAnsi="Times New Roman" w:cs="Times New Roman"/>
                <w:sz w:val="14"/>
              </w:rPr>
              <w:t>options</w:t>
            </w:r>
            <w:r w:rsidRPr="00291DA9">
              <w:rPr>
                <w:rFonts w:ascii="Times New Roman" w:hAnsi="Times New Roman" w:cs="Times New Roman"/>
                <w:sz w:val="14"/>
                <w:lang w:val="ru-RU"/>
              </w:rPr>
              <w:t xml:space="preserve"> </w:t>
            </w:r>
            <w:r w:rsidRPr="00291DA9">
              <w:rPr>
                <w:rFonts w:ascii="Times New Roman" w:hAnsi="Times New Roman" w:cs="Times New Roman"/>
                <w:sz w:val="14"/>
              </w:rPr>
              <w:t>qla</w:t>
            </w:r>
            <w:r w:rsidRPr="00291DA9">
              <w:rPr>
                <w:rFonts w:ascii="Times New Roman" w:hAnsi="Times New Roman" w:cs="Times New Roman"/>
                <w:sz w:val="14"/>
                <w:lang w:val="ru-RU"/>
              </w:rPr>
              <w:t>2</w:t>
            </w:r>
            <w:r w:rsidRPr="00291DA9">
              <w:rPr>
                <w:rFonts w:ascii="Times New Roman" w:hAnsi="Times New Roman" w:cs="Times New Roman"/>
                <w:sz w:val="14"/>
              </w:rPr>
              <w:t>xxx</w:t>
            </w:r>
            <w:r w:rsidRPr="00291DA9">
              <w:rPr>
                <w:rFonts w:ascii="Times New Roman" w:hAnsi="Times New Roman" w:cs="Times New Roman"/>
                <w:sz w:val="14"/>
                <w:lang w:val="ru-RU"/>
              </w:rPr>
              <w:t xml:space="preserve"> </w:t>
            </w:r>
            <w:r w:rsidRPr="00291DA9">
              <w:rPr>
                <w:rFonts w:ascii="Times New Roman" w:hAnsi="Times New Roman" w:cs="Times New Roman"/>
                <w:sz w:val="14"/>
              </w:rPr>
              <w:t>ql</w:t>
            </w:r>
            <w:r w:rsidRPr="00291DA9">
              <w:rPr>
                <w:rFonts w:ascii="Times New Roman" w:hAnsi="Times New Roman" w:cs="Times New Roman"/>
                <w:sz w:val="14"/>
                <w:lang w:val="ru-RU"/>
              </w:rPr>
              <w:t>2</w:t>
            </w:r>
            <w:r w:rsidRPr="00291DA9">
              <w:rPr>
                <w:rFonts w:ascii="Times New Roman" w:hAnsi="Times New Roman" w:cs="Times New Roman"/>
                <w:sz w:val="14"/>
              </w:rPr>
              <w:t>xmaxqdepth</w:t>
            </w:r>
            <w:r w:rsidRPr="00291DA9">
              <w:rPr>
                <w:rFonts w:ascii="Times New Roman" w:hAnsi="Times New Roman" w:cs="Times New Roman"/>
                <w:sz w:val="14"/>
                <w:lang w:val="ru-RU"/>
              </w:rPr>
              <w:t>=256\</w:t>
            </w:r>
            <w:r w:rsidRPr="00291DA9">
              <w:rPr>
                <w:rFonts w:ascii="Times New Roman" w:hAnsi="Times New Roman" w:cs="Times New Roman"/>
                <w:sz w:val="14"/>
              </w:rPr>
              <w:t>n</w:t>
            </w:r>
            <w:r w:rsidRPr="00291DA9">
              <w:rPr>
                <w:rFonts w:ascii="Times New Roman" w:hAnsi="Times New Roman" w:cs="Times New Roman"/>
                <w:sz w:val="14"/>
                <w:lang w:val="ru-RU"/>
              </w:rPr>
              <w:t>' &gt; /</w:t>
            </w:r>
            <w:r w:rsidRPr="00291DA9">
              <w:rPr>
                <w:rFonts w:ascii="Times New Roman" w:hAnsi="Times New Roman" w:cs="Times New Roman"/>
                <w:sz w:val="14"/>
              </w:rPr>
              <w:t>etc</w:t>
            </w:r>
            <w:r w:rsidRPr="00291DA9">
              <w:rPr>
                <w:rFonts w:ascii="Times New Roman" w:hAnsi="Times New Roman" w:cs="Times New Roman"/>
                <w:sz w:val="14"/>
                <w:lang w:val="ru-RU"/>
              </w:rPr>
              <w:t>/</w:t>
            </w:r>
            <w:r w:rsidRPr="00291DA9">
              <w:rPr>
                <w:rFonts w:ascii="Times New Roman" w:hAnsi="Times New Roman" w:cs="Times New Roman"/>
                <w:sz w:val="14"/>
              </w:rPr>
              <w:t>modprobe</w:t>
            </w:r>
            <w:r w:rsidRPr="00291DA9">
              <w:rPr>
                <w:rFonts w:ascii="Times New Roman" w:hAnsi="Times New Roman" w:cs="Times New Roman"/>
                <w:sz w:val="14"/>
                <w:lang w:val="ru-RU"/>
              </w:rPr>
              <w:t>.</w:t>
            </w:r>
            <w:r w:rsidRPr="00291DA9">
              <w:rPr>
                <w:rFonts w:ascii="Times New Roman" w:hAnsi="Times New Roman" w:cs="Times New Roman"/>
                <w:sz w:val="14"/>
              </w:rPr>
              <w:t>d</w:t>
            </w:r>
            <w:r w:rsidRPr="00291DA9">
              <w:rPr>
                <w:rFonts w:ascii="Times New Roman" w:hAnsi="Times New Roman" w:cs="Times New Roman"/>
                <w:sz w:val="14"/>
                <w:lang w:val="ru-RU"/>
              </w:rPr>
              <w:t>/</w:t>
            </w:r>
            <w:r w:rsidRPr="00291DA9">
              <w:rPr>
                <w:rFonts w:ascii="Times New Roman" w:hAnsi="Times New Roman" w:cs="Times New Roman"/>
                <w:sz w:val="14"/>
              </w:rPr>
              <w:t>qla</w:t>
            </w:r>
            <w:r w:rsidRPr="00291DA9">
              <w:rPr>
                <w:rFonts w:ascii="Times New Roman" w:hAnsi="Times New Roman" w:cs="Times New Roman"/>
                <w:sz w:val="14"/>
                <w:lang w:val="ru-RU"/>
              </w:rPr>
              <w:t>2</w:t>
            </w:r>
            <w:r w:rsidRPr="00291DA9">
              <w:rPr>
                <w:rFonts w:ascii="Times New Roman" w:hAnsi="Times New Roman" w:cs="Times New Roman"/>
                <w:sz w:val="14"/>
              </w:rPr>
              <w:t>xxx</w:t>
            </w:r>
            <w:r w:rsidRPr="00291DA9">
              <w:rPr>
                <w:rFonts w:ascii="Times New Roman" w:hAnsi="Times New Roman" w:cs="Times New Roman"/>
                <w:sz w:val="14"/>
                <w:lang w:val="ru-RU"/>
              </w:rPr>
              <w:t>.</w:t>
            </w:r>
            <w:r w:rsidRPr="00291DA9">
              <w:rPr>
                <w:rFonts w:ascii="Times New Roman" w:hAnsi="Times New Roman" w:cs="Times New Roman"/>
                <w:sz w:val="14"/>
              </w:rPr>
              <w:t>conf</w:t>
            </w:r>
            <w:r w:rsidRPr="00291DA9">
              <w:rPr>
                <w:rFonts w:ascii="Times New Roman" w:hAnsi="Times New Roman" w:cs="Times New Roman"/>
                <w:sz w:val="14"/>
                <w:lang w:val="ru-RU"/>
              </w:rPr>
              <w:br/>
              <w:t xml:space="preserve"># </w:t>
            </w:r>
            <w:r w:rsidRPr="00291DA9">
              <w:rPr>
                <w:rFonts w:ascii="Times New Roman" w:hAnsi="Times New Roman" w:cs="Times New Roman"/>
                <w:sz w:val="14"/>
              </w:rPr>
              <w:t>printf</w:t>
            </w:r>
            <w:r w:rsidRPr="00291DA9">
              <w:rPr>
                <w:rFonts w:ascii="Times New Roman" w:hAnsi="Times New Roman" w:cs="Times New Roman"/>
                <w:sz w:val="14"/>
                <w:lang w:val="ru-RU"/>
              </w:rPr>
              <w:t xml:space="preserve"> '</w:t>
            </w:r>
            <w:r w:rsidRPr="00291DA9">
              <w:rPr>
                <w:rFonts w:ascii="Times New Roman" w:hAnsi="Times New Roman" w:cs="Times New Roman"/>
                <w:sz w:val="14"/>
              </w:rPr>
              <w:t>qla</w:t>
            </w:r>
            <w:r w:rsidRPr="00291DA9">
              <w:rPr>
                <w:rFonts w:ascii="Times New Roman" w:hAnsi="Times New Roman" w:cs="Times New Roman"/>
                <w:sz w:val="14"/>
                <w:lang w:val="ru-RU"/>
              </w:rPr>
              <w:t>2</w:t>
            </w:r>
            <w:r w:rsidRPr="00291DA9">
              <w:rPr>
                <w:rFonts w:ascii="Times New Roman" w:hAnsi="Times New Roman" w:cs="Times New Roman"/>
                <w:sz w:val="14"/>
              </w:rPr>
              <w:t>xxx</w:t>
            </w:r>
            <w:r w:rsidRPr="00291DA9">
              <w:rPr>
                <w:rFonts w:ascii="Times New Roman" w:hAnsi="Times New Roman" w:cs="Times New Roman"/>
                <w:sz w:val="14"/>
                <w:lang w:val="ru-RU"/>
              </w:rPr>
              <w:t>\</w:t>
            </w:r>
            <w:r w:rsidRPr="00291DA9">
              <w:rPr>
                <w:rFonts w:ascii="Times New Roman" w:hAnsi="Times New Roman" w:cs="Times New Roman"/>
                <w:sz w:val="14"/>
              </w:rPr>
              <w:t>n</w:t>
            </w:r>
            <w:r w:rsidRPr="00291DA9">
              <w:rPr>
                <w:rFonts w:ascii="Times New Roman" w:hAnsi="Times New Roman" w:cs="Times New Roman"/>
                <w:sz w:val="14"/>
                <w:lang w:val="ru-RU"/>
              </w:rPr>
              <w:t>' &gt; /</w:t>
            </w:r>
            <w:r w:rsidRPr="00291DA9">
              <w:rPr>
                <w:rFonts w:ascii="Times New Roman" w:hAnsi="Times New Roman" w:cs="Times New Roman"/>
                <w:sz w:val="14"/>
              </w:rPr>
              <w:t>etc</w:t>
            </w:r>
            <w:r w:rsidRPr="00291DA9">
              <w:rPr>
                <w:rFonts w:ascii="Times New Roman" w:hAnsi="Times New Roman" w:cs="Times New Roman"/>
                <w:sz w:val="14"/>
                <w:lang w:val="ru-RU"/>
              </w:rPr>
              <w:t>/</w:t>
            </w:r>
            <w:r w:rsidRPr="00291DA9">
              <w:rPr>
                <w:rFonts w:ascii="Times New Roman" w:hAnsi="Times New Roman" w:cs="Times New Roman"/>
                <w:sz w:val="14"/>
              </w:rPr>
              <w:t>modules</w:t>
            </w:r>
            <w:r w:rsidRPr="00291DA9">
              <w:rPr>
                <w:rFonts w:ascii="Times New Roman" w:hAnsi="Times New Roman" w:cs="Times New Roman"/>
                <w:sz w:val="14"/>
                <w:lang w:val="ru-RU"/>
              </w:rPr>
              <w:t>-</w:t>
            </w:r>
            <w:r w:rsidRPr="00291DA9">
              <w:rPr>
                <w:rFonts w:ascii="Times New Roman" w:hAnsi="Times New Roman" w:cs="Times New Roman"/>
                <w:sz w:val="14"/>
              </w:rPr>
              <w:t>load</w:t>
            </w:r>
            <w:r w:rsidRPr="00291DA9">
              <w:rPr>
                <w:rFonts w:ascii="Times New Roman" w:hAnsi="Times New Roman" w:cs="Times New Roman"/>
                <w:sz w:val="14"/>
                <w:lang w:val="ru-RU"/>
              </w:rPr>
              <w:t>.</w:t>
            </w:r>
            <w:r w:rsidRPr="00291DA9">
              <w:rPr>
                <w:rFonts w:ascii="Times New Roman" w:hAnsi="Times New Roman" w:cs="Times New Roman"/>
                <w:sz w:val="14"/>
              </w:rPr>
              <w:t>d</w:t>
            </w:r>
            <w:r w:rsidRPr="00291DA9">
              <w:rPr>
                <w:rFonts w:ascii="Times New Roman" w:hAnsi="Times New Roman" w:cs="Times New Roman"/>
                <w:sz w:val="14"/>
                <w:lang w:val="ru-RU"/>
              </w:rPr>
              <w:t>/</w:t>
            </w:r>
            <w:r w:rsidRPr="00291DA9">
              <w:rPr>
                <w:rFonts w:ascii="Times New Roman" w:hAnsi="Times New Roman" w:cs="Times New Roman"/>
                <w:sz w:val="14"/>
              </w:rPr>
              <w:t>qla</w:t>
            </w:r>
            <w:r w:rsidRPr="00291DA9">
              <w:rPr>
                <w:rFonts w:ascii="Times New Roman" w:hAnsi="Times New Roman" w:cs="Times New Roman"/>
                <w:sz w:val="14"/>
                <w:lang w:val="ru-RU"/>
              </w:rPr>
              <w:t>2</w:t>
            </w:r>
            <w:r w:rsidRPr="00291DA9">
              <w:rPr>
                <w:rFonts w:ascii="Times New Roman" w:hAnsi="Times New Roman" w:cs="Times New Roman"/>
                <w:sz w:val="14"/>
              </w:rPr>
              <w:t>xxx</w:t>
            </w:r>
            <w:r w:rsidRPr="00291DA9">
              <w:rPr>
                <w:rFonts w:ascii="Times New Roman" w:hAnsi="Times New Roman" w:cs="Times New Roman"/>
                <w:sz w:val="14"/>
                <w:lang w:val="ru-RU"/>
              </w:rPr>
              <w:t>.</w:t>
            </w:r>
            <w:r w:rsidRPr="00291DA9">
              <w:rPr>
                <w:rFonts w:ascii="Times New Roman" w:hAnsi="Times New Roman" w:cs="Times New Roman"/>
                <w:sz w:val="14"/>
              </w:rPr>
              <w:t>conf</w:t>
            </w:r>
          </w:p>
          <w:p w14:paraId="2050A925"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На каждом сервере сделать резервную копию текущего </w:t>
            </w:r>
            <w:r w:rsidRPr="00291DA9">
              <w:rPr>
                <w:rFonts w:cs="Times New Roman"/>
              </w:rPr>
              <w:t>initramfs</w:t>
            </w:r>
            <w:r w:rsidRPr="00291DA9">
              <w:rPr>
                <w:rFonts w:cs="Times New Roman"/>
                <w:lang w:val="ru-RU"/>
              </w:rPr>
              <w:t xml:space="preserve">, перегенерировать новый во временный каталог и заменить </w:t>
            </w:r>
            <w:r w:rsidRPr="00291DA9">
              <w:rPr>
                <w:rFonts w:cs="Times New Roman"/>
              </w:rPr>
              <w:t>initramfs</w:t>
            </w:r>
            <w:r w:rsidRPr="00291DA9">
              <w:rPr>
                <w:rFonts w:cs="Times New Roman"/>
                <w:lang w:val="ru-RU"/>
              </w:rPr>
              <w:t xml:space="preserve"> в </w:t>
            </w:r>
          </w:p>
          <w:p w14:paraId="5175C5B6" w14:textId="77777777" w:rsidR="00281EA7" w:rsidRPr="00291DA9" w:rsidRDefault="00281EA7" w:rsidP="00281EA7">
            <w:pPr>
              <w:pStyle w:val="TableText"/>
              <w:spacing w:after="40"/>
              <w:rPr>
                <w:rFonts w:cs="Times New Roman"/>
                <w:lang w:val="ru-RU"/>
              </w:rPr>
            </w:pPr>
            <w:r w:rsidRPr="00291DA9">
              <w:rPr>
                <w:rFonts w:eastAsia="Consolas" w:cs="Times New Roman"/>
                <w:lang w:val="ru-RU"/>
              </w:rPr>
              <w:t>/</w:t>
            </w:r>
            <w:r w:rsidRPr="00291DA9">
              <w:rPr>
                <w:rFonts w:eastAsia="Consolas" w:cs="Times New Roman"/>
              </w:rPr>
              <w:t>boot</w:t>
            </w:r>
          </w:p>
          <w:p w14:paraId="2E2EA5B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явной командой </w:t>
            </w:r>
          </w:p>
          <w:p w14:paraId="4E984C13" w14:textId="77777777" w:rsidR="00281EA7" w:rsidRPr="00291DA9" w:rsidRDefault="00281EA7" w:rsidP="00281EA7">
            <w:pPr>
              <w:pStyle w:val="TableText"/>
              <w:spacing w:after="40"/>
              <w:rPr>
                <w:rFonts w:cs="Times New Roman"/>
                <w:lang w:val="ru-RU"/>
              </w:rPr>
            </w:pPr>
            <w:r w:rsidRPr="00291DA9">
              <w:rPr>
                <w:rFonts w:eastAsia="Consolas" w:cs="Times New Roman"/>
              </w:rPr>
              <w:t>cp</w:t>
            </w:r>
          </w:p>
          <w:p w14:paraId="43AB52A3" w14:textId="77777777" w:rsidR="00281EA7" w:rsidRPr="00291DA9" w:rsidRDefault="00281EA7" w:rsidP="00281EA7">
            <w:pPr>
              <w:pStyle w:val="TableText"/>
              <w:spacing w:after="40"/>
              <w:rPr>
                <w:rFonts w:cs="Times New Roman"/>
                <w:lang w:val="ru-RU"/>
              </w:rPr>
            </w:pPr>
            <w:r w:rsidRPr="00291DA9">
              <w:rPr>
                <w:rFonts w:cs="Times New Roman"/>
                <w:lang w:val="ru-RU"/>
              </w:rPr>
              <w:t>:</w:t>
            </w:r>
            <w:r w:rsidRPr="00291DA9">
              <w:rPr>
                <w:rFonts w:cs="Times New Roman"/>
                <w:lang w:val="ru-RU"/>
              </w:rPr>
              <w:br/>
            </w:r>
          </w:p>
          <w:p w14:paraId="1E8E19F9" w14:textId="77777777" w:rsidR="00281EA7" w:rsidRPr="00D20A87" w:rsidRDefault="00281EA7" w:rsidP="00281EA7">
            <w:pPr>
              <w:pStyle w:val="CodeBlock"/>
              <w:rPr>
                <w:rFonts w:ascii="Times New Roman" w:hAnsi="Times New Roman" w:cs="Times New Roman"/>
                <w:sz w:val="14"/>
                <w:lang w:val="ru-RU"/>
              </w:rPr>
            </w:pPr>
            <w:r w:rsidRPr="00291DA9">
              <w:rPr>
                <w:rFonts w:ascii="Times New Roman" w:hAnsi="Times New Roman" w:cs="Times New Roman"/>
                <w:sz w:val="14"/>
                <w:lang w:val="ru-RU"/>
              </w:rPr>
              <w:t xml:space="preserve"># </w:t>
            </w:r>
            <w:r w:rsidRPr="00291DA9">
              <w:rPr>
                <w:rFonts w:ascii="Times New Roman" w:hAnsi="Times New Roman" w:cs="Times New Roman"/>
                <w:sz w:val="14"/>
              </w:rPr>
              <w:t>KVER</w:t>
            </w:r>
            <w:r w:rsidRPr="00291DA9">
              <w:rPr>
                <w:rFonts w:ascii="Times New Roman" w:hAnsi="Times New Roman" w:cs="Times New Roman"/>
                <w:sz w:val="14"/>
                <w:lang w:val="ru-RU"/>
              </w:rPr>
              <w:t>=$(</w:t>
            </w:r>
            <w:r w:rsidRPr="00291DA9">
              <w:rPr>
                <w:rFonts w:ascii="Times New Roman" w:hAnsi="Times New Roman" w:cs="Times New Roman"/>
                <w:sz w:val="14"/>
              </w:rPr>
              <w:t>uname</w:t>
            </w:r>
            <w:r w:rsidRPr="00291DA9">
              <w:rPr>
                <w:rFonts w:ascii="Times New Roman" w:hAnsi="Times New Roman" w:cs="Times New Roman"/>
                <w:sz w:val="14"/>
                <w:lang w:val="ru-RU"/>
              </w:rPr>
              <w:t xml:space="preserve"> -</w:t>
            </w:r>
            <w:r w:rsidRPr="00291DA9">
              <w:rPr>
                <w:rFonts w:ascii="Times New Roman" w:hAnsi="Times New Roman" w:cs="Times New Roman"/>
                <w:sz w:val="14"/>
              </w:rPr>
              <w:t>r</w:t>
            </w:r>
            <w:r w:rsidRPr="00291DA9">
              <w:rPr>
                <w:rFonts w:ascii="Times New Roman" w:hAnsi="Times New Roman" w:cs="Times New Roman"/>
                <w:sz w:val="14"/>
                <w:lang w:val="ru-RU"/>
              </w:rPr>
              <w:t>)</w:t>
            </w:r>
            <w:r w:rsidRPr="00291DA9">
              <w:rPr>
                <w:rFonts w:ascii="Times New Roman" w:hAnsi="Times New Roman" w:cs="Times New Roman"/>
                <w:sz w:val="14"/>
                <w:lang w:val="ru-RU"/>
              </w:rPr>
              <w:br/>
              <w:t xml:space="preserve"># </w:t>
            </w:r>
            <w:r w:rsidRPr="00291DA9">
              <w:rPr>
                <w:rFonts w:ascii="Times New Roman" w:hAnsi="Times New Roman" w:cs="Times New Roman"/>
                <w:sz w:val="14"/>
              </w:rPr>
              <w:t>cp</w:t>
            </w:r>
            <w:r w:rsidRPr="00291DA9">
              <w:rPr>
                <w:rFonts w:ascii="Times New Roman" w:hAnsi="Times New Roman" w:cs="Times New Roman"/>
                <w:sz w:val="14"/>
                <w:lang w:val="ru-RU"/>
              </w:rPr>
              <w:t xml:space="preserve"> -</w:t>
            </w:r>
            <w:r w:rsidRPr="00291DA9">
              <w:rPr>
                <w:rFonts w:ascii="Times New Roman" w:hAnsi="Times New Roman" w:cs="Times New Roman"/>
                <w:sz w:val="14"/>
              </w:rPr>
              <w:t>p</w:t>
            </w:r>
            <w:r w:rsidRPr="00291DA9">
              <w:rPr>
                <w:rFonts w:ascii="Times New Roman" w:hAnsi="Times New Roman" w:cs="Times New Roman"/>
                <w:sz w:val="14"/>
                <w:lang w:val="ru-RU"/>
              </w:rPr>
              <w:t xml:space="preserve"> /</w:t>
            </w:r>
            <w:r w:rsidRPr="00291DA9">
              <w:rPr>
                <w:rFonts w:ascii="Times New Roman" w:hAnsi="Times New Roman" w:cs="Times New Roman"/>
                <w:sz w:val="14"/>
              </w:rPr>
              <w:t>boot</w:t>
            </w:r>
            <w:r w:rsidRPr="00291DA9">
              <w:rPr>
                <w:rFonts w:ascii="Times New Roman" w:hAnsi="Times New Roman" w:cs="Times New Roman"/>
                <w:sz w:val="14"/>
                <w:lang w:val="ru-RU"/>
              </w:rPr>
              <w:t>/</w:t>
            </w:r>
            <w:r w:rsidRPr="00291DA9">
              <w:rPr>
                <w:rFonts w:ascii="Times New Roman" w:hAnsi="Times New Roman" w:cs="Times New Roman"/>
                <w:sz w:val="14"/>
              </w:rPr>
              <w:t>initramfs</w:t>
            </w:r>
            <w:r w:rsidRPr="00291DA9">
              <w:rPr>
                <w:rFonts w:ascii="Times New Roman" w:hAnsi="Times New Roman" w:cs="Times New Roman"/>
                <w:sz w:val="14"/>
                <w:lang w:val="ru-RU"/>
              </w:rPr>
              <w:t>-$</w:t>
            </w:r>
            <w:r w:rsidRPr="00291DA9">
              <w:rPr>
                <w:rFonts w:ascii="Times New Roman" w:hAnsi="Times New Roman" w:cs="Times New Roman"/>
                <w:sz w:val="14"/>
              </w:rPr>
              <w:t>KVER</w:t>
            </w:r>
            <w:r w:rsidRPr="00291DA9">
              <w:rPr>
                <w:rFonts w:ascii="Times New Roman" w:hAnsi="Times New Roman" w:cs="Times New Roman"/>
                <w:sz w:val="14"/>
                <w:lang w:val="ru-RU"/>
              </w:rPr>
              <w:t>.</w:t>
            </w:r>
            <w:r w:rsidRPr="00291DA9">
              <w:rPr>
                <w:rFonts w:ascii="Times New Roman" w:hAnsi="Times New Roman" w:cs="Times New Roman"/>
                <w:sz w:val="14"/>
              </w:rPr>
              <w:t>img</w:t>
            </w:r>
            <w:r w:rsidRPr="00291DA9">
              <w:rPr>
                <w:rFonts w:ascii="Times New Roman" w:hAnsi="Times New Roman" w:cs="Times New Roman"/>
                <w:sz w:val="14"/>
                <w:lang w:val="ru-RU"/>
              </w:rPr>
              <w:t xml:space="preserve"> /</w:t>
            </w:r>
            <w:r w:rsidRPr="00291DA9">
              <w:rPr>
                <w:rFonts w:ascii="Times New Roman" w:hAnsi="Times New Roman" w:cs="Times New Roman"/>
                <w:sz w:val="14"/>
              </w:rPr>
              <w:t>boot</w:t>
            </w:r>
            <w:r w:rsidRPr="00291DA9">
              <w:rPr>
                <w:rFonts w:ascii="Times New Roman" w:hAnsi="Times New Roman" w:cs="Times New Roman"/>
                <w:sz w:val="14"/>
                <w:lang w:val="ru-RU"/>
              </w:rPr>
              <w:t>/</w:t>
            </w:r>
            <w:r w:rsidRPr="00291DA9">
              <w:rPr>
                <w:rFonts w:ascii="Times New Roman" w:hAnsi="Times New Roman" w:cs="Times New Roman"/>
                <w:sz w:val="14"/>
              </w:rPr>
              <w:t>initramfs</w:t>
            </w:r>
            <w:r w:rsidRPr="00291DA9">
              <w:rPr>
                <w:rFonts w:ascii="Times New Roman" w:hAnsi="Times New Roman" w:cs="Times New Roman"/>
                <w:sz w:val="14"/>
                <w:lang w:val="ru-RU"/>
              </w:rPr>
              <w:t>-$</w:t>
            </w:r>
            <w:r w:rsidRPr="00291DA9">
              <w:rPr>
                <w:rFonts w:ascii="Times New Roman" w:hAnsi="Times New Roman" w:cs="Times New Roman"/>
                <w:sz w:val="14"/>
              </w:rPr>
              <w:t>KVER</w:t>
            </w:r>
            <w:r w:rsidRPr="00291DA9">
              <w:rPr>
                <w:rFonts w:ascii="Times New Roman" w:hAnsi="Times New Roman" w:cs="Times New Roman"/>
                <w:sz w:val="14"/>
                <w:lang w:val="ru-RU"/>
              </w:rPr>
              <w:t>.</w:t>
            </w:r>
            <w:r w:rsidRPr="00291DA9">
              <w:rPr>
                <w:rFonts w:ascii="Times New Roman" w:hAnsi="Times New Roman" w:cs="Times New Roman"/>
                <w:sz w:val="14"/>
              </w:rPr>
              <w:t>img</w:t>
            </w:r>
            <w:r w:rsidRPr="00291DA9">
              <w:rPr>
                <w:rFonts w:ascii="Times New Roman" w:hAnsi="Times New Roman" w:cs="Times New Roman"/>
                <w:sz w:val="14"/>
                <w:lang w:val="ru-RU"/>
              </w:rPr>
              <w:t>.</w:t>
            </w:r>
            <w:r w:rsidRPr="00291DA9">
              <w:rPr>
                <w:rFonts w:ascii="Times New Roman" w:hAnsi="Times New Roman" w:cs="Times New Roman"/>
                <w:sz w:val="14"/>
              </w:rPr>
              <w:t>sav</w:t>
            </w:r>
            <w:r w:rsidRPr="00291DA9">
              <w:rPr>
                <w:rFonts w:ascii="Times New Roman" w:hAnsi="Times New Roman" w:cs="Times New Roman"/>
                <w:sz w:val="14"/>
                <w:lang w:val="ru-RU"/>
              </w:rPr>
              <w:br/>
              <w:t xml:space="preserve"># </w:t>
            </w:r>
            <w:r w:rsidRPr="00FF0E41">
              <w:rPr>
                <w:rFonts w:ascii="Times New Roman" w:hAnsi="Times New Roman" w:cs="Times New Roman"/>
                <w:sz w:val="14"/>
              </w:rPr>
              <w:t>dracut</w:t>
            </w:r>
            <w:r w:rsidRPr="00D20A87">
              <w:rPr>
                <w:rFonts w:ascii="Times New Roman" w:hAnsi="Times New Roman" w:cs="Times New Roman"/>
                <w:sz w:val="14"/>
                <w:lang w:val="ru-RU"/>
              </w:rPr>
              <w:t xml:space="preserve"> -</w:t>
            </w:r>
            <w:r w:rsidRPr="00FF0E41">
              <w:rPr>
                <w:rFonts w:ascii="Times New Roman" w:hAnsi="Times New Roman" w:cs="Times New Roman"/>
                <w:sz w:val="14"/>
              </w:rPr>
              <w:t>v</w:t>
            </w:r>
            <w:r w:rsidRPr="00D20A87">
              <w:rPr>
                <w:rFonts w:ascii="Times New Roman" w:hAnsi="Times New Roman" w:cs="Times New Roman"/>
                <w:sz w:val="14"/>
                <w:lang w:val="ru-RU"/>
              </w:rPr>
              <w:t xml:space="preserve"> -</w:t>
            </w:r>
            <w:r w:rsidRPr="00FF0E41">
              <w:rPr>
                <w:rFonts w:ascii="Times New Roman" w:hAnsi="Times New Roman" w:cs="Times New Roman"/>
                <w:sz w:val="14"/>
              </w:rPr>
              <w:t>f</w:t>
            </w:r>
            <w:r w:rsidRPr="00D20A87">
              <w:rPr>
                <w:rFonts w:ascii="Times New Roman" w:hAnsi="Times New Roman" w:cs="Times New Roman"/>
                <w:sz w:val="14"/>
                <w:lang w:val="ru-RU"/>
              </w:rPr>
              <w:t xml:space="preserve"> /</w:t>
            </w:r>
            <w:r w:rsidRPr="00FF0E41">
              <w:rPr>
                <w:rFonts w:ascii="Times New Roman" w:hAnsi="Times New Roman" w:cs="Times New Roman"/>
                <w:sz w:val="14"/>
              </w:rPr>
              <w:t>tmp</w:t>
            </w:r>
            <w:r w:rsidRPr="00D20A87">
              <w:rPr>
                <w:rFonts w:ascii="Times New Roman" w:hAnsi="Times New Roman" w:cs="Times New Roman"/>
                <w:sz w:val="14"/>
                <w:lang w:val="ru-RU"/>
              </w:rPr>
              <w:t>/</w:t>
            </w:r>
            <w:r w:rsidRPr="00FF0E41">
              <w:rPr>
                <w:rFonts w:ascii="Times New Roman" w:hAnsi="Times New Roman" w:cs="Times New Roman"/>
                <w:sz w:val="14"/>
              </w:rPr>
              <w:t>initramfs</w:t>
            </w:r>
            <w:r w:rsidRPr="00D20A87">
              <w:rPr>
                <w:rFonts w:ascii="Times New Roman" w:hAnsi="Times New Roman" w:cs="Times New Roman"/>
                <w:sz w:val="14"/>
                <w:lang w:val="ru-RU"/>
              </w:rPr>
              <w:t>-$</w:t>
            </w:r>
            <w:r w:rsidRPr="00FF0E41">
              <w:rPr>
                <w:rFonts w:ascii="Times New Roman" w:hAnsi="Times New Roman" w:cs="Times New Roman"/>
                <w:sz w:val="14"/>
              </w:rPr>
              <w:t>KVER</w:t>
            </w:r>
            <w:r w:rsidRPr="00D20A87">
              <w:rPr>
                <w:rFonts w:ascii="Times New Roman" w:hAnsi="Times New Roman" w:cs="Times New Roman"/>
                <w:sz w:val="14"/>
                <w:lang w:val="ru-RU"/>
              </w:rPr>
              <w:t>.</w:t>
            </w:r>
            <w:r w:rsidRPr="00FF0E41">
              <w:rPr>
                <w:rFonts w:ascii="Times New Roman" w:hAnsi="Times New Roman" w:cs="Times New Roman"/>
                <w:sz w:val="14"/>
              </w:rPr>
              <w:t>img</w:t>
            </w:r>
            <w:r w:rsidRPr="00D20A87">
              <w:rPr>
                <w:rFonts w:ascii="Times New Roman" w:hAnsi="Times New Roman" w:cs="Times New Roman"/>
                <w:sz w:val="14"/>
                <w:lang w:val="ru-RU"/>
              </w:rPr>
              <w:t xml:space="preserve"> --</w:t>
            </w:r>
            <w:r w:rsidRPr="00FF0E41">
              <w:rPr>
                <w:rFonts w:ascii="Times New Roman" w:hAnsi="Times New Roman" w:cs="Times New Roman"/>
                <w:sz w:val="14"/>
              </w:rPr>
              <w:t>kver</w:t>
            </w:r>
            <w:r w:rsidRPr="00D20A87">
              <w:rPr>
                <w:rFonts w:ascii="Times New Roman" w:hAnsi="Times New Roman" w:cs="Times New Roman"/>
                <w:sz w:val="14"/>
                <w:lang w:val="ru-RU"/>
              </w:rPr>
              <w:t xml:space="preserve"> $</w:t>
            </w:r>
            <w:r w:rsidRPr="00FF0E41">
              <w:rPr>
                <w:rFonts w:ascii="Times New Roman" w:hAnsi="Times New Roman" w:cs="Times New Roman"/>
                <w:sz w:val="14"/>
              </w:rPr>
              <w:t>KVER</w:t>
            </w:r>
          </w:p>
          <w:p w14:paraId="4C87285E" w14:textId="77777777" w:rsidR="00281EA7" w:rsidRPr="00D20A87" w:rsidRDefault="00281EA7" w:rsidP="00281EA7">
            <w:pPr>
              <w:pStyle w:val="CodeBlock"/>
              <w:rPr>
                <w:rFonts w:ascii="Times New Roman" w:hAnsi="Times New Roman" w:cs="Times New Roman"/>
              </w:rPr>
            </w:pPr>
            <w:r w:rsidRPr="00D20A87">
              <w:rPr>
                <w:rFonts w:ascii="Times New Roman" w:hAnsi="Times New Roman" w:cs="Times New Roman"/>
                <w:sz w:val="14"/>
              </w:rPr>
              <w:t xml:space="preserve"># </w:t>
            </w:r>
            <w:r w:rsidRPr="00291DA9">
              <w:rPr>
                <w:rFonts w:ascii="Times New Roman" w:hAnsi="Times New Roman" w:cs="Times New Roman"/>
                <w:sz w:val="14"/>
              </w:rPr>
              <w:t>cp</w:t>
            </w:r>
            <w:r w:rsidRPr="00D20A87">
              <w:rPr>
                <w:rFonts w:ascii="Times New Roman" w:hAnsi="Times New Roman" w:cs="Times New Roman"/>
                <w:sz w:val="14"/>
              </w:rPr>
              <w:t xml:space="preserve"> -</w:t>
            </w:r>
            <w:r w:rsidRPr="00291DA9">
              <w:rPr>
                <w:rFonts w:ascii="Times New Roman" w:hAnsi="Times New Roman" w:cs="Times New Roman"/>
                <w:sz w:val="14"/>
              </w:rPr>
              <w:t>p</w:t>
            </w:r>
            <w:r w:rsidRPr="00D20A87">
              <w:rPr>
                <w:rFonts w:ascii="Times New Roman" w:hAnsi="Times New Roman" w:cs="Times New Roman"/>
                <w:sz w:val="14"/>
              </w:rPr>
              <w:t xml:space="preserve"> /</w:t>
            </w:r>
            <w:r w:rsidRPr="00291DA9">
              <w:rPr>
                <w:rFonts w:ascii="Times New Roman" w:hAnsi="Times New Roman" w:cs="Times New Roman"/>
                <w:sz w:val="14"/>
              </w:rPr>
              <w:t>tmp</w:t>
            </w:r>
            <w:r w:rsidRPr="00D20A87">
              <w:rPr>
                <w:rFonts w:ascii="Times New Roman" w:hAnsi="Times New Roman" w:cs="Times New Roman"/>
                <w:sz w:val="14"/>
              </w:rPr>
              <w:t>/</w:t>
            </w:r>
            <w:r w:rsidRPr="00291DA9">
              <w:rPr>
                <w:rFonts w:ascii="Times New Roman" w:hAnsi="Times New Roman" w:cs="Times New Roman"/>
                <w:sz w:val="14"/>
              </w:rPr>
              <w:t>initramfs</w:t>
            </w:r>
            <w:r w:rsidRPr="00D20A87">
              <w:rPr>
                <w:rFonts w:ascii="Times New Roman" w:hAnsi="Times New Roman" w:cs="Times New Roman"/>
                <w:sz w:val="14"/>
              </w:rPr>
              <w:t>-$</w:t>
            </w:r>
            <w:r w:rsidRPr="00291DA9">
              <w:rPr>
                <w:rFonts w:ascii="Times New Roman" w:hAnsi="Times New Roman" w:cs="Times New Roman"/>
                <w:sz w:val="14"/>
              </w:rPr>
              <w:t>KVER</w:t>
            </w:r>
            <w:r w:rsidRPr="00D20A87">
              <w:rPr>
                <w:rFonts w:ascii="Times New Roman" w:hAnsi="Times New Roman" w:cs="Times New Roman"/>
                <w:sz w:val="14"/>
              </w:rPr>
              <w:t>.</w:t>
            </w:r>
            <w:r w:rsidRPr="00291DA9">
              <w:rPr>
                <w:rFonts w:ascii="Times New Roman" w:hAnsi="Times New Roman" w:cs="Times New Roman"/>
                <w:sz w:val="14"/>
              </w:rPr>
              <w:t>img</w:t>
            </w:r>
            <w:r w:rsidRPr="00D20A87">
              <w:rPr>
                <w:rFonts w:ascii="Times New Roman" w:hAnsi="Times New Roman" w:cs="Times New Roman"/>
                <w:sz w:val="14"/>
              </w:rPr>
              <w:t xml:space="preserve"> /</w:t>
            </w:r>
            <w:r w:rsidRPr="00291DA9">
              <w:rPr>
                <w:rFonts w:ascii="Times New Roman" w:hAnsi="Times New Roman" w:cs="Times New Roman"/>
                <w:sz w:val="14"/>
              </w:rPr>
              <w:t>boot</w:t>
            </w:r>
            <w:r w:rsidRPr="00D20A87">
              <w:rPr>
                <w:rFonts w:ascii="Times New Roman" w:hAnsi="Times New Roman" w:cs="Times New Roman"/>
                <w:sz w:val="14"/>
              </w:rPr>
              <w:t>/</w:t>
            </w:r>
            <w:r w:rsidRPr="00291DA9">
              <w:rPr>
                <w:rFonts w:ascii="Times New Roman" w:hAnsi="Times New Roman" w:cs="Times New Roman"/>
                <w:sz w:val="14"/>
              </w:rPr>
              <w:t>initramfs</w:t>
            </w:r>
            <w:r w:rsidRPr="00D20A87">
              <w:rPr>
                <w:rFonts w:ascii="Times New Roman" w:hAnsi="Times New Roman" w:cs="Times New Roman"/>
                <w:sz w:val="14"/>
              </w:rPr>
              <w:t>-$</w:t>
            </w:r>
            <w:r w:rsidRPr="00291DA9">
              <w:rPr>
                <w:rFonts w:ascii="Times New Roman" w:hAnsi="Times New Roman" w:cs="Times New Roman"/>
                <w:sz w:val="14"/>
              </w:rPr>
              <w:t>KVER</w:t>
            </w:r>
            <w:r w:rsidRPr="00D20A87">
              <w:rPr>
                <w:rFonts w:ascii="Times New Roman" w:hAnsi="Times New Roman" w:cs="Times New Roman"/>
                <w:sz w:val="14"/>
              </w:rPr>
              <w:t>.</w:t>
            </w:r>
            <w:r w:rsidRPr="00291DA9">
              <w:rPr>
                <w:rFonts w:ascii="Times New Roman" w:hAnsi="Times New Roman" w:cs="Times New Roman"/>
                <w:sz w:val="14"/>
              </w:rPr>
              <w:t>img</w:t>
            </w:r>
            <w:r w:rsidRPr="00D20A87">
              <w:rPr>
                <w:rFonts w:ascii="Times New Roman" w:hAnsi="Times New Roman" w:cs="Times New Roman"/>
                <w:sz w:val="14"/>
              </w:rPr>
              <w:br/>
              <w:t xml:space="preserve"># </w:t>
            </w:r>
            <w:r w:rsidRPr="00291DA9">
              <w:rPr>
                <w:rFonts w:ascii="Times New Roman" w:hAnsi="Times New Roman" w:cs="Times New Roman"/>
                <w:sz w:val="14"/>
              </w:rPr>
              <w:t>sync</w:t>
            </w:r>
          </w:p>
          <w:p w14:paraId="78247FDA" w14:textId="77777777" w:rsidR="00281EA7" w:rsidRPr="00291DA9" w:rsidRDefault="00281EA7" w:rsidP="00281EA7">
            <w:pPr>
              <w:pStyle w:val="TableText"/>
              <w:spacing w:after="40"/>
              <w:rPr>
                <w:rFonts w:cs="Times New Roman"/>
                <w:lang w:val="ru-RU"/>
              </w:rPr>
            </w:pPr>
            <w:r w:rsidRPr="00291DA9">
              <w:rPr>
                <w:rFonts w:cs="Times New Roman"/>
                <w:lang w:val="ru-RU"/>
              </w:rPr>
              <w:t>3) Перезагрузить сервер:</w:t>
            </w:r>
            <w:r w:rsidRPr="00291DA9">
              <w:rPr>
                <w:rFonts w:cs="Times New Roman"/>
                <w:lang w:val="ru-RU"/>
              </w:rPr>
              <w:br/>
            </w:r>
          </w:p>
          <w:p w14:paraId="2B49C901" w14:textId="77777777" w:rsidR="00281EA7" w:rsidRPr="00291DA9" w:rsidRDefault="00281EA7" w:rsidP="00281EA7">
            <w:pPr>
              <w:pStyle w:val="CodeBlock"/>
              <w:rPr>
                <w:rFonts w:ascii="Times New Roman" w:hAnsi="Times New Roman" w:cs="Times New Roman"/>
                <w:lang w:val="ru-RU"/>
              </w:rPr>
            </w:pPr>
            <w:r w:rsidRPr="00291DA9">
              <w:rPr>
                <w:rFonts w:ascii="Times New Roman" w:hAnsi="Times New Roman" w:cs="Times New Roman"/>
                <w:sz w:val="14"/>
                <w:lang w:val="ru-RU"/>
              </w:rPr>
              <w:t xml:space="preserve"># </w:t>
            </w:r>
            <w:r w:rsidRPr="00291DA9">
              <w:rPr>
                <w:rFonts w:ascii="Times New Roman" w:hAnsi="Times New Roman" w:cs="Times New Roman"/>
                <w:sz w:val="14"/>
              </w:rPr>
              <w:t>reboot</w:t>
            </w:r>
          </w:p>
          <w:p w14:paraId="48B0FA1D" w14:textId="77777777" w:rsidR="00281EA7" w:rsidRPr="00291DA9" w:rsidRDefault="00281EA7" w:rsidP="00281EA7">
            <w:pPr>
              <w:pStyle w:val="TableText"/>
              <w:spacing w:after="40"/>
              <w:rPr>
                <w:rFonts w:cs="Times New Roman"/>
                <w:lang w:val="ru-RU"/>
              </w:rPr>
            </w:pPr>
            <w:r w:rsidRPr="00291DA9">
              <w:rPr>
                <w:rFonts w:cs="Times New Roman"/>
                <w:lang w:val="ru-RU"/>
              </w:rPr>
              <w:t>4) После загрузки проверить значение параметра драйвера:</w:t>
            </w:r>
            <w:r w:rsidRPr="00291DA9">
              <w:rPr>
                <w:rFonts w:cs="Times New Roman"/>
                <w:lang w:val="ru-RU"/>
              </w:rPr>
              <w:br/>
            </w:r>
          </w:p>
          <w:p w14:paraId="487800B4"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 cat /sys/module/qla2xxx/parameters/ql2xmaxqdepth</w:t>
            </w:r>
          </w:p>
          <w:p w14:paraId="3EBFCEE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5) В случае проблем с загрузкой восстановить предыдущий </w:t>
            </w:r>
            <w:r w:rsidRPr="00291DA9">
              <w:rPr>
                <w:rFonts w:cs="Times New Roman"/>
              </w:rPr>
              <w:t>initramfs</w:t>
            </w:r>
            <w:r w:rsidRPr="00291DA9">
              <w:rPr>
                <w:rFonts w:cs="Times New Roman"/>
                <w:lang w:val="ru-RU"/>
              </w:rPr>
              <w:t xml:space="preserve"> из резервной копии:</w:t>
            </w:r>
            <w:r w:rsidRPr="00291DA9">
              <w:rPr>
                <w:rFonts w:cs="Times New Roman"/>
                <w:lang w:val="ru-RU"/>
              </w:rPr>
              <w:br/>
            </w:r>
          </w:p>
          <w:p w14:paraId="5F70979B"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 cp -p /boot/initramfs-$(uname -r).img.sav /boot/initramfs-$(uname -r).img</w:t>
            </w:r>
          </w:p>
        </w:tc>
        <w:tc>
          <w:tcPr>
            <w:tcW w:w="1268" w:type="pct"/>
          </w:tcPr>
          <w:p w14:paraId="7D74F789" w14:textId="77777777" w:rsidR="00281EA7" w:rsidRPr="00291DA9" w:rsidRDefault="00281EA7" w:rsidP="00281EA7">
            <w:pPr>
              <w:pStyle w:val="TableText"/>
              <w:spacing w:after="40"/>
              <w:rPr>
                <w:rFonts w:cs="Times New Roman"/>
                <w:lang w:val="ru-RU"/>
              </w:rPr>
            </w:pPr>
            <w:r w:rsidRPr="00291DA9">
              <w:rPr>
                <w:rFonts w:cs="Times New Roman"/>
                <w:lang w:val="ru-RU"/>
              </w:rPr>
              <w:t>Испытание считается успешным, если одновременно выполнены условия:</w:t>
            </w:r>
            <w:r w:rsidRPr="00291DA9">
              <w:rPr>
                <w:rFonts w:cs="Times New Roman"/>
                <w:lang w:val="ru-RU"/>
              </w:rPr>
              <w:br/>
            </w:r>
          </w:p>
          <w:p w14:paraId="0B4947FF"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1) Конфигурационные файлы </w:t>
            </w:r>
            <w:r w:rsidRPr="00291DA9">
              <w:rPr>
                <w:rFonts w:cs="Times New Roman"/>
              </w:rPr>
              <w:t>qla</w:t>
            </w:r>
            <w:r w:rsidRPr="00291DA9">
              <w:rPr>
                <w:rFonts w:cs="Times New Roman"/>
                <w:lang w:val="ru-RU"/>
              </w:rPr>
              <w:t>2</w:t>
            </w:r>
            <w:r w:rsidRPr="00291DA9">
              <w:rPr>
                <w:rFonts w:cs="Times New Roman"/>
              </w:rPr>
              <w:t>xxx</w:t>
            </w:r>
            <w:r w:rsidRPr="00291DA9">
              <w:rPr>
                <w:rFonts w:cs="Times New Roman"/>
                <w:lang w:val="ru-RU"/>
              </w:rPr>
              <w:t xml:space="preserve"> созданы и содержат параметр </w:t>
            </w:r>
          </w:p>
          <w:p w14:paraId="155BB39E" w14:textId="77777777" w:rsidR="00281EA7" w:rsidRPr="00291DA9" w:rsidRDefault="00281EA7" w:rsidP="00281EA7">
            <w:pPr>
              <w:pStyle w:val="TableText"/>
              <w:spacing w:after="40"/>
              <w:rPr>
                <w:rFonts w:cs="Times New Roman"/>
                <w:lang w:val="ru-RU"/>
              </w:rPr>
            </w:pPr>
            <w:r w:rsidRPr="00291DA9">
              <w:rPr>
                <w:rFonts w:eastAsia="Consolas" w:cs="Times New Roman"/>
              </w:rPr>
              <w:t>ql</w:t>
            </w:r>
            <w:r w:rsidRPr="00291DA9">
              <w:rPr>
                <w:rFonts w:eastAsia="Consolas" w:cs="Times New Roman"/>
                <w:lang w:val="ru-RU"/>
              </w:rPr>
              <w:t>2</w:t>
            </w:r>
            <w:r w:rsidRPr="00291DA9">
              <w:rPr>
                <w:rFonts w:eastAsia="Consolas" w:cs="Times New Roman"/>
              </w:rPr>
              <w:t>xmaxqdepth</w:t>
            </w:r>
            <w:r w:rsidRPr="00291DA9">
              <w:rPr>
                <w:rFonts w:eastAsia="Consolas" w:cs="Times New Roman"/>
                <w:lang w:val="ru-RU"/>
              </w:rPr>
              <w:t>=256</w:t>
            </w:r>
          </w:p>
          <w:p w14:paraId="7A066DCA" w14:textId="77777777" w:rsidR="00281EA7" w:rsidRPr="00291DA9" w:rsidRDefault="00281EA7" w:rsidP="00281EA7">
            <w:pPr>
              <w:pStyle w:val="TableText"/>
              <w:spacing w:after="40"/>
              <w:rPr>
                <w:rFonts w:cs="Times New Roman"/>
                <w:lang w:val="ru-RU"/>
              </w:rPr>
            </w:pPr>
            <w:r w:rsidRPr="00291DA9">
              <w:rPr>
                <w:rFonts w:cs="Times New Roman"/>
                <w:lang w:val="ru-RU"/>
              </w:rPr>
              <w:t>.</w:t>
            </w:r>
            <w:r w:rsidRPr="00291DA9">
              <w:rPr>
                <w:rFonts w:cs="Times New Roman"/>
                <w:lang w:val="ru-RU"/>
              </w:rPr>
              <w:br/>
            </w:r>
          </w:p>
          <w:p w14:paraId="63AEE3D4"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Резервная копия </w:t>
            </w:r>
            <w:r w:rsidRPr="00291DA9">
              <w:rPr>
                <w:rFonts w:cs="Times New Roman"/>
              </w:rPr>
              <w:t>initramfs</w:t>
            </w:r>
            <w:r w:rsidRPr="00291DA9">
              <w:rPr>
                <w:rFonts w:cs="Times New Roman"/>
                <w:lang w:val="ru-RU"/>
              </w:rPr>
              <w:t xml:space="preserve"> сохранена с расширением </w:t>
            </w:r>
          </w:p>
          <w:p w14:paraId="47672930" w14:textId="77777777" w:rsidR="00281EA7" w:rsidRPr="00291DA9" w:rsidRDefault="00281EA7" w:rsidP="00281EA7">
            <w:pPr>
              <w:pStyle w:val="TableText"/>
              <w:spacing w:after="40"/>
              <w:rPr>
                <w:rFonts w:cs="Times New Roman"/>
                <w:lang w:val="ru-RU"/>
              </w:rPr>
            </w:pPr>
            <w:proofErr w:type="gramStart"/>
            <w:r w:rsidRPr="00291DA9">
              <w:rPr>
                <w:rFonts w:eastAsia="Consolas" w:cs="Times New Roman"/>
                <w:lang w:val="ru-RU"/>
              </w:rPr>
              <w:t>.</w:t>
            </w:r>
            <w:r w:rsidRPr="00291DA9">
              <w:rPr>
                <w:rFonts w:eastAsia="Consolas" w:cs="Times New Roman"/>
              </w:rPr>
              <w:t>sav</w:t>
            </w:r>
            <w:proofErr w:type="gramEnd"/>
          </w:p>
          <w:p w14:paraId="5BA3E2DD"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перегенерация </w:t>
            </w:r>
            <w:r w:rsidRPr="00291DA9">
              <w:rPr>
                <w:rFonts w:cs="Times New Roman"/>
              </w:rPr>
              <w:t>initramfs</w:t>
            </w:r>
            <w:r w:rsidRPr="00291DA9">
              <w:rPr>
                <w:rFonts w:cs="Times New Roman"/>
                <w:lang w:val="ru-RU"/>
              </w:rPr>
              <w:t xml:space="preserve"> завершена без ошибок; новый </w:t>
            </w:r>
            <w:r w:rsidRPr="00291DA9">
              <w:rPr>
                <w:rFonts w:cs="Times New Roman"/>
              </w:rPr>
              <w:t>initramfs</w:t>
            </w:r>
            <w:r w:rsidRPr="00291DA9">
              <w:rPr>
                <w:rFonts w:cs="Times New Roman"/>
                <w:lang w:val="ru-RU"/>
              </w:rPr>
              <w:t xml:space="preserve"> скопирован в </w:t>
            </w:r>
          </w:p>
          <w:p w14:paraId="39431C9D" w14:textId="77777777" w:rsidR="00281EA7" w:rsidRPr="00291DA9" w:rsidRDefault="00281EA7" w:rsidP="00281EA7">
            <w:pPr>
              <w:pStyle w:val="TableText"/>
              <w:spacing w:after="40"/>
              <w:rPr>
                <w:rFonts w:cs="Times New Roman"/>
                <w:lang w:val="ru-RU"/>
              </w:rPr>
            </w:pPr>
            <w:r w:rsidRPr="00291DA9">
              <w:rPr>
                <w:rFonts w:eastAsia="Consolas" w:cs="Times New Roman"/>
                <w:lang w:val="ru-RU"/>
              </w:rPr>
              <w:t>/</w:t>
            </w:r>
            <w:r w:rsidRPr="00291DA9">
              <w:rPr>
                <w:rFonts w:eastAsia="Consolas" w:cs="Times New Roman"/>
              </w:rPr>
              <w:t>boot</w:t>
            </w:r>
          </w:p>
          <w:p w14:paraId="5EAD9531" w14:textId="77777777" w:rsidR="00281EA7" w:rsidRPr="00291DA9" w:rsidRDefault="00281EA7" w:rsidP="00281EA7">
            <w:pPr>
              <w:pStyle w:val="TableText"/>
              <w:spacing w:after="40"/>
              <w:rPr>
                <w:rFonts w:cs="Times New Roman"/>
                <w:lang w:val="ru-RU"/>
              </w:rPr>
            </w:pPr>
            <w:r w:rsidRPr="00291DA9">
              <w:rPr>
                <w:rFonts w:cs="Times New Roman"/>
                <w:lang w:val="ru-RU"/>
              </w:rPr>
              <w:t>.</w:t>
            </w:r>
            <w:r w:rsidRPr="00291DA9">
              <w:rPr>
                <w:rFonts w:cs="Times New Roman"/>
                <w:lang w:val="ru-RU"/>
              </w:rPr>
              <w:br/>
            </w:r>
          </w:p>
          <w:p w14:paraId="444150B1"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3) После перезагрузки сервер штатно загружается, активный параметр драйвера равен 256 либо применён согласованный эквивалент для другого </w:t>
            </w:r>
            <w:r w:rsidRPr="00291DA9">
              <w:rPr>
                <w:rFonts w:cs="Times New Roman"/>
              </w:rPr>
              <w:t>HBA</w:t>
            </w:r>
            <w:r w:rsidRPr="00291DA9">
              <w:rPr>
                <w:rFonts w:cs="Times New Roman"/>
                <w:lang w:val="ru-RU"/>
              </w:rPr>
              <w:t>.</w:t>
            </w:r>
            <w:r w:rsidRPr="00291DA9">
              <w:rPr>
                <w:rFonts w:cs="Times New Roman"/>
                <w:lang w:val="ru-RU"/>
              </w:rPr>
              <w:br/>
            </w:r>
          </w:p>
          <w:p w14:paraId="18C1729D" w14:textId="77777777" w:rsidR="00281EA7" w:rsidRPr="00291DA9" w:rsidRDefault="00281EA7" w:rsidP="00281EA7">
            <w:pPr>
              <w:pStyle w:val="TableText"/>
              <w:spacing w:after="40"/>
              <w:rPr>
                <w:rFonts w:cs="Times New Roman"/>
                <w:lang w:val="ru-RU"/>
              </w:rPr>
            </w:pPr>
            <w:r w:rsidRPr="00291DA9">
              <w:rPr>
                <w:rFonts w:cs="Times New Roman"/>
                <w:lang w:val="ru-RU"/>
              </w:rPr>
              <w:t>Примеры допустимых фрагментов вывода:</w:t>
            </w:r>
            <w:r w:rsidRPr="00291DA9">
              <w:rPr>
                <w:rFonts w:cs="Times New Roman"/>
                <w:lang w:val="ru-RU"/>
              </w:rPr>
              <w:br/>
            </w:r>
          </w:p>
          <w:p w14:paraId="5056C27B" w14:textId="77777777" w:rsidR="00281EA7" w:rsidRPr="00291DA9" w:rsidRDefault="00281EA7" w:rsidP="00281EA7">
            <w:pPr>
              <w:pStyle w:val="TableText"/>
              <w:spacing w:after="40"/>
              <w:rPr>
                <w:rFonts w:cs="Times New Roman"/>
                <w:lang w:val="ru-RU"/>
              </w:rPr>
            </w:pPr>
            <w:r w:rsidRPr="00291DA9">
              <w:rPr>
                <w:rFonts w:eastAsia="Consolas" w:cs="Times New Roman"/>
              </w:rPr>
              <w:t>options</w:t>
            </w:r>
            <w:r w:rsidRPr="00291DA9">
              <w:rPr>
                <w:rFonts w:eastAsia="Consolas" w:cs="Times New Roman"/>
                <w:lang w:val="ru-RU"/>
              </w:rPr>
              <w:t xml:space="preserve"> </w:t>
            </w:r>
            <w:r w:rsidRPr="00291DA9">
              <w:rPr>
                <w:rFonts w:eastAsia="Consolas" w:cs="Times New Roman"/>
              </w:rPr>
              <w:t>qla</w:t>
            </w:r>
            <w:r w:rsidRPr="00291DA9">
              <w:rPr>
                <w:rFonts w:eastAsia="Consolas" w:cs="Times New Roman"/>
                <w:lang w:val="ru-RU"/>
              </w:rPr>
              <w:t>2</w:t>
            </w:r>
            <w:r w:rsidRPr="00291DA9">
              <w:rPr>
                <w:rFonts w:eastAsia="Consolas" w:cs="Times New Roman"/>
              </w:rPr>
              <w:t>xxx</w:t>
            </w:r>
            <w:r w:rsidRPr="00291DA9">
              <w:rPr>
                <w:rFonts w:eastAsia="Consolas" w:cs="Times New Roman"/>
                <w:lang w:val="ru-RU"/>
              </w:rPr>
              <w:t xml:space="preserve"> </w:t>
            </w:r>
            <w:r w:rsidRPr="00291DA9">
              <w:rPr>
                <w:rFonts w:eastAsia="Consolas" w:cs="Times New Roman"/>
              </w:rPr>
              <w:t>ql</w:t>
            </w:r>
            <w:r w:rsidRPr="00291DA9">
              <w:rPr>
                <w:rFonts w:eastAsia="Consolas" w:cs="Times New Roman"/>
                <w:lang w:val="ru-RU"/>
              </w:rPr>
              <w:t>2</w:t>
            </w:r>
            <w:r w:rsidRPr="00291DA9">
              <w:rPr>
                <w:rFonts w:eastAsia="Consolas" w:cs="Times New Roman"/>
              </w:rPr>
              <w:t>xmaxqdepth</w:t>
            </w:r>
            <w:r w:rsidRPr="00291DA9">
              <w:rPr>
                <w:rFonts w:eastAsia="Consolas" w:cs="Times New Roman"/>
                <w:lang w:val="ru-RU"/>
              </w:rPr>
              <w:t>=256</w:t>
            </w:r>
            <w:r w:rsidRPr="00291DA9">
              <w:rPr>
                <w:rFonts w:cs="Times New Roman"/>
                <w:lang w:val="ru-RU"/>
              </w:rPr>
              <w:br/>
            </w:r>
          </w:p>
          <w:p w14:paraId="2B6FD388" w14:textId="77777777" w:rsidR="00281EA7" w:rsidRPr="00291DA9" w:rsidRDefault="00281EA7" w:rsidP="00281EA7">
            <w:pPr>
              <w:pStyle w:val="TableText"/>
              <w:spacing w:after="40"/>
              <w:rPr>
                <w:rFonts w:cs="Times New Roman"/>
              </w:rPr>
            </w:pPr>
            <w:r w:rsidRPr="00291DA9">
              <w:rPr>
                <w:rFonts w:eastAsia="Consolas" w:cs="Times New Roman"/>
              </w:rPr>
              <w:t>cat /sys/module/qla2xxx/parameters/ql2xmaxqdepth -&gt; 256</w:t>
            </w:r>
          </w:p>
        </w:tc>
      </w:tr>
      <w:tr w:rsidR="00281EA7" w:rsidRPr="00D31521" w14:paraId="7543C49B" w14:textId="77777777" w:rsidTr="00281EA7">
        <w:trPr>
          <w:jc w:val="center"/>
        </w:trPr>
        <w:tc>
          <w:tcPr>
            <w:tcW w:w="201" w:type="pct"/>
          </w:tcPr>
          <w:p w14:paraId="7B9B1B43" w14:textId="77777777" w:rsidR="00281EA7" w:rsidRPr="00291DA9" w:rsidRDefault="00281EA7" w:rsidP="00281EA7">
            <w:pPr>
              <w:pStyle w:val="TableText"/>
              <w:spacing w:after="40"/>
              <w:rPr>
                <w:rFonts w:cs="Times New Roman"/>
              </w:rPr>
            </w:pPr>
            <w:r w:rsidRPr="00291DA9">
              <w:rPr>
                <w:rFonts w:cs="Times New Roman"/>
              </w:rPr>
              <w:t>4</w:t>
            </w:r>
          </w:p>
        </w:tc>
        <w:tc>
          <w:tcPr>
            <w:tcW w:w="573" w:type="pct"/>
          </w:tcPr>
          <w:p w14:paraId="0871D640" w14:textId="77777777" w:rsidR="00281EA7" w:rsidRPr="00291DA9" w:rsidRDefault="00281EA7" w:rsidP="00281EA7">
            <w:pPr>
              <w:pStyle w:val="TableText"/>
              <w:spacing w:after="40"/>
              <w:rPr>
                <w:rFonts w:cs="Times New Roman"/>
              </w:rPr>
            </w:pPr>
            <w:r w:rsidRPr="00291DA9">
              <w:rPr>
                <w:rFonts w:cs="Times New Roman"/>
              </w:rPr>
              <w:t>Настройка ОС хостов</w:t>
            </w:r>
          </w:p>
        </w:tc>
        <w:tc>
          <w:tcPr>
            <w:tcW w:w="604" w:type="pct"/>
          </w:tcPr>
          <w:p w14:paraId="123500F0"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Базовый тюнинг блочного стека </w:t>
            </w:r>
            <w:r w:rsidRPr="00291DA9">
              <w:rPr>
                <w:rFonts w:cs="Times New Roman"/>
              </w:rPr>
              <w:t>Linux</w:t>
            </w:r>
            <w:r w:rsidRPr="00291DA9">
              <w:rPr>
                <w:rFonts w:cs="Times New Roman"/>
                <w:lang w:val="ru-RU"/>
              </w:rPr>
              <w:t xml:space="preserve"> и </w:t>
            </w:r>
            <w:r w:rsidRPr="00291DA9">
              <w:rPr>
                <w:rFonts w:cs="Times New Roman"/>
              </w:rPr>
              <w:t>multipath</w:t>
            </w:r>
          </w:p>
        </w:tc>
        <w:tc>
          <w:tcPr>
            <w:tcW w:w="1086" w:type="pct"/>
          </w:tcPr>
          <w:p w14:paraId="1671A6B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Для </w:t>
            </w:r>
            <w:r w:rsidRPr="00291DA9">
              <w:rPr>
                <w:rFonts w:cs="Times New Roman"/>
              </w:rPr>
              <w:t>FC</w:t>
            </w:r>
            <w:r w:rsidRPr="00291DA9">
              <w:rPr>
                <w:rFonts w:cs="Times New Roman"/>
                <w:lang w:val="ru-RU"/>
              </w:rPr>
              <w:t xml:space="preserve"> </w:t>
            </w:r>
            <w:r w:rsidRPr="00291DA9">
              <w:rPr>
                <w:rFonts w:cs="Times New Roman"/>
              </w:rPr>
              <w:t>LUN</w:t>
            </w:r>
            <w:r w:rsidRPr="00291DA9">
              <w:rPr>
                <w:rFonts w:cs="Times New Roman"/>
                <w:lang w:val="ru-RU"/>
              </w:rPr>
              <w:t xml:space="preserve"> применяются два разных уровня настроек: через </w:t>
            </w:r>
            <w:r w:rsidRPr="00291DA9">
              <w:rPr>
                <w:rFonts w:cs="Times New Roman"/>
              </w:rPr>
              <w:t>udev</w:t>
            </w:r>
            <w:r w:rsidRPr="00291DA9">
              <w:rPr>
                <w:rFonts w:cs="Times New Roman"/>
                <w:lang w:val="ru-RU"/>
              </w:rPr>
              <w:t xml:space="preserve"> задаётся </w:t>
            </w:r>
            <w:r w:rsidRPr="00291DA9">
              <w:rPr>
                <w:rFonts w:cs="Times New Roman"/>
              </w:rPr>
              <w:t>SCSI</w:t>
            </w:r>
            <w:r w:rsidRPr="00291DA9">
              <w:rPr>
                <w:rFonts w:cs="Times New Roman"/>
                <w:lang w:val="ru-RU"/>
              </w:rPr>
              <w:t xml:space="preserve"> </w:t>
            </w:r>
            <w:r w:rsidRPr="00291DA9">
              <w:rPr>
                <w:rFonts w:cs="Times New Roman"/>
              </w:rPr>
              <w:t>device</w:t>
            </w:r>
            <w:r w:rsidRPr="00291DA9">
              <w:rPr>
                <w:rFonts w:cs="Times New Roman"/>
                <w:lang w:val="ru-RU"/>
              </w:rPr>
              <w:t xml:space="preserve"> </w:t>
            </w:r>
            <w:r w:rsidRPr="00291DA9">
              <w:rPr>
                <w:rFonts w:cs="Times New Roman"/>
              </w:rPr>
              <w:t>timeout</w:t>
            </w:r>
            <w:r w:rsidRPr="00291DA9">
              <w:rPr>
                <w:rFonts w:cs="Times New Roman"/>
                <w:lang w:val="ru-RU"/>
              </w:rPr>
              <w:t xml:space="preserve"> 120 с для нижележащих устройств тестовых </w:t>
            </w:r>
            <w:r w:rsidRPr="00291DA9">
              <w:rPr>
                <w:rFonts w:cs="Times New Roman"/>
              </w:rPr>
              <w:t>LUN</w:t>
            </w:r>
            <w:r w:rsidRPr="00291DA9">
              <w:rPr>
                <w:rFonts w:cs="Times New Roman"/>
                <w:lang w:val="ru-RU"/>
              </w:rPr>
              <w:t xml:space="preserve">; через </w:t>
            </w:r>
            <w:r w:rsidRPr="00291DA9">
              <w:rPr>
                <w:rFonts w:cs="Times New Roman"/>
              </w:rPr>
              <w:t>multipath</w:t>
            </w:r>
            <w:r w:rsidRPr="00291DA9">
              <w:rPr>
                <w:rFonts w:cs="Times New Roman"/>
                <w:lang w:val="ru-RU"/>
              </w:rPr>
              <w:t xml:space="preserve"> задаётся обязательная для ПМИ политика выбора путей </w:t>
            </w:r>
          </w:p>
          <w:p w14:paraId="2114B449" w14:textId="77777777" w:rsidR="00281EA7" w:rsidRPr="00291DA9" w:rsidRDefault="00281EA7" w:rsidP="00281EA7">
            <w:pPr>
              <w:pStyle w:val="TableText"/>
              <w:spacing w:after="40"/>
              <w:rPr>
                <w:rFonts w:cs="Times New Roman"/>
              </w:rPr>
            </w:pPr>
            <w:r w:rsidRPr="00291DA9">
              <w:rPr>
                <w:rFonts w:eastAsia="Consolas" w:cs="Times New Roman"/>
              </w:rPr>
              <w:t>path_selector "round-robin 0"</w:t>
            </w:r>
          </w:p>
          <w:p w14:paraId="32552225" w14:textId="77777777" w:rsidR="00281EA7" w:rsidRPr="00291DA9" w:rsidRDefault="00281EA7" w:rsidP="00281EA7">
            <w:pPr>
              <w:pStyle w:val="TableText"/>
              <w:spacing w:after="40"/>
              <w:rPr>
                <w:rFonts w:cs="Times New Roman"/>
              </w:rPr>
            </w:pPr>
            <w:r w:rsidRPr="00291DA9">
              <w:rPr>
                <w:rFonts w:cs="Times New Roman"/>
              </w:rPr>
              <w:t xml:space="preserve">. Параметр </w:t>
            </w:r>
          </w:p>
          <w:p w14:paraId="070BC62D" w14:textId="77777777" w:rsidR="00281EA7" w:rsidRPr="00291DA9" w:rsidRDefault="00281EA7" w:rsidP="00281EA7">
            <w:pPr>
              <w:pStyle w:val="TableText"/>
              <w:spacing w:after="40"/>
              <w:rPr>
                <w:rFonts w:cs="Times New Roman"/>
              </w:rPr>
            </w:pPr>
            <w:r w:rsidRPr="00291DA9">
              <w:rPr>
                <w:rFonts w:eastAsia="Consolas" w:cs="Times New Roman"/>
              </w:rPr>
              <w:t>scheduler=none</w:t>
            </w:r>
          </w:p>
          <w:p w14:paraId="69BE72EE" w14:textId="77777777" w:rsidR="00281EA7" w:rsidRPr="00291DA9" w:rsidRDefault="00281EA7" w:rsidP="00281EA7">
            <w:pPr>
              <w:pStyle w:val="TableText"/>
              <w:spacing w:after="40"/>
              <w:rPr>
                <w:rFonts w:cs="Times New Roman"/>
                <w:lang w:val="ru-RU"/>
              </w:rPr>
            </w:pPr>
            <w:r w:rsidRPr="00291DA9">
              <w:rPr>
                <w:rFonts w:cs="Times New Roman"/>
              </w:rPr>
              <w:lastRenderedPageBreak/>
              <w:t xml:space="preserve"> </w:t>
            </w:r>
            <w:r w:rsidRPr="00291DA9">
              <w:rPr>
                <w:rFonts w:cs="Times New Roman"/>
                <w:lang w:val="ru-RU"/>
              </w:rPr>
              <w:t xml:space="preserve">не является параметром </w:t>
            </w:r>
            <w:r w:rsidRPr="00291DA9">
              <w:rPr>
                <w:rFonts w:cs="Times New Roman"/>
              </w:rPr>
              <w:t>multipath</w:t>
            </w:r>
            <w:r w:rsidRPr="00291DA9">
              <w:rPr>
                <w:rFonts w:cs="Times New Roman"/>
                <w:lang w:val="ru-RU"/>
              </w:rPr>
              <w:t xml:space="preserve">-конфигурации: при необходимости он задаётся отдельным </w:t>
            </w:r>
            <w:r w:rsidRPr="00291DA9">
              <w:rPr>
                <w:rFonts w:cs="Times New Roman"/>
              </w:rPr>
              <w:t>udev</w:t>
            </w:r>
            <w:r w:rsidRPr="00291DA9">
              <w:rPr>
                <w:rFonts w:cs="Times New Roman"/>
                <w:lang w:val="ru-RU"/>
              </w:rPr>
              <w:t xml:space="preserve">-правилом для нижележащих </w:t>
            </w:r>
          </w:p>
          <w:p w14:paraId="4A4BF259" w14:textId="77777777" w:rsidR="00281EA7" w:rsidRPr="00291DA9" w:rsidRDefault="00281EA7" w:rsidP="00281EA7">
            <w:pPr>
              <w:pStyle w:val="TableText"/>
              <w:spacing w:after="40"/>
              <w:rPr>
                <w:rFonts w:cs="Times New Roman"/>
                <w:lang w:val="ru-RU"/>
              </w:rPr>
            </w:pPr>
            <w:r w:rsidRPr="00291DA9">
              <w:rPr>
                <w:rFonts w:eastAsia="Consolas" w:cs="Times New Roman"/>
              </w:rPr>
              <w:t>sd</w:t>
            </w:r>
            <w:r w:rsidRPr="00291DA9">
              <w:rPr>
                <w:rFonts w:eastAsia="Consolas" w:cs="Times New Roman"/>
                <w:lang w:val="ru-RU"/>
              </w:rPr>
              <w:t>*</w:t>
            </w:r>
          </w:p>
          <w:p w14:paraId="5E9D0AA9"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и/или </w:t>
            </w:r>
          </w:p>
          <w:p w14:paraId="49AED66D" w14:textId="77777777" w:rsidR="00281EA7" w:rsidRPr="00291DA9" w:rsidRDefault="00281EA7" w:rsidP="00281EA7">
            <w:pPr>
              <w:pStyle w:val="TableText"/>
              <w:spacing w:after="40"/>
              <w:rPr>
                <w:rFonts w:cs="Times New Roman"/>
                <w:lang w:val="ru-RU"/>
              </w:rPr>
            </w:pPr>
            <w:r w:rsidRPr="00291DA9">
              <w:rPr>
                <w:rFonts w:eastAsia="Consolas" w:cs="Times New Roman"/>
              </w:rPr>
              <w:t>dm</w:t>
            </w:r>
            <w:r w:rsidRPr="00291DA9">
              <w:rPr>
                <w:rFonts w:eastAsia="Consolas" w:cs="Times New Roman"/>
                <w:lang w:val="ru-RU"/>
              </w:rPr>
              <w:t>-*</w:t>
            </w:r>
          </w:p>
          <w:p w14:paraId="5364F60D"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устройств и фиксируется как применённая настройка ОС, но не является самостоятельным критерием подтверждения </w:t>
            </w:r>
            <w:r w:rsidRPr="00291DA9">
              <w:rPr>
                <w:rFonts w:cs="Times New Roman"/>
              </w:rPr>
              <w:t>SLUA</w:t>
            </w:r>
            <w:r w:rsidRPr="00291DA9">
              <w:rPr>
                <w:rFonts w:cs="Times New Roman"/>
                <w:lang w:val="ru-RU"/>
              </w:rPr>
              <w:t>.</w:t>
            </w:r>
          </w:p>
          <w:p w14:paraId="6340447C"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Остальные параметры </w:t>
            </w:r>
            <w:r w:rsidRPr="00291DA9">
              <w:rPr>
                <w:rFonts w:cs="Times New Roman"/>
              </w:rPr>
              <w:t>multipath</w:t>
            </w:r>
            <w:r w:rsidRPr="00291DA9">
              <w:rPr>
                <w:rFonts w:cs="Times New Roman"/>
                <w:lang w:val="ru-RU"/>
              </w:rPr>
              <w:t xml:space="preserve"> применяются по рекомендации производителя СХД и фиксируются в материалах испытаний.</w:t>
            </w:r>
          </w:p>
        </w:tc>
        <w:tc>
          <w:tcPr>
            <w:tcW w:w="1268" w:type="pct"/>
          </w:tcPr>
          <w:p w14:paraId="33903B3D" w14:textId="77777777" w:rsidR="00281EA7" w:rsidRPr="00291DA9" w:rsidRDefault="00281EA7" w:rsidP="00281EA7">
            <w:pPr>
              <w:pStyle w:val="TableText"/>
              <w:spacing w:after="40"/>
              <w:rPr>
                <w:rFonts w:cs="Times New Roman"/>
                <w:lang w:val="ru-RU"/>
              </w:rPr>
            </w:pPr>
            <w:r w:rsidRPr="00291DA9">
              <w:rPr>
                <w:rFonts w:cs="Times New Roman"/>
                <w:lang w:val="ru-RU"/>
              </w:rPr>
              <w:lastRenderedPageBreak/>
              <w:t xml:space="preserve">1) На каждом сервере сначала создать и применить </w:t>
            </w:r>
            <w:r w:rsidRPr="00291DA9">
              <w:rPr>
                <w:rFonts w:cs="Times New Roman"/>
              </w:rPr>
              <w:t>udev</w:t>
            </w:r>
            <w:r w:rsidRPr="00291DA9">
              <w:rPr>
                <w:rFonts w:cs="Times New Roman"/>
                <w:lang w:val="ru-RU"/>
              </w:rPr>
              <w:t xml:space="preserve">-правило согласно разделу 7.0.1. Обязательная часть </w:t>
            </w:r>
            <w:r w:rsidRPr="00291DA9">
              <w:rPr>
                <w:rFonts w:cs="Times New Roman"/>
              </w:rPr>
              <w:t>udev</w:t>
            </w:r>
            <w:r w:rsidRPr="00291DA9">
              <w:rPr>
                <w:rFonts w:cs="Times New Roman"/>
                <w:lang w:val="ru-RU"/>
              </w:rPr>
              <w:t xml:space="preserve">-настройки — </w:t>
            </w:r>
          </w:p>
          <w:p w14:paraId="3F3D661B" w14:textId="77777777" w:rsidR="00281EA7" w:rsidRPr="00291DA9" w:rsidRDefault="00281EA7" w:rsidP="00281EA7">
            <w:pPr>
              <w:pStyle w:val="TableText"/>
              <w:spacing w:after="40"/>
              <w:rPr>
                <w:rFonts w:cs="Times New Roman"/>
                <w:lang w:val="ru-RU"/>
              </w:rPr>
            </w:pPr>
            <w:r w:rsidRPr="00291DA9">
              <w:rPr>
                <w:rFonts w:eastAsia="Consolas" w:cs="Times New Roman"/>
              </w:rPr>
              <w:t>device</w:t>
            </w:r>
            <w:r w:rsidRPr="00291DA9">
              <w:rPr>
                <w:rFonts w:eastAsia="Consolas" w:cs="Times New Roman"/>
                <w:lang w:val="ru-RU"/>
              </w:rPr>
              <w:t>/</w:t>
            </w:r>
            <w:r w:rsidRPr="00291DA9">
              <w:rPr>
                <w:rFonts w:eastAsia="Consolas" w:cs="Times New Roman"/>
              </w:rPr>
              <w:t>timeout</w:t>
            </w:r>
            <w:r w:rsidRPr="00291DA9">
              <w:rPr>
                <w:rFonts w:eastAsia="Consolas" w:cs="Times New Roman"/>
                <w:lang w:val="ru-RU"/>
              </w:rPr>
              <w:t>=120</w:t>
            </w:r>
          </w:p>
          <w:p w14:paraId="3182F69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для нижележащих устройств тестовых </w:t>
            </w:r>
            <w:r w:rsidRPr="00291DA9">
              <w:rPr>
                <w:rFonts w:cs="Times New Roman"/>
              </w:rPr>
              <w:t>LUN</w:t>
            </w:r>
            <w:r w:rsidRPr="00291DA9">
              <w:rPr>
                <w:rFonts w:cs="Times New Roman"/>
                <w:lang w:val="ru-RU"/>
              </w:rPr>
              <w:t xml:space="preserve">; настройка </w:t>
            </w:r>
          </w:p>
          <w:p w14:paraId="083A13F0" w14:textId="77777777" w:rsidR="00281EA7" w:rsidRPr="00291DA9" w:rsidRDefault="00281EA7" w:rsidP="00281EA7">
            <w:pPr>
              <w:pStyle w:val="TableText"/>
              <w:spacing w:after="40"/>
              <w:rPr>
                <w:rFonts w:cs="Times New Roman"/>
                <w:lang w:val="ru-RU"/>
              </w:rPr>
            </w:pPr>
            <w:r w:rsidRPr="00291DA9">
              <w:rPr>
                <w:rFonts w:eastAsia="Consolas" w:cs="Times New Roman"/>
              </w:rPr>
              <w:t>scheduler</w:t>
            </w:r>
            <w:r w:rsidRPr="00291DA9">
              <w:rPr>
                <w:rFonts w:eastAsia="Consolas" w:cs="Times New Roman"/>
                <w:lang w:val="ru-RU"/>
              </w:rPr>
              <w:t>=</w:t>
            </w:r>
            <w:r w:rsidRPr="00291DA9">
              <w:rPr>
                <w:rFonts w:eastAsia="Consolas" w:cs="Times New Roman"/>
              </w:rPr>
              <w:t>none</w:t>
            </w:r>
          </w:p>
          <w:p w14:paraId="371B89F2" w14:textId="77777777" w:rsidR="00281EA7" w:rsidRPr="00291DA9" w:rsidRDefault="00281EA7" w:rsidP="00281EA7">
            <w:pPr>
              <w:pStyle w:val="TableText"/>
              <w:spacing w:after="40"/>
              <w:rPr>
                <w:rFonts w:cs="Times New Roman"/>
                <w:lang w:val="ru-RU"/>
              </w:rPr>
            </w:pPr>
            <w:r w:rsidRPr="00291DA9">
              <w:rPr>
                <w:rFonts w:cs="Times New Roman"/>
                <w:lang w:val="ru-RU"/>
              </w:rPr>
              <w:lastRenderedPageBreak/>
              <w:t xml:space="preserve"> применяется только если она согласована для стенда:</w:t>
            </w:r>
            <w:r w:rsidRPr="00291DA9">
              <w:rPr>
                <w:rFonts w:cs="Times New Roman"/>
                <w:lang w:val="ru-RU"/>
              </w:rPr>
              <w:br/>
            </w:r>
          </w:p>
          <w:p w14:paraId="3687E5C0"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 vi /etc/udev/rules.d/70-storage-slua.rules</w:t>
            </w:r>
            <w:r w:rsidRPr="00291DA9">
              <w:rPr>
                <w:rFonts w:ascii="Times New Roman" w:hAnsi="Times New Roman" w:cs="Times New Roman"/>
                <w:sz w:val="14"/>
              </w:rPr>
              <w:br/>
              <w:t># udevadm control --reload</w:t>
            </w:r>
            <w:r w:rsidRPr="00291DA9">
              <w:rPr>
                <w:rFonts w:ascii="Times New Roman" w:hAnsi="Times New Roman" w:cs="Times New Roman"/>
                <w:sz w:val="14"/>
              </w:rPr>
              <w:br/>
              <w:t># udevadm trigger</w:t>
            </w:r>
            <w:r>
              <w:rPr>
                <w:rFonts w:ascii="Times New Roman" w:hAnsi="Times New Roman" w:cs="Times New Roman"/>
                <w:sz w:val="14"/>
              </w:rPr>
              <w:t xml:space="preserve"> </w:t>
            </w:r>
            <w:r w:rsidRPr="001B5BD6">
              <w:rPr>
                <w:rFonts w:ascii="Times New Roman" w:hAnsi="Times New Roman" w:cs="Times New Roman"/>
                <w:sz w:val="14"/>
              </w:rPr>
              <w:t>-c change -s block</w:t>
            </w:r>
          </w:p>
          <w:p w14:paraId="1685D29D"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Проверить применение </w:t>
            </w:r>
            <w:r w:rsidRPr="00291DA9">
              <w:rPr>
                <w:rFonts w:cs="Times New Roman"/>
              </w:rPr>
              <w:t>udev</w:t>
            </w:r>
            <w:r w:rsidRPr="00291DA9">
              <w:rPr>
                <w:rFonts w:cs="Times New Roman"/>
                <w:lang w:val="ru-RU"/>
              </w:rPr>
              <w:t xml:space="preserve">-правила: для тестовых нижележащих устройств должен быть зафиксирован </w:t>
            </w:r>
          </w:p>
          <w:p w14:paraId="26ED9F0A" w14:textId="77777777" w:rsidR="00281EA7" w:rsidRPr="00291DA9" w:rsidRDefault="00281EA7" w:rsidP="00281EA7">
            <w:pPr>
              <w:pStyle w:val="TableText"/>
              <w:spacing w:after="40"/>
              <w:rPr>
                <w:rFonts w:cs="Times New Roman"/>
                <w:lang w:val="ru-RU"/>
              </w:rPr>
            </w:pPr>
            <w:r w:rsidRPr="00291DA9">
              <w:rPr>
                <w:rFonts w:eastAsia="Consolas" w:cs="Times New Roman"/>
              </w:rPr>
              <w:t>device</w:t>
            </w:r>
            <w:r w:rsidRPr="00291DA9">
              <w:rPr>
                <w:rFonts w:eastAsia="Consolas" w:cs="Times New Roman"/>
                <w:lang w:val="ru-RU"/>
              </w:rPr>
              <w:t>/</w:t>
            </w:r>
            <w:r w:rsidRPr="00291DA9">
              <w:rPr>
                <w:rFonts w:eastAsia="Consolas" w:cs="Times New Roman"/>
              </w:rPr>
              <w:t>timeout</w:t>
            </w:r>
            <w:r w:rsidRPr="00291DA9">
              <w:rPr>
                <w:rFonts w:eastAsia="Consolas" w:cs="Times New Roman"/>
                <w:lang w:val="ru-RU"/>
              </w:rPr>
              <w:t>=120</w:t>
            </w:r>
          </w:p>
          <w:p w14:paraId="04FAF97C"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если в </w:t>
            </w:r>
            <w:r w:rsidRPr="00291DA9">
              <w:rPr>
                <w:rFonts w:cs="Times New Roman"/>
              </w:rPr>
              <w:t>udev</w:t>
            </w:r>
            <w:r w:rsidRPr="00291DA9">
              <w:rPr>
                <w:rFonts w:cs="Times New Roman"/>
                <w:lang w:val="ru-RU"/>
              </w:rPr>
              <w:t xml:space="preserve">-правиле применялся </w:t>
            </w:r>
          </w:p>
          <w:p w14:paraId="2B41BC07" w14:textId="77777777" w:rsidR="00281EA7" w:rsidRPr="00291DA9" w:rsidRDefault="00281EA7" w:rsidP="00281EA7">
            <w:pPr>
              <w:pStyle w:val="TableText"/>
              <w:spacing w:after="40"/>
              <w:rPr>
                <w:rFonts w:cs="Times New Roman"/>
                <w:lang w:val="ru-RU"/>
              </w:rPr>
            </w:pPr>
            <w:r w:rsidRPr="00291DA9">
              <w:rPr>
                <w:rFonts w:eastAsia="Consolas" w:cs="Times New Roman"/>
              </w:rPr>
              <w:t>scheduler</w:t>
            </w:r>
            <w:r w:rsidRPr="00291DA9">
              <w:rPr>
                <w:rFonts w:eastAsia="Consolas" w:cs="Times New Roman"/>
                <w:lang w:val="ru-RU"/>
              </w:rPr>
              <w:t>=</w:t>
            </w:r>
            <w:r w:rsidRPr="00291DA9">
              <w:rPr>
                <w:rFonts w:eastAsia="Consolas" w:cs="Times New Roman"/>
              </w:rPr>
              <w:t>none</w:t>
            </w:r>
          </w:p>
          <w:p w14:paraId="13D711F1"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дополнительно фиксируется фактический </w:t>
            </w:r>
            <w:r w:rsidRPr="00291DA9">
              <w:rPr>
                <w:rFonts w:cs="Times New Roman"/>
              </w:rPr>
              <w:t>scheduler</w:t>
            </w:r>
            <w:r w:rsidRPr="00291DA9">
              <w:rPr>
                <w:rFonts w:cs="Times New Roman"/>
                <w:lang w:val="ru-RU"/>
              </w:rPr>
              <w:t>.</w:t>
            </w:r>
            <w:r w:rsidRPr="00291DA9">
              <w:rPr>
                <w:rFonts w:cs="Times New Roman"/>
                <w:lang w:val="ru-RU"/>
              </w:rPr>
              <w:br/>
            </w:r>
          </w:p>
          <w:p w14:paraId="3CD80346" w14:textId="77777777" w:rsidR="00281EA7" w:rsidRPr="001B5BD6" w:rsidRDefault="00281EA7" w:rsidP="00281EA7">
            <w:pPr>
              <w:pStyle w:val="CodeBlock"/>
              <w:rPr>
                <w:rFonts w:ascii="Times New Roman" w:hAnsi="Times New Roman" w:cs="Times New Roman"/>
                <w:sz w:val="14"/>
              </w:rPr>
            </w:pPr>
            <w:r w:rsidRPr="001B5BD6">
              <w:rPr>
                <w:rFonts w:ascii="Times New Roman" w:hAnsi="Times New Roman" w:cs="Times New Roman"/>
                <w:sz w:val="14"/>
              </w:rPr>
              <w:t># cat /sys/block/sd*/device/timeout</w:t>
            </w:r>
          </w:p>
          <w:p w14:paraId="46025B29" w14:textId="77777777" w:rsidR="00281EA7" w:rsidRPr="001B5BD6" w:rsidRDefault="00281EA7" w:rsidP="00281EA7">
            <w:pPr>
              <w:pStyle w:val="CodeBlock"/>
              <w:rPr>
                <w:rFonts w:ascii="Times New Roman" w:hAnsi="Times New Roman" w:cs="Times New Roman"/>
                <w:sz w:val="14"/>
              </w:rPr>
            </w:pPr>
            <w:r w:rsidRPr="001B5BD6">
              <w:rPr>
                <w:rFonts w:ascii="Times New Roman" w:hAnsi="Times New Roman" w:cs="Times New Roman"/>
                <w:sz w:val="14"/>
              </w:rPr>
              <w:t># cat /sys/block/sd*/queue/scheduler</w:t>
            </w:r>
          </w:p>
          <w:p w14:paraId="63701FB7" w14:textId="77777777" w:rsidR="00281EA7" w:rsidRPr="00D61DB8" w:rsidRDefault="00281EA7" w:rsidP="00281EA7">
            <w:pPr>
              <w:pStyle w:val="TableText"/>
              <w:spacing w:after="40"/>
              <w:rPr>
                <w:rFonts w:cs="Times New Roman"/>
              </w:rPr>
            </w:pPr>
            <w:r w:rsidRPr="001B5BD6">
              <w:rPr>
                <w:rFonts w:cs="Times New Roman"/>
                <w:sz w:val="14"/>
              </w:rPr>
              <w:t># cat /sys/block/dm-*/queue/scheduler</w:t>
            </w:r>
          </w:p>
          <w:p w14:paraId="5F7D97E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3) После применения </w:t>
            </w:r>
            <w:r w:rsidRPr="00291DA9">
              <w:rPr>
                <w:rFonts w:cs="Times New Roman"/>
              </w:rPr>
              <w:t>udev</w:t>
            </w:r>
            <w:r w:rsidRPr="00291DA9">
              <w:rPr>
                <w:rFonts w:cs="Times New Roman"/>
                <w:lang w:val="ru-RU"/>
              </w:rPr>
              <w:t xml:space="preserve">-правил создать </w:t>
            </w:r>
            <w:r w:rsidRPr="00291DA9">
              <w:rPr>
                <w:rFonts w:cs="Times New Roman"/>
              </w:rPr>
              <w:t>multipath</w:t>
            </w:r>
            <w:r w:rsidRPr="00291DA9">
              <w:rPr>
                <w:rFonts w:cs="Times New Roman"/>
                <w:lang w:val="ru-RU"/>
              </w:rPr>
              <w:t>-конфигурацию согласно разделу 7.0:</w:t>
            </w:r>
            <w:r w:rsidRPr="00291DA9">
              <w:rPr>
                <w:rFonts w:cs="Times New Roman"/>
                <w:lang w:val="ru-RU"/>
              </w:rPr>
              <w:br/>
            </w:r>
          </w:p>
          <w:p w14:paraId="703A673D"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 mkdir -p /etc/multipath/conf.d</w:t>
            </w:r>
            <w:r w:rsidRPr="00291DA9">
              <w:rPr>
                <w:rFonts w:ascii="Times New Roman" w:hAnsi="Times New Roman" w:cs="Times New Roman"/>
                <w:sz w:val="14"/>
              </w:rPr>
              <w:br/>
              <w:t># vi /etc/multipath/conf.d/storage-test.conf</w:t>
            </w:r>
          </w:p>
          <w:p w14:paraId="0B9790F1"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4) Убедиться, что в </w:t>
            </w:r>
            <w:r w:rsidRPr="00291DA9">
              <w:rPr>
                <w:rFonts w:cs="Times New Roman"/>
              </w:rPr>
              <w:t>multipath</w:t>
            </w:r>
            <w:r w:rsidRPr="00291DA9">
              <w:rPr>
                <w:rFonts w:cs="Times New Roman"/>
                <w:lang w:val="ru-RU"/>
              </w:rPr>
              <w:t xml:space="preserve">-конфигурации задан обязательный для ПМИ параметр </w:t>
            </w:r>
          </w:p>
          <w:p w14:paraId="50A011BE" w14:textId="77777777" w:rsidR="00281EA7" w:rsidRPr="00291DA9" w:rsidRDefault="00281EA7" w:rsidP="00281EA7">
            <w:pPr>
              <w:pStyle w:val="TableText"/>
              <w:spacing w:after="40"/>
              <w:rPr>
                <w:rFonts w:cs="Times New Roman"/>
              </w:rPr>
            </w:pPr>
            <w:r w:rsidRPr="00291DA9">
              <w:rPr>
                <w:rFonts w:eastAsia="Consolas" w:cs="Times New Roman"/>
              </w:rPr>
              <w:t>path_selector "round-robin 0"</w:t>
            </w:r>
          </w:p>
          <w:p w14:paraId="27D57599" w14:textId="77777777" w:rsidR="00281EA7" w:rsidRPr="00291DA9" w:rsidRDefault="00281EA7" w:rsidP="00281EA7">
            <w:pPr>
              <w:pStyle w:val="TableText"/>
              <w:spacing w:after="40"/>
              <w:rPr>
                <w:rFonts w:cs="Times New Roman"/>
              </w:rPr>
            </w:pPr>
            <w:r w:rsidRPr="00291DA9">
              <w:rPr>
                <w:rFonts w:cs="Times New Roman"/>
              </w:rPr>
              <w:t xml:space="preserve">. Остальные параметры, включая </w:t>
            </w:r>
          </w:p>
          <w:p w14:paraId="430D44AD" w14:textId="77777777" w:rsidR="00281EA7" w:rsidRPr="00291DA9" w:rsidRDefault="00281EA7" w:rsidP="00281EA7">
            <w:pPr>
              <w:pStyle w:val="TableText"/>
              <w:spacing w:after="40"/>
              <w:rPr>
                <w:rFonts w:cs="Times New Roman"/>
              </w:rPr>
            </w:pPr>
            <w:r w:rsidRPr="00291DA9">
              <w:rPr>
                <w:rFonts w:eastAsia="Consolas" w:cs="Times New Roman"/>
              </w:rPr>
              <w:t>path_grouping_policy</w:t>
            </w:r>
          </w:p>
          <w:p w14:paraId="6F106F5F" w14:textId="77777777" w:rsidR="00281EA7" w:rsidRPr="00291DA9" w:rsidRDefault="00281EA7" w:rsidP="00281EA7">
            <w:pPr>
              <w:pStyle w:val="TableText"/>
              <w:spacing w:after="40"/>
              <w:rPr>
                <w:rFonts w:cs="Times New Roman"/>
              </w:rPr>
            </w:pPr>
            <w:r w:rsidRPr="00291DA9">
              <w:rPr>
                <w:rFonts w:cs="Times New Roman"/>
              </w:rPr>
              <w:t xml:space="preserve">, </w:t>
            </w:r>
          </w:p>
          <w:p w14:paraId="648D7723" w14:textId="77777777" w:rsidR="00281EA7" w:rsidRPr="00291DA9" w:rsidRDefault="00281EA7" w:rsidP="00281EA7">
            <w:pPr>
              <w:pStyle w:val="TableText"/>
              <w:spacing w:after="40"/>
              <w:rPr>
                <w:rFonts w:cs="Times New Roman"/>
              </w:rPr>
            </w:pPr>
            <w:r w:rsidRPr="00291DA9">
              <w:rPr>
                <w:rFonts w:eastAsia="Consolas" w:cs="Times New Roman"/>
              </w:rPr>
              <w:t>path_checker</w:t>
            </w:r>
          </w:p>
          <w:p w14:paraId="22205BA6" w14:textId="77777777" w:rsidR="00281EA7" w:rsidRPr="00291DA9" w:rsidRDefault="00281EA7" w:rsidP="00281EA7">
            <w:pPr>
              <w:pStyle w:val="TableText"/>
              <w:spacing w:after="40"/>
              <w:rPr>
                <w:rFonts w:cs="Times New Roman"/>
              </w:rPr>
            </w:pPr>
            <w:r w:rsidRPr="00291DA9">
              <w:rPr>
                <w:rFonts w:cs="Times New Roman"/>
              </w:rPr>
              <w:t xml:space="preserve">, </w:t>
            </w:r>
          </w:p>
          <w:p w14:paraId="4E68B24A" w14:textId="77777777" w:rsidR="00281EA7" w:rsidRPr="00291DA9" w:rsidRDefault="00281EA7" w:rsidP="00281EA7">
            <w:pPr>
              <w:pStyle w:val="TableText"/>
              <w:spacing w:after="40"/>
              <w:rPr>
                <w:rFonts w:cs="Times New Roman"/>
              </w:rPr>
            </w:pPr>
            <w:r w:rsidRPr="00291DA9">
              <w:rPr>
                <w:rFonts w:eastAsia="Consolas" w:cs="Times New Roman"/>
              </w:rPr>
              <w:t>prio</w:t>
            </w:r>
          </w:p>
          <w:p w14:paraId="218CA98F" w14:textId="77777777" w:rsidR="00281EA7" w:rsidRPr="00291DA9" w:rsidRDefault="00281EA7" w:rsidP="00281EA7">
            <w:pPr>
              <w:pStyle w:val="TableText"/>
              <w:spacing w:after="40"/>
              <w:rPr>
                <w:rFonts w:cs="Times New Roman"/>
              </w:rPr>
            </w:pPr>
            <w:r w:rsidRPr="00291DA9">
              <w:rPr>
                <w:rFonts w:cs="Times New Roman"/>
              </w:rPr>
              <w:t xml:space="preserve">, </w:t>
            </w:r>
          </w:p>
          <w:p w14:paraId="2C51A346" w14:textId="77777777" w:rsidR="00281EA7" w:rsidRPr="00291DA9" w:rsidRDefault="00281EA7" w:rsidP="00281EA7">
            <w:pPr>
              <w:pStyle w:val="TableText"/>
              <w:spacing w:after="40"/>
              <w:rPr>
                <w:rFonts w:cs="Times New Roman"/>
              </w:rPr>
            </w:pPr>
            <w:r w:rsidRPr="00291DA9">
              <w:rPr>
                <w:rFonts w:eastAsia="Consolas" w:cs="Times New Roman"/>
              </w:rPr>
              <w:t>no_path_retry</w:t>
            </w:r>
          </w:p>
          <w:p w14:paraId="52F1837A" w14:textId="77777777" w:rsidR="00281EA7" w:rsidRPr="00291DA9" w:rsidRDefault="00281EA7" w:rsidP="00281EA7">
            <w:pPr>
              <w:pStyle w:val="TableText"/>
              <w:spacing w:after="40"/>
              <w:rPr>
                <w:rFonts w:cs="Times New Roman"/>
              </w:rPr>
            </w:pPr>
            <w:r w:rsidRPr="00291DA9">
              <w:rPr>
                <w:rFonts w:cs="Times New Roman"/>
              </w:rPr>
              <w:t xml:space="preserve">, </w:t>
            </w:r>
          </w:p>
          <w:p w14:paraId="164DD15D" w14:textId="77777777" w:rsidR="00281EA7" w:rsidRPr="00291DA9" w:rsidRDefault="00281EA7" w:rsidP="00281EA7">
            <w:pPr>
              <w:pStyle w:val="TableText"/>
              <w:spacing w:after="40"/>
              <w:rPr>
                <w:rFonts w:cs="Times New Roman"/>
              </w:rPr>
            </w:pPr>
            <w:r w:rsidRPr="00291DA9">
              <w:rPr>
                <w:rFonts w:eastAsia="Consolas" w:cs="Times New Roman"/>
              </w:rPr>
              <w:t>polling_interval</w:t>
            </w:r>
          </w:p>
          <w:p w14:paraId="4265A1CB" w14:textId="77777777" w:rsidR="00281EA7" w:rsidRPr="00291DA9" w:rsidRDefault="00281EA7" w:rsidP="00281EA7">
            <w:pPr>
              <w:pStyle w:val="TableText"/>
              <w:spacing w:after="40"/>
              <w:rPr>
                <w:rFonts w:cs="Times New Roman"/>
              </w:rPr>
            </w:pPr>
            <w:r w:rsidRPr="00291DA9">
              <w:rPr>
                <w:rFonts w:cs="Times New Roman"/>
              </w:rPr>
              <w:t xml:space="preserve">, </w:t>
            </w:r>
          </w:p>
          <w:p w14:paraId="4FFCCDC0" w14:textId="77777777" w:rsidR="00281EA7" w:rsidRPr="00291DA9" w:rsidRDefault="00281EA7" w:rsidP="00281EA7">
            <w:pPr>
              <w:pStyle w:val="TableText"/>
              <w:spacing w:after="40"/>
              <w:rPr>
                <w:rFonts w:cs="Times New Roman"/>
              </w:rPr>
            </w:pPr>
            <w:r w:rsidRPr="00291DA9">
              <w:rPr>
                <w:rFonts w:eastAsia="Consolas" w:cs="Times New Roman"/>
              </w:rPr>
              <w:t>fast_io_fail_tmo</w:t>
            </w:r>
          </w:p>
          <w:p w14:paraId="306E12E5" w14:textId="77777777" w:rsidR="00281EA7" w:rsidRPr="00291DA9" w:rsidRDefault="00281EA7" w:rsidP="00281EA7">
            <w:pPr>
              <w:pStyle w:val="TableText"/>
              <w:spacing w:after="40"/>
              <w:rPr>
                <w:rFonts w:cs="Times New Roman"/>
              </w:rPr>
            </w:pPr>
            <w:r w:rsidRPr="00291DA9">
              <w:rPr>
                <w:rFonts w:cs="Times New Roman"/>
              </w:rPr>
              <w:t xml:space="preserve">, </w:t>
            </w:r>
          </w:p>
          <w:p w14:paraId="09D7B45C" w14:textId="77777777" w:rsidR="00281EA7" w:rsidRPr="00291DA9" w:rsidRDefault="00281EA7" w:rsidP="00281EA7">
            <w:pPr>
              <w:pStyle w:val="TableText"/>
              <w:spacing w:after="40"/>
              <w:rPr>
                <w:rFonts w:cs="Times New Roman"/>
              </w:rPr>
            </w:pPr>
            <w:r w:rsidRPr="00291DA9">
              <w:rPr>
                <w:rFonts w:eastAsia="Consolas" w:cs="Times New Roman"/>
              </w:rPr>
              <w:t>dev_loss_tmo</w:t>
            </w:r>
          </w:p>
          <w:p w14:paraId="332EE6BE" w14:textId="77777777" w:rsidR="00281EA7" w:rsidRPr="00291DA9" w:rsidRDefault="00281EA7" w:rsidP="00281EA7">
            <w:pPr>
              <w:pStyle w:val="TableText"/>
              <w:spacing w:after="40"/>
              <w:rPr>
                <w:rFonts w:cs="Times New Roman"/>
              </w:rPr>
            </w:pPr>
            <w:r w:rsidRPr="00291DA9">
              <w:rPr>
                <w:rFonts w:cs="Times New Roman"/>
              </w:rPr>
              <w:t xml:space="preserve"> и </w:t>
            </w:r>
          </w:p>
          <w:p w14:paraId="2956DF24" w14:textId="77777777" w:rsidR="00281EA7" w:rsidRPr="00291DA9" w:rsidRDefault="00281EA7" w:rsidP="00281EA7">
            <w:pPr>
              <w:pStyle w:val="TableText"/>
              <w:spacing w:after="40"/>
              <w:rPr>
                <w:rFonts w:cs="Times New Roman"/>
              </w:rPr>
            </w:pPr>
            <w:r w:rsidRPr="00291DA9">
              <w:rPr>
                <w:rFonts w:eastAsia="Consolas" w:cs="Times New Roman"/>
              </w:rPr>
              <w:t>max_sectors_kb</w:t>
            </w:r>
          </w:p>
          <w:p w14:paraId="04BB32EF" w14:textId="77777777" w:rsidR="00281EA7" w:rsidRPr="00291DA9" w:rsidRDefault="00281EA7" w:rsidP="00281EA7">
            <w:pPr>
              <w:pStyle w:val="TableText"/>
              <w:spacing w:after="40"/>
              <w:rPr>
                <w:rFonts w:cs="Times New Roman"/>
                <w:lang w:val="ru-RU"/>
              </w:rPr>
            </w:pPr>
            <w:r w:rsidRPr="00291DA9">
              <w:rPr>
                <w:rFonts w:cs="Times New Roman"/>
                <w:lang w:val="ru-RU"/>
              </w:rPr>
              <w:t>, применяются по рекомендации производителя СХД и фиксируются перед началом отказных испытаний.</w:t>
            </w:r>
            <w:r w:rsidRPr="00291DA9">
              <w:rPr>
                <w:rFonts w:cs="Times New Roman"/>
                <w:lang w:val="ru-RU"/>
              </w:rPr>
              <w:br/>
            </w:r>
          </w:p>
          <w:p w14:paraId="1C9DBFE9" w14:textId="77777777" w:rsidR="00281EA7" w:rsidRPr="003E0862" w:rsidRDefault="00281EA7" w:rsidP="00281EA7">
            <w:pPr>
              <w:pStyle w:val="TableText"/>
              <w:spacing w:after="40"/>
              <w:rPr>
                <w:rFonts w:cs="Times New Roman"/>
              </w:rPr>
            </w:pPr>
            <w:r w:rsidRPr="003E0862">
              <w:rPr>
                <w:rFonts w:cs="Times New Roman"/>
              </w:rPr>
              <w:t xml:space="preserve">5) </w:t>
            </w:r>
            <w:r w:rsidRPr="00291DA9">
              <w:rPr>
                <w:rFonts w:cs="Times New Roman"/>
                <w:lang w:val="ru-RU"/>
              </w:rPr>
              <w:t>Переконфигурировать</w:t>
            </w:r>
            <w:r w:rsidRPr="003E0862">
              <w:rPr>
                <w:rFonts w:cs="Times New Roman"/>
              </w:rPr>
              <w:t xml:space="preserve"> </w:t>
            </w:r>
            <w:r w:rsidRPr="00291DA9">
              <w:rPr>
                <w:rFonts w:cs="Times New Roman"/>
              </w:rPr>
              <w:t>multipath</w:t>
            </w:r>
            <w:r w:rsidRPr="003E0862">
              <w:rPr>
                <w:rFonts w:cs="Times New Roman"/>
              </w:rPr>
              <w:t>:</w:t>
            </w:r>
            <w:r w:rsidRPr="003E0862">
              <w:rPr>
                <w:rFonts w:cs="Times New Roman"/>
              </w:rPr>
              <w:br/>
            </w:r>
          </w:p>
          <w:p w14:paraId="6AD81340" w14:textId="77777777" w:rsidR="00281EA7" w:rsidRPr="00D61DB8" w:rsidRDefault="00281EA7" w:rsidP="00281EA7">
            <w:pPr>
              <w:pStyle w:val="CodeBlock"/>
              <w:rPr>
                <w:rFonts w:ascii="Times New Roman" w:hAnsi="Times New Roman" w:cs="Times New Roman"/>
                <w:sz w:val="14"/>
              </w:rPr>
            </w:pPr>
            <w:r w:rsidRPr="00D61DB8">
              <w:rPr>
                <w:rFonts w:ascii="Times New Roman" w:hAnsi="Times New Roman" w:cs="Times New Roman"/>
                <w:sz w:val="14"/>
              </w:rPr>
              <w:t># sytemctl reload multupathd.service</w:t>
            </w:r>
          </w:p>
          <w:p w14:paraId="7E6774A2" w14:textId="77777777" w:rsidR="00281EA7" w:rsidRDefault="00281EA7" w:rsidP="00281EA7">
            <w:pPr>
              <w:pStyle w:val="TableText"/>
              <w:spacing w:after="40"/>
              <w:rPr>
                <w:rFonts w:cs="Times New Roman"/>
              </w:rPr>
            </w:pPr>
            <w:r w:rsidRPr="00D61DB8">
              <w:rPr>
                <w:rFonts w:eastAsia="Consolas" w:cs="Times New Roman"/>
                <w:sz w:val="14"/>
              </w:rPr>
              <w:t># sytemctl status multupathd.service</w:t>
            </w:r>
            <w:r w:rsidRPr="00D61DB8" w:rsidDel="001B5BD6">
              <w:rPr>
                <w:rFonts w:eastAsia="Consolas" w:cs="Times New Roman"/>
                <w:sz w:val="14"/>
              </w:rPr>
              <w:t xml:space="preserve"> </w:t>
            </w:r>
          </w:p>
          <w:p w14:paraId="61F26AC1" w14:textId="77777777" w:rsidR="00281EA7" w:rsidRPr="003E0862" w:rsidRDefault="00281EA7" w:rsidP="00281EA7">
            <w:pPr>
              <w:pStyle w:val="TableText"/>
              <w:spacing w:after="40"/>
              <w:rPr>
                <w:rFonts w:cs="Times New Roman"/>
              </w:rPr>
            </w:pPr>
            <w:r w:rsidRPr="003E0862">
              <w:rPr>
                <w:rFonts w:cs="Times New Roman"/>
              </w:rPr>
              <w:lastRenderedPageBreak/>
              <w:t xml:space="preserve">6) </w:t>
            </w:r>
            <w:r w:rsidRPr="00291DA9">
              <w:rPr>
                <w:rFonts w:cs="Times New Roman"/>
                <w:lang w:val="ru-RU"/>
              </w:rPr>
              <w:t>Проверить</w:t>
            </w:r>
            <w:r w:rsidRPr="003E0862">
              <w:rPr>
                <w:rFonts w:cs="Times New Roman"/>
              </w:rPr>
              <w:t xml:space="preserve"> </w:t>
            </w:r>
            <w:r w:rsidRPr="00291DA9">
              <w:rPr>
                <w:rFonts w:cs="Times New Roman"/>
                <w:lang w:val="ru-RU"/>
              </w:rPr>
              <w:t>итоговую</w:t>
            </w:r>
            <w:r w:rsidRPr="003E0862">
              <w:rPr>
                <w:rFonts w:cs="Times New Roman"/>
              </w:rPr>
              <w:t xml:space="preserve"> </w:t>
            </w:r>
            <w:r w:rsidRPr="00291DA9">
              <w:rPr>
                <w:rFonts w:cs="Times New Roman"/>
                <w:lang w:val="ru-RU"/>
              </w:rPr>
              <w:t>конфигурацию</w:t>
            </w:r>
            <w:r w:rsidRPr="003E0862">
              <w:rPr>
                <w:rFonts w:cs="Times New Roman"/>
              </w:rPr>
              <w:t>:</w:t>
            </w:r>
            <w:r w:rsidRPr="003E0862">
              <w:rPr>
                <w:rFonts w:cs="Times New Roman"/>
              </w:rPr>
              <w:br/>
            </w:r>
          </w:p>
          <w:p w14:paraId="2BF64A5A"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 multipath -ll</w:t>
            </w:r>
            <w:r w:rsidRPr="00291DA9">
              <w:rPr>
                <w:rFonts w:ascii="Times New Roman" w:hAnsi="Times New Roman" w:cs="Times New Roman"/>
                <w:sz w:val="14"/>
              </w:rPr>
              <w:br/>
              <w:t># multipathd show config</w:t>
            </w:r>
          </w:p>
        </w:tc>
        <w:tc>
          <w:tcPr>
            <w:tcW w:w="1268" w:type="pct"/>
          </w:tcPr>
          <w:p w14:paraId="228F292D" w14:textId="77777777" w:rsidR="00281EA7" w:rsidRPr="00291DA9" w:rsidRDefault="00281EA7" w:rsidP="00281EA7">
            <w:pPr>
              <w:pStyle w:val="TableText"/>
              <w:spacing w:after="40"/>
              <w:rPr>
                <w:rFonts w:cs="Times New Roman"/>
                <w:lang w:val="ru-RU"/>
              </w:rPr>
            </w:pPr>
            <w:r w:rsidRPr="00291DA9">
              <w:rPr>
                <w:rFonts w:cs="Times New Roman"/>
                <w:lang w:val="ru-RU"/>
              </w:rPr>
              <w:lastRenderedPageBreak/>
              <w:t>Испытание считается успешным, если одновременно выполнены условия:</w:t>
            </w:r>
            <w:r w:rsidRPr="00291DA9">
              <w:rPr>
                <w:rFonts w:cs="Times New Roman"/>
                <w:lang w:val="ru-RU"/>
              </w:rPr>
              <w:br/>
            </w:r>
          </w:p>
          <w:p w14:paraId="692B6BF3"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1) </w:t>
            </w:r>
            <w:r w:rsidRPr="00291DA9">
              <w:rPr>
                <w:rFonts w:cs="Times New Roman"/>
              </w:rPr>
              <w:t>Udev</w:t>
            </w:r>
            <w:r w:rsidRPr="00291DA9">
              <w:rPr>
                <w:rFonts w:cs="Times New Roman"/>
                <w:lang w:val="ru-RU"/>
              </w:rPr>
              <w:t xml:space="preserve">-правила и </w:t>
            </w:r>
            <w:r w:rsidRPr="00291DA9">
              <w:rPr>
                <w:rFonts w:cs="Times New Roman"/>
              </w:rPr>
              <w:t>multipath</w:t>
            </w:r>
            <w:r w:rsidRPr="00291DA9">
              <w:rPr>
                <w:rFonts w:cs="Times New Roman"/>
                <w:lang w:val="ru-RU"/>
              </w:rPr>
              <w:t>-конфигурация размещены на обоих серверах и перечитаны без ошибок.</w:t>
            </w:r>
            <w:r w:rsidRPr="00291DA9">
              <w:rPr>
                <w:rFonts w:cs="Times New Roman"/>
                <w:lang w:val="ru-RU"/>
              </w:rPr>
              <w:br/>
            </w:r>
          </w:p>
          <w:p w14:paraId="41D949DB"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Для нижележащих устройств тестовых </w:t>
            </w:r>
            <w:r w:rsidRPr="00291DA9">
              <w:rPr>
                <w:rFonts w:cs="Times New Roman"/>
              </w:rPr>
              <w:t>LUN</w:t>
            </w:r>
            <w:r w:rsidRPr="00291DA9">
              <w:rPr>
                <w:rFonts w:cs="Times New Roman"/>
                <w:lang w:val="ru-RU"/>
              </w:rPr>
              <w:t xml:space="preserve"> применён </w:t>
            </w:r>
            <w:r w:rsidRPr="00291DA9">
              <w:rPr>
                <w:rFonts w:cs="Times New Roman"/>
              </w:rPr>
              <w:t>SCSI</w:t>
            </w:r>
            <w:r w:rsidRPr="00291DA9">
              <w:rPr>
                <w:rFonts w:cs="Times New Roman"/>
                <w:lang w:val="ru-RU"/>
              </w:rPr>
              <w:t xml:space="preserve"> </w:t>
            </w:r>
            <w:r w:rsidRPr="00291DA9">
              <w:rPr>
                <w:rFonts w:cs="Times New Roman"/>
              </w:rPr>
              <w:t>device</w:t>
            </w:r>
            <w:r w:rsidRPr="00291DA9">
              <w:rPr>
                <w:rFonts w:cs="Times New Roman"/>
                <w:lang w:val="ru-RU"/>
              </w:rPr>
              <w:t xml:space="preserve"> </w:t>
            </w:r>
            <w:r w:rsidRPr="00291DA9">
              <w:rPr>
                <w:rFonts w:cs="Times New Roman"/>
              </w:rPr>
              <w:t>timeout</w:t>
            </w:r>
            <w:r w:rsidRPr="00291DA9">
              <w:rPr>
                <w:rFonts w:cs="Times New Roman"/>
                <w:lang w:val="ru-RU"/>
              </w:rPr>
              <w:t xml:space="preserve"> 120 с; если </w:t>
            </w:r>
          </w:p>
          <w:p w14:paraId="47F324B5" w14:textId="77777777" w:rsidR="00281EA7" w:rsidRPr="00291DA9" w:rsidRDefault="00281EA7" w:rsidP="00281EA7">
            <w:pPr>
              <w:pStyle w:val="TableText"/>
              <w:spacing w:after="40"/>
              <w:rPr>
                <w:rFonts w:cs="Times New Roman"/>
                <w:lang w:val="ru-RU"/>
              </w:rPr>
            </w:pPr>
            <w:r w:rsidRPr="00291DA9">
              <w:rPr>
                <w:rFonts w:eastAsia="Consolas" w:cs="Times New Roman"/>
              </w:rPr>
              <w:t>scheduler</w:t>
            </w:r>
            <w:r w:rsidRPr="00291DA9">
              <w:rPr>
                <w:rFonts w:eastAsia="Consolas" w:cs="Times New Roman"/>
                <w:lang w:val="ru-RU"/>
              </w:rPr>
              <w:t>=</w:t>
            </w:r>
            <w:r w:rsidRPr="00291DA9">
              <w:rPr>
                <w:rFonts w:eastAsia="Consolas" w:cs="Times New Roman"/>
              </w:rPr>
              <w:t>none</w:t>
            </w:r>
          </w:p>
          <w:p w14:paraId="55D41EE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был включён в </w:t>
            </w:r>
            <w:r w:rsidRPr="00291DA9">
              <w:rPr>
                <w:rFonts w:cs="Times New Roman"/>
              </w:rPr>
              <w:t>udev</w:t>
            </w:r>
            <w:r w:rsidRPr="00291DA9">
              <w:rPr>
                <w:rFonts w:cs="Times New Roman"/>
                <w:lang w:val="ru-RU"/>
              </w:rPr>
              <w:t xml:space="preserve">-правило для стенда, фактическое значение </w:t>
            </w:r>
            <w:r w:rsidRPr="00291DA9">
              <w:rPr>
                <w:rFonts w:cs="Times New Roman"/>
              </w:rPr>
              <w:t>scheduler</w:t>
            </w:r>
            <w:r w:rsidRPr="00291DA9">
              <w:rPr>
                <w:rFonts w:cs="Times New Roman"/>
                <w:lang w:val="ru-RU"/>
              </w:rPr>
              <w:t xml:space="preserve"> зафиксировано в материалах испытаний.</w:t>
            </w:r>
            <w:r w:rsidRPr="00291DA9">
              <w:rPr>
                <w:rFonts w:cs="Times New Roman"/>
                <w:lang w:val="ru-RU"/>
              </w:rPr>
              <w:br/>
            </w:r>
          </w:p>
          <w:p w14:paraId="45B25404"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3) Для </w:t>
            </w:r>
            <w:r w:rsidRPr="00291DA9">
              <w:rPr>
                <w:rFonts w:cs="Times New Roman"/>
              </w:rPr>
              <w:t>DM</w:t>
            </w:r>
            <w:r w:rsidRPr="00291DA9">
              <w:rPr>
                <w:rFonts w:cs="Times New Roman"/>
                <w:lang w:val="ru-RU"/>
              </w:rPr>
              <w:t>-</w:t>
            </w:r>
            <w:r w:rsidRPr="00291DA9">
              <w:rPr>
                <w:rFonts w:cs="Times New Roman"/>
              </w:rPr>
              <w:t>multipath</w:t>
            </w:r>
            <w:r w:rsidRPr="00291DA9">
              <w:rPr>
                <w:rFonts w:cs="Times New Roman"/>
                <w:lang w:val="ru-RU"/>
              </w:rPr>
              <w:t xml:space="preserve"> устройств задан обязательный для ПМИ селектор </w:t>
            </w:r>
          </w:p>
          <w:p w14:paraId="654DFDF5" w14:textId="77777777" w:rsidR="00281EA7" w:rsidRPr="00291DA9" w:rsidRDefault="00281EA7" w:rsidP="00281EA7">
            <w:pPr>
              <w:pStyle w:val="TableText"/>
              <w:spacing w:after="40"/>
              <w:rPr>
                <w:rFonts w:cs="Times New Roman"/>
                <w:lang w:val="ru-RU"/>
              </w:rPr>
            </w:pPr>
            <w:r w:rsidRPr="00291DA9">
              <w:rPr>
                <w:rFonts w:eastAsia="Consolas" w:cs="Times New Roman"/>
              </w:rPr>
              <w:t>round</w:t>
            </w:r>
            <w:r w:rsidRPr="00291DA9">
              <w:rPr>
                <w:rFonts w:eastAsia="Consolas" w:cs="Times New Roman"/>
                <w:lang w:val="ru-RU"/>
              </w:rPr>
              <w:t>-</w:t>
            </w:r>
            <w:r w:rsidRPr="00291DA9">
              <w:rPr>
                <w:rFonts w:eastAsia="Consolas" w:cs="Times New Roman"/>
              </w:rPr>
              <w:t>robin</w:t>
            </w:r>
            <w:r w:rsidRPr="00291DA9">
              <w:rPr>
                <w:rFonts w:eastAsia="Consolas" w:cs="Times New Roman"/>
                <w:lang w:val="ru-RU"/>
              </w:rPr>
              <w:t xml:space="preserve"> 0</w:t>
            </w:r>
          </w:p>
          <w:p w14:paraId="7C149E68" w14:textId="77777777" w:rsidR="00281EA7" w:rsidRPr="00291DA9" w:rsidRDefault="00281EA7" w:rsidP="00281EA7">
            <w:pPr>
              <w:pStyle w:val="TableText"/>
              <w:spacing w:after="40"/>
              <w:rPr>
                <w:rFonts w:cs="Times New Roman"/>
                <w:lang w:val="ru-RU"/>
              </w:rPr>
            </w:pPr>
            <w:r w:rsidRPr="00291DA9">
              <w:rPr>
                <w:rFonts w:cs="Times New Roman"/>
                <w:lang w:val="ru-RU"/>
              </w:rPr>
              <w:t>.</w:t>
            </w:r>
            <w:r w:rsidRPr="00291DA9">
              <w:rPr>
                <w:rFonts w:cs="Times New Roman"/>
                <w:lang w:val="ru-RU"/>
              </w:rPr>
              <w:br/>
            </w:r>
          </w:p>
          <w:p w14:paraId="3E0DE608" w14:textId="77777777" w:rsidR="00281EA7" w:rsidRPr="00291DA9" w:rsidRDefault="00281EA7" w:rsidP="00281EA7">
            <w:pPr>
              <w:pStyle w:val="TableText"/>
              <w:spacing w:after="40"/>
              <w:rPr>
                <w:rFonts w:cs="Times New Roman"/>
                <w:lang w:val="ru-RU"/>
              </w:rPr>
            </w:pPr>
            <w:r w:rsidRPr="00291DA9">
              <w:rPr>
                <w:rFonts w:cs="Times New Roman"/>
                <w:lang w:val="ru-RU"/>
              </w:rPr>
              <w:t>4) Параметры, зависящие от конкретной СХД, применены по рекомендации производителя и зафиксированы в материалах испытаний.</w:t>
            </w:r>
            <w:r w:rsidRPr="00291DA9">
              <w:rPr>
                <w:rFonts w:cs="Times New Roman"/>
                <w:lang w:val="ru-RU"/>
              </w:rPr>
              <w:br/>
            </w:r>
          </w:p>
          <w:p w14:paraId="363E8A43"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5) Для контроля зависания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xml:space="preserve"> зафиксированы фактические значения </w:t>
            </w:r>
          </w:p>
          <w:p w14:paraId="184AFF83" w14:textId="77777777" w:rsidR="00281EA7" w:rsidRPr="00291DA9" w:rsidRDefault="00281EA7" w:rsidP="00281EA7">
            <w:pPr>
              <w:pStyle w:val="TableText"/>
              <w:spacing w:after="40"/>
              <w:rPr>
                <w:rFonts w:cs="Times New Roman"/>
              </w:rPr>
            </w:pPr>
            <w:r w:rsidRPr="00291DA9">
              <w:rPr>
                <w:rFonts w:eastAsia="Consolas" w:cs="Times New Roman"/>
              </w:rPr>
              <w:t>no_path_retry</w:t>
            </w:r>
          </w:p>
          <w:p w14:paraId="10390FE5" w14:textId="77777777" w:rsidR="00281EA7" w:rsidRPr="00291DA9" w:rsidRDefault="00281EA7" w:rsidP="00281EA7">
            <w:pPr>
              <w:pStyle w:val="TableText"/>
              <w:spacing w:after="40"/>
              <w:rPr>
                <w:rFonts w:cs="Times New Roman"/>
              </w:rPr>
            </w:pPr>
            <w:r w:rsidRPr="00291DA9">
              <w:rPr>
                <w:rFonts w:cs="Times New Roman"/>
              </w:rPr>
              <w:t xml:space="preserve"> и </w:t>
            </w:r>
          </w:p>
          <w:p w14:paraId="78238CB8" w14:textId="77777777" w:rsidR="00281EA7" w:rsidRPr="00291DA9" w:rsidRDefault="00281EA7" w:rsidP="00281EA7">
            <w:pPr>
              <w:pStyle w:val="TableText"/>
              <w:spacing w:after="40"/>
              <w:rPr>
                <w:rFonts w:cs="Times New Roman"/>
              </w:rPr>
            </w:pPr>
            <w:r w:rsidRPr="00291DA9">
              <w:rPr>
                <w:rFonts w:eastAsia="Consolas" w:cs="Times New Roman"/>
              </w:rPr>
              <w:t>polling_interval</w:t>
            </w:r>
          </w:p>
          <w:p w14:paraId="06DA6875" w14:textId="77777777" w:rsidR="00281EA7" w:rsidRPr="00291DA9" w:rsidRDefault="00281EA7" w:rsidP="00281EA7">
            <w:pPr>
              <w:pStyle w:val="TableText"/>
              <w:spacing w:after="40"/>
              <w:rPr>
                <w:rFonts w:cs="Times New Roman"/>
                <w:lang w:val="ru-RU"/>
              </w:rPr>
            </w:pPr>
            <w:r w:rsidRPr="00291DA9">
              <w:rPr>
                <w:rFonts w:cs="Times New Roman"/>
              </w:rPr>
              <w:t xml:space="preserve"> </w:t>
            </w:r>
            <w:r w:rsidRPr="00291DA9">
              <w:rPr>
                <w:rFonts w:cs="Times New Roman"/>
                <w:lang w:val="ru-RU"/>
              </w:rPr>
              <w:t>либо указано, что применяется значение по умолчанию.</w:t>
            </w:r>
            <w:r w:rsidRPr="00291DA9">
              <w:rPr>
                <w:rFonts w:cs="Times New Roman"/>
                <w:lang w:val="ru-RU"/>
              </w:rPr>
              <w:br/>
            </w:r>
          </w:p>
          <w:p w14:paraId="03E5FC7E" w14:textId="77777777" w:rsidR="00281EA7" w:rsidRPr="00291DA9" w:rsidRDefault="00281EA7" w:rsidP="00281EA7">
            <w:pPr>
              <w:pStyle w:val="TableText"/>
              <w:spacing w:after="40"/>
              <w:rPr>
                <w:rFonts w:cs="Times New Roman"/>
                <w:lang w:val="ru-RU"/>
              </w:rPr>
            </w:pPr>
            <w:r w:rsidRPr="00291DA9">
              <w:rPr>
                <w:rFonts w:cs="Times New Roman"/>
                <w:lang w:val="ru-RU"/>
              </w:rPr>
              <w:t>Примеры допустимых фрагментов вывода:</w:t>
            </w:r>
            <w:r w:rsidRPr="00291DA9">
              <w:rPr>
                <w:rFonts w:cs="Times New Roman"/>
                <w:lang w:val="ru-RU"/>
              </w:rPr>
              <w:br/>
            </w:r>
          </w:p>
          <w:p w14:paraId="291412CA" w14:textId="77777777" w:rsidR="00281EA7" w:rsidRPr="00291DA9" w:rsidRDefault="00281EA7" w:rsidP="00281EA7">
            <w:pPr>
              <w:pStyle w:val="TableText"/>
              <w:spacing w:after="40"/>
              <w:rPr>
                <w:rFonts w:cs="Times New Roman"/>
                <w:lang w:val="ru-RU"/>
              </w:rPr>
            </w:pPr>
            <w:r w:rsidRPr="00291DA9">
              <w:rPr>
                <w:rFonts w:eastAsia="Consolas" w:cs="Times New Roman"/>
              </w:rPr>
              <w:t>cat</w:t>
            </w:r>
            <w:r w:rsidRPr="00291DA9">
              <w:rPr>
                <w:rFonts w:eastAsia="Consolas" w:cs="Times New Roman"/>
                <w:lang w:val="ru-RU"/>
              </w:rPr>
              <w:t xml:space="preserve"> /</w:t>
            </w:r>
            <w:r w:rsidRPr="00291DA9">
              <w:rPr>
                <w:rFonts w:eastAsia="Consolas" w:cs="Times New Roman"/>
              </w:rPr>
              <w:t>sys</w:t>
            </w:r>
            <w:r w:rsidRPr="00291DA9">
              <w:rPr>
                <w:rFonts w:eastAsia="Consolas" w:cs="Times New Roman"/>
                <w:lang w:val="ru-RU"/>
              </w:rPr>
              <w:t>/</w:t>
            </w:r>
            <w:r w:rsidRPr="00291DA9">
              <w:rPr>
                <w:rFonts w:eastAsia="Consolas" w:cs="Times New Roman"/>
              </w:rPr>
              <w:t>block</w:t>
            </w:r>
            <w:r w:rsidRPr="00291DA9">
              <w:rPr>
                <w:rFonts w:eastAsia="Consolas" w:cs="Times New Roman"/>
                <w:lang w:val="ru-RU"/>
              </w:rPr>
              <w:t>/</w:t>
            </w:r>
            <w:r w:rsidRPr="00291DA9">
              <w:rPr>
                <w:rFonts w:eastAsia="Consolas" w:cs="Times New Roman"/>
              </w:rPr>
              <w:t>sdX</w:t>
            </w:r>
            <w:r w:rsidRPr="00291DA9">
              <w:rPr>
                <w:rFonts w:eastAsia="Consolas" w:cs="Times New Roman"/>
                <w:lang w:val="ru-RU"/>
              </w:rPr>
              <w:t>/</w:t>
            </w:r>
            <w:r w:rsidRPr="00291DA9">
              <w:rPr>
                <w:rFonts w:eastAsia="Consolas" w:cs="Times New Roman"/>
              </w:rPr>
              <w:t>device</w:t>
            </w:r>
            <w:r w:rsidRPr="00291DA9">
              <w:rPr>
                <w:rFonts w:eastAsia="Consolas" w:cs="Times New Roman"/>
                <w:lang w:val="ru-RU"/>
              </w:rPr>
              <w:t>/</w:t>
            </w:r>
            <w:r w:rsidRPr="00291DA9">
              <w:rPr>
                <w:rFonts w:eastAsia="Consolas" w:cs="Times New Roman"/>
              </w:rPr>
              <w:t>timeout</w:t>
            </w:r>
            <w:r w:rsidRPr="00291DA9">
              <w:rPr>
                <w:rFonts w:eastAsia="Consolas" w:cs="Times New Roman"/>
                <w:lang w:val="ru-RU"/>
              </w:rPr>
              <w:t xml:space="preserve"> -&gt; 120</w:t>
            </w:r>
            <w:r w:rsidRPr="00291DA9">
              <w:rPr>
                <w:rFonts w:cs="Times New Roman"/>
                <w:lang w:val="ru-RU"/>
              </w:rPr>
              <w:br/>
            </w:r>
          </w:p>
          <w:p w14:paraId="02219EE3" w14:textId="77777777" w:rsidR="00281EA7" w:rsidRPr="00291DA9" w:rsidRDefault="00281EA7" w:rsidP="00281EA7">
            <w:pPr>
              <w:pStyle w:val="TableText"/>
              <w:spacing w:after="40"/>
              <w:rPr>
                <w:rFonts w:cs="Times New Roman"/>
              </w:rPr>
            </w:pPr>
            <w:r w:rsidRPr="00291DA9">
              <w:rPr>
                <w:rFonts w:eastAsia="Consolas" w:cs="Times New Roman"/>
              </w:rPr>
              <w:t>policy='round-robin 0'</w:t>
            </w:r>
            <w:r w:rsidRPr="00291DA9">
              <w:rPr>
                <w:rFonts w:cs="Times New Roman"/>
              </w:rPr>
              <w:br/>
            </w:r>
          </w:p>
          <w:p w14:paraId="5ED91339" w14:textId="77777777" w:rsidR="00281EA7" w:rsidRPr="00291DA9" w:rsidRDefault="00281EA7" w:rsidP="00281EA7">
            <w:pPr>
              <w:pStyle w:val="TableText"/>
              <w:spacing w:after="40"/>
              <w:rPr>
                <w:rFonts w:cs="Times New Roman"/>
              </w:rPr>
            </w:pPr>
            <w:r w:rsidRPr="00291DA9">
              <w:rPr>
                <w:rFonts w:eastAsia="Consolas" w:cs="Times New Roman"/>
              </w:rPr>
              <w:t>path_selector "round-robin 0"</w:t>
            </w:r>
            <w:r w:rsidRPr="00291DA9">
              <w:rPr>
                <w:rFonts w:cs="Times New Roman"/>
              </w:rPr>
              <w:br/>
            </w:r>
          </w:p>
          <w:p w14:paraId="48C36AB8" w14:textId="77777777" w:rsidR="00281EA7" w:rsidRPr="00291DA9" w:rsidRDefault="00281EA7" w:rsidP="00281EA7">
            <w:pPr>
              <w:pStyle w:val="TableText"/>
              <w:spacing w:after="40"/>
              <w:rPr>
                <w:rFonts w:cs="Times New Roman"/>
                <w:lang w:val="ru-RU"/>
              </w:rPr>
            </w:pPr>
            <w:r w:rsidRPr="00291DA9">
              <w:rPr>
                <w:rFonts w:eastAsia="Consolas" w:cs="Times New Roman"/>
              </w:rPr>
              <w:t>scheduler</w:t>
            </w:r>
            <w:r w:rsidRPr="00291DA9">
              <w:rPr>
                <w:rFonts w:eastAsia="Consolas" w:cs="Times New Roman"/>
                <w:lang w:val="ru-RU"/>
              </w:rPr>
              <w:t>: [</w:t>
            </w:r>
            <w:r w:rsidRPr="00291DA9">
              <w:rPr>
                <w:rFonts w:eastAsia="Consolas" w:cs="Times New Roman"/>
              </w:rPr>
              <w:t>none</w:t>
            </w:r>
            <w:r w:rsidRPr="00291DA9">
              <w:rPr>
                <w:rFonts w:eastAsia="Consolas" w:cs="Times New Roman"/>
                <w:lang w:val="ru-RU"/>
              </w:rPr>
              <w:t>]</w:t>
            </w:r>
          </w:p>
          <w:p w14:paraId="0BE1ECBD"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 только если настройка </w:t>
            </w:r>
            <w:r w:rsidRPr="00291DA9">
              <w:rPr>
                <w:rFonts w:cs="Times New Roman"/>
              </w:rPr>
              <w:t>scheduler</w:t>
            </w:r>
            <w:r w:rsidRPr="00291DA9">
              <w:rPr>
                <w:rFonts w:cs="Times New Roman"/>
                <w:lang w:val="ru-RU"/>
              </w:rPr>
              <w:t xml:space="preserve"> применялась </w:t>
            </w:r>
            <w:r w:rsidRPr="00291DA9">
              <w:rPr>
                <w:rFonts w:cs="Times New Roman"/>
              </w:rPr>
              <w:t>udev</w:t>
            </w:r>
            <w:r w:rsidRPr="00291DA9">
              <w:rPr>
                <w:rFonts w:cs="Times New Roman"/>
                <w:lang w:val="ru-RU"/>
              </w:rPr>
              <w:t>-правилом для стенда</w:t>
            </w:r>
          </w:p>
        </w:tc>
      </w:tr>
      <w:tr w:rsidR="00281EA7" w:rsidRPr="00291DA9" w14:paraId="627E78C8" w14:textId="77777777" w:rsidTr="00281EA7">
        <w:trPr>
          <w:jc w:val="center"/>
        </w:trPr>
        <w:tc>
          <w:tcPr>
            <w:tcW w:w="201" w:type="pct"/>
          </w:tcPr>
          <w:p w14:paraId="43DA661E" w14:textId="77777777" w:rsidR="00281EA7" w:rsidRPr="00291DA9" w:rsidRDefault="00281EA7" w:rsidP="00281EA7">
            <w:pPr>
              <w:pStyle w:val="TableText"/>
              <w:spacing w:after="40"/>
              <w:rPr>
                <w:rFonts w:cs="Times New Roman"/>
              </w:rPr>
            </w:pPr>
            <w:r w:rsidRPr="00291DA9">
              <w:rPr>
                <w:rFonts w:cs="Times New Roman"/>
              </w:rPr>
              <w:lastRenderedPageBreak/>
              <w:t>5</w:t>
            </w:r>
          </w:p>
        </w:tc>
        <w:tc>
          <w:tcPr>
            <w:tcW w:w="573" w:type="pct"/>
          </w:tcPr>
          <w:p w14:paraId="2C8C77D3" w14:textId="77777777" w:rsidR="00281EA7" w:rsidRPr="00291DA9" w:rsidRDefault="00281EA7" w:rsidP="00281EA7">
            <w:pPr>
              <w:pStyle w:val="TableText"/>
              <w:spacing w:after="40"/>
              <w:rPr>
                <w:rFonts w:cs="Times New Roman"/>
              </w:rPr>
            </w:pPr>
            <w:r w:rsidRPr="00291DA9">
              <w:rPr>
                <w:rFonts w:cs="Times New Roman"/>
              </w:rPr>
              <w:t>Подготовка стенда</w:t>
            </w:r>
          </w:p>
        </w:tc>
        <w:tc>
          <w:tcPr>
            <w:tcW w:w="604" w:type="pct"/>
          </w:tcPr>
          <w:p w14:paraId="23DD94D9" w14:textId="77777777" w:rsidR="00281EA7" w:rsidRPr="00291DA9" w:rsidRDefault="00281EA7" w:rsidP="00281EA7">
            <w:pPr>
              <w:pStyle w:val="TableText"/>
              <w:spacing w:after="40"/>
              <w:rPr>
                <w:rFonts w:cs="Times New Roman"/>
                <w:lang w:val="ru-RU"/>
              </w:rPr>
            </w:pPr>
            <w:r w:rsidRPr="00291DA9">
              <w:rPr>
                <w:rFonts w:cs="Times New Roman"/>
                <w:lang w:val="ru-RU"/>
              </w:rPr>
              <w:t>Подтверждение исходных условий после настройки хостов</w:t>
            </w:r>
          </w:p>
        </w:tc>
        <w:tc>
          <w:tcPr>
            <w:tcW w:w="1086" w:type="pct"/>
          </w:tcPr>
          <w:p w14:paraId="06A40F5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После настройки на обоих серверах доступны </w:t>
            </w:r>
            <w:r w:rsidRPr="00291DA9">
              <w:rPr>
                <w:rFonts w:cs="Times New Roman"/>
              </w:rPr>
              <w:t>fio</w:t>
            </w:r>
            <w:r w:rsidRPr="00291DA9">
              <w:rPr>
                <w:rFonts w:cs="Times New Roman"/>
                <w:lang w:val="ru-RU"/>
              </w:rPr>
              <w:t xml:space="preserve">, </w:t>
            </w:r>
            <w:r w:rsidRPr="00291DA9">
              <w:rPr>
                <w:rFonts w:cs="Times New Roman"/>
              </w:rPr>
              <w:t>multipath</w:t>
            </w:r>
            <w:r w:rsidRPr="00291DA9">
              <w:rPr>
                <w:rFonts w:cs="Times New Roman"/>
                <w:lang w:val="ru-RU"/>
              </w:rPr>
              <w:t xml:space="preserve">, </w:t>
            </w:r>
            <w:r w:rsidRPr="00291DA9">
              <w:rPr>
                <w:rFonts w:cs="Times New Roman"/>
              </w:rPr>
              <w:t>sg</w:t>
            </w:r>
            <w:r w:rsidRPr="00291DA9">
              <w:rPr>
                <w:rFonts w:cs="Times New Roman"/>
                <w:lang w:val="ru-RU"/>
              </w:rPr>
              <w:t>3_</w:t>
            </w:r>
            <w:r w:rsidRPr="00291DA9">
              <w:rPr>
                <w:rFonts w:cs="Times New Roman"/>
              </w:rPr>
              <w:t>utils</w:t>
            </w:r>
            <w:r w:rsidRPr="00291DA9">
              <w:rPr>
                <w:rFonts w:cs="Times New Roman"/>
                <w:lang w:val="ru-RU"/>
              </w:rPr>
              <w:t xml:space="preserve"> и </w:t>
            </w:r>
            <w:r w:rsidRPr="00291DA9">
              <w:rPr>
                <w:rFonts w:cs="Times New Roman"/>
              </w:rPr>
              <w:t>lsscsi</w:t>
            </w:r>
            <w:r w:rsidRPr="00291DA9">
              <w:rPr>
                <w:rFonts w:cs="Times New Roman"/>
                <w:lang w:val="ru-RU"/>
              </w:rPr>
              <w:t xml:space="preserve">; </w:t>
            </w:r>
            <w:r w:rsidRPr="00291DA9">
              <w:rPr>
                <w:rFonts w:cs="Times New Roman"/>
              </w:rPr>
              <w:t>FC</w:t>
            </w:r>
            <w:r w:rsidRPr="00291DA9">
              <w:rPr>
                <w:rFonts w:cs="Times New Roman"/>
                <w:lang w:val="ru-RU"/>
              </w:rPr>
              <w:t xml:space="preserve">-порты находятся в состоянии </w:t>
            </w:r>
            <w:r w:rsidRPr="00291DA9">
              <w:rPr>
                <w:rFonts w:cs="Times New Roman"/>
              </w:rPr>
              <w:t>Online</w:t>
            </w:r>
            <w:r w:rsidRPr="00291DA9">
              <w:rPr>
                <w:rFonts w:cs="Times New Roman"/>
                <w:lang w:val="ru-RU"/>
              </w:rPr>
              <w:t xml:space="preserve">; хосты готовы к подключению тестовых </w:t>
            </w:r>
            <w:r w:rsidRPr="00291DA9">
              <w:rPr>
                <w:rFonts w:cs="Times New Roman"/>
              </w:rPr>
              <w:t>LUN</w:t>
            </w:r>
            <w:r w:rsidRPr="00291DA9">
              <w:rPr>
                <w:rFonts w:cs="Times New Roman"/>
                <w:lang w:val="ru-RU"/>
              </w:rPr>
              <w:t>.</w:t>
            </w:r>
          </w:p>
        </w:tc>
        <w:tc>
          <w:tcPr>
            <w:tcW w:w="1268" w:type="pct"/>
          </w:tcPr>
          <w:p w14:paraId="5EED5385" w14:textId="77777777" w:rsidR="00281EA7" w:rsidRPr="00291DA9" w:rsidRDefault="00281EA7" w:rsidP="00281EA7">
            <w:pPr>
              <w:pStyle w:val="TableText"/>
              <w:spacing w:after="40"/>
              <w:rPr>
                <w:rFonts w:cs="Times New Roman"/>
                <w:lang w:val="ru-RU"/>
              </w:rPr>
            </w:pPr>
            <w:r w:rsidRPr="00291DA9">
              <w:rPr>
                <w:rFonts w:cs="Times New Roman"/>
                <w:lang w:val="ru-RU"/>
              </w:rPr>
              <w:t>1) На каждом сервере проверить версии утилит:</w:t>
            </w:r>
            <w:r w:rsidRPr="00291DA9">
              <w:rPr>
                <w:rFonts w:cs="Times New Roman"/>
                <w:lang w:val="ru-RU"/>
              </w:rPr>
              <w:br/>
            </w:r>
          </w:p>
          <w:p w14:paraId="51AA0A21"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 fio --version</w:t>
            </w:r>
            <w:r w:rsidRPr="00291DA9">
              <w:rPr>
                <w:rFonts w:ascii="Times New Roman" w:hAnsi="Times New Roman" w:cs="Times New Roman"/>
                <w:sz w:val="14"/>
              </w:rPr>
              <w:br/>
              <w:t>$ multipath -h</w:t>
            </w:r>
            <w:r w:rsidRPr="00291DA9">
              <w:rPr>
                <w:rFonts w:ascii="Times New Roman" w:hAnsi="Times New Roman" w:cs="Times New Roman"/>
                <w:sz w:val="14"/>
              </w:rPr>
              <w:br/>
              <w:t>$ lsscsi --version</w:t>
            </w:r>
          </w:p>
          <w:p w14:paraId="035374A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На каждом сервере проверить состояние и скорость </w:t>
            </w:r>
            <w:r w:rsidRPr="00291DA9">
              <w:rPr>
                <w:rFonts w:cs="Times New Roman"/>
              </w:rPr>
              <w:t>FC</w:t>
            </w:r>
            <w:r w:rsidRPr="00291DA9">
              <w:rPr>
                <w:rFonts w:cs="Times New Roman"/>
                <w:lang w:val="ru-RU"/>
              </w:rPr>
              <w:t>-портов:</w:t>
            </w:r>
            <w:r w:rsidRPr="00291DA9">
              <w:rPr>
                <w:rFonts w:cs="Times New Roman"/>
                <w:lang w:val="ru-RU"/>
              </w:rPr>
              <w:br/>
            </w:r>
          </w:p>
          <w:p w14:paraId="33AEC3EB"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 cat /sys/class/fc_host/host*/port_state</w:t>
            </w:r>
            <w:r w:rsidRPr="00291DA9">
              <w:rPr>
                <w:rFonts w:ascii="Times New Roman" w:hAnsi="Times New Roman" w:cs="Times New Roman"/>
                <w:sz w:val="14"/>
              </w:rPr>
              <w:br/>
              <w:t>$ cat /sys/class/fc_host/host*/speed</w:t>
            </w:r>
          </w:p>
          <w:p w14:paraId="529EF061" w14:textId="77777777" w:rsidR="00281EA7" w:rsidRPr="00291DA9" w:rsidRDefault="00281EA7" w:rsidP="00281EA7">
            <w:pPr>
              <w:pStyle w:val="TableText"/>
              <w:spacing w:after="40"/>
              <w:rPr>
                <w:rFonts w:cs="Times New Roman"/>
                <w:lang w:val="ru-RU"/>
              </w:rPr>
            </w:pPr>
            <w:r w:rsidRPr="00291DA9">
              <w:rPr>
                <w:rFonts w:cs="Times New Roman"/>
                <w:lang w:val="ru-RU"/>
              </w:rPr>
              <w:t>3) Зафиксировать результат проверки в журнал испытаний.</w:t>
            </w:r>
          </w:p>
        </w:tc>
        <w:tc>
          <w:tcPr>
            <w:tcW w:w="1268" w:type="pct"/>
          </w:tcPr>
          <w:p w14:paraId="36789A32" w14:textId="77777777" w:rsidR="00281EA7" w:rsidRPr="00291DA9" w:rsidRDefault="00281EA7" w:rsidP="00281EA7">
            <w:pPr>
              <w:pStyle w:val="TableText"/>
              <w:spacing w:after="40"/>
              <w:rPr>
                <w:rFonts w:cs="Times New Roman"/>
                <w:lang w:val="ru-RU"/>
              </w:rPr>
            </w:pPr>
            <w:r w:rsidRPr="00291DA9">
              <w:rPr>
                <w:rFonts w:cs="Times New Roman"/>
                <w:lang w:val="ru-RU"/>
              </w:rPr>
              <w:t>Испытание считается успешным, если одновременно выполнены условия:</w:t>
            </w:r>
            <w:r w:rsidRPr="00291DA9">
              <w:rPr>
                <w:rFonts w:cs="Times New Roman"/>
                <w:lang w:val="ru-RU"/>
              </w:rPr>
              <w:br/>
            </w:r>
          </w:p>
          <w:p w14:paraId="4BC04BA7" w14:textId="77777777" w:rsidR="00281EA7" w:rsidRPr="00291DA9" w:rsidRDefault="00281EA7" w:rsidP="00281EA7">
            <w:pPr>
              <w:pStyle w:val="TableText"/>
              <w:spacing w:after="40"/>
              <w:rPr>
                <w:rFonts w:cs="Times New Roman"/>
                <w:lang w:val="ru-RU"/>
              </w:rPr>
            </w:pPr>
            <w:r w:rsidRPr="00291DA9">
              <w:rPr>
                <w:rFonts w:cs="Times New Roman"/>
                <w:lang w:val="ru-RU"/>
              </w:rPr>
              <w:t>1) Все требуемые утилиты отвечают на вызов и выводят номер версии или справочную информацию.</w:t>
            </w:r>
            <w:r w:rsidRPr="00291DA9">
              <w:rPr>
                <w:rFonts w:cs="Times New Roman"/>
                <w:lang w:val="ru-RU"/>
              </w:rPr>
              <w:br/>
            </w:r>
          </w:p>
          <w:p w14:paraId="2B231731"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w:t>
            </w:r>
            <w:r w:rsidRPr="00291DA9">
              <w:rPr>
                <w:rFonts w:cs="Times New Roman"/>
              </w:rPr>
              <w:t>FC</w:t>
            </w:r>
            <w:r w:rsidRPr="00291DA9">
              <w:rPr>
                <w:rFonts w:cs="Times New Roman"/>
                <w:lang w:val="ru-RU"/>
              </w:rPr>
              <w:t xml:space="preserve">-порты находятся в рабочем состоянии </w:t>
            </w:r>
          </w:p>
          <w:p w14:paraId="7C3D7E40" w14:textId="77777777" w:rsidR="00281EA7" w:rsidRPr="00291DA9" w:rsidRDefault="00281EA7" w:rsidP="00281EA7">
            <w:pPr>
              <w:pStyle w:val="TableText"/>
              <w:spacing w:after="40"/>
              <w:rPr>
                <w:rFonts w:cs="Times New Roman"/>
                <w:lang w:val="ru-RU"/>
              </w:rPr>
            </w:pPr>
            <w:r w:rsidRPr="00291DA9">
              <w:rPr>
                <w:rFonts w:eastAsia="Consolas" w:cs="Times New Roman"/>
              </w:rPr>
              <w:t>Online</w:t>
            </w:r>
          </w:p>
          <w:p w14:paraId="5E215A14" w14:textId="77777777" w:rsidR="00281EA7" w:rsidRPr="00291DA9" w:rsidRDefault="00281EA7" w:rsidP="00281EA7">
            <w:pPr>
              <w:pStyle w:val="TableText"/>
              <w:spacing w:after="40"/>
              <w:rPr>
                <w:rFonts w:cs="Times New Roman"/>
                <w:lang w:val="ru-RU"/>
              </w:rPr>
            </w:pPr>
            <w:r w:rsidRPr="00291DA9">
              <w:rPr>
                <w:rFonts w:cs="Times New Roman"/>
                <w:lang w:val="ru-RU"/>
              </w:rPr>
              <w:t>.</w:t>
            </w:r>
            <w:r w:rsidRPr="00291DA9">
              <w:rPr>
                <w:rFonts w:cs="Times New Roman"/>
                <w:lang w:val="ru-RU"/>
              </w:rPr>
              <w:br/>
            </w:r>
          </w:p>
          <w:p w14:paraId="4089A2C8" w14:textId="77777777" w:rsidR="00281EA7" w:rsidRPr="00291DA9" w:rsidRDefault="00281EA7" w:rsidP="00281EA7">
            <w:pPr>
              <w:pStyle w:val="TableText"/>
              <w:spacing w:after="40"/>
              <w:rPr>
                <w:rFonts w:cs="Times New Roman"/>
                <w:lang w:val="ru-RU"/>
              </w:rPr>
            </w:pPr>
            <w:r w:rsidRPr="00291DA9">
              <w:rPr>
                <w:rFonts w:cs="Times New Roman"/>
                <w:lang w:val="ru-RU"/>
              </w:rPr>
              <w:t>3) Скорость портов отображается и не противоречит схеме стенда.</w:t>
            </w:r>
            <w:r w:rsidRPr="00291DA9">
              <w:rPr>
                <w:rFonts w:cs="Times New Roman"/>
                <w:lang w:val="ru-RU"/>
              </w:rPr>
              <w:br/>
            </w:r>
          </w:p>
          <w:p w14:paraId="7B36B39C" w14:textId="77777777" w:rsidR="00281EA7" w:rsidRPr="00291DA9" w:rsidRDefault="00281EA7" w:rsidP="00281EA7">
            <w:pPr>
              <w:pStyle w:val="TableText"/>
              <w:spacing w:after="40"/>
              <w:rPr>
                <w:rFonts w:cs="Times New Roman"/>
                <w:lang w:val="ru-RU"/>
              </w:rPr>
            </w:pPr>
            <w:r w:rsidRPr="00291DA9">
              <w:rPr>
                <w:rFonts w:cs="Times New Roman"/>
                <w:lang w:val="ru-RU"/>
              </w:rPr>
              <w:t>Примеры допустимых фрагментов вывода:</w:t>
            </w:r>
            <w:r w:rsidRPr="00291DA9">
              <w:rPr>
                <w:rFonts w:cs="Times New Roman"/>
                <w:lang w:val="ru-RU"/>
              </w:rPr>
              <w:br/>
            </w:r>
          </w:p>
          <w:p w14:paraId="7C956985" w14:textId="77777777" w:rsidR="00281EA7" w:rsidRPr="00291DA9" w:rsidRDefault="00281EA7" w:rsidP="00281EA7">
            <w:pPr>
              <w:pStyle w:val="TableText"/>
              <w:spacing w:after="40"/>
              <w:rPr>
                <w:rFonts w:cs="Times New Roman"/>
                <w:lang w:val="ru-RU"/>
              </w:rPr>
            </w:pPr>
            <w:r w:rsidRPr="00291DA9">
              <w:rPr>
                <w:rFonts w:eastAsia="Consolas" w:cs="Times New Roman"/>
              </w:rPr>
              <w:t>fio</w:t>
            </w:r>
            <w:r w:rsidRPr="00291DA9">
              <w:rPr>
                <w:rFonts w:eastAsia="Consolas" w:cs="Times New Roman"/>
                <w:lang w:val="ru-RU"/>
              </w:rPr>
              <w:t>-&lt;версия&gt;</w:t>
            </w:r>
            <w:r w:rsidRPr="00291DA9">
              <w:rPr>
                <w:rFonts w:cs="Times New Roman"/>
                <w:lang w:val="ru-RU"/>
              </w:rPr>
              <w:br/>
            </w:r>
          </w:p>
          <w:p w14:paraId="0AFE0B48" w14:textId="77777777" w:rsidR="00281EA7" w:rsidRPr="00291DA9" w:rsidRDefault="00281EA7" w:rsidP="00281EA7">
            <w:pPr>
              <w:pStyle w:val="TableText"/>
              <w:spacing w:after="40"/>
              <w:rPr>
                <w:rFonts w:cs="Times New Roman"/>
              </w:rPr>
            </w:pPr>
            <w:r w:rsidRPr="00291DA9">
              <w:rPr>
                <w:rFonts w:eastAsia="Consolas" w:cs="Times New Roman"/>
              </w:rPr>
              <w:t>lsscsi version: &lt;версия&gt;</w:t>
            </w:r>
            <w:r w:rsidRPr="00291DA9">
              <w:rPr>
                <w:rFonts w:cs="Times New Roman"/>
              </w:rPr>
              <w:br/>
            </w:r>
          </w:p>
          <w:p w14:paraId="4F03754A" w14:textId="77777777" w:rsidR="00281EA7" w:rsidRPr="00291DA9" w:rsidRDefault="00281EA7" w:rsidP="00281EA7">
            <w:pPr>
              <w:pStyle w:val="TableText"/>
              <w:spacing w:after="40"/>
              <w:rPr>
                <w:rFonts w:cs="Times New Roman"/>
              </w:rPr>
            </w:pPr>
            <w:r w:rsidRPr="00291DA9">
              <w:rPr>
                <w:rFonts w:eastAsia="Consolas" w:cs="Times New Roman"/>
              </w:rPr>
              <w:t>port_state: Online</w:t>
            </w:r>
            <w:r w:rsidRPr="00291DA9">
              <w:rPr>
                <w:rFonts w:cs="Times New Roman"/>
              </w:rPr>
              <w:br/>
            </w:r>
          </w:p>
          <w:p w14:paraId="52B77132" w14:textId="77777777" w:rsidR="00281EA7" w:rsidRPr="00291DA9" w:rsidRDefault="00281EA7" w:rsidP="00281EA7">
            <w:pPr>
              <w:pStyle w:val="TableText"/>
              <w:spacing w:after="40"/>
              <w:rPr>
                <w:rFonts w:cs="Times New Roman"/>
              </w:rPr>
            </w:pPr>
            <w:r w:rsidRPr="00291DA9">
              <w:rPr>
                <w:rFonts w:eastAsia="Consolas" w:cs="Times New Roman"/>
              </w:rPr>
              <w:t>speed: 32 Gbit</w:t>
            </w:r>
          </w:p>
        </w:tc>
      </w:tr>
      <w:tr w:rsidR="00281EA7" w:rsidRPr="00B16F71" w14:paraId="4A5E8592" w14:textId="77777777" w:rsidTr="00281EA7">
        <w:trPr>
          <w:jc w:val="center"/>
        </w:trPr>
        <w:tc>
          <w:tcPr>
            <w:tcW w:w="201" w:type="pct"/>
          </w:tcPr>
          <w:p w14:paraId="28EC86E5" w14:textId="77777777" w:rsidR="00281EA7" w:rsidRPr="00291DA9" w:rsidRDefault="00281EA7" w:rsidP="00281EA7">
            <w:pPr>
              <w:pStyle w:val="TableText"/>
              <w:spacing w:after="40"/>
              <w:rPr>
                <w:rFonts w:cs="Times New Roman"/>
              </w:rPr>
            </w:pPr>
            <w:r w:rsidRPr="00291DA9">
              <w:rPr>
                <w:rFonts w:cs="Times New Roman"/>
              </w:rPr>
              <w:t>6</w:t>
            </w:r>
          </w:p>
        </w:tc>
        <w:tc>
          <w:tcPr>
            <w:tcW w:w="573" w:type="pct"/>
          </w:tcPr>
          <w:p w14:paraId="14FFCACC" w14:textId="77777777" w:rsidR="00281EA7" w:rsidRPr="00291DA9" w:rsidRDefault="00281EA7" w:rsidP="00281EA7">
            <w:pPr>
              <w:pStyle w:val="TableText"/>
              <w:spacing w:after="40"/>
              <w:rPr>
                <w:rFonts w:cs="Times New Roman"/>
              </w:rPr>
            </w:pPr>
            <w:r w:rsidRPr="00291DA9">
              <w:rPr>
                <w:rFonts w:cs="Times New Roman"/>
              </w:rPr>
              <w:t>Функциональная готовность</w:t>
            </w:r>
          </w:p>
        </w:tc>
        <w:tc>
          <w:tcPr>
            <w:tcW w:w="604" w:type="pct"/>
          </w:tcPr>
          <w:p w14:paraId="3413B227"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Создание двух тестовых пулов и 4 </w:t>
            </w:r>
            <w:r w:rsidRPr="00291DA9">
              <w:rPr>
                <w:rFonts w:cs="Times New Roman"/>
              </w:rPr>
              <w:t>LUN</w:t>
            </w:r>
            <w:r w:rsidRPr="00291DA9">
              <w:rPr>
                <w:rFonts w:cs="Times New Roman"/>
                <w:lang w:val="ru-RU"/>
              </w:rPr>
              <w:t xml:space="preserve"> для испытаний</w:t>
            </w:r>
          </w:p>
        </w:tc>
        <w:tc>
          <w:tcPr>
            <w:tcW w:w="1086" w:type="pct"/>
          </w:tcPr>
          <w:p w14:paraId="72A644ED" w14:textId="77777777" w:rsidR="00281EA7" w:rsidRPr="00291DA9" w:rsidRDefault="00281EA7" w:rsidP="00281EA7">
            <w:pPr>
              <w:pStyle w:val="TableText"/>
              <w:spacing w:after="40"/>
              <w:rPr>
                <w:rFonts w:cs="Times New Roman"/>
              </w:rPr>
            </w:pPr>
            <w:r w:rsidRPr="00291DA9">
              <w:rPr>
                <w:rFonts w:cs="Times New Roman"/>
                <w:lang w:val="ru-RU"/>
              </w:rPr>
              <w:t xml:space="preserve">На тестируемой СХД созданы 2 тестовых пула. Каждый пул покрывает примерно половину дисков тестируемой конфигурации. На каждом пуле создано по 2 </w:t>
            </w:r>
            <w:r w:rsidRPr="00291DA9">
              <w:rPr>
                <w:rFonts w:cs="Times New Roman"/>
              </w:rPr>
              <w:t>LUN</w:t>
            </w:r>
            <w:r w:rsidRPr="00291DA9">
              <w:rPr>
                <w:rFonts w:cs="Times New Roman"/>
                <w:lang w:val="ru-RU"/>
              </w:rPr>
              <w:t xml:space="preserve">, каждый размером 40% от форматированного объёма соответствующего пула. </w:t>
            </w:r>
            <w:r w:rsidRPr="00291DA9">
              <w:rPr>
                <w:rFonts w:cs="Times New Roman"/>
              </w:rPr>
              <w:t>Всего 4 LUN предоставлены обоим серверам по FC.</w:t>
            </w:r>
          </w:p>
        </w:tc>
        <w:tc>
          <w:tcPr>
            <w:tcW w:w="1268" w:type="pct"/>
          </w:tcPr>
          <w:p w14:paraId="6FAF323A" w14:textId="77777777" w:rsidR="00281EA7" w:rsidRPr="00291DA9" w:rsidRDefault="00281EA7" w:rsidP="00281EA7">
            <w:pPr>
              <w:pStyle w:val="TableText"/>
              <w:spacing w:after="40"/>
              <w:rPr>
                <w:rFonts w:cs="Times New Roman"/>
                <w:lang w:val="ru-RU"/>
              </w:rPr>
            </w:pPr>
            <w:r w:rsidRPr="00291DA9">
              <w:rPr>
                <w:rFonts w:cs="Times New Roman"/>
                <w:lang w:val="ru-RU"/>
              </w:rPr>
              <w:t>1) На СХД выделить весь набор дисков тестируемой конфигурации и разделить его на 2 пула примерно равного размера по числу дисков.</w:t>
            </w:r>
            <w:r w:rsidRPr="00291DA9">
              <w:rPr>
                <w:rFonts w:cs="Times New Roman"/>
                <w:lang w:val="ru-RU"/>
              </w:rPr>
              <w:br/>
            </w:r>
          </w:p>
          <w:p w14:paraId="2F26DE45"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Для каждого пула задать </w:t>
            </w:r>
            <w:r w:rsidRPr="00291DA9">
              <w:rPr>
                <w:rFonts w:cs="Times New Roman"/>
              </w:rPr>
              <w:t>RAID</w:t>
            </w:r>
            <w:r w:rsidRPr="00291DA9">
              <w:rPr>
                <w:rFonts w:cs="Times New Roman"/>
                <w:lang w:val="ru-RU"/>
              </w:rPr>
              <w:t xml:space="preserve"> 6 либо эквивалентную схему защиты, выдерживающую потерю не менее 2 дисков.</w:t>
            </w:r>
            <w:r w:rsidRPr="00291DA9">
              <w:rPr>
                <w:rFonts w:cs="Times New Roman"/>
                <w:lang w:val="ru-RU"/>
              </w:rPr>
              <w:br/>
            </w:r>
          </w:p>
          <w:p w14:paraId="0129D90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3) На первом пуле создать </w:t>
            </w:r>
            <w:r w:rsidRPr="00291DA9">
              <w:rPr>
                <w:rFonts w:cs="Times New Roman"/>
              </w:rPr>
              <w:t>LUN</w:t>
            </w:r>
            <w:r w:rsidRPr="00291DA9">
              <w:rPr>
                <w:rFonts w:cs="Times New Roman"/>
                <w:lang w:val="ru-RU"/>
              </w:rPr>
              <w:t xml:space="preserve">1 и </w:t>
            </w:r>
            <w:r w:rsidRPr="00291DA9">
              <w:rPr>
                <w:rFonts w:cs="Times New Roman"/>
              </w:rPr>
              <w:t>LUN</w:t>
            </w:r>
            <w:r w:rsidRPr="00291DA9">
              <w:rPr>
                <w:rFonts w:cs="Times New Roman"/>
                <w:lang w:val="ru-RU"/>
              </w:rPr>
              <w:t xml:space="preserve">2, на втором пуле создать </w:t>
            </w:r>
            <w:r w:rsidRPr="00291DA9">
              <w:rPr>
                <w:rFonts w:cs="Times New Roman"/>
              </w:rPr>
              <w:t>LUN</w:t>
            </w:r>
            <w:r w:rsidRPr="00291DA9">
              <w:rPr>
                <w:rFonts w:cs="Times New Roman"/>
                <w:lang w:val="ru-RU"/>
              </w:rPr>
              <w:t xml:space="preserve">3 и </w:t>
            </w:r>
            <w:r w:rsidRPr="00291DA9">
              <w:rPr>
                <w:rFonts w:cs="Times New Roman"/>
              </w:rPr>
              <w:t>LUN</w:t>
            </w:r>
            <w:r w:rsidRPr="00291DA9">
              <w:rPr>
                <w:rFonts w:cs="Times New Roman"/>
                <w:lang w:val="ru-RU"/>
              </w:rPr>
              <w:t xml:space="preserve">4; размер каждого </w:t>
            </w:r>
            <w:r w:rsidRPr="00291DA9">
              <w:rPr>
                <w:rFonts w:cs="Times New Roman"/>
              </w:rPr>
              <w:t>LUN</w:t>
            </w:r>
            <w:r w:rsidRPr="00291DA9">
              <w:rPr>
                <w:rFonts w:cs="Times New Roman"/>
                <w:lang w:val="ru-RU"/>
              </w:rPr>
              <w:t xml:space="preserve"> — 40% от форматированного объёма соответствующего пула.</w:t>
            </w:r>
            <w:r w:rsidRPr="00291DA9">
              <w:rPr>
                <w:rFonts w:cs="Times New Roman"/>
                <w:lang w:val="ru-RU"/>
              </w:rPr>
              <w:br/>
            </w:r>
          </w:p>
          <w:p w14:paraId="3D76D055"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4) Предоставить все 4 </w:t>
            </w:r>
            <w:r w:rsidRPr="00291DA9">
              <w:rPr>
                <w:rFonts w:cs="Times New Roman"/>
              </w:rPr>
              <w:t>LUN</w:t>
            </w:r>
            <w:r w:rsidRPr="00291DA9">
              <w:rPr>
                <w:rFonts w:cs="Times New Roman"/>
                <w:lang w:val="ru-RU"/>
              </w:rPr>
              <w:t xml:space="preserve"> обоим серверам по </w:t>
            </w:r>
            <w:r w:rsidRPr="00291DA9">
              <w:rPr>
                <w:rFonts w:cs="Times New Roman"/>
              </w:rPr>
              <w:t>FC</w:t>
            </w:r>
            <w:r w:rsidRPr="00291DA9">
              <w:rPr>
                <w:rFonts w:cs="Times New Roman"/>
                <w:lang w:val="ru-RU"/>
              </w:rPr>
              <w:t xml:space="preserve"> через порты обоих контроллеров.</w:t>
            </w:r>
            <w:r w:rsidRPr="00291DA9">
              <w:rPr>
                <w:rFonts w:cs="Times New Roman"/>
                <w:lang w:val="ru-RU"/>
              </w:rPr>
              <w:br/>
            </w:r>
          </w:p>
          <w:p w14:paraId="122325F9"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5) Заполнить таблицу раздела 7.6: идентификаторы пулов, размер </w:t>
            </w:r>
            <w:r w:rsidRPr="00291DA9">
              <w:rPr>
                <w:rFonts w:cs="Times New Roman"/>
              </w:rPr>
              <w:t>LUN</w:t>
            </w:r>
            <w:r w:rsidRPr="00291DA9">
              <w:rPr>
                <w:rFonts w:cs="Times New Roman"/>
                <w:lang w:val="ru-RU"/>
              </w:rPr>
              <w:t xml:space="preserve">, </w:t>
            </w:r>
            <w:r w:rsidRPr="00291DA9">
              <w:rPr>
                <w:rFonts w:cs="Times New Roman"/>
              </w:rPr>
              <w:t>RAID</w:t>
            </w:r>
            <w:r w:rsidRPr="00291DA9">
              <w:rPr>
                <w:rFonts w:cs="Times New Roman"/>
                <w:lang w:val="ru-RU"/>
              </w:rPr>
              <w:t xml:space="preserve">-схема, </w:t>
            </w:r>
            <w:r w:rsidRPr="00291DA9">
              <w:rPr>
                <w:rFonts w:cs="Times New Roman"/>
              </w:rPr>
              <w:t>WWID</w:t>
            </w:r>
            <w:r w:rsidRPr="00291DA9">
              <w:rPr>
                <w:rFonts w:cs="Times New Roman"/>
                <w:lang w:val="ru-RU"/>
              </w:rPr>
              <w:t xml:space="preserve">, </w:t>
            </w:r>
            <w:r w:rsidRPr="00291DA9">
              <w:rPr>
                <w:rFonts w:cs="Times New Roman"/>
              </w:rPr>
              <w:t>host</w:t>
            </w:r>
            <w:r w:rsidRPr="00291DA9">
              <w:rPr>
                <w:rFonts w:cs="Times New Roman"/>
                <w:lang w:val="ru-RU"/>
              </w:rPr>
              <w:t>-</w:t>
            </w:r>
            <w:r w:rsidRPr="00291DA9">
              <w:rPr>
                <w:rFonts w:cs="Times New Roman"/>
              </w:rPr>
              <w:t>LUN</w:t>
            </w:r>
            <w:r w:rsidRPr="00291DA9">
              <w:rPr>
                <w:rFonts w:cs="Times New Roman"/>
                <w:lang w:val="ru-RU"/>
              </w:rPr>
              <w:t xml:space="preserve"> </w:t>
            </w:r>
            <w:r w:rsidRPr="00291DA9">
              <w:rPr>
                <w:rFonts w:cs="Times New Roman"/>
              </w:rPr>
              <w:t>mapping</w:t>
            </w:r>
            <w:r w:rsidRPr="00291DA9">
              <w:rPr>
                <w:rFonts w:cs="Times New Roman"/>
                <w:lang w:val="ru-RU"/>
              </w:rPr>
              <w:t xml:space="preserve"> и список </w:t>
            </w:r>
            <w:r w:rsidRPr="00291DA9">
              <w:rPr>
                <w:rFonts w:cs="Times New Roman"/>
              </w:rPr>
              <w:t>front</w:t>
            </w:r>
            <w:r w:rsidRPr="00291DA9">
              <w:rPr>
                <w:rFonts w:cs="Times New Roman"/>
                <w:lang w:val="ru-RU"/>
              </w:rPr>
              <w:t>-</w:t>
            </w:r>
            <w:r w:rsidRPr="00291DA9">
              <w:rPr>
                <w:rFonts w:cs="Times New Roman"/>
              </w:rPr>
              <w:t>end</w:t>
            </w:r>
            <w:r w:rsidRPr="00291DA9">
              <w:rPr>
                <w:rFonts w:cs="Times New Roman"/>
                <w:lang w:val="ru-RU"/>
              </w:rPr>
              <w:t xml:space="preserve"> портов СХД.</w:t>
            </w:r>
          </w:p>
        </w:tc>
        <w:tc>
          <w:tcPr>
            <w:tcW w:w="1268" w:type="pct"/>
          </w:tcPr>
          <w:p w14:paraId="69747F45" w14:textId="77777777" w:rsidR="00281EA7" w:rsidRPr="00291DA9" w:rsidRDefault="00281EA7" w:rsidP="00281EA7">
            <w:pPr>
              <w:pStyle w:val="TableText"/>
              <w:spacing w:after="40"/>
              <w:rPr>
                <w:rFonts w:cs="Times New Roman"/>
                <w:lang w:val="ru-RU"/>
              </w:rPr>
            </w:pPr>
            <w:r w:rsidRPr="00291DA9">
              <w:rPr>
                <w:rFonts w:cs="Times New Roman"/>
                <w:lang w:val="ru-RU"/>
              </w:rPr>
              <w:t>Испытание считается успешным, если одновременно выполнены условия:</w:t>
            </w:r>
            <w:r w:rsidRPr="00291DA9">
              <w:rPr>
                <w:rFonts w:cs="Times New Roman"/>
                <w:lang w:val="ru-RU"/>
              </w:rPr>
              <w:br/>
            </w:r>
          </w:p>
          <w:p w14:paraId="354374A6" w14:textId="77777777" w:rsidR="00281EA7" w:rsidRPr="00291DA9" w:rsidRDefault="00281EA7" w:rsidP="00281EA7">
            <w:pPr>
              <w:pStyle w:val="TableText"/>
              <w:spacing w:after="40"/>
              <w:rPr>
                <w:rFonts w:cs="Times New Roman"/>
                <w:lang w:val="ru-RU"/>
              </w:rPr>
            </w:pPr>
            <w:r w:rsidRPr="00291DA9">
              <w:rPr>
                <w:rFonts w:cs="Times New Roman"/>
                <w:lang w:val="ru-RU"/>
              </w:rPr>
              <w:t>1) На СХД созданы два тестовых пула; каждый пул покрывает примерно половину дисков тестируемой конфигурации.</w:t>
            </w:r>
            <w:r w:rsidRPr="00291DA9">
              <w:rPr>
                <w:rFonts w:cs="Times New Roman"/>
                <w:lang w:val="ru-RU"/>
              </w:rPr>
              <w:br/>
            </w:r>
          </w:p>
          <w:p w14:paraId="77DEE46F"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Для каждого пула задан </w:t>
            </w:r>
            <w:r w:rsidRPr="00291DA9">
              <w:rPr>
                <w:rFonts w:cs="Times New Roman"/>
              </w:rPr>
              <w:t>RAID</w:t>
            </w:r>
            <w:r w:rsidRPr="00291DA9">
              <w:rPr>
                <w:rFonts w:cs="Times New Roman"/>
                <w:lang w:val="ru-RU"/>
              </w:rPr>
              <w:t xml:space="preserve"> 6 либо эквивалентная схема защиты, выдерживающая потерю не менее 2 дисков.</w:t>
            </w:r>
            <w:r w:rsidRPr="00291DA9">
              <w:rPr>
                <w:rFonts w:cs="Times New Roman"/>
                <w:lang w:val="ru-RU"/>
              </w:rPr>
              <w:br/>
            </w:r>
          </w:p>
          <w:p w14:paraId="3CEE7840"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3) В </w:t>
            </w:r>
            <w:r w:rsidRPr="00291DA9">
              <w:rPr>
                <w:rFonts w:cs="Times New Roman"/>
              </w:rPr>
              <w:t>Pool</w:t>
            </w:r>
            <w:r w:rsidRPr="00291DA9">
              <w:rPr>
                <w:rFonts w:cs="Times New Roman"/>
                <w:lang w:val="ru-RU"/>
              </w:rPr>
              <w:t xml:space="preserve">-1 созданы </w:t>
            </w:r>
            <w:r w:rsidRPr="00291DA9">
              <w:rPr>
                <w:rFonts w:cs="Times New Roman"/>
              </w:rPr>
              <w:t>LUN</w:t>
            </w:r>
            <w:r w:rsidRPr="00291DA9">
              <w:rPr>
                <w:rFonts w:cs="Times New Roman"/>
                <w:lang w:val="ru-RU"/>
              </w:rPr>
              <w:t xml:space="preserve">1 и </w:t>
            </w:r>
            <w:r w:rsidRPr="00291DA9">
              <w:rPr>
                <w:rFonts w:cs="Times New Roman"/>
              </w:rPr>
              <w:t>LUN</w:t>
            </w:r>
            <w:r w:rsidRPr="00291DA9">
              <w:rPr>
                <w:rFonts w:cs="Times New Roman"/>
                <w:lang w:val="ru-RU"/>
              </w:rPr>
              <w:t xml:space="preserve">2, в </w:t>
            </w:r>
            <w:r w:rsidRPr="00291DA9">
              <w:rPr>
                <w:rFonts w:cs="Times New Roman"/>
              </w:rPr>
              <w:t>Pool</w:t>
            </w:r>
            <w:r w:rsidRPr="00291DA9">
              <w:rPr>
                <w:rFonts w:cs="Times New Roman"/>
                <w:lang w:val="ru-RU"/>
              </w:rPr>
              <w:t xml:space="preserve">-2 — </w:t>
            </w:r>
            <w:r w:rsidRPr="00291DA9">
              <w:rPr>
                <w:rFonts w:cs="Times New Roman"/>
              </w:rPr>
              <w:t>LUN</w:t>
            </w:r>
            <w:r w:rsidRPr="00291DA9">
              <w:rPr>
                <w:rFonts w:cs="Times New Roman"/>
                <w:lang w:val="ru-RU"/>
              </w:rPr>
              <w:t xml:space="preserve">3 и </w:t>
            </w:r>
            <w:r w:rsidRPr="00291DA9">
              <w:rPr>
                <w:rFonts w:cs="Times New Roman"/>
              </w:rPr>
              <w:t>LUN</w:t>
            </w:r>
            <w:r w:rsidRPr="00291DA9">
              <w:rPr>
                <w:rFonts w:cs="Times New Roman"/>
                <w:lang w:val="ru-RU"/>
              </w:rPr>
              <w:t xml:space="preserve">4; размер каждого </w:t>
            </w:r>
            <w:r w:rsidRPr="00291DA9">
              <w:rPr>
                <w:rFonts w:cs="Times New Roman"/>
              </w:rPr>
              <w:t>LUN</w:t>
            </w:r>
            <w:r w:rsidRPr="00291DA9">
              <w:rPr>
                <w:rFonts w:cs="Times New Roman"/>
                <w:lang w:val="ru-RU"/>
              </w:rPr>
              <w:t xml:space="preserve"> — 40% от форматированного объёма соответствующего пула.</w:t>
            </w:r>
            <w:r w:rsidRPr="00291DA9">
              <w:rPr>
                <w:rFonts w:cs="Times New Roman"/>
                <w:lang w:val="ru-RU"/>
              </w:rPr>
              <w:br/>
            </w:r>
          </w:p>
          <w:p w14:paraId="238807E4"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4) Все 4 </w:t>
            </w:r>
            <w:r w:rsidRPr="00291DA9">
              <w:rPr>
                <w:rFonts w:cs="Times New Roman"/>
              </w:rPr>
              <w:t>LUN</w:t>
            </w:r>
            <w:r w:rsidRPr="00291DA9">
              <w:rPr>
                <w:rFonts w:cs="Times New Roman"/>
                <w:lang w:val="ru-RU"/>
              </w:rPr>
              <w:t xml:space="preserve"> предоставлены обоим серверам по </w:t>
            </w:r>
            <w:r w:rsidRPr="00291DA9">
              <w:rPr>
                <w:rFonts w:cs="Times New Roman"/>
              </w:rPr>
              <w:t>FC</w:t>
            </w:r>
            <w:r w:rsidRPr="00291DA9">
              <w:rPr>
                <w:rFonts w:cs="Times New Roman"/>
                <w:lang w:val="ru-RU"/>
              </w:rPr>
              <w:t xml:space="preserve"> и готовы к обнаружению на хостах.</w:t>
            </w:r>
            <w:r w:rsidRPr="00291DA9">
              <w:rPr>
                <w:rFonts w:cs="Times New Roman"/>
                <w:lang w:val="ru-RU"/>
              </w:rPr>
              <w:br/>
            </w:r>
          </w:p>
          <w:p w14:paraId="34A38B19" w14:textId="77777777" w:rsidR="00281EA7" w:rsidRPr="00291DA9" w:rsidRDefault="00281EA7" w:rsidP="00281EA7">
            <w:pPr>
              <w:pStyle w:val="TableText"/>
              <w:spacing w:after="40"/>
              <w:rPr>
                <w:rFonts w:cs="Times New Roman"/>
                <w:lang w:val="ru-RU"/>
              </w:rPr>
            </w:pPr>
            <w:r w:rsidRPr="00291DA9">
              <w:rPr>
                <w:rFonts w:cs="Times New Roman"/>
                <w:lang w:val="ru-RU"/>
              </w:rPr>
              <w:t>Примеры допустимых признаков на СХД:</w:t>
            </w:r>
            <w:r w:rsidRPr="00291DA9">
              <w:rPr>
                <w:rFonts w:cs="Times New Roman"/>
                <w:lang w:val="ru-RU"/>
              </w:rPr>
              <w:br/>
            </w:r>
          </w:p>
          <w:p w14:paraId="011C0CB0" w14:textId="77777777" w:rsidR="00281EA7" w:rsidRPr="00291DA9" w:rsidRDefault="00281EA7" w:rsidP="00281EA7">
            <w:pPr>
              <w:pStyle w:val="TableText"/>
              <w:spacing w:after="40"/>
              <w:rPr>
                <w:rFonts w:cs="Times New Roman"/>
              </w:rPr>
            </w:pPr>
            <w:r w:rsidRPr="00291DA9">
              <w:rPr>
                <w:rFonts w:eastAsia="Consolas" w:cs="Times New Roman"/>
              </w:rPr>
              <w:t>Pool-1 / RAID-6 / LUN1 __ TiB / LUN2 __ TiB</w:t>
            </w:r>
            <w:r w:rsidRPr="00291DA9">
              <w:rPr>
                <w:rFonts w:cs="Times New Roman"/>
              </w:rPr>
              <w:br/>
            </w:r>
          </w:p>
          <w:p w14:paraId="2C1F5DCE" w14:textId="77777777" w:rsidR="00281EA7" w:rsidRPr="00291DA9" w:rsidRDefault="00281EA7" w:rsidP="00281EA7">
            <w:pPr>
              <w:pStyle w:val="TableText"/>
              <w:spacing w:after="40"/>
              <w:rPr>
                <w:rFonts w:cs="Times New Roman"/>
              </w:rPr>
            </w:pPr>
            <w:r w:rsidRPr="00291DA9">
              <w:rPr>
                <w:rFonts w:eastAsia="Consolas" w:cs="Times New Roman"/>
              </w:rPr>
              <w:t>Pool-2 / RAID-6 / LUN3 __ TiB / LUN4 __ TiB</w:t>
            </w:r>
          </w:p>
        </w:tc>
      </w:tr>
      <w:tr w:rsidR="00281EA7" w:rsidRPr="00D31521" w14:paraId="1616F991" w14:textId="77777777" w:rsidTr="00281EA7">
        <w:trPr>
          <w:jc w:val="center"/>
        </w:trPr>
        <w:tc>
          <w:tcPr>
            <w:tcW w:w="201" w:type="pct"/>
          </w:tcPr>
          <w:p w14:paraId="2737204C" w14:textId="77777777" w:rsidR="00281EA7" w:rsidRPr="00291DA9" w:rsidRDefault="00281EA7" w:rsidP="00281EA7">
            <w:pPr>
              <w:pStyle w:val="TableText"/>
              <w:spacing w:after="40"/>
              <w:rPr>
                <w:rFonts w:cs="Times New Roman"/>
              </w:rPr>
            </w:pPr>
            <w:r w:rsidRPr="00291DA9">
              <w:rPr>
                <w:rFonts w:cs="Times New Roman"/>
              </w:rPr>
              <w:lastRenderedPageBreak/>
              <w:t>7</w:t>
            </w:r>
          </w:p>
        </w:tc>
        <w:tc>
          <w:tcPr>
            <w:tcW w:w="573" w:type="pct"/>
          </w:tcPr>
          <w:p w14:paraId="08DED523" w14:textId="77777777" w:rsidR="00281EA7" w:rsidRPr="00291DA9" w:rsidRDefault="00281EA7" w:rsidP="00281EA7">
            <w:pPr>
              <w:pStyle w:val="TableText"/>
              <w:spacing w:after="40"/>
              <w:rPr>
                <w:rFonts w:cs="Times New Roman"/>
              </w:rPr>
            </w:pPr>
            <w:r w:rsidRPr="00291DA9">
              <w:rPr>
                <w:rFonts w:cs="Times New Roman"/>
              </w:rPr>
              <w:t>Функциональная готовность</w:t>
            </w:r>
          </w:p>
        </w:tc>
        <w:tc>
          <w:tcPr>
            <w:tcW w:w="604" w:type="pct"/>
          </w:tcPr>
          <w:p w14:paraId="67A344CD"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Обнаружение 4 </w:t>
            </w:r>
            <w:r w:rsidRPr="00291DA9">
              <w:rPr>
                <w:rFonts w:cs="Times New Roman"/>
              </w:rPr>
              <w:t>LUN</w:t>
            </w:r>
            <w:r w:rsidRPr="00291DA9">
              <w:rPr>
                <w:rFonts w:cs="Times New Roman"/>
                <w:lang w:val="ru-RU"/>
              </w:rPr>
              <w:t xml:space="preserve"> на хостах и проверка многопутевого доступа </w:t>
            </w:r>
            <w:r w:rsidRPr="00291DA9">
              <w:rPr>
                <w:rFonts w:cs="Times New Roman"/>
              </w:rPr>
              <w:t>SLUA</w:t>
            </w:r>
          </w:p>
        </w:tc>
        <w:tc>
          <w:tcPr>
            <w:tcW w:w="1086" w:type="pct"/>
          </w:tcPr>
          <w:p w14:paraId="7D93694D"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На каждом сервере обнаружены все 4 </w:t>
            </w:r>
            <w:r w:rsidRPr="00291DA9">
              <w:rPr>
                <w:rFonts w:cs="Times New Roman"/>
              </w:rPr>
              <w:t>LUN</w:t>
            </w:r>
            <w:r w:rsidRPr="00291DA9">
              <w:rPr>
                <w:rFonts w:cs="Times New Roman"/>
                <w:lang w:val="ru-RU"/>
              </w:rPr>
              <w:t xml:space="preserve">; для каждого </w:t>
            </w:r>
            <w:r w:rsidRPr="00291DA9">
              <w:rPr>
                <w:rFonts w:cs="Times New Roman"/>
              </w:rPr>
              <w:t>LUN</w:t>
            </w:r>
            <w:r w:rsidRPr="00291DA9">
              <w:rPr>
                <w:rFonts w:cs="Times New Roman"/>
                <w:lang w:val="ru-RU"/>
              </w:rPr>
              <w:t xml:space="preserve"> создано устройство </w:t>
            </w:r>
            <w:r w:rsidRPr="00291DA9">
              <w:rPr>
                <w:rFonts w:cs="Times New Roman"/>
              </w:rPr>
              <w:t>DM</w:t>
            </w:r>
            <w:r w:rsidRPr="00291DA9">
              <w:rPr>
                <w:rFonts w:cs="Times New Roman"/>
                <w:lang w:val="ru-RU"/>
              </w:rPr>
              <w:t>-</w:t>
            </w:r>
            <w:r w:rsidRPr="00291DA9">
              <w:rPr>
                <w:rFonts w:cs="Times New Roman"/>
              </w:rPr>
              <w:t>multipath</w:t>
            </w:r>
            <w:r w:rsidRPr="00291DA9">
              <w:rPr>
                <w:rFonts w:cs="Times New Roman"/>
                <w:lang w:val="ru-RU"/>
              </w:rPr>
              <w:t xml:space="preserve">; </w:t>
            </w:r>
          </w:p>
          <w:p w14:paraId="1B3BA057"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количество путей соответствует согласованной матрице </w:t>
            </w:r>
            <w:r w:rsidRPr="00291DA9">
              <w:rPr>
                <w:rFonts w:cs="Times New Roman"/>
              </w:rPr>
              <w:t>initiator</w:t>
            </w:r>
            <w:r w:rsidRPr="00291DA9">
              <w:rPr>
                <w:rFonts w:cs="Times New Roman"/>
                <w:lang w:val="ru-RU"/>
              </w:rPr>
              <w:t>-</w:t>
            </w:r>
            <w:r w:rsidRPr="00291DA9">
              <w:rPr>
                <w:rFonts w:cs="Times New Roman"/>
              </w:rPr>
              <w:t>target</w:t>
            </w:r>
            <w:r w:rsidRPr="00291DA9">
              <w:rPr>
                <w:rFonts w:cs="Times New Roman"/>
                <w:lang w:val="ru-RU"/>
              </w:rPr>
              <w:t>, но не менее 8 либо иное число, письменно согласованное с производителем/Заказчиком; пути обязательно проходят через оба контроллера.</w:t>
            </w:r>
          </w:p>
          <w:p w14:paraId="5982FCB3"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Все рабочие пути находятся в состоянии </w:t>
            </w:r>
          </w:p>
          <w:p w14:paraId="112549BA" w14:textId="77777777" w:rsidR="00281EA7" w:rsidRPr="00291DA9" w:rsidRDefault="00281EA7" w:rsidP="00281EA7">
            <w:pPr>
              <w:pStyle w:val="TableText"/>
              <w:spacing w:after="40"/>
              <w:rPr>
                <w:rFonts w:cs="Times New Roman"/>
                <w:lang w:val="ru-RU"/>
              </w:rPr>
            </w:pPr>
            <w:r w:rsidRPr="00291DA9">
              <w:rPr>
                <w:rFonts w:eastAsia="Consolas" w:cs="Times New Roman"/>
              </w:rPr>
              <w:t>active</w:t>
            </w:r>
            <w:r w:rsidRPr="00291DA9">
              <w:rPr>
                <w:rFonts w:eastAsia="Consolas" w:cs="Times New Roman"/>
                <w:lang w:val="ru-RU"/>
              </w:rPr>
              <w:t xml:space="preserve"> </w:t>
            </w:r>
            <w:r w:rsidRPr="00291DA9">
              <w:rPr>
                <w:rFonts w:eastAsia="Consolas" w:cs="Times New Roman"/>
              </w:rPr>
              <w:t>ready</w:t>
            </w:r>
            <w:r w:rsidRPr="00291DA9">
              <w:rPr>
                <w:rFonts w:eastAsia="Consolas" w:cs="Times New Roman"/>
                <w:lang w:val="ru-RU"/>
              </w:rPr>
              <w:t xml:space="preserve"> </w:t>
            </w:r>
            <w:r w:rsidRPr="00291DA9">
              <w:rPr>
                <w:rFonts w:eastAsia="Consolas" w:cs="Times New Roman"/>
              </w:rPr>
              <w:t>running</w:t>
            </w:r>
          </w:p>
          <w:p w14:paraId="5E8A313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все отображаемые группы путей имеют </w:t>
            </w:r>
          </w:p>
          <w:p w14:paraId="768F2A93" w14:textId="77777777" w:rsidR="00281EA7" w:rsidRPr="00291DA9" w:rsidRDefault="00281EA7" w:rsidP="00281EA7">
            <w:pPr>
              <w:pStyle w:val="TableText"/>
              <w:spacing w:after="40"/>
              <w:rPr>
                <w:rFonts w:cs="Times New Roman"/>
                <w:lang w:val="ru-RU"/>
              </w:rPr>
            </w:pPr>
            <w:r w:rsidRPr="00291DA9">
              <w:rPr>
                <w:rFonts w:eastAsia="Consolas" w:cs="Times New Roman"/>
              </w:rPr>
              <w:t>status</w:t>
            </w:r>
            <w:r w:rsidRPr="00291DA9">
              <w:rPr>
                <w:rFonts w:eastAsia="Consolas" w:cs="Times New Roman"/>
                <w:lang w:val="ru-RU"/>
              </w:rPr>
              <w:t>=</w:t>
            </w:r>
            <w:r w:rsidRPr="00291DA9">
              <w:rPr>
                <w:rFonts w:eastAsia="Consolas" w:cs="Times New Roman"/>
              </w:rPr>
              <w:t>active</w:t>
            </w:r>
          </w:p>
          <w:p w14:paraId="6D61458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а </w:t>
            </w:r>
          </w:p>
          <w:p w14:paraId="47B6580A" w14:textId="77777777" w:rsidR="00281EA7" w:rsidRPr="00291DA9" w:rsidRDefault="00281EA7" w:rsidP="00281EA7">
            <w:pPr>
              <w:pStyle w:val="TableText"/>
              <w:spacing w:after="40"/>
              <w:rPr>
                <w:rFonts w:cs="Times New Roman"/>
                <w:lang w:val="ru-RU"/>
              </w:rPr>
            </w:pPr>
            <w:r w:rsidRPr="00291DA9">
              <w:rPr>
                <w:rFonts w:eastAsia="Consolas" w:cs="Times New Roman"/>
              </w:rPr>
              <w:t>prio</w:t>
            </w:r>
          </w:p>
          <w:p w14:paraId="395C506C"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у путей/групп через оба контроллера одинаковый либо сопоставимый.</w:t>
            </w:r>
          </w:p>
        </w:tc>
        <w:tc>
          <w:tcPr>
            <w:tcW w:w="1268" w:type="pct"/>
          </w:tcPr>
          <w:p w14:paraId="25862271"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1) На каждом сервере выполнить пересканирование </w:t>
            </w:r>
            <w:r w:rsidRPr="00291DA9">
              <w:rPr>
                <w:rFonts w:cs="Times New Roman"/>
              </w:rPr>
              <w:t>SCSI</w:t>
            </w:r>
            <w:r w:rsidRPr="00291DA9">
              <w:rPr>
                <w:rFonts w:cs="Times New Roman"/>
                <w:lang w:val="ru-RU"/>
              </w:rPr>
              <w:t>-шины:</w:t>
            </w:r>
            <w:r w:rsidRPr="00291DA9">
              <w:rPr>
                <w:rFonts w:cs="Times New Roman"/>
                <w:lang w:val="ru-RU"/>
              </w:rPr>
              <w:br/>
            </w:r>
          </w:p>
          <w:p w14:paraId="25E40F69" w14:textId="77777777" w:rsidR="00281EA7" w:rsidRPr="00D61DB8" w:rsidRDefault="00281EA7" w:rsidP="00281EA7">
            <w:pPr>
              <w:pStyle w:val="CodeBlock"/>
              <w:rPr>
                <w:rFonts w:ascii="Times New Roman" w:hAnsi="Times New Roman" w:cs="Times New Roman"/>
              </w:rPr>
            </w:pPr>
            <w:r w:rsidRPr="00D61DB8">
              <w:rPr>
                <w:rFonts w:ascii="Times New Roman" w:hAnsi="Times New Roman" w:cs="Times New Roman"/>
                <w:sz w:val="14"/>
              </w:rPr>
              <w:t xml:space="preserve"># </w:t>
            </w:r>
            <w:r w:rsidRPr="00291DA9">
              <w:rPr>
                <w:rFonts w:ascii="Times New Roman" w:hAnsi="Times New Roman" w:cs="Times New Roman"/>
                <w:sz w:val="14"/>
              </w:rPr>
              <w:t>rescan</w:t>
            </w:r>
            <w:r w:rsidRPr="00D61DB8">
              <w:rPr>
                <w:rFonts w:ascii="Times New Roman" w:hAnsi="Times New Roman" w:cs="Times New Roman"/>
                <w:sz w:val="14"/>
              </w:rPr>
              <w:t>-</w:t>
            </w:r>
            <w:r w:rsidRPr="00291DA9">
              <w:rPr>
                <w:rFonts w:ascii="Times New Roman" w:hAnsi="Times New Roman" w:cs="Times New Roman"/>
                <w:sz w:val="14"/>
              </w:rPr>
              <w:t>scsi</w:t>
            </w:r>
            <w:r w:rsidRPr="00D61DB8">
              <w:rPr>
                <w:rFonts w:ascii="Times New Roman" w:hAnsi="Times New Roman" w:cs="Times New Roman"/>
                <w:sz w:val="14"/>
              </w:rPr>
              <w:t>-</w:t>
            </w:r>
            <w:r w:rsidRPr="00291DA9">
              <w:rPr>
                <w:rFonts w:ascii="Times New Roman" w:hAnsi="Times New Roman" w:cs="Times New Roman"/>
                <w:sz w:val="14"/>
              </w:rPr>
              <w:t>bus</w:t>
            </w:r>
            <w:r w:rsidRPr="00D61DB8">
              <w:rPr>
                <w:rFonts w:ascii="Times New Roman" w:hAnsi="Times New Roman" w:cs="Times New Roman"/>
                <w:sz w:val="14"/>
              </w:rPr>
              <w:t>.</w:t>
            </w:r>
            <w:r w:rsidRPr="00291DA9">
              <w:rPr>
                <w:rFonts w:ascii="Times New Roman" w:hAnsi="Times New Roman" w:cs="Times New Roman"/>
                <w:sz w:val="14"/>
              </w:rPr>
              <w:t>sh</w:t>
            </w:r>
            <w:r w:rsidRPr="00D61DB8">
              <w:rPr>
                <w:rFonts w:ascii="Times New Roman" w:hAnsi="Times New Roman" w:cs="Times New Roman"/>
                <w:sz w:val="14"/>
              </w:rPr>
              <w:t xml:space="preserve"> -</w:t>
            </w:r>
            <w:r w:rsidRPr="00291DA9">
              <w:rPr>
                <w:rFonts w:ascii="Times New Roman" w:hAnsi="Times New Roman" w:cs="Times New Roman"/>
                <w:sz w:val="14"/>
              </w:rPr>
              <w:t>a</w:t>
            </w:r>
            <w:r>
              <w:rPr>
                <w:rFonts w:ascii="Times New Roman" w:hAnsi="Times New Roman" w:cs="Times New Roman"/>
                <w:sz w:val="14"/>
              </w:rPr>
              <w:t xml:space="preserve"> -m</w:t>
            </w:r>
          </w:p>
          <w:p w14:paraId="392FF820"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На каждом сервере проверить обнаруженные </w:t>
            </w:r>
            <w:r w:rsidRPr="00291DA9">
              <w:rPr>
                <w:rFonts w:cs="Times New Roman"/>
              </w:rPr>
              <w:t>LUN</w:t>
            </w:r>
            <w:r w:rsidRPr="00291DA9">
              <w:rPr>
                <w:rFonts w:cs="Times New Roman"/>
                <w:lang w:val="ru-RU"/>
              </w:rPr>
              <w:t xml:space="preserve"> и многопутевую агрегацию:</w:t>
            </w:r>
            <w:r w:rsidRPr="00291DA9">
              <w:rPr>
                <w:rFonts w:cs="Times New Roman"/>
                <w:lang w:val="ru-RU"/>
              </w:rPr>
              <w:br/>
            </w:r>
          </w:p>
          <w:p w14:paraId="004EBA52" w14:textId="77777777" w:rsidR="00281EA7" w:rsidRPr="00291DA9" w:rsidRDefault="00281EA7" w:rsidP="00281EA7">
            <w:pPr>
              <w:pStyle w:val="CodeBlock"/>
              <w:rPr>
                <w:rFonts w:ascii="Times New Roman" w:hAnsi="Times New Roman" w:cs="Times New Roman"/>
                <w:lang w:val="ru-RU"/>
              </w:rPr>
            </w:pPr>
            <w:r w:rsidRPr="00291DA9">
              <w:rPr>
                <w:rFonts w:ascii="Times New Roman" w:hAnsi="Times New Roman" w:cs="Times New Roman"/>
                <w:sz w:val="14"/>
                <w:lang w:val="ru-RU"/>
              </w:rPr>
              <w:t xml:space="preserve">$ </w:t>
            </w:r>
            <w:r w:rsidRPr="00291DA9">
              <w:rPr>
                <w:rFonts w:ascii="Times New Roman" w:hAnsi="Times New Roman" w:cs="Times New Roman"/>
                <w:sz w:val="14"/>
              </w:rPr>
              <w:t>lsscsi</w:t>
            </w:r>
            <w:r w:rsidRPr="00291DA9">
              <w:rPr>
                <w:rFonts w:ascii="Times New Roman" w:hAnsi="Times New Roman" w:cs="Times New Roman"/>
                <w:sz w:val="14"/>
                <w:lang w:val="ru-RU"/>
              </w:rPr>
              <w:br/>
              <w:t xml:space="preserve">$ </w:t>
            </w:r>
            <w:r w:rsidRPr="00291DA9">
              <w:rPr>
                <w:rFonts w:ascii="Times New Roman" w:hAnsi="Times New Roman" w:cs="Times New Roman"/>
                <w:sz w:val="14"/>
              </w:rPr>
              <w:t>lsblk</w:t>
            </w:r>
            <w:r w:rsidRPr="00291DA9">
              <w:rPr>
                <w:rFonts w:ascii="Times New Roman" w:hAnsi="Times New Roman" w:cs="Times New Roman"/>
                <w:sz w:val="14"/>
                <w:lang w:val="ru-RU"/>
              </w:rPr>
              <w:br/>
              <w:t xml:space="preserve">$ </w:t>
            </w:r>
            <w:r w:rsidRPr="00291DA9">
              <w:rPr>
                <w:rFonts w:ascii="Times New Roman" w:hAnsi="Times New Roman" w:cs="Times New Roman"/>
                <w:sz w:val="14"/>
              </w:rPr>
              <w:t>multipath</w:t>
            </w:r>
            <w:r w:rsidRPr="00291DA9">
              <w:rPr>
                <w:rFonts w:ascii="Times New Roman" w:hAnsi="Times New Roman" w:cs="Times New Roman"/>
                <w:sz w:val="14"/>
                <w:lang w:val="ru-RU"/>
              </w:rPr>
              <w:t xml:space="preserve"> -</w:t>
            </w:r>
            <w:r w:rsidRPr="00291DA9">
              <w:rPr>
                <w:rFonts w:ascii="Times New Roman" w:hAnsi="Times New Roman" w:cs="Times New Roman"/>
                <w:sz w:val="14"/>
              </w:rPr>
              <w:t>ll</w:t>
            </w:r>
          </w:p>
          <w:p w14:paraId="674E9555"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3) Зафиксировать </w:t>
            </w:r>
            <w:r w:rsidRPr="00291DA9">
              <w:rPr>
                <w:rFonts w:cs="Times New Roman"/>
              </w:rPr>
              <w:t>WWID</w:t>
            </w:r>
            <w:r w:rsidRPr="00291DA9">
              <w:rPr>
                <w:rFonts w:cs="Times New Roman"/>
                <w:lang w:val="ru-RU"/>
              </w:rPr>
              <w:t xml:space="preserve">, размер каждого </w:t>
            </w:r>
            <w:r w:rsidRPr="00291DA9">
              <w:rPr>
                <w:rFonts w:cs="Times New Roman"/>
              </w:rPr>
              <w:t>LUN</w:t>
            </w:r>
            <w:r w:rsidRPr="00291DA9">
              <w:rPr>
                <w:rFonts w:cs="Times New Roman"/>
                <w:lang w:val="ru-RU"/>
              </w:rPr>
              <w:t xml:space="preserve"> и фактическое число путей.</w:t>
            </w:r>
            <w:r w:rsidRPr="00291DA9">
              <w:rPr>
                <w:rFonts w:cs="Times New Roman"/>
                <w:lang w:val="ru-RU"/>
              </w:rPr>
              <w:br/>
            </w:r>
          </w:p>
          <w:p w14:paraId="4CC3CAE7" w14:textId="77777777" w:rsidR="00281EA7" w:rsidRPr="00291DA9" w:rsidRDefault="00281EA7" w:rsidP="00281EA7">
            <w:pPr>
              <w:pStyle w:val="TableText"/>
              <w:spacing w:after="40"/>
              <w:rPr>
                <w:rFonts w:cs="Times New Roman"/>
                <w:lang w:val="ru-RU"/>
              </w:rPr>
            </w:pPr>
            <w:r w:rsidRPr="00291DA9">
              <w:rPr>
                <w:rFonts w:cs="Times New Roman"/>
                <w:lang w:val="ru-RU"/>
              </w:rPr>
              <w:t>4) Сверить статусы путей с таблицей раздела 7.4 и примером раздела 7.5.</w:t>
            </w:r>
          </w:p>
        </w:tc>
        <w:tc>
          <w:tcPr>
            <w:tcW w:w="1268" w:type="pct"/>
          </w:tcPr>
          <w:p w14:paraId="0E4BCCCC" w14:textId="77777777" w:rsidR="00281EA7" w:rsidRPr="00291DA9" w:rsidRDefault="00281EA7" w:rsidP="00281EA7">
            <w:pPr>
              <w:pStyle w:val="TableText"/>
              <w:spacing w:after="40"/>
              <w:rPr>
                <w:rFonts w:cs="Times New Roman"/>
                <w:lang w:val="ru-RU"/>
              </w:rPr>
            </w:pPr>
            <w:r w:rsidRPr="00291DA9">
              <w:rPr>
                <w:rFonts w:cs="Times New Roman"/>
                <w:lang w:val="ru-RU"/>
              </w:rPr>
              <w:t>Испытание считается успешным, если одновременно выполнены условия:</w:t>
            </w:r>
            <w:r w:rsidRPr="00291DA9">
              <w:rPr>
                <w:rFonts w:cs="Times New Roman"/>
                <w:lang w:val="ru-RU"/>
              </w:rPr>
              <w:br/>
            </w:r>
          </w:p>
          <w:p w14:paraId="0CFC6F8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1) На каждом сервере обнаружены все 4 </w:t>
            </w:r>
            <w:r w:rsidRPr="00291DA9">
              <w:rPr>
                <w:rFonts w:cs="Times New Roman"/>
              </w:rPr>
              <w:t>LUN</w:t>
            </w:r>
            <w:r w:rsidRPr="00291DA9">
              <w:rPr>
                <w:rFonts w:cs="Times New Roman"/>
                <w:lang w:val="ru-RU"/>
              </w:rPr>
              <w:t xml:space="preserve">, а для каждого </w:t>
            </w:r>
            <w:r w:rsidRPr="00291DA9">
              <w:rPr>
                <w:rFonts w:cs="Times New Roman"/>
              </w:rPr>
              <w:t>LUN</w:t>
            </w:r>
            <w:r w:rsidRPr="00291DA9">
              <w:rPr>
                <w:rFonts w:cs="Times New Roman"/>
                <w:lang w:val="ru-RU"/>
              </w:rPr>
              <w:t xml:space="preserve"> создано </w:t>
            </w:r>
            <w:r w:rsidRPr="00291DA9">
              <w:rPr>
                <w:rFonts w:cs="Times New Roman"/>
              </w:rPr>
              <w:t>DM</w:t>
            </w:r>
            <w:r w:rsidRPr="00291DA9">
              <w:rPr>
                <w:rFonts w:cs="Times New Roman"/>
                <w:lang w:val="ru-RU"/>
              </w:rPr>
              <w:t>-</w:t>
            </w:r>
            <w:r w:rsidRPr="00291DA9">
              <w:rPr>
                <w:rFonts w:cs="Times New Roman"/>
              </w:rPr>
              <w:t>multipath</w:t>
            </w:r>
            <w:r w:rsidRPr="00291DA9">
              <w:rPr>
                <w:rFonts w:cs="Times New Roman"/>
                <w:lang w:val="ru-RU"/>
              </w:rPr>
              <w:t xml:space="preserve"> устройство.</w:t>
            </w:r>
            <w:r w:rsidRPr="00291DA9">
              <w:rPr>
                <w:rFonts w:cs="Times New Roman"/>
                <w:lang w:val="ru-RU"/>
              </w:rPr>
              <w:br/>
            </w:r>
          </w:p>
          <w:p w14:paraId="4B4F311C"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w:t>
            </w:r>
          </w:p>
          <w:p w14:paraId="381BD950"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К каждому </w:t>
            </w:r>
            <w:r w:rsidRPr="00291DA9">
              <w:rPr>
                <w:rFonts w:cs="Times New Roman"/>
              </w:rPr>
              <w:t>LUN</w:t>
            </w:r>
            <w:r w:rsidRPr="00291DA9">
              <w:rPr>
                <w:rFonts w:cs="Times New Roman"/>
                <w:lang w:val="ru-RU"/>
              </w:rPr>
              <w:t xml:space="preserve"> на каждом сервере зафиксировано не менее 8 путей либо иное число, соответствующее согласованной матрице </w:t>
            </w:r>
            <w:r w:rsidRPr="00291DA9">
              <w:rPr>
                <w:rFonts w:cs="Times New Roman"/>
              </w:rPr>
              <w:t>initiator</w:t>
            </w:r>
            <w:r w:rsidRPr="00291DA9">
              <w:rPr>
                <w:rFonts w:cs="Times New Roman"/>
                <w:lang w:val="ru-RU"/>
              </w:rPr>
              <w:t>-</w:t>
            </w:r>
            <w:r w:rsidRPr="00291DA9">
              <w:rPr>
                <w:rFonts w:cs="Times New Roman"/>
              </w:rPr>
              <w:t>target</w:t>
            </w:r>
            <w:r w:rsidRPr="00291DA9">
              <w:rPr>
                <w:rFonts w:cs="Times New Roman"/>
                <w:lang w:val="ru-RU"/>
              </w:rPr>
              <w:t>; при любом допустимом числе путей они проходят через оба контроллера.</w:t>
            </w:r>
            <w:r w:rsidRPr="00291DA9">
              <w:rPr>
                <w:rFonts w:cs="Times New Roman"/>
                <w:lang w:val="ru-RU"/>
              </w:rPr>
              <w:br/>
            </w:r>
          </w:p>
          <w:p w14:paraId="1F6C993F"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3) </w:t>
            </w:r>
          </w:p>
          <w:p w14:paraId="243FCECB"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Все отображаемые группы путей имеют статус </w:t>
            </w:r>
          </w:p>
          <w:p w14:paraId="3EED1178" w14:textId="77777777" w:rsidR="00281EA7" w:rsidRPr="00291DA9" w:rsidRDefault="00281EA7" w:rsidP="00281EA7">
            <w:pPr>
              <w:pStyle w:val="TableText"/>
              <w:spacing w:after="40"/>
              <w:rPr>
                <w:rFonts w:cs="Times New Roman"/>
                <w:lang w:val="ru-RU"/>
              </w:rPr>
            </w:pPr>
            <w:r w:rsidRPr="00291DA9">
              <w:rPr>
                <w:rFonts w:eastAsia="Consolas" w:cs="Times New Roman"/>
              </w:rPr>
              <w:t>status</w:t>
            </w:r>
            <w:r w:rsidRPr="00291DA9">
              <w:rPr>
                <w:rFonts w:eastAsia="Consolas" w:cs="Times New Roman"/>
                <w:lang w:val="ru-RU"/>
              </w:rPr>
              <w:t>=</w:t>
            </w:r>
            <w:r w:rsidRPr="00291DA9">
              <w:rPr>
                <w:rFonts w:eastAsia="Consolas" w:cs="Times New Roman"/>
              </w:rPr>
              <w:t>active</w:t>
            </w:r>
          </w:p>
          <w:p w14:paraId="27C40CA0"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w:t>
            </w:r>
          </w:p>
          <w:p w14:paraId="27251C69" w14:textId="77777777" w:rsidR="00281EA7" w:rsidRPr="00291DA9" w:rsidRDefault="00281EA7" w:rsidP="00281EA7">
            <w:pPr>
              <w:pStyle w:val="TableText"/>
              <w:spacing w:after="40"/>
              <w:rPr>
                <w:rFonts w:cs="Times New Roman"/>
                <w:lang w:val="ru-RU"/>
              </w:rPr>
            </w:pPr>
            <w:r w:rsidRPr="00291DA9">
              <w:rPr>
                <w:rFonts w:eastAsia="Consolas" w:cs="Times New Roman"/>
              </w:rPr>
              <w:t>prio</w:t>
            </w:r>
          </w:p>
          <w:p w14:paraId="55BFAA2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у путей/групп через оба контроллера одинаковый либо сопоставимый. Группировка всех путей в одну </w:t>
            </w:r>
            <w:r w:rsidRPr="00291DA9">
              <w:rPr>
                <w:rFonts w:cs="Times New Roman"/>
              </w:rPr>
              <w:t>active</w:t>
            </w:r>
            <w:r w:rsidRPr="00291DA9">
              <w:rPr>
                <w:rFonts w:cs="Times New Roman"/>
                <w:lang w:val="ru-RU"/>
              </w:rPr>
              <w:t xml:space="preserve">-группу не является основанием для отказа, если сохранены остальные признаки </w:t>
            </w:r>
            <w:r w:rsidRPr="00291DA9">
              <w:rPr>
                <w:rFonts w:cs="Times New Roman"/>
              </w:rPr>
              <w:t>SLUA</w:t>
            </w:r>
            <w:r w:rsidRPr="00291DA9">
              <w:rPr>
                <w:rFonts w:cs="Times New Roman"/>
                <w:lang w:val="ru-RU"/>
              </w:rPr>
              <w:t>.</w:t>
            </w:r>
            <w:r w:rsidRPr="00291DA9">
              <w:rPr>
                <w:rFonts w:cs="Times New Roman"/>
                <w:lang w:val="ru-RU"/>
              </w:rPr>
              <w:br/>
            </w:r>
          </w:p>
          <w:p w14:paraId="34EF9B5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4) Каждый рабочий путь имеет статус </w:t>
            </w:r>
          </w:p>
          <w:p w14:paraId="67275E80" w14:textId="77777777" w:rsidR="00281EA7" w:rsidRPr="00291DA9" w:rsidRDefault="00281EA7" w:rsidP="00281EA7">
            <w:pPr>
              <w:pStyle w:val="TableText"/>
              <w:spacing w:after="40"/>
              <w:rPr>
                <w:rFonts w:cs="Times New Roman"/>
                <w:lang w:val="ru-RU"/>
              </w:rPr>
            </w:pPr>
            <w:r w:rsidRPr="00291DA9">
              <w:rPr>
                <w:rFonts w:eastAsia="Consolas" w:cs="Times New Roman"/>
              </w:rPr>
              <w:t>active</w:t>
            </w:r>
            <w:r w:rsidRPr="00291DA9">
              <w:rPr>
                <w:rFonts w:eastAsia="Consolas" w:cs="Times New Roman"/>
                <w:lang w:val="ru-RU"/>
              </w:rPr>
              <w:t xml:space="preserve"> </w:t>
            </w:r>
            <w:r w:rsidRPr="00291DA9">
              <w:rPr>
                <w:rFonts w:eastAsia="Consolas" w:cs="Times New Roman"/>
              </w:rPr>
              <w:t>ready</w:t>
            </w:r>
            <w:r w:rsidRPr="00291DA9">
              <w:rPr>
                <w:rFonts w:eastAsia="Consolas" w:cs="Times New Roman"/>
                <w:lang w:val="ru-RU"/>
              </w:rPr>
              <w:t xml:space="preserve"> </w:t>
            </w:r>
            <w:r w:rsidRPr="00291DA9">
              <w:rPr>
                <w:rFonts w:eastAsia="Consolas" w:cs="Times New Roman"/>
              </w:rPr>
              <w:t>running</w:t>
            </w:r>
          </w:p>
          <w:p w14:paraId="6C61450A" w14:textId="77777777" w:rsidR="00281EA7" w:rsidRPr="00291DA9" w:rsidRDefault="00281EA7" w:rsidP="00281EA7">
            <w:pPr>
              <w:pStyle w:val="TableText"/>
              <w:spacing w:after="40"/>
              <w:rPr>
                <w:rFonts w:cs="Times New Roman"/>
                <w:lang w:val="ru-RU"/>
              </w:rPr>
            </w:pPr>
            <w:r w:rsidRPr="00291DA9">
              <w:rPr>
                <w:rFonts w:cs="Times New Roman"/>
                <w:lang w:val="ru-RU"/>
              </w:rPr>
              <w:t>.</w:t>
            </w:r>
            <w:r w:rsidRPr="00291DA9">
              <w:rPr>
                <w:rFonts w:cs="Times New Roman"/>
                <w:lang w:val="ru-RU"/>
              </w:rPr>
              <w:br/>
            </w:r>
          </w:p>
          <w:p w14:paraId="6AA28A17"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5) Для исходного состояния </w:t>
            </w:r>
            <w:r w:rsidRPr="00291DA9">
              <w:rPr>
                <w:rFonts w:cs="Times New Roman"/>
              </w:rPr>
              <w:t>SLUA</w:t>
            </w:r>
            <w:r w:rsidRPr="00291DA9">
              <w:rPr>
                <w:rFonts w:cs="Times New Roman"/>
                <w:lang w:val="ru-RU"/>
              </w:rPr>
              <w:t xml:space="preserve"> не принимаются как подтверждение:</w:t>
            </w:r>
            <w:r w:rsidRPr="00291DA9">
              <w:rPr>
                <w:rFonts w:cs="Times New Roman"/>
                <w:lang w:val="ru-RU"/>
              </w:rPr>
              <w:br/>
            </w:r>
          </w:p>
          <w:p w14:paraId="78987F20" w14:textId="77777777" w:rsidR="00281EA7" w:rsidRPr="00291DA9" w:rsidRDefault="00281EA7" w:rsidP="00281EA7">
            <w:pPr>
              <w:pStyle w:val="TableText"/>
              <w:spacing w:after="40"/>
              <w:rPr>
                <w:rFonts w:cs="Times New Roman"/>
              </w:rPr>
            </w:pPr>
            <w:r w:rsidRPr="00291DA9">
              <w:rPr>
                <w:rFonts w:eastAsia="Consolas" w:cs="Times New Roman"/>
              </w:rPr>
              <w:t>status=enabled (ALUA)</w:t>
            </w:r>
            <w:r w:rsidRPr="00291DA9">
              <w:rPr>
                <w:rFonts w:cs="Times New Roman"/>
              </w:rPr>
              <w:br/>
            </w:r>
          </w:p>
          <w:p w14:paraId="0D51E89D" w14:textId="77777777" w:rsidR="00281EA7" w:rsidRPr="00291DA9" w:rsidRDefault="00281EA7" w:rsidP="00281EA7">
            <w:pPr>
              <w:pStyle w:val="TableText"/>
              <w:spacing w:after="40"/>
              <w:rPr>
                <w:rFonts w:cs="Times New Roman"/>
              </w:rPr>
            </w:pPr>
            <w:r w:rsidRPr="00291DA9">
              <w:rPr>
                <w:rFonts w:eastAsia="Consolas" w:cs="Times New Roman"/>
              </w:rPr>
              <w:t>enabled ghost running (ALUA)</w:t>
            </w:r>
            <w:r w:rsidRPr="00291DA9">
              <w:rPr>
                <w:rFonts w:cs="Times New Roman"/>
              </w:rPr>
              <w:br/>
            </w:r>
          </w:p>
          <w:p w14:paraId="1A55776D" w14:textId="77777777" w:rsidR="00281EA7" w:rsidRPr="00291DA9" w:rsidRDefault="00281EA7" w:rsidP="00281EA7">
            <w:pPr>
              <w:pStyle w:val="TableText"/>
              <w:spacing w:after="40"/>
              <w:rPr>
                <w:rFonts w:cs="Times New Roman"/>
              </w:rPr>
            </w:pPr>
            <w:r w:rsidRPr="00291DA9">
              <w:rPr>
                <w:rFonts w:eastAsia="Consolas" w:cs="Times New Roman"/>
              </w:rPr>
              <w:t>active/non-optimized</w:t>
            </w:r>
            <w:r w:rsidRPr="00291DA9">
              <w:rPr>
                <w:rFonts w:cs="Times New Roman"/>
              </w:rPr>
              <w:br/>
            </w:r>
          </w:p>
          <w:p w14:paraId="5BD34067" w14:textId="77777777" w:rsidR="00281EA7" w:rsidRPr="00291DA9" w:rsidRDefault="00281EA7" w:rsidP="00281EA7">
            <w:pPr>
              <w:pStyle w:val="TableText"/>
              <w:spacing w:after="40"/>
              <w:rPr>
                <w:rFonts w:cs="Times New Roman"/>
              </w:rPr>
            </w:pPr>
            <w:r w:rsidRPr="00291DA9">
              <w:rPr>
                <w:rFonts w:eastAsia="Consolas" w:cs="Times New Roman"/>
              </w:rPr>
              <w:t>faulty</w:t>
            </w:r>
          </w:p>
          <w:p w14:paraId="525A84E9" w14:textId="77777777" w:rsidR="00281EA7" w:rsidRPr="00291DA9" w:rsidRDefault="00281EA7" w:rsidP="00281EA7">
            <w:pPr>
              <w:pStyle w:val="TableText"/>
              <w:spacing w:after="40"/>
              <w:rPr>
                <w:rFonts w:cs="Times New Roman"/>
              </w:rPr>
            </w:pPr>
            <w:r w:rsidRPr="00291DA9">
              <w:rPr>
                <w:rFonts w:cs="Times New Roman"/>
              </w:rPr>
              <w:t xml:space="preserve">, </w:t>
            </w:r>
          </w:p>
          <w:p w14:paraId="75A9C225" w14:textId="77777777" w:rsidR="00281EA7" w:rsidRPr="00291DA9" w:rsidRDefault="00281EA7" w:rsidP="00281EA7">
            <w:pPr>
              <w:pStyle w:val="TableText"/>
              <w:spacing w:after="40"/>
              <w:rPr>
                <w:rFonts w:cs="Times New Roman"/>
              </w:rPr>
            </w:pPr>
            <w:r w:rsidRPr="00291DA9">
              <w:rPr>
                <w:rFonts w:eastAsia="Consolas" w:cs="Times New Roman"/>
              </w:rPr>
              <w:t>failed</w:t>
            </w:r>
          </w:p>
          <w:p w14:paraId="0C8A0E0A" w14:textId="77777777" w:rsidR="00281EA7" w:rsidRPr="00291DA9" w:rsidRDefault="00281EA7" w:rsidP="00281EA7">
            <w:pPr>
              <w:pStyle w:val="TableText"/>
              <w:spacing w:after="40"/>
              <w:rPr>
                <w:rFonts w:cs="Times New Roman"/>
              </w:rPr>
            </w:pPr>
            <w:r w:rsidRPr="00291DA9">
              <w:rPr>
                <w:rFonts w:cs="Times New Roman"/>
              </w:rPr>
              <w:t xml:space="preserve">, </w:t>
            </w:r>
          </w:p>
          <w:p w14:paraId="27494E35" w14:textId="77777777" w:rsidR="00281EA7" w:rsidRPr="00291DA9" w:rsidRDefault="00281EA7" w:rsidP="00281EA7">
            <w:pPr>
              <w:pStyle w:val="TableText"/>
              <w:spacing w:after="40"/>
              <w:rPr>
                <w:rFonts w:cs="Times New Roman"/>
                <w:lang w:val="ru-RU"/>
              </w:rPr>
            </w:pPr>
            <w:r w:rsidRPr="00291DA9">
              <w:rPr>
                <w:rFonts w:eastAsia="Consolas" w:cs="Times New Roman"/>
              </w:rPr>
              <w:t>offline</w:t>
            </w:r>
          </w:p>
          <w:p w14:paraId="424A000D"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w:t>
            </w:r>
          </w:p>
          <w:p w14:paraId="2BF0C06D" w14:textId="77777777" w:rsidR="00281EA7" w:rsidRPr="00291DA9" w:rsidRDefault="00281EA7" w:rsidP="00281EA7">
            <w:pPr>
              <w:pStyle w:val="TableText"/>
              <w:spacing w:after="40"/>
              <w:rPr>
                <w:rFonts w:cs="Times New Roman"/>
                <w:lang w:val="ru-RU"/>
              </w:rPr>
            </w:pPr>
            <w:r w:rsidRPr="00291DA9">
              <w:rPr>
                <w:rFonts w:eastAsia="Consolas" w:cs="Times New Roman"/>
              </w:rPr>
              <w:t>undef</w:t>
            </w:r>
          </w:p>
          <w:p w14:paraId="4E12D6EF" w14:textId="77777777" w:rsidR="00281EA7" w:rsidRPr="00291DA9" w:rsidRDefault="00281EA7" w:rsidP="00281EA7">
            <w:pPr>
              <w:pStyle w:val="TableText"/>
              <w:spacing w:after="40"/>
              <w:rPr>
                <w:rFonts w:cs="Times New Roman"/>
                <w:lang w:val="ru-RU"/>
              </w:rPr>
            </w:pPr>
            <w:r w:rsidRPr="00291DA9">
              <w:rPr>
                <w:rFonts w:cs="Times New Roman"/>
                <w:lang w:val="ru-RU"/>
              </w:rPr>
              <w:t>.</w:t>
            </w:r>
            <w:r w:rsidRPr="00291DA9">
              <w:rPr>
                <w:rFonts w:cs="Times New Roman"/>
                <w:lang w:val="ru-RU"/>
              </w:rPr>
              <w:br/>
            </w:r>
          </w:p>
          <w:p w14:paraId="43CC77A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6) Если производитель отображает </w:t>
            </w:r>
            <w:r w:rsidRPr="00291DA9">
              <w:rPr>
                <w:rFonts w:cs="Times New Roman"/>
              </w:rPr>
              <w:t>SLUA</w:t>
            </w:r>
            <w:r w:rsidRPr="00291DA9">
              <w:rPr>
                <w:rFonts w:cs="Times New Roman"/>
                <w:lang w:val="ru-RU"/>
              </w:rPr>
              <w:t xml:space="preserve"> иными статусами, к материалам испытаний прикладывается официальное пояснение производителя.</w:t>
            </w:r>
          </w:p>
        </w:tc>
      </w:tr>
      <w:tr w:rsidR="00281EA7" w:rsidRPr="00D31521" w14:paraId="5D895A88" w14:textId="77777777" w:rsidTr="00281EA7">
        <w:trPr>
          <w:jc w:val="center"/>
        </w:trPr>
        <w:tc>
          <w:tcPr>
            <w:tcW w:w="201" w:type="pct"/>
          </w:tcPr>
          <w:p w14:paraId="0A70F67D" w14:textId="77777777" w:rsidR="00281EA7" w:rsidRPr="00291DA9" w:rsidRDefault="00281EA7" w:rsidP="00281EA7">
            <w:pPr>
              <w:pStyle w:val="TableText"/>
              <w:spacing w:after="40"/>
              <w:rPr>
                <w:rFonts w:cs="Times New Roman"/>
              </w:rPr>
            </w:pPr>
            <w:r w:rsidRPr="00291DA9">
              <w:rPr>
                <w:rFonts w:cs="Times New Roman"/>
              </w:rPr>
              <w:lastRenderedPageBreak/>
              <w:t>8</w:t>
            </w:r>
          </w:p>
        </w:tc>
        <w:tc>
          <w:tcPr>
            <w:tcW w:w="573" w:type="pct"/>
          </w:tcPr>
          <w:p w14:paraId="2AACBF7A" w14:textId="77777777" w:rsidR="00281EA7" w:rsidRPr="00291DA9" w:rsidRDefault="00281EA7" w:rsidP="00281EA7">
            <w:pPr>
              <w:pStyle w:val="TableText"/>
              <w:spacing w:after="40"/>
              <w:rPr>
                <w:rFonts w:cs="Times New Roman"/>
              </w:rPr>
            </w:pPr>
            <w:r w:rsidRPr="00291DA9">
              <w:rPr>
                <w:rFonts w:cs="Times New Roman"/>
              </w:rPr>
              <w:t>Проверка SLUA</w:t>
            </w:r>
          </w:p>
        </w:tc>
        <w:tc>
          <w:tcPr>
            <w:tcW w:w="604" w:type="pct"/>
          </w:tcPr>
          <w:p w14:paraId="403A6949" w14:textId="77777777" w:rsidR="00281EA7" w:rsidRPr="00F61CF4" w:rsidRDefault="00281EA7" w:rsidP="00281EA7">
            <w:pPr>
              <w:pStyle w:val="TableText"/>
              <w:spacing w:after="40"/>
              <w:rPr>
                <w:rFonts w:cs="Times New Roman"/>
                <w:lang w:val="ru-RU"/>
              </w:rPr>
            </w:pPr>
            <w:r w:rsidRPr="00291DA9">
              <w:rPr>
                <w:rFonts w:cs="Times New Roman"/>
                <w:lang w:val="ru-RU"/>
              </w:rPr>
              <w:t xml:space="preserve">Проверка отсутствия обязательного владельца </w:t>
            </w:r>
            <w:r>
              <w:rPr>
                <w:rFonts w:cs="Times New Roman"/>
                <w:lang w:val="ru-RU"/>
              </w:rPr>
              <w:t>L</w:t>
            </w:r>
            <w:r>
              <w:rPr>
                <w:rFonts w:cs="Times New Roman"/>
              </w:rPr>
              <w:t>UN</w:t>
            </w:r>
          </w:p>
        </w:tc>
        <w:tc>
          <w:tcPr>
            <w:tcW w:w="1086" w:type="pct"/>
          </w:tcPr>
          <w:p w14:paraId="1BE5F7A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Эксплуатация </w:t>
            </w:r>
            <w:r w:rsidRPr="00291DA9">
              <w:rPr>
                <w:rFonts w:cs="Times New Roman"/>
              </w:rPr>
              <w:t>LUN</w:t>
            </w:r>
            <w:r w:rsidRPr="00291DA9">
              <w:rPr>
                <w:rFonts w:cs="Times New Roman"/>
                <w:lang w:val="ru-RU"/>
              </w:rPr>
              <w:t xml:space="preserve"> не требует ручного назначения единственного контроллера, через который должен обслуживаться </w:t>
            </w:r>
            <w:r>
              <w:rPr>
                <w:rFonts w:cs="Times New Roman"/>
              </w:rPr>
              <w:t>LUN</w:t>
            </w:r>
            <w:r w:rsidRPr="00291DA9">
              <w:rPr>
                <w:rFonts w:cs="Times New Roman"/>
                <w:lang w:val="ru-RU"/>
              </w:rPr>
              <w:t>. Внутренний служебный владелец допускается только если он не ограничивает доступ через оба контроллера.</w:t>
            </w:r>
          </w:p>
        </w:tc>
        <w:tc>
          <w:tcPr>
            <w:tcW w:w="1268" w:type="pct"/>
          </w:tcPr>
          <w:p w14:paraId="605B7FBD"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1) Зафиксировать экран или </w:t>
            </w:r>
            <w:r w:rsidRPr="00291DA9">
              <w:rPr>
                <w:rFonts w:cs="Times New Roman"/>
              </w:rPr>
              <w:t>CLI</w:t>
            </w:r>
            <w:r w:rsidRPr="00291DA9">
              <w:rPr>
                <w:rFonts w:cs="Times New Roman"/>
                <w:lang w:val="ru-RU"/>
              </w:rPr>
              <w:t xml:space="preserve"> создания </w:t>
            </w:r>
            <w:r w:rsidRPr="00291DA9">
              <w:rPr>
                <w:rFonts w:cs="Times New Roman"/>
              </w:rPr>
              <w:t>LUN</w:t>
            </w:r>
            <w:r w:rsidRPr="00291DA9">
              <w:rPr>
                <w:rFonts w:cs="Times New Roman"/>
                <w:lang w:val="ru-RU"/>
              </w:rPr>
              <w:t xml:space="preserve"> и предоставления </w:t>
            </w:r>
            <w:r w:rsidRPr="00291DA9">
              <w:rPr>
                <w:rFonts w:cs="Times New Roman"/>
              </w:rPr>
              <w:t>LUN</w:t>
            </w:r>
            <w:r w:rsidRPr="00291DA9">
              <w:rPr>
                <w:rFonts w:cs="Times New Roman"/>
                <w:lang w:val="ru-RU"/>
              </w:rPr>
              <w:t xml:space="preserve"> хостам.</w:t>
            </w:r>
            <w:r w:rsidRPr="00291DA9">
              <w:rPr>
                <w:rFonts w:cs="Times New Roman"/>
                <w:lang w:val="ru-RU"/>
              </w:rPr>
              <w:br/>
            </w:r>
          </w:p>
          <w:p w14:paraId="314051F9" w14:textId="77777777" w:rsidR="00281EA7" w:rsidRPr="00291DA9" w:rsidRDefault="00281EA7" w:rsidP="00281EA7">
            <w:pPr>
              <w:pStyle w:val="TableText"/>
              <w:spacing w:after="40"/>
              <w:rPr>
                <w:rFonts w:cs="Times New Roman"/>
              </w:rPr>
            </w:pPr>
            <w:r w:rsidRPr="00291DA9">
              <w:rPr>
                <w:rFonts w:cs="Times New Roman"/>
              </w:rPr>
              <w:t xml:space="preserve">2) Проверить наличие полей: </w:t>
            </w:r>
          </w:p>
          <w:p w14:paraId="0B958EE8" w14:textId="77777777" w:rsidR="00281EA7" w:rsidRPr="00291DA9" w:rsidRDefault="00281EA7" w:rsidP="00281EA7">
            <w:pPr>
              <w:pStyle w:val="TableText"/>
              <w:spacing w:after="40"/>
              <w:rPr>
                <w:rFonts w:cs="Times New Roman"/>
              </w:rPr>
            </w:pPr>
            <w:r w:rsidRPr="00291DA9">
              <w:rPr>
                <w:rFonts w:eastAsia="Consolas" w:cs="Times New Roman"/>
              </w:rPr>
              <w:t>preferred controller</w:t>
            </w:r>
          </w:p>
          <w:p w14:paraId="03981EC5" w14:textId="77777777" w:rsidR="00281EA7" w:rsidRPr="00291DA9" w:rsidRDefault="00281EA7" w:rsidP="00281EA7">
            <w:pPr>
              <w:pStyle w:val="TableText"/>
              <w:spacing w:after="40"/>
              <w:rPr>
                <w:rFonts w:cs="Times New Roman"/>
              </w:rPr>
            </w:pPr>
            <w:r w:rsidRPr="00291DA9">
              <w:rPr>
                <w:rFonts w:cs="Times New Roman"/>
              </w:rPr>
              <w:t xml:space="preserve">, </w:t>
            </w:r>
          </w:p>
          <w:p w14:paraId="7DE11FCA" w14:textId="77777777" w:rsidR="00281EA7" w:rsidRPr="00291DA9" w:rsidRDefault="00281EA7" w:rsidP="00281EA7">
            <w:pPr>
              <w:pStyle w:val="TableText"/>
              <w:spacing w:after="40"/>
              <w:rPr>
                <w:rFonts w:cs="Times New Roman"/>
              </w:rPr>
            </w:pPr>
            <w:r w:rsidRPr="00291DA9">
              <w:rPr>
                <w:rFonts w:eastAsia="Consolas" w:cs="Times New Roman"/>
              </w:rPr>
              <w:t>owning controller</w:t>
            </w:r>
          </w:p>
          <w:p w14:paraId="408D7960" w14:textId="77777777" w:rsidR="00281EA7" w:rsidRPr="00CC3C5A" w:rsidRDefault="00281EA7" w:rsidP="00281EA7">
            <w:pPr>
              <w:pStyle w:val="TableText"/>
              <w:spacing w:after="40"/>
              <w:rPr>
                <w:rFonts w:cs="Times New Roman"/>
              </w:rPr>
            </w:pPr>
            <w:r w:rsidRPr="00CC3C5A">
              <w:rPr>
                <w:rFonts w:cs="Times New Roman"/>
              </w:rPr>
              <w:t xml:space="preserve">, </w:t>
            </w:r>
          </w:p>
          <w:p w14:paraId="0E762E6C" w14:textId="77777777" w:rsidR="00281EA7" w:rsidRPr="00CC3C5A" w:rsidRDefault="00281EA7" w:rsidP="00281EA7">
            <w:pPr>
              <w:pStyle w:val="TableText"/>
              <w:spacing w:after="40"/>
              <w:rPr>
                <w:rFonts w:cs="Times New Roman"/>
              </w:rPr>
            </w:pPr>
            <w:r w:rsidRPr="00291DA9">
              <w:rPr>
                <w:rFonts w:eastAsia="Consolas" w:cs="Times New Roman"/>
              </w:rPr>
              <w:t>owner</w:t>
            </w:r>
          </w:p>
          <w:p w14:paraId="66DF90D7" w14:textId="77777777" w:rsidR="00281EA7" w:rsidRPr="00CC3C5A" w:rsidRDefault="00281EA7" w:rsidP="00281EA7">
            <w:pPr>
              <w:pStyle w:val="TableText"/>
              <w:spacing w:after="40"/>
              <w:rPr>
                <w:rFonts w:cs="Times New Roman"/>
              </w:rPr>
            </w:pPr>
            <w:r w:rsidRPr="00CC3C5A">
              <w:rPr>
                <w:rFonts w:cs="Times New Roman"/>
              </w:rPr>
              <w:t xml:space="preserve">, </w:t>
            </w:r>
          </w:p>
          <w:p w14:paraId="29C47D5F" w14:textId="77777777" w:rsidR="00281EA7" w:rsidRPr="00CC3C5A" w:rsidRDefault="00281EA7" w:rsidP="00281EA7">
            <w:pPr>
              <w:pStyle w:val="TableText"/>
              <w:spacing w:after="40"/>
              <w:rPr>
                <w:rFonts w:cs="Times New Roman"/>
              </w:rPr>
            </w:pPr>
            <w:r w:rsidRPr="00291DA9">
              <w:rPr>
                <w:rFonts w:eastAsia="Consolas" w:cs="Times New Roman"/>
              </w:rPr>
              <w:t>default</w:t>
            </w:r>
            <w:r w:rsidRPr="00CC3C5A">
              <w:rPr>
                <w:rFonts w:eastAsia="Consolas" w:cs="Times New Roman"/>
              </w:rPr>
              <w:t xml:space="preserve"> </w:t>
            </w:r>
            <w:r w:rsidRPr="00291DA9">
              <w:rPr>
                <w:rFonts w:eastAsia="Consolas" w:cs="Times New Roman"/>
              </w:rPr>
              <w:t>controller</w:t>
            </w:r>
          </w:p>
          <w:p w14:paraId="720A6340" w14:textId="77777777" w:rsidR="00281EA7" w:rsidRPr="00CC3C5A" w:rsidRDefault="00281EA7" w:rsidP="00281EA7">
            <w:pPr>
              <w:pStyle w:val="TableText"/>
              <w:spacing w:after="40"/>
              <w:rPr>
                <w:rFonts w:cs="Times New Roman"/>
              </w:rPr>
            </w:pPr>
            <w:r w:rsidRPr="00CC3C5A">
              <w:rPr>
                <w:rFonts w:cs="Times New Roman"/>
              </w:rPr>
              <w:t xml:space="preserve"> </w:t>
            </w:r>
            <w:r w:rsidRPr="00ED1D20">
              <w:rPr>
                <w:rFonts w:cs="Times New Roman"/>
                <w:lang w:val="ru-RU"/>
              </w:rPr>
              <w:t>или</w:t>
            </w:r>
            <w:r w:rsidRPr="00CC3C5A">
              <w:rPr>
                <w:rFonts w:cs="Times New Roman"/>
              </w:rPr>
              <w:t xml:space="preserve"> </w:t>
            </w:r>
            <w:r w:rsidRPr="00ED1D20">
              <w:rPr>
                <w:rFonts w:cs="Times New Roman"/>
                <w:lang w:val="ru-RU"/>
              </w:rPr>
              <w:t>аналогичных</w:t>
            </w:r>
            <w:r w:rsidRPr="00CC3C5A">
              <w:rPr>
                <w:rFonts w:cs="Times New Roman"/>
              </w:rPr>
              <w:t>.</w:t>
            </w:r>
            <w:r w:rsidRPr="00CC3C5A">
              <w:rPr>
                <w:rFonts w:cs="Times New Roman"/>
              </w:rPr>
              <w:br/>
            </w:r>
          </w:p>
          <w:p w14:paraId="138E81D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3) Если такие поля присутствуют, приложить пояснение производителя: является ли это только служебным признаком или реальной привязкой </w:t>
            </w:r>
            <w:r>
              <w:rPr>
                <w:rFonts w:cs="Times New Roman"/>
              </w:rPr>
              <w:t>LUN</w:t>
            </w:r>
            <w:r w:rsidRPr="00291DA9">
              <w:rPr>
                <w:rFonts w:cs="Times New Roman"/>
                <w:lang w:val="ru-RU"/>
              </w:rPr>
              <w:t xml:space="preserve"> к контроллеру.</w:t>
            </w:r>
            <w:r w:rsidRPr="00291DA9">
              <w:rPr>
                <w:rFonts w:cs="Times New Roman"/>
                <w:lang w:val="ru-RU"/>
              </w:rPr>
              <w:br/>
            </w:r>
          </w:p>
          <w:p w14:paraId="5D18DF9D" w14:textId="77777777" w:rsidR="00281EA7" w:rsidRPr="00291DA9" w:rsidRDefault="00281EA7" w:rsidP="00281EA7">
            <w:pPr>
              <w:pStyle w:val="TableText"/>
              <w:spacing w:after="40"/>
              <w:rPr>
                <w:rFonts w:cs="Times New Roman"/>
                <w:lang w:val="ru-RU"/>
              </w:rPr>
            </w:pPr>
            <w:r w:rsidRPr="00291DA9">
              <w:rPr>
                <w:rFonts w:cs="Times New Roman"/>
                <w:lang w:val="ru-RU"/>
              </w:rPr>
              <w:t>4) Сопоставить результат с фактической видимостью путей по разделам 7.2–7.5.</w:t>
            </w:r>
          </w:p>
        </w:tc>
        <w:tc>
          <w:tcPr>
            <w:tcW w:w="1268" w:type="pct"/>
          </w:tcPr>
          <w:p w14:paraId="1E476C32" w14:textId="77777777" w:rsidR="00281EA7" w:rsidRPr="00291DA9" w:rsidRDefault="00281EA7" w:rsidP="00281EA7">
            <w:pPr>
              <w:pStyle w:val="TableText"/>
              <w:spacing w:after="40"/>
              <w:rPr>
                <w:rFonts w:cs="Times New Roman"/>
                <w:lang w:val="ru-RU"/>
              </w:rPr>
            </w:pPr>
            <w:r w:rsidRPr="00291DA9">
              <w:rPr>
                <w:rFonts w:cs="Times New Roman"/>
                <w:lang w:val="ru-RU"/>
              </w:rPr>
              <w:t>Испытание считается успешным, если одновременно выполнены условия:</w:t>
            </w:r>
            <w:r w:rsidRPr="00291DA9">
              <w:rPr>
                <w:rFonts w:cs="Times New Roman"/>
                <w:lang w:val="ru-RU"/>
              </w:rPr>
              <w:br/>
            </w:r>
          </w:p>
          <w:p w14:paraId="350E6BB1"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1) Для создания/предоставления </w:t>
            </w:r>
            <w:r w:rsidRPr="00291DA9">
              <w:rPr>
                <w:rFonts w:cs="Times New Roman"/>
              </w:rPr>
              <w:t>LUN</w:t>
            </w:r>
            <w:r w:rsidRPr="00291DA9">
              <w:rPr>
                <w:rFonts w:cs="Times New Roman"/>
                <w:lang w:val="ru-RU"/>
              </w:rPr>
              <w:t xml:space="preserve"> не требуется ручное закрепление за единственным контроллером для обслуживания операций ввода-вывода.</w:t>
            </w:r>
            <w:r w:rsidRPr="00291DA9">
              <w:rPr>
                <w:rFonts w:cs="Times New Roman"/>
                <w:lang w:val="ru-RU"/>
              </w:rPr>
              <w:br/>
            </w:r>
          </w:p>
          <w:p w14:paraId="0546419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w:t>
            </w:r>
            <w:r w:rsidRPr="00291DA9">
              <w:rPr>
                <w:rFonts w:cs="Times New Roman"/>
              </w:rPr>
              <w:t>LUN</w:t>
            </w:r>
            <w:r w:rsidRPr="00291DA9">
              <w:rPr>
                <w:rFonts w:cs="Times New Roman"/>
                <w:lang w:val="ru-RU"/>
              </w:rPr>
              <w:t xml:space="preserve"> доступен через оба контроллера.</w:t>
            </w:r>
            <w:r w:rsidRPr="00291DA9">
              <w:rPr>
                <w:rFonts w:cs="Times New Roman"/>
                <w:lang w:val="ru-RU"/>
              </w:rPr>
              <w:br/>
            </w:r>
          </w:p>
          <w:p w14:paraId="734FF57B" w14:textId="77777777" w:rsidR="00281EA7" w:rsidRPr="00291DA9" w:rsidRDefault="00281EA7" w:rsidP="00281EA7">
            <w:pPr>
              <w:pStyle w:val="TableText"/>
              <w:spacing w:after="40"/>
              <w:rPr>
                <w:rFonts w:cs="Times New Roman"/>
                <w:lang w:val="ru-RU"/>
              </w:rPr>
            </w:pPr>
            <w:r w:rsidRPr="00291DA9">
              <w:rPr>
                <w:rFonts w:cs="Times New Roman"/>
                <w:lang w:val="ru-RU"/>
              </w:rPr>
              <w:t>3) Наличие внутреннего служебного признака не мешает прохождению испытаний отказоустойчивости.</w:t>
            </w:r>
          </w:p>
        </w:tc>
      </w:tr>
      <w:tr w:rsidR="00281EA7" w:rsidRPr="00D31521" w14:paraId="5BAC95F7" w14:textId="77777777" w:rsidTr="00281EA7">
        <w:trPr>
          <w:jc w:val="center"/>
        </w:trPr>
        <w:tc>
          <w:tcPr>
            <w:tcW w:w="201" w:type="pct"/>
          </w:tcPr>
          <w:p w14:paraId="7962EE24" w14:textId="77777777" w:rsidR="00281EA7" w:rsidRPr="00291DA9" w:rsidRDefault="00281EA7" w:rsidP="00281EA7">
            <w:pPr>
              <w:pStyle w:val="TableText"/>
              <w:spacing w:after="40"/>
              <w:rPr>
                <w:rFonts w:cs="Times New Roman"/>
              </w:rPr>
            </w:pPr>
            <w:r w:rsidRPr="00291DA9">
              <w:rPr>
                <w:rFonts w:cs="Times New Roman"/>
              </w:rPr>
              <w:t>9</w:t>
            </w:r>
          </w:p>
        </w:tc>
        <w:tc>
          <w:tcPr>
            <w:tcW w:w="573" w:type="pct"/>
          </w:tcPr>
          <w:p w14:paraId="6356DA01" w14:textId="77777777" w:rsidR="00281EA7" w:rsidRPr="00291DA9" w:rsidRDefault="00281EA7" w:rsidP="00281EA7">
            <w:pPr>
              <w:pStyle w:val="TableText"/>
              <w:spacing w:after="40"/>
              <w:rPr>
                <w:rFonts w:cs="Times New Roman"/>
              </w:rPr>
            </w:pPr>
            <w:r w:rsidRPr="00291DA9">
              <w:rPr>
                <w:rFonts w:cs="Times New Roman"/>
              </w:rPr>
              <w:t>Проверка SLUA</w:t>
            </w:r>
          </w:p>
        </w:tc>
        <w:tc>
          <w:tcPr>
            <w:tcW w:w="604" w:type="pct"/>
          </w:tcPr>
          <w:p w14:paraId="15F64D2E" w14:textId="77777777" w:rsidR="00281EA7" w:rsidRPr="00291DA9" w:rsidRDefault="00281EA7" w:rsidP="00281EA7">
            <w:pPr>
              <w:pStyle w:val="TableText"/>
              <w:spacing w:after="40"/>
              <w:rPr>
                <w:rFonts w:cs="Times New Roman"/>
                <w:lang w:val="ru-RU"/>
              </w:rPr>
            </w:pPr>
            <w:r w:rsidRPr="00291DA9">
              <w:rPr>
                <w:rFonts w:cs="Times New Roman"/>
                <w:lang w:val="ru-RU"/>
              </w:rPr>
              <w:t>Базовая нагрузка, равномерность путей и активность обоих контроллеров</w:t>
            </w:r>
          </w:p>
        </w:tc>
        <w:tc>
          <w:tcPr>
            <w:tcW w:w="1086" w:type="pct"/>
          </w:tcPr>
          <w:p w14:paraId="24FB9802" w14:textId="77777777" w:rsidR="00281EA7" w:rsidRPr="00291DA9" w:rsidRDefault="00281EA7" w:rsidP="00281EA7">
            <w:pPr>
              <w:pStyle w:val="TableText"/>
              <w:spacing w:after="40"/>
              <w:rPr>
                <w:rFonts w:cs="Times New Roman"/>
                <w:lang w:val="ru-RU"/>
              </w:rPr>
            </w:pPr>
            <w:r w:rsidRPr="00291DA9">
              <w:rPr>
                <w:rFonts w:cs="Times New Roman"/>
              </w:rPr>
              <w:t>FIO</w:t>
            </w:r>
            <w:r w:rsidRPr="00291DA9">
              <w:rPr>
                <w:rFonts w:cs="Times New Roman"/>
                <w:lang w:val="ru-RU"/>
              </w:rPr>
              <w:t xml:space="preserve"> запускается с двух серверов по всем четырём </w:t>
            </w:r>
            <w:r w:rsidRPr="00291DA9">
              <w:rPr>
                <w:rFonts w:cs="Times New Roman"/>
              </w:rPr>
              <w:t>LUN</w:t>
            </w:r>
            <w:r w:rsidRPr="00291DA9">
              <w:rPr>
                <w:rFonts w:cs="Times New Roman"/>
                <w:lang w:val="ru-RU"/>
              </w:rPr>
              <w:t xml:space="preserve">. Профиль: случайная нагрузка, блок 64 </w:t>
            </w:r>
            <w:r w:rsidRPr="00291DA9">
              <w:rPr>
                <w:rFonts w:cs="Times New Roman"/>
              </w:rPr>
              <w:t>KB</w:t>
            </w:r>
            <w:r w:rsidRPr="00291DA9">
              <w:rPr>
                <w:rFonts w:cs="Times New Roman"/>
                <w:lang w:val="ru-RU"/>
              </w:rPr>
              <w:t xml:space="preserve">, чтение/запись 70/30, суммарная глубина очереди 100. На СХД фиксируется активность по </w:t>
            </w:r>
            <w:r w:rsidRPr="00291DA9">
              <w:rPr>
                <w:rFonts w:cs="Times New Roman"/>
              </w:rPr>
              <w:t>LUN</w:t>
            </w:r>
            <w:r w:rsidRPr="00291DA9">
              <w:rPr>
                <w:rFonts w:cs="Times New Roman"/>
                <w:lang w:val="ru-RU"/>
              </w:rPr>
              <w:t xml:space="preserve"> и </w:t>
            </w:r>
            <w:r w:rsidRPr="00291DA9">
              <w:rPr>
                <w:rFonts w:cs="Times New Roman"/>
              </w:rPr>
              <w:t>front</w:t>
            </w:r>
            <w:r w:rsidRPr="00291DA9">
              <w:rPr>
                <w:rFonts w:cs="Times New Roman"/>
                <w:lang w:val="ru-RU"/>
              </w:rPr>
              <w:t>-</w:t>
            </w:r>
            <w:r w:rsidRPr="00291DA9">
              <w:rPr>
                <w:rFonts w:cs="Times New Roman"/>
              </w:rPr>
              <w:t>end</w:t>
            </w:r>
            <w:r w:rsidRPr="00291DA9">
              <w:rPr>
                <w:rFonts w:cs="Times New Roman"/>
                <w:lang w:val="ru-RU"/>
              </w:rPr>
              <w:t xml:space="preserve"> портам обоих контроллеров. По данным </w:t>
            </w:r>
          </w:p>
          <w:p w14:paraId="63034457" w14:textId="77777777" w:rsidR="00281EA7" w:rsidRPr="00291DA9" w:rsidRDefault="00281EA7" w:rsidP="00281EA7">
            <w:pPr>
              <w:pStyle w:val="TableText"/>
              <w:spacing w:after="40"/>
              <w:rPr>
                <w:rFonts w:cs="Times New Roman"/>
                <w:lang w:val="ru-RU"/>
              </w:rPr>
            </w:pPr>
            <w:r w:rsidRPr="00291DA9">
              <w:rPr>
                <w:rFonts w:eastAsia="Consolas" w:cs="Times New Roman"/>
              </w:rPr>
              <w:t>iostat</w:t>
            </w:r>
          </w:p>
          <w:p w14:paraId="0F619F9D"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активность должна наблюдаться на всех рабочих путях через оба контроллера; точная математическая балансировка не нормируется. Качественный критерий: каждый рабочий путь имеет ненулевой трафик, сопоставимый по порядку величины с другими путями той же группы. Устойчивое нулевое значение </w:t>
            </w:r>
          </w:p>
          <w:p w14:paraId="2F3513FE" w14:textId="77777777" w:rsidR="00281EA7" w:rsidRPr="00291DA9" w:rsidRDefault="00281EA7" w:rsidP="00281EA7">
            <w:pPr>
              <w:pStyle w:val="TableText"/>
              <w:spacing w:after="40"/>
              <w:rPr>
                <w:rFonts w:cs="Times New Roman"/>
                <w:lang w:val="ru-RU"/>
              </w:rPr>
            </w:pPr>
            <w:r w:rsidRPr="00291DA9">
              <w:rPr>
                <w:rFonts w:eastAsia="Consolas" w:cs="Times New Roman"/>
              </w:rPr>
              <w:t>r</w:t>
            </w:r>
            <w:r w:rsidRPr="00291DA9">
              <w:rPr>
                <w:rFonts w:eastAsia="Consolas" w:cs="Times New Roman"/>
                <w:lang w:val="ru-RU"/>
              </w:rPr>
              <w:t>/</w:t>
            </w:r>
            <w:r w:rsidRPr="00291DA9">
              <w:rPr>
                <w:rFonts w:eastAsia="Consolas" w:cs="Times New Roman"/>
              </w:rPr>
              <w:t>s</w:t>
            </w:r>
          </w:p>
          <w:p w14:paraId="224CB577"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и </w:t>
            </w:r>
          </w:p>
          <w:p w14:paraId="73DA66ED" w14:textId="77777777" w:rsidR="00281EA7" w:rsidRPr="00291DA9" w:rsidRDefault="00281EA7" w:rsidP="00281EA7">
            <w:pPr>
              <w:pStyle w:val="TableText"/>
              <w:spacing w:after="40"/>
              <w:rPr>
                <w:rFonts w:cs="Times New Roman"/>
                <w:lang w:val="ru-RU"/>
              </w:rPr>
            </w:pPr>
            <w:r w:rsidRPr="00291DA9">
              <w:rPr>
                <w:rFonts w:eastAsia="Consolas" w:cs="Times New Roman"/>
              </w:rPr>
              <w:t>w</w:t>
            </w:r>
            <w:r w:rsidRPr="00291DA9">
              <w:rPr>
                <w:rFonts w:eastAsia="Consolas" w:cs="Times New Roman"/>
                <w:lang w:val="ru-RU"/>
              </w:rPr>
              <w:t>/</w:t>
            </w:r>
            <w:r w:rsidRPr="00291DA9">
              <w:rPr>
                <w:rFonts w:eastAsia="Consolas" w:cs="Times New Roman"/>
              </w:rPr>
              <w:t>s</w:t>
            </w:r>
          </w:p>
          <w:p w14:paraId="1CAB83F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на рабочих путях не допускается без пояснения производителя. Средняя загрузка </w:t>
            </w:r>
            <w:r w:rsidRPr="00291DA9">
              <w:rPr>
                <w:rFonts w:cs="Times New Roman"/>
              </w:rPr>
              <w:t>CPU</w:t>
            </w:r>
            <w:r w:rsidRPr="00291DA9">
              <w:rPr>
                <w:rFonts w:cs="Times New Roman"/>
                <w:lang w:val="ru-RU"/>
              </w:rPr>
              <w:t xml:space="preserve"> контроллеров должна быть сопоставимой; резкий перекос фиксируется как замечание к испытанию.</w:t>
            </w:r>
          </w:p>
        </w:tc>
        <w:tc>
          <w:tcPr>
            <w:tcW w:w="1268" w:type="pct"/>
          </w:tcPr>
          <w:p w14:paraId="7AF35E5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1) Создать профили </w:t>
            </w:r>
            <w:r w:rsidRPr="00291DA9">
              <w:rPr>
                <w:rFonts w:cs="Times New Roman"/>
              </w:rPr>
              <w:t>FIO</w:t>
            </w:r>
            <w:r w:rsidRPr="00291DA9">
              <w:rPr>
                <w:rFonts w:cs="Times New Roman"/>
                <w:lang w:val="ru-RU"/>
              </w:rPr>
              <w:t xml:space="preserve"> по разделу 7.7.</w:t>
            </w:r>
            <w:r w:rsidRPr="00291DA9">
              <w:rPr>
                <w:rFonts w:cs="Times New Roman"/>
                <w:lang w:val="ru-RU"/>
              </w:rPr>
              <w:br/>
            </w:r>
          </w:p>
          <w:p w14:paraId="6577433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Запустить </w:t>
            </w:r>
            <w:r w:rsidRPr="00291DA9">
              <w:rPr>
                <w:rFonts w:cs="Times New Roman"/>
              </w:rPr>
              <w:t>FIO</w:t>
            </w:r>
            <w:r w:rsidRPr="00291DA9">
              <w:rPr>
                <w:rFonts w:cs="Times New Roman"/>
                <w:lang w:val="ru-RU"/>
              </w:rPr>
              <w:t xml:space="preserve"> на </w:t>
            </w:r>
            <w:r w:rsidRPr="00291DA9">
              <w:rPr>
                <w:rFonts w:cs="Times New Roman"/>
              </w:rPr>
              <w:t>Server</w:t>
            </w:r>
            <w:r w:rsidRPr="00291DA9">
              <w:rPr>
                <w:rFonts w:cs="Times New Roman"/>
                <w:lang w:val="ru-RU"/>
              </w:rPr>
              <w:t xml:space="preserve">-1 и </w:t>
            </w:r>
            <w:r w:rsidRPr="00291DA9">
              <w:rPr>
                <w:rFonts w:cs="Times New Roman"/>
              </w:rPr>
              <w:t>Server</w:t>
            </w:r>
            <w:r w:rsidRPr="00291DA9">
              <w:rPr>
                <w:rFonts w:cs="Times New Roman"/>
                <w:lang w:val="ru-RU"/>
              </w:rPr>
              <w:t>-2 по разделу 7.8.</w:t>
            </w:r>
            <w:r w:rsidRPr="00291DA9">
              <w:rPr>
                <w:rFonts w:cs="Times New Roman"/>
                <w:lang w:val="ru-RU"/>
              </w:rPr>
              <w:br/>
            </w:r>
          </w:p>
          <w:p w14:paraId="2B5A6887" w14:textId="77777777" w:rsidR="00281EA7" w:rsidRPr="00291DA9" w:rsidRDefault="00281EA7" w:rsidP="00281EA7">
            <w:pPr>
              <w:pStyle w:val="TableText"/>
              <w:spacing w:after="40"/>
              <w:rPr>
                <w:rFonts w:cs="Times New Roman"/>
                <w:lang w:val="ru-RU"/>
              </w:rPr>
            </w:pPr>
            <w:r w:rsidRPr="00291DA9">
              <w:rPr>
                <w:rFonts w:cs="Times New Roman"/>
                <w:lang w:val="ru-RU"/>
              </w:rPr>
              <w:t>3) Суммарная глубина очереди рассчитывается по формуле:</w:t>
            </w:r>
            <w:r w:rsidRPr="00291DA9">
              <w:rPr>
                <w:rFonts w:cs="Times New Roman"/>
                <w:lang w:val="ru-RU"/>
              </w:rPr>
              <w:br/>
            </w:r>
          </w:p>
          <w:p w14:paraId="4668CAD3" w14:textId="77777777" w:rsidR="00281EA7" w:rsidRPr="00291DA9" w:rsidRDefault="00281EA7" w:rsidP="00281EA7">
            <w:pPr>
              <w:pStyle w:val="TableText"/>
              <w:spacing w:after="40"/>
              <w:rPr>
                <w:rFonts w:cs="Times New Roman"/>
                <w:lang w:val="ru-RU"/>
              </w:rPr>
            </w:pPr>
            <w:r w:rsidRPr="00291DA9">
              <w:rPr>
                <w:rFonts w:cs="Times New Roman"/>
                <w:b/>
              </w:rPr>
              <w:t>QD</w:t>
            </w:r>
            <w:r w:rsidRPr="00291DA9">
              <w:rPr>
                <w:rFonts w:cs="Times New Roman"/>
                <w:b/>
                <w:lang w:val="ru-RU"/>
              </w:rPr>
              <w:t xml:space="preserve">сумм = количество серверов × количество </w:t>
            </w:r>
            <w:r w:rsidRPr="00291DA9">
              <w:rPr>
                <w:rFonts w:cs="Times New Roman"/>
                <w:b/>
              </w:rPr>
              <w:t>LUN</w:t>
            </w:r>
            <w:r w:rsidRPr="00291DA9">
              <w:rPr>
                <w:rFonts w:cs="Times New Roman"/>
                <w:b/>
                <w:lang w:val="ru-RU"/>
              </w:rPr>
              <w:t xml:space="preserve"> × </w:t>
            </w:r>
            <w:r w:rsidRPr="00291DA9">
              <w:rPr>
                <w:rFonts w:cs="Times New Roman"/>
                <w:b/>
              </w:rPr>
              <w:t>numjobs</w:t>
            </w:r>
            <w:r w:rsidRPr="00291DA9">
              <w:rPr>
                <w:rFonts w:cs="Times New Roman"/>
                <w:b/>
                <w:lang w:val="ru-RU"/>
              </w:rPr>
              <w:t xml:space="preserve"> × </w:t>
            </w:r>
            <w:r w:rsidRPr="00291DA9">
              <w:rPr>
                <w:rFonts w:cs="Times New Roman"/>
                <w:b/>
              </w:rPr>
              <w:t>iodepth</w:t>
            </w:r>
          </w:p>
          <w:p w14:paraId="3D39DAF1" w14:textId="77777777" w:rsidR="00281EA7" w:rsidRPr="00291DA9" w:rsidRDefault="00281EA7" w:rsidP="00281EA7">
            <w:pPr>
              <w:pStyle w:val="TableText"/>
              <w:spacing w:after="40"/>
              <w:rPr>
                <w:rFonts w:cs="Times New Roman"/>
                <w:lang w:val="ru-RU"/>
              </w:rPr>
            </w:pPr>
            <w:r w:rsidRPr="00291DA9">
              <w:rPr>
                <w:rFonts w:cs="Times New Roman"/>
                <w:lang w:val="ru-RU"/>
              </w:rPr>
              <w:t>.</w:t>
            </w:r>
            <w:r w:rsidRPr="00291DA9">
              <w:rPr>
                <w:rFonts w:cs="Times New Roman"/>
                <w:lang w:val="ru-RU"/>
              </w:rPr>
              <w:br/>
            </w:r>
          </w:p>
          <w:p w14:paraId="6F9124AB"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Для профиля 12/12/13/13 на каждом сервере: </w:t>
            </w:r>
          </w:p>
          <w:p w14:paraId="2E389B26" w14:textId="77777777" w:rsidR="00281EA7" w:rsidRPr="00291DA9" w:rsidRDefault="00281EA7" w:rsidP="00281EA7">
            <w:pPr>
              <w:pStyle w:val="TableText"/>
              <w:spacing w:after="40"/>
              <w:rPr>
                <w:rFonts w:cs="Times New Roman"/>
                <w:lang w:val="ru-RU"/>
              </w:rPr>
            </w:pPr>
            <w:r w:rsidRPr="00291DA9">
              <w:rPr>
                <w:rFonts w:cs="Times New Roman"/>
                <w:b/>
              </w:rPr>
              <w:t>QD</w:t>
            </w:r>
            <w:r w:rsidRPr="00291DA9">
              <w:rPr>
                <w:rFonts w:cs="Times New Roman"/>
                <w:b/>
                <w:lang w:val="ru-RU"/>
              </w:rPr>
              <w:t>сумм = 2 × (12+12+13+13) = 100</w:t>
            </w:r>
          </w:p>
          <w:p w14:paraId="4CA4D15A" w14:textId="77777777" w:rsidR="00281EA7" w:rsidRPr="00291DA9" w:rsidRDefault="00281EA7" w:rsidP="00281EA7">
            <w:pPr>
              <w:pStyle w:val="TableText"/>
              <w:spacing w:after="40"/>
              <w:rPr>
                <w:rFonts w:cs="Times New Roman"/>
                <w:lang w:val="ru-RU"/>
              </w:rPr>
            </w:pPr>
            <w:r w:rsidRPr="00291DA9">
              <w:rPr>
                <w:rFonts w:cs="Times New Roman"/>
                <w:lang w:val="ru-RU"/>
              </w:rPr>
              <w:t>.</w:t>
            </w:r>
            <w:r w:rsidRPr="00291DA9">
              <w:rPr>
                <w:rFonts w:cs="Times New Roman"/>
                <w:lang w:val="ru-RU"/>
              </w:rPr>
              <w:br/>
            </w:r>
          </w:p>
          <w:p w14:paraId="6A004DA6" w14:textId="77777777" w:rsidR="00281EA7" w:rsidRPr="00291DA9" w:rsidRDefault="00281EA7" w:rsidP="00281EA7">
            <w:pPr>
              <w:pStyle w:val="TableText"/>
              <w:spacing w:after="40"/>
              <w:rPr>
                <w:rFonts w:cs="Times New Roman"/>
                <w:lang w:val="ru-RU"/>
              </w:rPr>
            </w:pPr>
            <w:r w:rsidRPr="00291DA9">
              <w:rPr>
                <w:rFonts w:cs="Times New Roman"/>
                <w:lang w:val="ru-RU"/>
              </w:rPr>
              <w:t>4) Для наглядной фиксации динамики запустить сбор статистики с интервалом 1 секунда по разделу 7.9.</w:t>
            </w:r>
            <w:r w:rsidRPr="00291DA9">
              <w:rPr>
                <w:rFonts w:cs="Times New Roman"/>
                <w:lang w:val="ru-RU"/>
              </w:rPr>
              <w:br/>
            </w:r>
          </w:p>
          <w:p w14:paraId="28AFBEFC" w14:textId="77777777" w:rsidR="00281EA7" w:rsidRPr="00291DA9" w:rsidRDefault="00281EA7" w:rsidP="00281EA7">
            <w:pPr>
              <w:pStyle w:val="TableText"/>
              <w:spacing w:after="40"/>
              <w:rPr>
                <w:rFonts w:cs="Times New Roman"/>
                <w:lang w:val="ru-RU"/>
              </w:rPr>
            </w:pPr>
            <w:r w:rsidRPr="00291DA9">
              <w:rPr>
                <w:rFonts w:cs="Times New Roman"/>
                <w:lang w:val="ru-RU"/>
              </w:rPr>
              <w:t>5) Каждые 5–10 минут дополнительно зафиксировать:</w:t>
            </w:r>
            <w:r w:rsidRPr="00291DA9">
              <w:rPr>
                <w:rFonts w:cs="Times New Roman"/>
                <w:lang w:val="ru-RU"/>
              </w:rPr>
              <w:br/>
            </w:r>
          </w:p>
          <w:p w14:paraId="793E8FAD" w14:textId="77777777" w:rsidR="00281EA7" w:rsidRPr="00291DA9" w:rsidRDefault="00281EA7" w:rsidP="00281EA7">
            <w:pPr>
              <w:pStyle w:val="CodeBlock"/>
              <w:rPr>
                <w:rFonts w:ascii="Times New Roman" w:hAnsi="Times New Roman" w:cs="Times New Roman"/>
                <w:lang w:val="ru-RU"/>
              </w:rPr>
            </w:pPr>
            <w:r w:rsidRPr="00291DA9">
              <w:rPr>
                <w:rFonts w:ascii="Times New Roman" w:hAnsi="Times New Roman" w:cs="Times New Roman"/>
                <w:sz w:val="14"/>
                <w:lang w:val="ru-RU"/>
              </w:rPr>
              <w:t xml:space="preserve">$ </w:t>
            </w:r>
            <w:r w:rsidRPr="00291DA9">
              <w:rPr>
                <w:rFonts w:ascii="Times New Roman" w:hAnsi="Times New Roman" w:cs="Times New Roman"/>
                <w:sz w:val="14"/>
              </w:rPr>
              <w:t>multipath</w:t>
            </w:r>
            <w:r w:rsidRPr="00291DA9">
              <w:rPr>
                <w:rFonts w:ascii="Times New Roman" w:hAnsi="Times New Roman" w:cs="Times New Roman"/>
                <w:sz w:val="14"/>
                <w:lang w:val="ru-RU"/>
              </w:rPr>
              <w:t xml:space="preserve"> -</w:t>
            </w:r>
            <w:r w:rsidRPr="00291DA9">
              <w:rPr>
                <w:rFonts w:ascii="Times New Roman" w:hAnsi="Times New Roman" w:cs="Times New Roman"/>
                <w:sz w:val="14"/>
              </w:rPr>
              <w:t>ll</w:t>
            </w:r>
            <w:r w:rsidRPr="00291DA9">
              <w:rPr>
                <w:rFonts w:ascii="Times New Roman" w:hAnsi="Times New Roman" w:cs="Times New Roman"/>
                <w:sz w:val="14"/>
                <w:lang w:val="ru-RU"/>
              </w:rPr>
              <w:br/>
              <w:t xml:space="preserve">$ </w:t>
            </w:r>
            <w:r w:rsidRPr="00291DA9">
              <w:rPr>
                <w:rFonts w:ascii="Times New Roman" w:hAnsi="Times New Roman" w:cs="Times New Roman"/>
                <w:sz w:val="14"/>
              </w:rPr>
              <w:t>iostat</w:t>
            </w:r>
            <w:r w:rsidRPr="00291DA9">
              <w:rPr>
                <w:rFonts w:ascii="Times New Roman" w:hAnsi="Times New Roman" w:cs="Times New Roman"/>
                <w:sz w:val="14"/>
                <w:lang w:val="ru-RU"/>
              </w:rPr>
              <w:t xml:space="preserve"> -</w:t>
            </w:r>
            <w:r w:rsidRPr="00291DA9">
              <w:rPr>
                <w:rFonts w:ascii="Times New Roman" w:hAnsi="Times New Roman" w:cs="Times New Roman"/>
                <w:sz w:val="14"/>
              </w:rPr>
              <w:t>t</w:t>
            </w:r>
            <w:r w:rsidRPr="00291DA9">
              <w:rPr>
                <w:rFonts w:ascii="Times New Roman" w:hAnsi="Times New Roman" w:cs="Times New Roman"/>
                <w:sz w:val="14"/>
                <w:lang w:val="ru-RU"/>
              </w:rPr>
              <w:t xml:space="preserve"> -</w:t>
            </w:r>
            <w:r w:rsidRPr="00291DA9">
              <w:rPr>
                <w:rFonts w:ascii="Times New Roman" w:hAnsi="Times New Roman" w:cs="Times New Roman"/>
                <w:sz w:val="14"/>
              </w:rPr>
              <w:t>dxm</w:t>
            </w:r>
            <w:r w:rsidRPr="00291DA9">
              <w:rPr>
                <w:rFonts w:ascii="Times New Roman" w:hAnsi="Times New Roman" w:cs="Times New Roman"/>
                <w:sz w:val="14"/>
                <w:lang w:val="ru-RU"/>
              </w:rPr>
              <w:t xml:space="preserve"> 1</w:t>
            </w:r>
            <w:r w:rsidRPr="00291DA9">
              <w:rPr>
                <w:rFonts w:ascii="Times New Roman" w:hAnsi="Times New Roman" w:cs="Times New Roman"/>
                <w:sz w:val="14"/>
                <w:lang w:val="ru-RU"/>
              </w:rPr>
              <w:br/>
              <w:t xml:space="preserve"># </w:t>
            </w:r>
            <w:r w:rsidRPr="00291DA9">
              <w:rPr>
                <w:rFonts w:ascii="Times New Roman" w:hAnsi="Times New Roman" w:cs="Times New Roman"/>
                <w:sz w:val="14"/>
              </w:rPr>
              <w:t>dmesg</w:t>
            </w:r>
            <w:r w:rsidRPr="00291DA9">
              <w:rPr>
                <w:rFonts w:ascii="Times New Roman" w:hAnsi="Times New Roman" w:cs="Times New Roman"/>
                <w:sz w:val="14"/>
                <w:lang w:val="ru-RU"/>
              </w:rPr>
              <w:t xml:space="preserve"> -</w:t>
            </w:r>
            <w:r w:rsidRPr="00291DA9">
              <w:rPr>
                <w:rFonts w:ascii="Times New Roman" w:hAnsi="Times New Roman" w:cs="Times New Roman"/>
                <w:sz w:val="14"/>
              </w:rPr>
              <w:t>T</w:t>
            </w:r>
            <w:r w:rsidRPr="00291DA9">
              <w:rPr>
                <w:rFonts w:ascii="Times New Roman" w:hAnsi="Times New Roman" w:cs="Times New Roman"/>
                <w:sz w:val="14"/>
                <w:lang w:val="ru-RU"/>
              </w:rPr>
              <w:t xml:space="preserve"> | </w:t>
            </w:r>
            <w:r w:rsidRPr="00291DA9">
              <w:rPr>
                <w:rFonts w:ascii="Times New Roman" w:hAnsi="Times New Roman" w:cs="Times New Roman"/>
                <w:sz w:val="14"/>
              </w:rPr>
              <w:t>tail</w:t>
            </w:r>
            <w:r w:rsidRPr="00291DA9">
              <w:rPr>
                <w:rFonts w:ascii="Times New Roman" w:hAnsi="Times New Roman" w:cs="Times New Roman"/>
                <w:sz w:val="14"/>
                <w:lang w:val="ru-RU"/>
              </w:rPr>
              <w:t xml:space="preserve"> -</w:t>
            </w:r>
            <w:r w:rsidRPr="00291DA9">
              <w:rPr>
                <w:rFonts w:ascii="Times New Roman" w:hAnsi="Times New Roman" w:cs="Times New Roman"/>
                <w:sz w:val="14"/>
              </w:rPr>
              <w:t>n</w:t>
            </w:r>
            <w:r w:rsidRPr="00291DA9">
              <w:rPr>
                <w:rFonts w:ascii="Times New Roman" w:hAnsi="Times New Roman" w:cs="Times New Roman"/>
                <w:sz w:val="14"/>
                <w:lang w:val="ru-RU"/>
              </w:rPr>
              <w:t xml:space="preserve"> 300</w:t>
            </w:r>
          </w:p>
          <w:p w14:paraId="701AE0A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(сбор </w:t>
            </w:r>
          </w:p>
          <w:p w14:paraId="5229236F" w14:textId="77777777" w:rsidR="00281EA7" w:rsidRPr="00291DA9" w:rsidRDefault="00281EA7" w:rsidP="00281EA7">
            <w:pPr>
              <w:pStyle w:val="TableText"/>
              <w:spacing w:after="40"/>
              <w:rPr>
                <w:rFonts w:cs="Times New Roman"/>
                <w:lang w:val="ru-RU"/>
              </w:rPr>
            </w:pPr>
            <w:r w:rsidRPr="00291DA9">
              <w:rPr>
                <w:rFonts w:eastAsia="Consolas" w:cs="Times New Roman"/>
              </w:rPr>
              <w:t>iostat</w:t>
            </w:r>
          </w:p>
          <w:p w14:paraId="0F413F2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запускается без счётчика и останавливается по </w:t>
            </w:r>
            <w:r w:rsidRPr="00291DA9">
              <w:rPr>
                <w:rFonts w:cs="Times New Roman"/>
              </w:rPr>
              <w:t>Ctrl</w:t>
            </w:r>
            <w:r w:rsidRPr="00291DA9">
              <w:rPr>
                <w:rFonts w:cs="Times New Roman"/>
                <w:lang w:val="ru-RU"/>
              </w:rPr>
              <w:t>+</w:t>
            </w:r>
            <w:r w:rsidRPr="00291DA9">
              <w:rPr>
                <w:rFonts w:cs="Times New Roman"/>
              </w:rPr>
              <w:t>C</w:t>
            </w:r>
            <w:r w:rsidRPr="00291DA9">
              <w:rPr>
                <w:rFonts w:cs="Times New Roman"/>
                <w:lang w:val="ru-RU"/>
              </w:rPr>
              <w:t xml:space="preserve"> или </w:t>
            </w:r>
          </w:p>
          <w:p w14:paraId="55208F3D" w14:textId="77777777" w:rsidR="00281EA7" w:rsidRPr="00291DA9" w:rsidRDefault="00281EA7" w:rsidP="00281EA7">
            <w:pPr>
              <w:pStyle w:val="TableText"/>
              <w:spacing w:after="40"/>
              <w:rPr>
                <w:rFonts w:cs="Times New Roman"/>
                <w:lang w:val="ru-RU"/>
              </w:rPr>
            </w:pPr>
            <w:r w:rsidRPr="00291DA9">
              <w:rPr>
                <w:rFonts w:eastAsia="Consolas" w:cs="Times New Roman"/>
              </w:rPr>
              <w:t>kill</w:t>
            </w:r>
          </w:p>
          <w:p w14:paraId="5D23E95B" w14:textId="77777777" w:rsidR="00281EA7" w:rsidRPr="00291DA9" w:rsidRDefault="00281EA7" w:rsidP="00281EA7">
            <w:pPr>
              <w:pStyle w:val="TableText"/>
              <w:spacing w:after="40"/>
              <w:rPr>
                <w:rFonts w:cs="Times New Roman"/>
                <w:lang w:val="ru-RU"/>
              </w:rPr>
            </w:pPr>
            <w:r w:rsidRPr="00291DA9">
              <w:rPr>
                <w:rFonts w:cs="Times New Roman"/>
                <w:lang w:val="ru-RU"/>
              </w:rPr>
              <w:lastRenderedPageBreak/>
              <w:t>; см. раздел 7.9)</w:t>
            </w:r>
            <w:r w:rsidRPr="00291DA9">
              <w:rPr>
                <w:rFonts w:cs="Times New Roman"/>
                <w:lang w:val="ru-RU"/>
              </w:rPr>
              <w:br/>
            </w:r>
          </w:p>
          <w:p w14:paraId="45BC2BDD"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6) На СХД зафиксировать счётчики </w:t>
            </w:r>
            <w:r w:rsidRPr="00291DA9">
              <w:rPr>
                <w:rFonts w:cs="Times New Roman"/>
              </w:rPr>
              <w:t>IOPS</w:t>
            </w:r>
            <w:r w:rsidRPr="00291DA9">
              <w:rPr>
                <w:rFonts w:cs="Times New Roman"/>
                <w:lang w:val="ru-RU"/>
              </w:rPr>
              <w:t>/</w:t>
            </w:r>
            <w:r w:rsidRPr="00291DA9">
              <w:rPr>
                <w:rFonts w:cs="Times New Roman"/>
              </w:rPr>
              <w:t>MBps</w:t>
            </w:r>
            <w:r w:rsidRPr="00291DA9">
              <w:rPr>
                <w:rFonts w:cs="Times New Roman"/>
                <w:lang w:val="ru-RU"/>
              </w:rPr>
              <w:t>/</w:t>
            </w:r>
            <w:r w:rsidRPr="00291DA9">
              <w:rPr>
                <w:rFonts w:cs="Times New Roman"/>
              </w:rPr>
              <w:t>latency</w:t>
            </w:r>
            <w:r w:rsidRPr="00291DA9">
              <w:rPr>
                <w:rFonts w:cs="Times New Roman"/>
                <w:lang w:val="ru-RU"/>
              </w:rPr>
              <w:t xml:space="preserve"> по </w:t>
            </w:r>
            <w:r w:rsidRPr="00291DA9">
              <w:rPr>
                <w:rFonts w:cs="Times New Roman"/>
              </w:rPr>
              <w:t>LUN</w:t>
            </w:r>
            <w:r w:rsidRPr="00291DA9">
              <w:rPr>
                <w:rFonts w:cs="Times New Roman"/>
                <w:lang w:val="ru-RU"/>
              </w:rPr>
              <w:t xml:space="preserve">, контроллерам, </w:t>
            </w:r>
            <w:r w:rsidRPr="00291DA9">
              <w:rPr>
                <w:rFonts w:cs="Times New Roman"/>
              </w:rPr>
              <w:t>front</w:t>
            </w:r>
            <w:r w:rsidRPr="00291DA9">
              <w:rPr>
                <w:rFonts w:cs="Times New Roman"/>
                <w:lang w:val="ru-RU"/>
              </w:rPr>
              <w:t>-</w:t>
            </w:r>
            <w:r w:rsidRPr="00291DA9">
              <w:rPr>
                <w:rFonts w:cs="Times New Roman"/>
              </w:rPr>
              <w:t>end</w:t>
            </w:r>
            <w:r w:rsidRPr="00291DA9">
              <w:rPr>
                <w:rFonts w:cs="Times New Roman"/>
                <w:lang w:val="ru-RU"/>
              </w:rPr>
              <w:t xml:space="preserve"> портам и </w:t>
            </w:r>
            <w:r w:rsidRPr="00291DA9">
              <w:rPr>
                <w:rFonts w:cs="Times New Roman"/>
              </w:rPr>
              <w:t>CPU</w:t>
            </w:r>
            <w:r w:rsidRPr="00291DA9">
              <w:rPr>
                <w:rFonts w:cs="Times New Roman"/>
                <w:lang w:val="ru-RU"/>
              </w:rPr>
              <w:t xml:space="preserve"> контроллеров.</w:t>
            </w:r>
            <w:r w:rsidRPr="00291DA9">
              <w:rPr>
                <w:rFonts w:cs="Times New Roman"/>
                <w:lang w:val="ru-RU"/>
              </w:rPr>
              <w:br/>
            </w:r>
          </w:p>
          <w:p w14:paraId="5EEB950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7) Пример ожидаемого фрагмента </w:t>
            </w:r>
          </w:p>
          <w:p w14:paraId="0EC0FBEC" w14:textId="77777777" w:rsidR="00281EA7" w:rsidRPr="00291DA9" w:rsidRDefault="00281EA7" w:rsidP="00281EA7">
            <w:pPr>
              <w:pStyle w:val="TableText"/>
              <w:spacing w:after="40"/>
              <w:rPr>
                <w:rFonts w:cs="Times New Roman"/>
                <w:lang w:val="ru-RU"/>
              </w:rPr>
            </w:pPr>
            <w:r w:rsidRPr="00291DA9">
              <w:rPr>
                <w:rFonts w:eastAsia="Consolas" w:cs="Times New Roman"/>
              </w:rPr>
              <w:t>iostat</w:t>
            </w:r>
          </w:p>
          <w:p w14:paraId="1C8D4010"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при </w:t>
            </w:r>
            <w:r w:rsidRPr="00291DA9">
              <w:rPr>
                <w:rFonts w:cs="Times New Roman"/>
              </w:rPr>
              <w:t>SLUA</w:t>
            </w:r>
            <w:r w:rsidRPr="00291DA9">
              <w:rPr>
                <w:rFonts w:cs="Times New Roman"/>
                <w:lang w:val="ru-RU"/>
              </w:rPr>
              <w:t xml:space="preserve"> под нагрузкой:</w:t>
            </w:r>
            <w:r w:rsidRPr="00291DA9">
              <w:rPr>
                <w:rFonts w:cs="Times New Roman"/>
                <w:lang w:val="ru-RU"/>
              </w:rPr>
              <w:br/>
            </w:r>
          </w:p>
          <w:p w14:paraId="71DF698C"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Device             r/s     w/s    rMB/s    wMB/s  aqu-sz  await  %util</w:t>
            </w:r>
            <w:r w:rsidRPr="00291DA9">
              <w:rPr>
                <w:rFonts w:ascii="Times New Roman" w:hAnsi="Times New Roman" w:cs="Times New Roman"/>
                <w:sz w:val="14"/>
              </w:rPr>
              <w:br/>
              <w:t>dm-2            8200.0  3500.0    512.0    218.0   30.0    2.6   72.0</w:t>
            </w:r>
            <w:r w:rsidRPr="00291DA9">
              <w:rPr>
                <w:rFonts w:ascii="Times New Roman" w:hAnsi="Times New Roman" w:cs="Times New Roman"/>
                <w:sz w:val="14"/>
              </w:rPr>
              <w:br/>
              <w:t>sdb             1030.0   440.0     64.0     27.0    3.5    2.4   18.0  # путь через Controller A</w:t>
            </w:r>
            <w:r w:rsidRPr="00291DA9">
              <w:rPr>
                <w:rFonts w:ascii="Times New Roman" w:hAnsi="Times New Roman" w:cs="Times New Roman"/>
                <w:sz w:val="14"/>
              </w:rPr>
              <w:br/>
              <w:t>sdc             1010.0   430.0     63.0     26.0    3.4    2.3   17.0  # путь через Controller A</w:t>
            </w:r>
            <w:r w:rsidRPr="00291DA9">
              <w:rPr>
                <w:rFonts w:ascii="Times New Roman" w:hAnsi="Times New Roman" w:cs="Times New Roman"/>
                <w:sz w:val="14"/>
              </w:rPr>
              <w:br/>
              <w:t>sdf             1025.0   445.0     64.0     27.5    3.5    2.4   18.0  # путь через Controller B</w:t>
            </w:r>
            <w:r w:rsidRPr="00291DA9">
              <w:rPr>
                <w:rFonts w:ascii="Times New Roman" w:hAnsi="Times New Roman" w:cs="Times New Roman"/>
                <w:sz w:val="14"/>
              </w:rPr>
              <w:br/>
              <w:t>sdh             1005.0   435.0     62.8     27.0    3.4    2.3   17.0  # путь через Controller B</w:t>
            </w:r>
          </w:p>
        </w:tc>
        <w:tc>
          <w:tcPr>
            <w:tcW w:w="1268" w:type="pct"/>
          </w:tcPr>
          <w:p w14:paraId="22E1017E" w14:textId="77777777" w:rsidR="00281EA7" w:rsidRPr="00291DA9" w:rsidRDefault="00281EA7" w:rsidP="00281EA7">
            <w:pPr>
              <w:pStyle w:val="TableText"/>
              <w:spacing w:after="40"/>
              <w:rPr>
                <w:rFonts w:cs="Times New Roman"/>
                <w:lang w:val="ru-RU"/>
              </w:rPr>
            </w:pPr>
            <w:r w:rsidRPr="00291DA9">
              <w:rPr>
                <w:rFonts w:cs="Times New Roman"/>
                <w:lang w:val="ru-RU"/>
              </w:rPr>
              <w:lastRenderedPageBreak/>
              <w:t>Испытание считается успешным, если одновременно выполнены условия:</w:t>
            </w:r>
            <w:r w:rsidRPr="00291DA9">
              <w:rPr>
                <w:rFonts w:cs="Times New Roman"/>
                <w:lang w:val="ru-RU"/>
              </w:rPr>
              <w:br/>
            </w:r>
          </w:p>
          <w:p w14:paraId="2D030C53"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1) </w:t>
            </w:r>
            <w:r w:rsidRPr="00291DA9">
              <w:rPr>
                <w:rFonts w:cs="Times New Roman"/>
              </w:rPr>
              <w:t>FIO</w:t>
            </w:r>
            <w:r w:rsidRPr="00291DA9">
              <w:rPr>
                <w:rFonts w:cs="Times New Roman"/>
                <w:lang w:val="ru-RU"/>
              </w:rPr>
              <w:t xml:space="preserve"> на обоих серверах не завершается аварийно ошибкой чтения/записи на тестовом устройстве.</w:t>
            </w:r>
            <w:r w:rsidRPr="00291DA9">
              <w:rPr>
                <w:rFonts w:cs="Times New Roman"/>
                <w:lang w:val="ru-RU"/>
              </w:rPr>
              <w:br/>
            </w:r>
          </w:p>
          <w:p w14:paraId="68FCA5EA"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w:t>
            </w:r>
            <w:proofErr w:type="gramStart"/>
            <w:r w:rsidRPr="00291DA9">
              <w:rPr>
                <w:rFonts w:cs="Times New Roman"/>
                <w:lang w:val="ru-RU"/>
              </w:rPr>
              <w:t>В</w:t>
            </w:r>
            <w:proofErr w:type="gramEnd"/>
            <w:r w:rsidRPr="00291DA9">
              <w:rPr>
                <w:rFonts w:cs="Times New Roman"/>
                <w:lang w:val="ru-RU"/>
              </w:rPr>
              <w:t xml:space="preserve"> отчётах </w:t>
            </w:r>
            <w:r w:rsidRPr="00291DA9">
              <w:rPr>
                <w:rFonts w:cs="Times New Roman"/>
              </w:rPr>
              <w:t>FIO</w:t>
            </w:r>
            <w:r w:rsidRPr="00291DA9">
              <w:rPr>
                <w:rFonts w:cs="Times New Roman"/>
                <w:lang w:val="ru-RU"/>
              </w:rPr>
              <w:t xml:space="preserve"> зафиксировано </w:t>
            </w:r>
          </w:p>
          <w:p w14:paraId="3F75F313" w14:textId="77777777" w:rsidR="00281EA7" w:rsidRPr="00291DA9" w:rsidRDefault="00281EA7" w:rsidP="00281EA7">
            <w:pPr>
              <w:pStyle w:val="TableText"/>
              <w:spacing w:after="40"/>
              <w:rPr>
                <w:rFonts w:cs="Times New Roman"/>
                <w:lang w:val="ru-RU"/>
              </w:rPr>
            </w:pPr>
            <w:r w:rsidRPr="00291DA9">
              <w:rPr>
                <w:rFonts w:eastAsia="Consolas" w:cs="Times New Roman"/>
              </w:rPr>
              <w:t>err</w:t>
            </w:r>
            <w:r w:rsidRPr="00291DA9">
              <w:rPr>
                <w:rFonts w:eastAsia="Consolas" w:cs="Times New Roman"/>
                <w:lang w:val="ru-RU"/>
              </w:rPr>
              <w:t>=0</w:t>
            </w:r>
          </w:p>
          <w:p w14:paraId="2AFAFD6A"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по каждому заданию, каждому </w:t>
            </w:r>
            <w:r w:rsidRPr="00291DA9">
              <w:rPr>
                <w:rFonts w:cs="Times New Roman"/>
              </w:rPr>
              <w:t>LUN</w:t>
            </w:r>
            <w:r w:rsidRPr="00291DA9">
              <w:rPr>
                <w:rFonts w:cs="Times New Roman"/>
                <w:lang w:val="ru-RU"/>
              </w:rPr>
              <w:t xml:space="preserve"> и каждому серверу. </w:t>
            </w:r>
          </w:p>
          <w:p w14:paraId="79D8995B"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Для базового нагрузочного испытания №9 значение </w:t>
            </w:r>
          </w:p>
          <w:p w14:paraId="05802DB3" w14:textId="77777777" w:rsidR="00281EA7" w:rsidRPr="00291DA9" w:rsidRDefault="00281EA7" w:rsidP="00281EA7">
            <w:pPr>
              <w:pStyle w:val="TableText"/>
              <w:spacing w:after="40"/>
              <w:rPr>
                <w:rFonts w:cs="Times New Roman"/>
                <w:lang w:val="ru-RU"/>
              </w:rPr>
            </w:pPr>
            <w:r w:rsidRPr="00291DA9">
              <w:rPr>
                <w:rFonts w:eastAsia="Consolas" w:cs="Times New Roman"/>
              </w:rPr>
              <w:t>err</w:t>
            </w:r>
            <w:r w:rsidRPr="00291DA9">
              <w:rPr>
                <w:rFonts w:eastAsia="Consolas" w:cs="Times New Roman"/>
                <w:lang w:val="ru-RU"/>
              </w:rPr>
              <w:t>&gt;0</w:t>
            </w:r>
          </w:p>
          <w:p w14:paraId="2165E66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не допускает автоматического присвоения статуса «Пройдено» и требует разбора с производителем СХД. Испытание может быть признано пройденным только при наличии письменного пояснения производителя и согласования Заказчика, что зафиксированная ошибка не связана с потерей доступности </w:t>
            </w:r>
            <w:r w:rsidRPr="00291DA9">
              <w:rPr>
                <w:rFonts w:cs="Times New Roman"/>
              </w:rPr>
              <w:t>LUN</w:t>
            </w:r>
            <w:r w:rsidRPr="00291DA9">
              <w:rPr>
                <w:rFonts w:cs="Times New Roman"/>
                <w:lang w:val="ru-RU"/>
              </w:rPr>
              <w:t xml:space="preserve"> и не влияет на проверяемое требование </w:t>
            </w:r>
            <w:r w:rsidRPr="00291DA9">
              <w:rPr>
                <w:rFonts w:cs="Times New Roman"/>
              </w:rPr>
              <w:t>SLUA</w:t>
            </w:r>
            <w:r w:rsidRPr="00291DA9">
              <w:rPr>
                <w:rFonts w:cs="Times New Roman"/>
                <w:lang w:val="ru-RU"/>
              </w:rPr>
              <w:t>.</w:t>
            </w:r>
            <w:r w:rsidRPr="00291DA9">
              <w:rPr>
                <w:rFonts w:cs="Times New Roman"/>
                <w:lang w:val="ru-RU"/>
              </w:rPr>
              <w:br/>
            </w:r>
          </w:p>
          <w:p w14:paraId="5D449DA3"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3) Активность присутствует по всем четырём </w:t>
            </w:r>
            <w:r w:rsidRPr="00291DA9">
              <w:rPr>
                <w:rFonts w:cs="Times New Roman"/>
              </w:rPr>
              <w:t>LUN</w:t>
            </w:r>
            <w:r w:rsidRPr="00291DA9">
              <w:rPr>
                <w:rFonts w:cs="Times New Roman"/>
                <w:lang w:val="ru-RU"/>
              </w:rPr>
              <w:t>.</w:t>
            </w:r>
            <w:r w:rsidRPr="00291DA9">
              <w:rPr>
                <w:rFonts w:cs="Times New Roman"/>
                <w:lang w:val="ru-RU"/>
              </w:rPr>
              <w:br/>
            </w:r>
          </w:p>
          <w:p w14:paraId="2C60541A"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4) Счётчики СХД подтверждают активность на </w:t>
            </w:r>
            <w:r w:rsidRPr="00291DA9">
              <w:rPr>
                <w:rFonts w:cs="Times New Roman"/>
              </w:rPr>
              <w:t>front</w:t>
            </w:r>
            <w:r w:rsidRPr="00291DA9">
              <w:rPr>
                <w:rFonts w:cs="Times New Roman"/>
                <w:lang w:val="ru-RU"/>
              </w:rPr>
              <w:t>-</w:t>
            </w:r>
            <w:r w:rsidRPr="00291DA9">
              <w:rPr>
                <w:rFonts w:cs="Times New Roman"/>
              </w:rPr>
              <w:t>end</w:t>
            </w:r>
            <w:r w:rsidRPr="00291DA9">
              <w:rPr>
                <w:rFonts w:cs="Times New Roman"/>
                <w:lang w:val="ru-RU"/>
              </w:rPr>
              <w:t xml:space="preserve"> портах обоих контроллеров.</w:t>
            </w:r>
            <w:r w:rsidRPr="00291DA9">
              <w:rPr>
                <w:rFonts w:cs="Times New Roman"/>
                <w:lang w:val="ru-RU"/>
              </w:rPr>
              <w:br/>
            </w:r>
          </w:p>
          <w:p w14:paraId="068733C7"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5) По </w:t>
            </w:r>
          </w:p>
          <w:p w14:paraId="0BDA13F7" w14:textId="77777777" w:rsidR="00281EA7" w:rsidRPr="00291DA9" w:rsidRDefault="00281EA7" w:rsidP="00281EA7">
            <w:pPr>
              <w:pStyle w:val="TableText"/>
              <w:spacing w:after="40"/>
              <w:rPr>
                <w:rFonts w:cs="Times New Roman"/>
                <w:lang w:val="ru-RU"/>
              </w:rPr>
            </w:pPr>
            <w:r w:rsidRPr="00291DA9">
              <w:rPr>
                <w:rFonts w:eastAsia="Consolas" w:cs="Times New Roman"/>
              </w:rPr>
              <w:t>iostat</w:t>
            </w:r>
          </w:p>
          <w:p w14:paraId="483CA6D3" w14:textId="77777777" w:rsidR="00281EA7" w:rsidRPr="00291DA9" w:rsidRDefault="00281EA7" w:rsidP="00281EA7">
            <w:pPr>
              <w:pStyle w:val="TableText"/>
              <w:spacing w:after="40"/>
              <w:rPr>
                <w:rFonts w:cs="Times New Roman"/>
                <w:lang w:val="ru-RU"/>
              </w:rPr>
            </w:pPr>
            <w:r w:rsidRPr="00291DA9">
              <w:rPr>
                <w:rFonts w:cs="Times New Roman"/>
                <w:lang w:val="ru-RU"/>
              </w:rPr>
              <w:lastRenderedPageBreak/>
              <w:t xml:space="preserve"> на каждом рабочем пути присутствует ненулевой трафик, сопоставимый по порядку величины с другими путями той же группы; точная математическая балансировка не нормируется. Устойчивое нулевое значение </w:t>
            </w:r>
          </w:p>
          <w:p w14:paraId="59D8BA0D" w14:textId="77777777" w:rsidR="00281EA7" w:rsidRPr="00291DA9" w:rsidRDefault="00281EA7" w:rsidP="00281EA7">
            <w:pPr>
              <w:pStyle w:val="TableText"/>
              <w:spacing w:after="40"/>
              <w:rPr>
                <w:rFonts w:cs="Times New Roman"/>
                <w:lang w:val="ru-RU"/>
              </w:rPr>
            </w:pPr>
            <w:r w:rsidRPr="00291DA9">
              <w:rPr>
                <w:rFonts w:eastAsia="Consolas" w:cs="Times New Roman"/>
              </w:rPr>
              <w:t>r</w:t>
            </w:r>
            <w:r w:rsidRPr="00291DA9">
              <w:rPr>
                <w:rFonts w:eastAsia="Consolas" w:cs="Times New Roman"/>
                <w:lang w:val="ru-RU"/>
              </w:rPr>
              <w:t>/</w:t>
            </w:r>
            <w:r w:rsidRPr="00291DA9">
              <w:rPr>
                <w:rFonts w:eastAsia="Consolas" w:cs="Times New Roman"/>
              </w:rPr>
              <w:t>s</w:t>
            </w:r>
          </w:p>
          <w:p w14:paraId="6A6676E9"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и </w:t>
            </w:r>
          </w:p>
          <w:p w14:paraId="77ECC1F3" w14:textId="77777777" w:rsidR="00281EA7" w:rsidRPr="00291DA9" w:rsidRDefault="00281EA7" w:rsidP="00281EA7">
            <w:pPr>
              <w:pStyle w:val="TableText"/>
              <w:spacing w:after="40"/>
              <w:rPr>
                <w:rFonts w:cs="Times New Roman"/>
                <w:lang w:val="ru-RU"/>
              </w:rPr>
            </w:pPr>
            <w:r w:rsidRPr="00291DA9">
              <w:rPr>
                <w:rFonts w:eastAsia="Consolas" w:cs="Times New Roman"/>
              </w:rPr>
              <w:t>w</w:t>
            </w:r>
            <w:r w:rsidRPr="00291DA9">
              <w:rPr>
                <w:rFonts w:eastAsia="Consolas" w:cs="Times New Roman"/>
                <w:lang w:val="ru-RU"/>
              </w:rPr>
              <w:t>/</w:t>
            </w:r>
            <w:r w:rsidRPr="00291DA9">
              <w:rPr>
                <w:rFonts w:eastAsia="Consolas" w:cs="Times New Roman"/>
              </w:rPr>
              <w:t>s</w:t>
            </w:r>
          </w:p>
          <w:p w14:paraId="50D98A67"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на рабочих путях при наличии нагрузки на </w:t>
            </w:r>
            <w:r w:rsidRPr="00291DA9">
              <w:rPr>
                <w:rFonts w:cs="Times New Roman"/>
              </w:rPr>
              <w:t>LUN</w:t>
            </w:r>
            <w:r w:rsidRPr="00291DA9">
              <w:rPr>
                <w:rFonts w:cs="Times New Roman"/>
                <w:lang w:val="ru-RU"/>
              </w:rPr>
              <w:t xml:space="preserve"> не допускается без пояснения производителя.</w:t>
            </w:r>
            <w:r w:rsidRPr="00291DA9">
              <w:rPr>
                <w:rFonts w:cs="Times New Roman"/>
                <w:lang w:val="ru-RU"/>
              </w:rPr>
              <w:br/>
            </w:r>
          </w:p>
          <w:p w14:paraId="449F667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6) </w:t>
            </w:r>
            <w:r w:rsidRPr="00291DA9">
              <w:rPr>
                <w:rFonts w:cs="Times New Roman"/>
              </w:rPr>
              <w:t>CPU</w:t>
            </w:r>
            <w:r w:rsidRPr="00291DA9">
              <w:rPr>
                <w:rFonts w:cs="Times New Roman"/>
                <w:lang w:val="ru-RU"/>
              </w:rPr>
              <w:t xml:space="preserve"> контроллеров нагружены сопоставимо; резкий перекос фиксируется как замечание к испытанию.</w:t>
            </w:r>
            <w:r w:rsidRPr="00291DA9">
              <w:rPr>
                <w:rFonts w:cs="Times New Roman"/>
                <w:lang w:val="ru-RU"/>
              </w:rPr>
              <w:br/>
            </w:r>
          </w:p>
          <w:p w14:paraId="322A9CED"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7) В </w:t>
            </w:r>
          </w:p>
          <w:p w14:paraId="27D304B2" w14:textId="77777777" w:rsidR="00281EA7" w:rsidRPr="00291DA9" w:rsidRDefault="00281EA7" w:rsidP="00281EA7">
            <w:pPr>
              <w:pStyle w:val="TableText"/>
              <w:spacing w:after="40"/>
              <w:rPr>
                <w:rFonts w:cs="Times New Roman"/>
                <w:lang w:val="ru-RU"/>
              </w:rPr>
            </w:pPr>
            <w:r w:rsidRPr="00291DA9">
              <w:rPr>
                <w:rFonts w:eastAsia="Consolas" w:cs="Times New Roman"/>
              </w:rPr>
              <w:t>dmesg</w:t>
            </w:r>
          </w:p>
          <w:p w14:paraId="6567D6E9"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отсутствуют новые критические ошибки доступа к </w:t>
            </w:r>
            <w:r w:rsidRPr="00291DA9">
              <w:rPr>
                <w:rFonts w:cs="Times New Roman"/>
              </w:rPr>
              <w:t>LUN</w:t>
            </w:r>
            <w:r w:rsidRPr="00291DA9">
              <w:rPr>
                <w:rFonts w:cs="Times New Roman"/>
                <w:lang w:val="ru-RU"/>
              </w:rPr>
              <w:t>.</w:t>
            </w:r>
          </w:p>
        </w:tc>
      </w:tr>
      <w:tr w:rsidR="00281EA7" w:rsidRPr="00D31521" w14:paraId="7DDDFD11" w14:textId="77777777" w:rsidTr="00281EA7">
        <w:trPr>
          <w:jc w:val="center"/>
        </w:trPr>
        <w:tc>
          <w:tcPr>
            <w:tcW w:w="201" w:type="pct"/>
          </w:tcPr>
          <w:p w14:paraId="0701FF19" w14:textId="77777777" w:rsidR="00281EA7" w:rsidRPr="00291DA9" w:rsidRDefault="00281EA7" w:rsidP="00281EA7">
            <w:pPr>
              <w:pStyle w:val="TableText"/>
              <w:spacing w:after="40"/>
              <w:rPr>
                <w:rFonts w:cs="Times New Roman"/>
              </w:rPr>
            </w:pPr>
            <w:r w:rsidRPr="00291DA9">
              <w:rPr>
                <w:rFonts w:cs="Times New Roman"/>
              </w:rPr>
              <w:t>10</w:t>
            </w:r>
          </w:p>
        </w:tc>
        <w:tc>
          <w:tcPr>
            <w:tcW w:w="573" w:type="pct"/>
          </w:tcPr>
          <w:p w14:paraId="72A417CE" w14:textId="77777777" w:rsidR="00281EA7" w:rsidRPr="00291DA9" w:rsidRDefault="00281EA7" w:rsidP="00281EA7">
            <w:pPr>
              <w:pStyle w:val="TableText"/>
              <w:spacing w:after="40"/>
              <w:rPr>
                <w:rFonts w:cs="Times New Roman"/>
              </w:rPr>
            </w:pPr>
            <w:r w:rsidRPr="00291DA9">
              <w:rPr>
                <w:rFonts w:cs="Times New Roman"/>
              </w:rPr>
              <w:t>Отказоустойчивость</w:t>
            </w:r>
          </w:p>
        </w:tc>
        <w:tc>
          <w:tcPr>
            <w:tcW w:w="604" w:type="pct"/>
          </w:tcPr>
          <w:p w14:paraId="1C321CBE" w14:textId="77777777" w:rsidR="00281EA7" w:rsidRPr="00291DA9" w:rsidRDefault="00281EA7" w:rsidP="00281EA7">
            <w:pPr>
              <w:pStyle w:val="TableText"/>
              <w:spacing w:after="40"/>
              <w:rPr>
                <w:rFonts w:cs="Times New Roman"/>
              </w:rPr>
            </w:pPr>
            <w:r w:rsidRPr="00291DA9">
              <w:rPr>
                <w:rFonts w:cs="Times New Roman"/>
              </w:rPr>
              <w:t>Отказ одного FC-пути</w:t>
            </w:r>
          </w:p>
        </w:tc>
        <w:tc>
          <w:tcPr>
            <w:tcW w:w="1086" w:type="pct"/>
          </w:tcPr>
          <w:p w14:paraId="498575DF"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При потере одного </w:t>
            </w:r>
            <w:r w:rsidRPr="00291DA9">
              <w:rPr>
                <w:rFonts w:cs="Times New Roman"/>
              </w:rPr>
              <w:t>FC</w:t>
            </w:r>
            <w:r w:rsidRPr="00291DA9">
              <w:rPr>
                <w:rFonts w:cs="Times New Roman"/>
                <w:lang w:val="ru-RU"/>
              </w:rPr>
              <w:t xml:space="preserve">-пути доступ к каждому тестовому </w:t>
            </w:r>
            <w:r w:rsidRPr="00291DA9">
              <w:rPr>
                <w:rFonts w:cs="Times New Roman"/>
              </w:rPr>
              <w:t>LUN</w:t>
            </w:r>
            <w:r w:rsidRPr="00291DA9">
              <w:rPr>
                <w:rFonts w:cs="Times New Roman"/>
                <w:lang w:val="ru-RU"/>
              </w:rPr>
              <w:t xml:space="preserve"> сохраняется через оставшиеся пути. После восстановления путь возвращается в исходное состояние без ручного переназначения владельца </w:t>
            </w:r>
            <w:r w:rsidRPr="00291DA9">
              <w:rPr>
                <w:rFonts w:cs="Times New Roman"/>
              </w:rPr>
              <w:t>LUN</w:t>
            </w:r>
            <w:r w:rsidRPr="00291DA9">
              <w:rPr>
                <w:rFonts w:cs="Times New Roman"/>
                <w:lang w:val="ru-RU"/>
              </w:rPr>
              <w:t xml:space="preserve"> или ручного переключения </w:t>
            </w:r>
            <w:r>
              <w:rPr>
                <w:rFonts w:cs="Times New Roman"/>
              </w:rPr>
              <w:t>LUN</w:t>
            </w:r>
            <w:r w:rsidRPr="00291DA9">
              <w:rPr>
                <w:rFonts w:cs="Times New Roman"/>
                <w:lang w:val="ru-RU"/>
              </w:rPr>
              <w:t xml:space="preserve"> между контроллерами.</w:t>
            </w:r>
          </w:p>
        </w:tc>
        <w:tc>
          <w:tcPr>
            <w:tcW w:w="1268" w:type="pct"/>
          </w:tcPr>
          <w:p w14:paraId="2007C57A" w14:textId="77777777" w:rsidR="00281EA7" w:rsidRPr="00291DA9" w:rsidRDefault="00281EA7" w:rsidP="00281EA7">
            <w:pPr>
              <w:pStyle w:val="TableText"/>
              <w:spacing w:after="40"/>
              <w:rPr>
                <w:rFonts w:cs="Times New Roman"/>
                <w:lang w:val="ru-RU"/>
              </w:rPr>
            </w:pPr>
            <w:r w:rsidRPr="00291DA9">
              <w:rPr>
                <w:rFonts w:cs="Times New Roman"/>
                <w:lang w:val="ru-RU"/>
              </w:rPr>
              <w:t>1) Запустить нагрузку по разделам 7.7–7.8 и непрерывный сбор статистики по разделу 7.9.</w:t>
            </w:r>
            <w:r w:rsidRPr="00291DA9">
              <w:rPr>
                <w:rFonts w:cs="Times New Roman"/>
                <w:lang w:val="ru-RU"/>
              </w:rPr>
              <w:br/>
            </w:r>
          </w:p>
          <w:p w14:paraId="652FAE83" w14:textId="77777777" w:rsidR="00281EA7" w:rsidRPr="00291DA9" w:rsidRDefault="00281EA7" w:rsidP="00281EA7">
            <w:pPr>
              <w:pStyle w:val="TableText"/>
              <w:spacing w:after="40"/>
              <w:rPr>
                <w:rFonts w:cs="Times New Roman"/>
                <w:lang w:val="ru-RU"/>
              </w:rPr>
            </w:pPr>
            <w:r w:rsidRPr="00291DA9">
              <w:rPr>
                <w:rFonts w:cs="Times New Roman"/>
                <w:lang w:val="ru-RU"/>
              </w:rPr>
              <w:br/>
              <w:t>2) До отказа зафиксировать исходное состояние путей и распределение нагрузки:</w:t>
            </w:r>
            <w:r w:rsidRPr="00291DA9">
              <w:rPr>
                <w:rFonts w:cs="Times New Roman"/>
                <w:lang w:val="ru-RU"/>
              </w:rPr>
              <w:br/>
            </w:r>
          </w:p>
          <w:p w14:paraId="7146C595"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 multipath -ll</w:t>
            </w:r>
            <w:r w:rsidRPr="00291DA9">
              <w:rPr>
                <w:rFonts w:ascii="Times New Roman" w:hAnsi="Times New Roman" w:cs="Times New Roman"/>
                <w:sz w:val="14"/>
              </w:rPr>
              <w:br/>
              <w:t>$ iostat -t -dxm 1</w:t>
            </w:r>
            <w:r w:rsidRPr="00291DA9">
              <w:rPr>
                <w:rFonts w:ascii="Times New Roman" w:hAnsi="Times New Roman" w:cs="Times New Roman"/>
                <w:sz w:val="14"/>
              </w:rPr>
              <w:br/>
              <w:t># dmesg -T | tail -n 300</w:t>
            </w:r>
          </w:p>
          <w:p w14:paraId="4316D7D8" w14:textId="77777777" w:rsidR="00281EA7" w:rsidRPr="00291DA9" w:rsidRDefault="00281EA7" w:rsidP="00281EA7">
            <w:pPr>
              <w:pStyle w:val="TableText"/>
              <w:spacing w:after="40"/>
              <w:rPr>
                <w:rFonts w:cs="Times New Roman"/>
                <w:lang w:val="ru-RU"/>
              </w:rPr>
            </w:pPr>
            <w:r w:rsidRPr="00B16F71">
              <w:rPr>
                <w:rFonts w:cs="Times New Roman"/>
                <w:lang w:val="ru-RU"/>
              </w:rPr>
              <w:br/>
            </w:r>
            <w:r w:rsidRPr="00291DA9">
              <w:rPr>
                <w:rFonts w:cs="Times New Roman"/>
                <w:lang w:val="ru-RU"/>
              </w:rPr>
              <w:t xml:space="preserve">3) Проверить, что до отказа нагрузка идёт по </w:t>
            </w:r>
            <w:r w:rsidRPr="00291DA9">
              <w:rPr>
                <w:rFonts w:cs="Times New Roman"/>
              </w:rPr>
              <w:t>DM</w:t>
            </w:r>
            <w:r w:rsidRPr="00291DA9">
              <w:rPr>
                <w:rFonts w:cs="Times New Roman"/>
                <w:lang w:val="ru-RU"/>
              </w:rPr>
              <w:t xml:space="preserve">-устройству и распределяется по рабочим нижележащим путям. Пример ожидаемого фрагмента </w:t>
            </w:r>
          </w:p>
          <w:p w14:paraId="5E6356E7" w14:textId="77777777" w:rsidR="00281EA7" w:rsidRPr="00291DA9" w:rsidRDefault="00281EA7" w:rsidP="00281EA7">
            <w:pPr>
              <w:pStyle w:val="TableText"/>
              <w:spacing w:after="40"/>
              <w:rPr>
                <w:rFonts w:cs="Times New Roman"/>
                <w:lang w:val="ru-RU"/>
              </w:rPr>
            </w:pPr>
            <w:r w:rsidRPr="00291DA9">
              <w:rPr>
                <w:rFonts w:eastAsia="Consolas" w:cs="Times New Roman"/>
              </w:rPr>
              <w:t>iostat</w:t>
            </w:r>
          </w:p>
          <w:p w14:paraId="2409C92A"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до отказа приведён в разделе 7.10.</w:t>
            </w:r>
            <w:r w:rsidRPr="00291DA9">
              <w:rPr>
                <w:rFonts w:cs="Times New Roman"/>
                <w:lang w:val="ru-RU"/>
              </w:rPr>
              <w:br/>
            </w:r>
          </w:p>
          <w:p w14:paraId="267723A8" w14:textId="77777777" w:rsidR="00281EA7" w:rsidRPr="00291DA9" w:rsidRDefault="00281EA7" w:rsidP="00281EA7">
            <w:pPr>
              <w:pStyle w:val="TableText"/>
              <w:spacing w:after="40"/>
              <w:rPr>
                <w:rFonts w:cs="Times New Roman"/>
                <w:lang w:val="ru-RU"/>
              </w:rPr>
            </w:pPr>
            <w:r w:rsidRPr="00291DA9">
              <w:rPr>
                <w:rFonts w:cs="Times New Roman"/>
                <w:lang w:val="ru-RU"/>
              </w:rPr>
              <w:br/>
              <w:t xml:space="preserve">4) Отключить один </w:t>
            </w:r>
            <w:r w:rsidRPr="00291DA9">
              <w:rPr>
                <w:rFonts w:cs="Times New Roman"/>
              </w:rPr>
              <w:t>FC</w:t>
            </w:r>
            <w:r w:rsidRPr="00291DA9">
              <w:rPr>
                <w:rFonts w:cs="Times New Roman"/>
                <w:lang w:val="ru-RU"/>
              </w:rPr>
              <w:t xml:space="preserve">-кабель или административно отключить один </w:t>
            </w:r>
            <w:r w:rsidRPr="00291DA9">
              <w:rPr>
                <w:rFonts w:cs="Times New Roman"/>
              </w:rPr>
              <w:t>FC</w:t>
            </w:r>
            <w:r w:rsidRPr="00291DA9">
              <w:rPr>
                <w:rFonts w:cs="Times New Roman"/>
                <w:lang w:val="ru-RU"/>
              </w:rPr>
              <w:t>-порт по согласованной процедуре.</w:t>
            </w:r>
            <w:r w:rsidRPr="00291DA9">
              <w:rPr>
                <w:rFonts w:cs="Times New Roman"/>
                <w:lang w:val="ru-RU"/>
              </w:rPr>
              <w:br/>
            </w:r>
          </w:p>
          <w:p w14:paraId="439F9DE0" w14:textId="77777777" w:rsidR="00281EA7" w:rsidRPr="00291DA9" w:rsidRDefault="00281EA7" w:rsidP="00281EA7">
            <w:pPr>
              <w:pStyle w:val="TableText"/>
              <w:spacing w:after="40"/>
              <w:rPr>
                <w:rFonts w:cs="Times New Roman"/>
                <w:lang w:val="ru-RU"/>
              </w:rPr>
            </w:pPr>
            <w:r w:rsidRPr="00291DA9">
              <w:rPr>
                <w:rFonts w:cs="Times New Roman"/>
                <w:lang w:val="ru-RU"/>
              </w:rPr>
              <w:br/>
              <w:t xml:space="preserve">5) </w:t>
            </w:r>
          </w:p>
          <w:p w14:paraId="5D787CE7"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Через 90 секунд после отказа выполнить первичную фиксацию состояния. Если на </w:t>
            </w:r>
            <w:r w:rsidRPr="00291DA9">
              <w:rPr>
                <w:rFonts w:cs="Times New Roman"/>
              </w:rPr>
              <w:t>DM</w:t>
            </w:r>
            <w:r w:rsidRPr="00291DA9">
              <w:rPr>
                <w:rFonts w:cs="Times New Roman"/>
                <w:lang w:val="ru-RU"/>
              </w:rPr>
              <w:t xml:space="preserve">-устройстве нет прогресса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наблюдение продолжается до контрольного интервала из раздела 7.0.</w:t>
            </w:r>
            <w:r w:rsidRPr="00291DA9">
              <w:rPr>
                <w:rFonts w:cs="Times New Roman"/>
                <w:lang w:val="ru-RU"/>
              </w:rPr>
              <w:br/>
            </w:r>
          </w:p>
          <w:p w14:paraId="725CA4A6"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lastRenderedPageBreak/>
              <w:t>$ multipath -ll</w:t>
            </w:r>
            <w:r w:rsidRPr="00291DA9">
              <w:rPr>
                <w:rFonts w:ascii="Times New Roman" w:hAnsi="Times New Roman" w:cs="Times New Roman"/>
                <w:sz w:val="14"/>
              </w:rPr>
              <w:br/>
              <w:t>$ iostat -t -dxm 1</w:t>
            </w:r>
            <w:r w:rsidRPr="00291DA9">
              <w:rPr>
                <w:rFonts w:ascii="Times New Roman" w:hAnsi="Times New Roman" w:cs="Times New Roman"/>
                <w:sz w:val="14"/>
              </w:rPr>
              <w:br/>
              <w:t># dmesg -T | tail -n 300</w:t>
            </w:r>
          </w:p>
          <w:p w14:paraId="6725625F" w14:textId="77777777" w:rsidR="00281EA7" w:rsidRPr="00291DA9" w:rsidRDefault="00281EA7" w:rsidP="00281EA7">
            <w:pPr>
              <w:pStyle w:val="TableText"/>
              <w:spacing w:after="40"/>
              <w:rPr>
                <w:rFonts w:cs="Times New Roman"/>
                <w:lang w:val="ru-RU"/>
              </w:rPr>
            </w:pPr>
            <w:r w:rsidRPr="00B16F71">
              <w:rPr>
                <w:rFonts w:cs="Times New Roman"/>
                <w:lang w:val="ru-RU"/>
              </w:rPr>
              <w:br/>
            </w:r>
            <w:r w:rsidRPr="00291DA9">
              <w:rPr>
                <w:rFonts w:cs="Times New Roman"/>
                <w:lang w:val="ru-RU"/>
              </w:rPr>
              <w:t xml:space="preserve">6) Проверить, что на </w:t>
            </w:r>
            <w:r w:rsidRPr="00291DA9">
              <w:rPr>
                <w:rFonts w:cs="Times New Roman"/>
              </w:rPr>
              <w:t>DM</w:t>
            </w:r>
            <w:r w:rsidRPr="00291DA9">
              <w:rPr>
                <w:rFonts w:cs="Times New Roman"/>
                <w:lang w:val="ru-RU"/>
              </w:rPr>
              <w:t xml:space="preserve">-устройстве продолжаются операции чтения/записи, а нагрузка перераспределилась на оставшиеся рабочие пути. Пример ожидаемого фрагмента </w:t>
            </w:r>
          </w:p>
          <w:p w14:paraId="203BD046" w14:textId="77777777" w:rsidR="00281EA7" w:rsidRPr="00291DA9" w:rsidRDefault="00281EA7" w:rsidP="00281EA7">
            <w:pPr>
              <w:pStyle w:val="TableText"/>
              <w:spacing w:after="40"/>
              <w:rPr>
                <w:rFonts w:cs="Times New Roman"/>
                <w:lang w:val="ru-RU"/>
              </w:rPr>
            </w:pPr>
            <w:r w:rsidRPr="00291DA9">
              <w:rPr>
                <w:rFonts w:eastAsia="Consolas" w:cs="Times New Roman"/>
              </w:rPr>
              <w:t>iostat</w:t>
            </w:r>
          </w:p>
          <w:p w14:paraId="31B1C747"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после отказа одного пути приведён в разделе 7.10.</w:t>
            </w:r>
            <w:r w:rsidRPr="00291DA9">
              <w:rPr>
                <w:rFonts w:cs="Times New Roman"/>
                <w:lang w:val="ru-RU"/>
              </w:rPr>
              <w:br/>
            </w:r>
          </w:p>
          <w:p w14:paraId="0C36AAF7" w14:textId="77777777" w:rsidR="00281EA7" w:rsidRPr="00291DA9" w:rsidRDefault="00281EA7" w:rsidP="00281EA7">
            <w:pPr>
              <w:pStyle w:val="TableText"/>
              <w:spacing w:after="40"/>
              <w:rPr>
                <w:rFonts w:cs="Times New Roman"/>
                <w:lang w:val="ru-RU"/>
              </w:rPr>
            </w:pPr>
            <w:r w:rsidRPr="00291DA9">
              <w:rPr>
                <w:rFonts w:cs="Times New Roman"/>
                <w:lang w:val="ru-RU"/>
              </w:rPr>
              <w:br/>
              <w:t xml:space="preserve">7) Восстановить порт/кабель и через 90 секунд повторно зафиксировать состояние путей, </w:t>
            </w:r>
            <w:r w:rsidRPr="00291DA9">
              <w:rPr>
                <w:rFonts w:cs="Times New Roman"/>
              </w:rPr>
              <w:t>FIO</w:t>
            </w:r>
            <w:r w:rsidRPr="00291DA9">
              <w:rPr>
                <w:rFonts w:cs="Times New Roman"/>
                <w:lang w:val="ru-RU"/>
              </w:rPr>
              <w:t xml:space="preserve">, </w:t>
            </w:r>
          </w:p>
          <w:p w14:paraId="284973BD" w14:textId="77777777" w:rsidR="00281EA7" w:rsidRPr="00291DA9" w:rsidRDefault="00281EA7" w:rsidP="00281EA7">
            <w:pPr>
              <w:pStyle w:val="TableText"/>
              <w:spacing w:after="40"/>
              <w:rPr>
                <w:rFonts w:cs="Times New Roman"/>
                <w:lang w:val="ru-RU"/>
              </w:rPr>
            </w:pPr>
            <w:r w:rsidRPr="00291DA9">
              <w:rPr>
                <w:rFonts w:eastAsia="Consolas" w:cs="Times New Roman"/>
              </w:rPr>
              <w:t>iostat</w:t>
            </w:r>
          </w:p>
          <w:p w14:paraId="24E9E15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и </w:t>
            </w:r>
          </w:p>
          <w:p w14:paraId="3B77A678" w14:textId="77777777" w:rsidR="00281EA7" w:rsidRPr="00291DA9" w:rsidRDefault="00281EA7" w:rsidP="00281EA7">
            <w:pPr>
              <w:pStyle w:val="TableText"/>
              <w:spacing w:after="40"/>
              <w:rPr>
                <w:rFonts w:cs="Times New Roman"/>
                <w:lang w:val="ru-RU"/>
              </w:rPr>
            </w:pPr>
            <w:r w:rsidRPr="00291DA9">
              <w:rPr>
                <w:rFonts w:eastAsia="Consolas" w:cs="Times New Roman"/>
              </w:rPr>
              <w:t>dmesg</w:t>
            </w:r>
          </w:p>
          <w:p w14:paraId="783A22D5" w14:textId="77777777" w:rsidR="00281EA7" w:rsidRPr="00291DA9" w:rsidRDefault="00281EA7" w:rsidP="00281EA7">
            <w:pPr>
              <w:pStyle w:val="TableText"/>
              <w:spacing w:after="40"/>
              <w:rPr>
                <w:rFonts w:cs="Times New Roman"/>
                <w:lang w:val="ru-RU"/>
              </w:rPr>
            </w:pPr>
            <w:r w:rsidRPr="00291DA9">
              <w:rPr>
                <w:rFonts w:cs="Times New Roman"/>
                <w:lang w:val="ru-RU"/>
              </w:rPr>
              <w:t>. Если восстановленный путь не возвращается в работу, наблюдение продолжается до контрольного интервала из раздела 7.0.</w:t>
            </w:r>
            <w:r w:rsidRPr="00291DA9">
              <w:rPr>
                <w:rFonts w:cs="Times New Roman"/>
                <w:lang w:val="ru-RU"/>
              </w:rPr>
              <w:br/>
            </w:r>
          </w:p>
          <w:p w14:paraId="69572C07" w14:textId="77777777" w:rsidR="00281EA7" w:rsidRPr="00291DA9" w:rsidRDefault="00281EA7" w:rsidP="00281EA7">
            <w:pPr>
              <w:pStyle w:val="TableText"/>
              <w:spacing w:after="40"/>
              <w:rPr>
                <w:rFonts w:cs="Times New Roman"/>
                <w:lang w:val="ru-RU"/>
              </w:rPr>
            </w:pPr>
            <w:r w:rsidRPr="00291DA9">
              <w:rPr>
                <w:rFonts w:cs="Times New Roman"/>
                <w:lang w:val="ru-RU"/>
              </w:rPr>
              <w:br/>
              <w:t xml:space="preserve">8) Проверить, что после восстановления путь вернулся в рабочее состояние, а распределение нагрузки по путям приблизилось к исходной картине без ручного переназначения владельца </w:t>
            </w:r>
            <w:r w:rsidRPr="00291DA9">
              <w:rPr>
                <w:rFonts w:cs="Times New Roman"/>
              </w:rPr>
              <w:t>LUN</w:t>
            </w:r>
            <w:r w:rsidRPr="00291DA9">
              <w:rPr>
                <w:rFonts w:cs="Times New Roman"/>
                <w:lang w:val="ru-RU"/>
              </w:rPr>
              <w:t xml:space="preserve"> или ручного переключения </w:t>
            </w:r>
            <w:r>
              <w:rPr>
                <w:rFonts w:cs="Times New Roman"/>
              </w:rPr>
              <w:t>LUN</w:t>
            </w:r>
            <w:r w:rsidRPr="00291DA9">
              <w:rPr>
                <w:rFonts w:cs="Times New Roman"/>
                <w:lang w:val="ru-RU"/>
              </w:rPr>
              <w:t xml:space="preserve"> между контроллерами.</w:t>
            </w:r>
          </w:p>
        </w:tc>
        <w:tc>
          <w:tcPr>
            <w:tcW w:w="1268" w:type="pct"/>
          </w:tcPr>
          <w:p w14:paraId="5041030D" w14:textId="77777777" w:rsidR="00281EA7" w:rsidRPr="00291DA9" w:rsidRDefault="00281EA7" w:rsidP="00281EA7">
            <w:pPr>
              <w:pStyle w:val="TableText"/>
              <w:spacing w:after="40"/>
              <w:rPr>
                <w:rFonts w:cs="Times New Roman"/>
                <w:lang w:val="ru-RU"/>
              </w:rPr>
            </w:pPr>
            <w:r w:rsidRPr="00291DA9">
              <w:rPr>
                <w:rFonts w:cs="Times New Roman"/>
                <w:lang w:val="ru-RU"/>
              </w:rPr>
              <w:lastRenderedPageBreak/>
              <w:t>Испытание считается успешным, если одновременно выполнены условия:</w:t>
            </w:r>
            <w:r w:rsidRPr="00291DA9">
              <w:rPr>
                <w:rFonts w:cs="Times New Roman"/>
                <w:lang w:val="ru-RU"/>
              </w:rPr>
              <w:br/>
            </w:r>
          </w:p>
          <w:p w14:paraId="691EE2E3" w14:textId="77777777" w:rsidR="00281EA7" w:rsidRPr="00291DA9" w:rsidRDefault="00281EA7" w:rsidP="00281EA7">
            <w:pPr>
              <w:pStyle w:val="TableText"/>
              <w:spacing w:after="40"/>
              <w:rPr>
                <w:rFonts w:cs="Times New Roman"/>
                <w:lang w:val="ru-RU"/>
              </w:rPr>
            </w:pPr>
            <w:r w:rsidRPr="00291DA9">
              <w:rPr>
                <w:rFonts w:cs="Times New Roman"/>
                <w:lang w:val="ru-RU"/>
              </w:rPr>
              <w:br/>
              <w:t xml:space="preserve">1) До отказа </w:t>
            </w:r>
          </w:p>
          <w:p w14:paraId="60F2FE26" w14:textId="77777777" w:rsidR="00281EA7" w:rsidRPr="00291DA9" w:rsidRDefault="00281EA7" w:rsidP="00281EA7">
            <w:pPr>
              <w:pStyle w:val="TableText"/>
              <w:spacing w:after="40"/>
              <w:rPr>
                <w:rFonts w:cs="Times New Roman"/>
                <w:lang w:val="ru-RU"/>
              </w:rPr>
            </w:pPr>
            <w:r w:rsidRPr="00291DA9">
              <w:rPr>
                <w:rFonts w:eastAsia="Consolas" w:cs="Times New Roman"/>
              </w:rPr>
              <w:t>iostat</w:t>
            </w:r>
          </w:p>
          <w:p w14:paraId="650CCFEB"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показывает ненулевую активность на </w:t>
            </w:r>
            <w:r w:rsidRPr="00291DA9">
              <w:rPr>
                <w:rFonts w:cs="Times New Roman"/>
              </w:rPr>
              <w:t>DM</w:t>
            </w:r>
            <w:r w:rsidRPr="00291DA9">
              <w:rPr>
                <w:rFonts w:cs="Times New Roman"/>
                <w:lang w:val="ru-RU"/>
              </w:rPr>
              <w:t>-устройстве и рабочих нижележащих путях, соответствующих зафиксированной до начала испытаний схеме.</w:t>
            </w:r>
            <w:r w:rsidRPr="00291DA9">
              <w:rPr>
                <w:rFonts w:cs="Times New Roman"/>
                <w:lang w:val="ru-RU"/>
              </w:rPr>
              <w:br/>
            </w:r>
          </w:p>
          <w:p w14:paraId="37915B97" w14:textId="77777777" w:rsidR="00281EA7" w:rsidRPr="00291DA9" w:rsidRDefault="00281EA7" w:rsidP="00281EA7">
            <w:pPr>
              <w:pStyle w:val="TableText"/>
              <w:spacing w:after="40"/>
              <w:rPr>
                <w:rFonts w:cs="Times New Roman"/>
                <w:lang w:val="ru-RU"/>
              </w:rPr>
            </w:pPr>
            <w:r w:rsidRPr="00291DA9">
              <w:rPr>
                <w:rFonts w:cs="Times New Roman"/>
                <w:lang w:val="ru-RU"/>
              </w:rPr>
              <w:br/>
              <w:t xml:space="preserve">2) После отключения один путь переходит в ожидаемое состояние потери/ошибки пути в </w:t>
            </w:r>
          </w:p>
          <w:p w14:paraId="5E7374F0" w14:textId="77777777" w:rsidR="00281EA7" w:rsidRPr="00291DA9" w:rsidRDefault="00281EA7" w:rsidP="00281EA7">
            <w:pPr>
              <w:pStyle w:val="TableText"/>
              <w:spacing w:after="40"/>
              <w:rPr>
                <w:rFonts w:cs="Times New Roman"/>
                <w:lang w:val="ru-RU"/>
              </w:rPr>
            </w:pPr>
            <w:r w:rsidRPr="00291DA9">
              <w:rPr>
                <w:rFonts w:eastAsia="Consolas" w:cs="Times New Roman"/>
              </w:rPr>
              <w:t>multipath</w:t>
            </w:r>
            <w:r w:rsidRPr="00291DA9">
              <w:rPr>
                <w:rFonts w:eastAsia="Consolas" w:cs="Times New Roman"/>
                <w:lang w:val="ru-RU"/>
              </w:rPr>
              <w:t xml:space="preserve"> -</w:t>
            </w:r>
            <w:r w:rsidRPr="00291DA9">
              <w:rPr>
                <w:rFonts w:eastAsia="Consolas" w:cs="Times New Roman"/>
              </w:rPr>
              <w:t>ll</w:t>
            </w:r>
          </w:p>
          <w:p w14:paraId="0E5A072A" w14:textId="77777777" w:rsidR="00281EA7" w:rsidRPr="00291DA9" w:rsidRDefault="00281EA7" w:rsidP="00281EA7">
            <w:pPr>
              <w:pStyle w:val="TableText"/>
              <w:spacing w:after="40"/>
              <w:rPr>
                <w:rFonts w:cs="Times New Roman"/>
                <w:lang w:val="ru-RU"/>
              </w:rPr>
            </w:pPr>
            <w:r w:rsidRPr="00291DA9">
              <w:rPr>
                <w:rFonts w:cs="Times New Roman"/>
                <w:lang w:val="ru-RU"/>
              </w:rPr>
              <w:t>.</w:t>
            </w:r>
            <w:r w:rsidRPr="00291DA9">
              <w:rPr>
                <w:rFonts w:cs="Times New Roman"/>
                <w:lang w:val="ru-RU"/>
              </w:rPr>
              <w:br/>
            </w:r>
          </w:p>
          <w:p w14:paraId="2ED17FEB" w14:textId="77777777" w:rsidR="00281EA7" w:rsidRPr="00291DA9" w:rsidRDefault="00281EA7" w:rsidP="00281EA7">
            <w:pPr>
              <w:pStyle w:val="TableText"/>
              <w:spacing w:after="40"/>
              <w:rPr>
                <w:rFonts w:cs="Times New Roman"/>
                <w:lang w:val="ru-RU"/>
              </w:rPr>
            </w:pPr>
            <w:r w:rsidRPr="00291DA9">
              <w:rPr>
                <w:rFonts w:cs="Times New Roman"/>
                <w:lang w:val="ru-RU"/>
              </w:rPr>
              <w:br/>
              <w:t xml:space="preserve">3) </w:t>
            </w:r>
            <w:r w:rsidRPr="00291DA9">
              <w:rPr>
                <w:rFonts w:cs="Times New Roman"/>
              </w:rPr>
              <w:t>DM</w:t>
            </w:r>
            <w:r w:rsidRPr="00291DA9">
              <w:rPr>
                <w:rFonts w:cs="Times New Roman"/>
                <w:lang w:val="ru-RU"/>
              </w:rPr>
              <w:t>-</w:t>
            </w:r>
            <w:r w:rsidRPr="00291DA9">
              <w:rPr>
                <w:rFonts w:cs="Times New Roman"/>
              </w:rPr>
              <w:t>multipath</w:t>
            </w:r>
            <w:r w:rsidRPr="00291DA9">
              <w:rPr>
                <w:rFonts w:cs="Times New Roman"/>
                <w:lang w:val="ru-RU"/>
              </w:rPr>
              <w:t xml:space="preserve"> устройство не исчезает, на нём сохраняются ненулевые </w:t>
            </w:r>
          </w:p>
          <w:p w14:paraId="362533E9" w14:textId="77777777" w:rsidR="00281EA7" w:rsidRPr="00291DA9" w:rsidRDefault="00281EA7" w:rsidP="00281EA7">
            <w:pPr>
              <w:pStyle w:val="TableText"/>
              <w:spacing w:after="40"/>
              <w:rPr>
                <w:rFonts w:cs="Times New Roman"/>
                <w:lang w:val="ru-RU"/>
              </w:rPr>
            </w:pPr>
            <w:r w:rsidRPr="00291DA9">
              <w:rPr>
                <w:rFonts w:eastAsia="Consolas" w:cs="Times New Roman"/>
              </w:rPr>
              <w:t>r</w:t>
            </w:r>
            <w:r w:rsidRPr="00291DA9">
              <w:rPr>
                <w:rFonts w:eastAsia="Consolas" w:cs="Times New Roman"/>
                <w:lang w:val="ru-RU"/>
              </w:rPr>
              <w:t>/</w:t>
            </w:r>
            <w:r w:rsidRPr="00291DA9">
              <w:rPr>
                <w:rFonts w:eastAsia="Consolas" w:cs="Times New Roman"/>
              </w:rPr>
              <w:t>s</w:t>
            </w:r>
          </w:p>
          <w:p w14:paraId="4C454DC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и/или </w:t>
            </w:r>
          </w:p>
          <w:p w14:paraId="19C6C1B6" w14:textId="77777777" w:rsidR="00281EA7" w:rsidRPr="00291DA9" w:rsidRDefault="00281EA7" w:rsidP="00281EA7">
            <w:pPr>
              <w:pStyle w:val="TableText"/>
              <w:spacing w:after="40"/>
              <w:rPr>
                <w:rFonts w:cs="Times New Roman"/>
                <w:lang w:val="ru-RU"/>
              </w:rPr>
            </w:pPr>
            <w:r w:rsidRPr="00291DA9">
              <w:rPr>
                <w:rFonts w:eastAsia="Consolas" w:cs="Times New Roman"/>
              </w:rPr>
              <w:t>w</w:t>
            </w:r>
            <w:r w:rsidRPr="00291DA9">
              <w:rPr>
                <w:rFonts w:eastAsia="Consolas" w:cs="Times New Roman"/>
                <w:lang w:val="ru-RU"/>
              </w:rPr>
              <w:t>/</w:t>
            </w:r>
            <w:r w:rsidRPr="00291DA9">
              <w:rPr>
                <w:rFonts w:eastAsia="Consolas" w:cs="Times New Roman"/>
              </w:rPr>
              <w:t>s</w:t>
            </w:r>
          </w:p>
          <w:p w14:paraId="79022FD7"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в </w:t>
            </w:r>
          </w:p>
          <w:p w14:paraId="63F24B4E" w14:textId="77777777" w:rsidR="00281EA7" w:rsidRPr="00291DA9" w:rsidRDefault="00281EA7" w:rsidP="00281EA7">
            <w:pPr>
              <w:pStyle w:val="TableText"/>
              <w:spacing w:after="40"/>
              <w:rPr>
                <w:rFonts w:cs="Times New Roman"/>
                <w:lang w:val="ru-RU"/>
              </w:rPr>
            </w:pPr>
            <w:r w:rsidRPr="00291DA9">
              <w:rPr>
                <w:rFonts w:eastAsia="Consolas" w:cs="Times New Roman"/>
              </w:rPr>
              <w:t>iostat</w:t>
            </w:r>
          </w:p>
          <w:p w14:paraId="613FE772" w14:textId="77777777" w:rsidR="00281EA7" w:rsidRPr="00291DA9" w:rsidRDefault="00281EA7" w:rsidP="00281EA7">
            <w:pPr>
              <w:pStyle w:val="TableText"/>
              <w:spacing w:after="40"/>
              <w:rPr>
                <w:rFonts w:cs="Times New Roman"/>
                <w:lang w:val="ru-RU"/>
              </w:rPr>
            </w:pPr>
            <w:r w:rsidRPr="00291DA9">
              <w:rPr>
                <w:rFonts w:cs="Times New Roman"/>
                <w:lang w:val="ru-RU"/>
              </w:rPr>
              <w:t>.</w:t>
            </w:r>
            <w:r w:rsidRPr="00291DA9">
              <w:rPr>
                <w:rFonts w:cs="Times New Roman"/>
                <w:lang w:val="ru-RU"/>
              </w:rPr>
              <w:br/>
            </w:r>
          </w:p>
          <w:p w14:paraId="6B9EE0C5" w14:textId="77777777" w:rsidR="00281EA7" w:rsidRPr="00291DA9" w:rsidRDefault="00281EA7" w:rsidP="00281EA7">
            <w:pPr>
              <w:pStyle w:val="TableText"/>
              <w:spacing w:after="40"/>
              <w:rPr>
                <w:rFonts w:cs="Times New Roman"/>
                <w:lang w:val="ru-RU"/>
              </w:rPr>
            </w:pPr>
            <w:r w:rsidRPr="00291DA9">
              <w:rPr>
                <w:rFonts w:cs="Times New Roman"/>
                <w:lang w:val="ru-RU"/>
              </w:rPr>
              <w:br/>
              <w:t xml:space="preserve">4) </w:t>
            </w:r>
            <w:r w:rsidRPr="00291DA9">
              <w:rPr>
                <w:rFonts w:cs="Times New Roman"/>
              </w:rPr>
              <w:t>FIO</w:t>
            </w:r>
            <w:r w:rsidRPr="00291DA9">
              <w:rPr>
                <w:rFonts w:cs="Times New Roman"/>
                <w:lang w:val="ru-RU"/>
              </w:rPr>
              <w:t xml:space="preserve"> не завершается аварийно (процесс </w:t>
            </w:r>
            <w:r w:rsidRPr="00291DA9">
              <w:rPr>
                <w:rFonts w:cs="Times New Roman"/>
              </w:rPr>
              <w:t>fio</w:t>
            </w:r>
            <w:r w:rsidRPr="00291DA9">
              <w:rPr>
                <w:rFonts w:cs="Times New Roman"/>
                <w:lang w:val="ru-RU"/>
              </w:rPr>
              <w:t xml:space="preserve"> не падает, задание доходит до конца </w:t>
            </w:r>
          </w:p>
          <w:p w14:paraId="4921D609" w14:textId="77777777" w:rsidR="00281EA7" w:rsidRPr="00291DA9" w:rsidRDefault="00281EA7" w:rsidP="00281EA7">
            <w:pPr>
              <w:pStyle w:val="TableText"/>
              <w:spacing w:after="40"/>
              <w:rPr>
                <w:rFonts w:cs="Times New Roman"/>
                <w:lang w:val="ru-RU"/>
              </w:rPr>
            </w:pPr>
            <w:r w:rsidRPr="00291DA9">
              <w:rPr>
                <w:rFonts w:eastAsia="Consolas" w:cs="Times New Roman"/>
              </w:rPr>
              <w:t>runtime</w:t>
            </w:r>
          </w:p>
          <w:p w14:paraId="321CE379" w14:textId="77777777" w:rsidR="00281EA7" w:rsidRPr="00291DA9" w:rsidRDefault="00281EA7" w:rsidP="00281EA7">
            <w:pPr>
              <w:pStyle w:val="TableText"/>
              <w:spacing w:after="40"/>
              <w:rPr>
                <w:rFonts w:cs="Times New Roman"/>
                <w:lang w:val="ru-RU"/>
              </w:rPr>
            </w:pPr>
            <w:r w:rsidRPr="00291DA9">
              <w:rPr>
                <w:rFonts w:cs="Times New Roman"/>
                <w:lang w:val="ru-RU"/>
              </w:rPr>
              <w:lastRenderedPageBreak/>
              <w:t xml:space="preserve"> и формирует итоговый отчёт). </w:t>
            </w:r>
          </w:p>
          <w:p w14:paraId="194F686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Значение </w:t>
            </w:r>
          </w:p>
          <w:p w14:paraId="16643FC3" w14:textId="77777777" w:rsidR="00281EA7" w:rsidRPr="00291DA9" w:rsidRDefault="00281EA7" w:rsidP="00281EA7">
            <w:pPr>
              <w:pStyle w:val="TableText"/>
              <w:spacing w:after="40"/>
              <w:rPr>
                <w:rFonts w:cs="Times New Roman"/>
                <w:lang w:val="ru-RU"/>
              </w:rPr>
            </w:pPr>
            <w:r w:rsidRPr="00291DA9">
              <w:rPr>
                <w:rFonts w:eastAsia="Consolas" w:cs="Times New Roman"/>
              </w:rPr>
              <w:t>err</w:t>
            </w:r>
            <w:r w:rsidRPr="00291DA9">
              <w:rPr>
                <w:rFonts w:eastAsia="Consolas" w:cs="Times New Roman"/>
                <w:lang w:val="ru-RU"/>
              </w:rPr>
              <w:t>&gt;0</w:t>
            </w:r>
          </w:p>
          <w:p w14:paraId="1EEECC3F"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в итоговом отчёте </w:t>
            </w:r>
            <w:r w:rsidRPr="00291DA9">
              <w:rPr>
                <w:rFonts w:cs="Times New Roman"/>
              </w:rPr>
              <w:t>FIO</w:t>
            </w:r>
            <w:r w:rsidRPr="00291DA9">
              <w:rPr>
                <w:rFonts w:cs="Times New Roman"/>
                <w:lang w:val="ru-RU"/>
              </w:rPr>
              <w:t xml:space="preserve"> фиксируется в журнале испытаний как замечание и подлежит разбору с производителем СХД. Оно не является автоматическим основанием для статуса «Не пройдено», если выполнены остальные критерии доступности </w:t>
            </w:r>
            <w:r w:rsidRPr="00291DA9">
              <w:rPr>
                <w:rFonts w:cs="Times New Roman"/>
              </w:rPr>
              <w:t>LUN</w:t>
            </w:r>
            <w:r w:rsidRPr="00291DA9">
              <w:rPr>
                <w:rFonts w:cs="Times New Roman"/>
                <w:lang w:val="ru-RU"/>
              </w:rPr>
              <w:t xml:space="preserve">, на </w:t>
            </w:r>
            <w:r w:rsidRPr="00291DA9">
              <w:rPr>
                <w:rFonts w:cs="Times New Roman"/>
              </w:rPr>
              <w:t>DM</w:t>
            </w:r>
            <w:r w:rsidRPr="00291DA9">
              <w:rPr>
                <w:rFonts w:cs="Times New Roman"/>
                <w:lang w:val="ru-RU"/>
              </w:rPr>
              <w:t xml:space="preserve">-устройстве сохраняется прогресс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xml:space="preserve"> через оставшиеся рабочие пути и после восстановления компонента пути возвращаются автоматически. Если после отказа должны оставаться рабочие пути, появление </w:t>
            </w:r>
            <w:r w:rsidRPr="00291DA9">
              <w:rPr>
                <w:rFonts w:cs="Times New Roman"/>
              </w:rPr>
              <w:t>EIO</w:t>
            </w:r>
            <w:r w:rsidRPr="00291DA9">
              <w:rPr>
                <w:rFonts w:cs="Times New Roman"/>
                <w:lang w:val="ru-RU"/>
              </w:rPr>
              <w:t xml:space="preserve"> требует отдельного разбора и не считается штатным подтверждением </w:t>
            </w:r>
            <w:r w:rsidRPr="00291DA9">
              <w:rPr>
                <w:rFonts w:cs="Times New Roman"/>
              </w:rPr>
              <w:t>SLUA</w:t>
            </w:r>
            <w:r w:rsidRPr="00291DA9">
              <w:rPr>
                <w:rFonts w:cs="Times New Roman"/>
                <w:lang w:val="ru-RU"/>
              </w:rPr>
              <w:t xml:space="preserve"> без письменного пояснения производителя.</w:t>
            </w:r>
            <w:r w:rsidRPr="00291DA9">
              <w:rPr>
                <w:rFonts w:cs="Times New Roman"/>
                <w:lang w:val="ru-RU"/>
              </w:rPr>
              <w:br/>
            </w:r>
          </w:p>
          <w:p w14:paraId="4A1E4D6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Сценарий считается «Не пройдено», если на </w:t>
            </w:r>
            <w:r w:rsidRPr="00291DA9">
              <w:rPr>
                <w:rFonts w:cs="Times New Roman"/>
              </w:rPr>
              <w:t>DM</w:t>
            </w:r>
            <w:r w:rsidRPr="00291DA9">
              <w:rPr>
                <w:rFonts w:cs="Times New Roman"/>
                <w:lang w:val="ru-RU"/>
              </w:rPr>
              <w:t xml:space="preserve">-устройстве отсутствует прогресс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xml:space="preserve"> дольше контрольного интервала </w:t>
            </w:r>
          </w:p>
          <w:p w14:paraId="078C2AF5" w14:textId="77777777" w:rsidR="00281EA7" w:rsidRPr="00291DA9" w:rsidRDefault="00281EA7" w:rsidP="00281EA7">
            <w:pPr>
              <w:pStyle w:val="TableText"/>
              <w:spacing w:after="40"/>
              <w:rPr>
                <w:rFonts w:cs="Times New Roman"/>
              </w:rPr>
            </w:pPr>
            <w:r w:rsidRPr="00291DA9">
              <w:rPr>
                <w:rFonts w:eastAsia="Consolas" w:cs="Times New Roman"/>
              </w:rPr>
              <w:t>Tконтроля = max(180 секунд, no_path_retry × polling_interval)</w:t>
            </w:r>
          </w:p>
          <w:p w14:paraId="2758B7DF" w14:textId="77777777" w:rsidR="00281EA7" w:rsidRPr="00291DA9" w:rsidRDefault="00281EA7" w:rsidP="00281EA7">
            <w:pPr>
              <w:pStyle w:val="TableText"/>
              <w:spacing w:after="40"/>
              <w:rPr>
                <w:rFonts w:cs="Times New Roman"/>
                <w:lang w:val="ru-RU"/>
              </w:rPr>
            </w:pPr>
            <w:r w:rsidRPr="00291DA9">
              <w:rPr>
                <w:rFonts w:cs="Times New Roman"/>
              </w:rPr>
              <w:t xml:space="preserve"> </w:t>
            </w:r>
            <w:r w:rsidRPr="00291DA9">
              <w:rPr>
                <w:rFonts w:cs="Times New Roman"/>
                <w:lang w:val="ru-RU"/>
              </w:rPr>
              <w:t xml:space="preserve">при условии, что по сценарию должны оставаться рабочие пути к </w:t>
            </w:r>
            <w:r w:rsidRPr="00291DA9">
              <w:rPr>
                <w:rFonts w:cs="Times New Roman"/>
              </w:rPr>
              <w:t>LUN</w:t>
            </w:r>
            <w:r w:rsidRPr="00291DA9">
              <w:rPr>
                <w:rFonts w:cs="Times New Roman"/>
                <w:lang w:val="ru-RU"/>
              </w:rPr>
              <w:t>. При необходимости стороны могут дополнительно наблюдать состояние ещё 30–60 секунд, если это согласовано до начала испытаний.</w:t>
            </w:r>
            <w:r w:rsidRPr="00291DA9">
              <w:rPr>
                <w:rFonts w:cs="Times New Roman"/>
                <w:lang w:val="ru-RU"/>
              </w:rPr>
              <w:br/>
            </w:r>
          </w:p>
          <w:p w14:paraId="1192A8B3" w14:textId="77777777" w:rsidR="00281EA7" w:rsidRPr="00291DA9" w:rsidRDefault="00281EA7" w:rsidP="00281EA7">
            <w:pPr>
              <w:pStyle w:val="TableText"/>
              <w:spacing w:after="40"/>
              <w:rPr>
                <w:rFonts w:cs="Times New Roman"/>
                <w:lang w:val="ru-RU"/>
              </w:rPr>
            </w:pPr>
            <w:r w:rsidRPr="00291DA9">
              <w:rPr>
                <w:rFonts w:cs="Times New Roman"/>
                <w:lang w:val="ru-RU"/>
              </w:rPr>
              <w:br/>
              <w:t xml:space="preserve">5) По </w:t>
            </w:r>
          </w:p>
          <w:p w14:paraId="425EA7D4" w14:textId="77777777" w:rsidR="00281EA7" w:rsidRPr="00291DA9" w:rsidRDefault="00281EA7" w:rsidP="00281EA7">
            <w:pPr>
              <w:pStyle w:val="TableText"/>
              <w:spacing w:after="40"/>
              <w:rPr>
                <w:rFonts w:cs="Times New Roman"/>
                <w:lang w:val="ru-RU"/>
              </w:rPr>
            </w:pPr>
            <w:r w:rsidRPr="00291DA9">
              <w:rPr>
                <w:rFonts w:eastAsia="Consolas" w:cs="Times New Roman"/>
              </w:rPr>
              <w:t>iostat</w:t>
            </w:r>
            <w:r w:rsidRPr="00291DA9">
              <w:rPr>
                <w:rFonts w:eastAsia="Consolas" w:cs="Times New Roman"/>
                <w:lang w:val="ru-RU"/>
              </w:rPr>
              <w:t xml:space="preserve"> -</w:t>
            </w:r>
            <w:r w:rsidRPr="00291DA9">
              <w:rPr>
                <w:rFonts w:eastAsia="Consolas" w:cs="Times New Roman"/>
              </w:rPr>
              <w:t>t</w:t>
            </w:r>
            <w:r w:rsidRPr="00291DA9">
              <w:rPr>
                <w:rFonts w:eastAsia="Consolas" w:cs="Times New Roman"/>
                <w:lang w:val="ru-RU"/>
              </w:rPr>
              <w:t xml:space="preserve"> -</w:t>
            </w:r>
            <w:r w:rsidRPr="00291DA9">
              <w:rPr>
                <w:rFonts w:eastAsia="Consolas" w:cs="Times New Roman"/>
              </w:rPr>
              <w:t>dxm</w:t>
            </w:r>
            <w:r w:rsidRPr="00291DA9">
              <w:rPr>
                <w:rFonts w:eastAsia="Consolas" w:cs="Times New Roman"/>
                <w:lang w:val="ru-RU"/>
              </w:rPr>
              <w:t xml:space="preserve"> 1</w:t>
            </w:r>
          </w:p>
          <w:p w14:paraId="445950D3"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видно перераспределение активности на оставшиеся рабочие пути без прекращения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xml:space="preserve"> на </w:t>
            </w:r>
            <w:r w:rsidRPr="00291DA9">
              <w:rPr>
                <w:rFonts w:cs="Times New Roman"/>
              </w:rPr>
              <w:t>DM</w:t>
            </w:r>
            <w:r w:rsidRPr="00291DA9">
              <w:rPr>
                <w:rFonts w:cs="Times New Roman"/>
                <w:lang w:val="ru-RU"/>
              </w:rPr>
              <w:t>-устройстве.</w:t>
            </w:r>
            <w:r w:rsidRPr="00291DA9">
              <w:rPr>
                <w:rFonts w:cs="Times New Roman"/>
                <w:lang w:val="ru-RU"/>
              </w:rPr>
              <w:br/>
            </w:r>
          </w:p>
          <w:p w14:paraId="317E7C34" w14:textId="77777777" w:rsidR="00281EA7" w:rsidRPr="00291DA9" w:rsidRDefault="00281EA7" w:rsidP="00281EA7">
            <w:pPr>
              <w:pStyle w:val="TableText"/>
              <w:spacing w:after="40"/>
              <w:rPr>
                <w:rFonts w:cs="Times New Roman"/>
                <w:lang w:val="ru-RU"/>
              </w:rPr>
            </w:pPr>
            <w:r w:rsidRPr="00291DA9">
              <w:rPr>
                <w:rFonts w:cs="Times New Roman"/>
                <w:lang w:val="ru-RU"/>
              </w:rPr>
              <w:br/>
              <w:t xml:space="preserve">6) После восстановления путь возвращается в рабочее состояние автоматически, без ручного переназначения владельца </w:t>
            </w:r>
            <w:r w:rsidRPr="00291DA9">
              <w:rPr>
                <w:rFonts w:cs="Times New Roman"/>
              </w:rPr>
              <w:t>LUN</w:t>
            </w:r>
            <w:r w:rsidRPr="00291DA9">
              <w:rPr>
                <w:rFonts w:cs="Times New Roman"/>
                <w:lang w:val="ru-RU"/>
              </w:rPr>
              <w:t>.</w:t>
            </w:r>
            <w:r w:rsidRPr="00291DA9">
              <w:rPr>
                <w:rFonts w:cs="Times New Roman"/>
                <w:lang w:val="ru-RU"/>
              </w:rPr>
              <w:br/>
            </w:r>
          </w:p>
          <w:p w14:paraId="5C6FB0A7" w14:textId="77777777" w:rsidR="00281EA7" w:rsidRPr="00291DA9" w:rsidRDefault="00281EA7" w:rsidP="00281EA7">
            <w:pPr>
              <w:pStyle w:val="TableText"/>
              <w:spacing w:after="40"/>
              <w:rPr>
                <w:rFonts w:cs="Times New Roman"/>
                <w:lang w:val="ru-RU"/>
              </w:rPr>
            </w:pPr>
            <w:r w:rsidRPr="00291DA9">
              <w:rPr>
                <w:rFonts w:cs="Times New Roman"/>
                <w:lang w:val="ru-RU"/>
              </w:rPr>
              <w:br/>
              <w:t xml:space="preserve">7) После восстановления </w:t>
            </w:r>
          </w:p>
          <w:p w14:paraId="43D8E7BC" w14:textId="77777777" w:rsidR="00281EA7" w:rsidRPr="00291DA9" w:rsidRDefault="00281EA7" w:rsidP="00281EA7">
            <w:pPr>
              <w:pStyle w:val="TableText"/>
              <w:spacing w:after="40"/>
              <w:rPr>
                <w:rFonts w:cs="Times New Roman"/>
                <w:lang w:val="ru-RU"/>
              </w:rPr>
            </w:pPr>
            <w:r w:rsidRPr="00291DA9">
              <w:rPr>
                <w:rFonts w:eastAsia="Consolas" w:cs="Times New Roman"/>
              </w:rPr>
              <w:t>iostat</w:t>
            </w:r>
          </w:p>
          <w:p w14:paraId="733EF4C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снова показывает активность на восстановленном пути либо на всех рабочих путях согласно политике балансировки производителя.</w:t>
            </w:r>
            <w:r w:rsidRPr="00291DA9">
              <w:rPr>
                <w:rFonts w:cs="Times New Roman"/>
                <w:lang w:val="ru-RU"/>
              </w:rPr>
              <w:br/>
            </w:r>
          </w:p>
          <w:p w14:paraId="5142770D" w14:textId="77777777" w:rsidR="00281EA7" w:rsidRPr="00291DA9" w:rsidRDefault="00281EA7" w:rsidP="00281EA7">
            <w:pPr>
              <w:pStyle w:val="TableText"/>
              <w:spacing w:after="40"/>
              <w:rPr>
                <w:rFonts w:cs="Times New Roman"/>
                <w:lang w:val="ru-RU"/>
              </w:rPr>
            </w:pPr>
            <w:r w:rsidRPr="00291DA9">
              <w:rPr>
                <w:rFonts w:cs="Times New Roman"/>
                <w:lang w:val="ru-RU"/>
              </w:rPr>
              <w:br/>
              <w:t xml:space="preserve">8) В журнале испытаний зафиксированы значения до отказа, через 90 секунд после отказа, при необходимости по окончании контрольного </w:t>
            </w:r>
            <w:r w:rsidRPr="00291DA9">
              <w:rPr>
                <w:rFonts w:cs="Times New Roman"/>
                <w:lang w:val="ru-RU"/>
              </w:rPr>
              <w:lastRenderedPageBreak/>
              <w:t>интервала из раздела 7.0, и через 90 секунд после восстановления.</w:t>
            </w:r>
          </w:p>
        </w:tc>
      </w:tr>
      <w:tr w:rsidR="00281EA7" w:rsidRPr="00D31521" w14:paraId="7E28121F" w14:textId="77777777" w:rsidTr="00281EA7">
        <w:trPr>
          <w:jc w:val="center"/>
        </w:trPr>
        <w:tc>
          <w:tcPr>
            <w:tcW w:w="201" w:type="pct"/>
          </w:tcPr>
          <w:p w14:paraId="48428317" w14:textId="77777777" w:rsidR="00281EA7" w:rsidRPr="00291DA9" w:rsidRDefault="00281EA7" w:rsidP="00281EA7">
            <w:pPr>
              <w:pStyle w:val="TableText"/>
              <w:spacing w:after="40"/>
              <w:rPr>
                <w:rFonts w:cs="Times New Roman"/>
              </w:rPr>
            </w:pPr>
            <w:r w:rsidRPr="00291DA9">
              <w:rPr>
                <w:rFonts w:cs="Times New Roman"/>
              </w:rPr>
              <w:lastRenderedPageBreak/>
              <w:t>11</w:t>
            </w:r>
          </w:p>
        </w:tc>
        <w:tc>
          <w:tcPr>
            <w:tcW w:w="573" w:type="pct"/>
          </w:tcPr>
          <w:p w14:paraId="3AABE465" w14:textId="77777777" w:rsidR="00281EA7" w:rsidRPr="00291DA9" w:rsidRDefault="00281EA7" w:rsidP="00281EA7">
            <w:pPr>
              <w:pStyle w:val="TableText"/>
              <w:spacing w:after="40"/>
              <w:rPr>
                <w:rFonts w:cs="Times New Roman"/>
              </w:rPr>
            </w:pPr>
            <w:r w:rsidRPr="00291DA9">
              <w:rPr>
                <w:rFonts w:cs="Times New Roman"/>
              </w:rPr>
              <w:t>Отказоустойчивость</w:t>
            </w:r>
          </w:p>
        </w:tc>
        <w:tc>
          <w:tcPr>
            <w:tcW w:w="604" w:type="pct"/>
          </w:tcPr>
          <w:p w14:paraId="6F65C4C4"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Отказ всех </w:t>
            </w:r>
            <w:r w:rsidRPr="00291DA9">
              <w:rPr>
                <w:rFonts w:cs="Times New Roman"/>
              </w:rPr>
              <w:t>FC</w:t>
            </w:r>
            <w:r w:rsidRPr="00291DA9">
              <w:rPr>
                <w:rFonts w:cs="Times New Roman"/>
                <w:lang w:val="ru-RU"/>
              </w:rPr>
              <w:t xml:space="preserve"> </w:t>
            </w:r>
            <w:r w:rsidRPr="00291DA9">
              <w:rPr>
                <w:rFonts w:cs="Times New Roman"/>
              </w:rPr>
              <w:t>front</w:t>
            </w:r>
            <w:r w:rsidRPr="00291DA9">
              <w:rPr>
                <w:rFonts w:cs="Times New Roman"/>
                <w:lang w:val="ru-RU"/>
              </w:rPr>
              <w:t>-</w:t>
            </w:r>
            <w:r w:rsidRPr="00291DA9">
              <w:rPr>
                <w:rFonts w:cs="Times New Roman"/>
              </w:rPr>
              <w:t>end</w:t>
            </w:r>
            <w:r w:rsidRPr="00291DA9">
              <w:rPr>
                <w:rFonts w:cs="Times New Roman"/>
                <w:lang w:val="ru-RU"/>
              </w:rPr>
              <w:t xml:space="preserve"> портов одного контроллера СХД</w:t>
            </w:r>
          </w:p>
        </w:tc>
        <w:tc>
          <w:tcPr>
            <w:tcW w:w="1086" w:type="pct"/>
          </w:tcPr>
          <w:p w14:paraId="2E3A776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При потере всех </w:t>
            </w:r>
            <w:r w:rsidRPr="00291DA9">
              <w:rPr>
                <w:rFonts w:cs="Times New Roman"/>
              </w:rPr>
              <w:t>FC</w:t>
            </w:r>
            <w:r w:rsidRPr="00291DA9">
              <w:rPr>
                <w:rFonts w:cs="Times New Roman"/>
                <w:lang w:val="ru-RU"/>
              </w:rPr>
              <w:t xml:space="preserve"> </w:t>
            </w:r>
            <w:r w:rsidRPr="00291DA9">
              <w:rPr>
                <w:rFonts w:cs="Times New Roman"/>
              </w:rPr>
              <w:t>front</w:t>
            </w:r>
            <w:r w:rsidRPr="00291DA9">
              <w:rPr>
                <w:rFonts w:cs="Times New Roman"/>
                <w:lang w:val="ru-RU"/>
              </w:rPr>
              <w:t>-</w:t>
            </w:r>
            <w:r w:rsidRPr="00291DA9">
              <w:rPr>
                <w:rFonts w:cs="Times New Roman"/>
              </w:rPr>
              <w:t>end</w:t>
            </w:r>
            <w:r w:rsidRPr="00291DA9">
              <w:rPr>
                <w:rFonts w:cs="Times New Roman"/>
                <w:lang w:val="ru-RU"/>
              </w:rPr>
              <w:t xml:space="preserve"> портов одного контроллера тестовые </w:t>
            </w:r>
            <w:r w:rsidRPr="00291DA9">
              <w:rPr>
                <w:rFonts w:cs="Times New Roman"/>
              </w:rPr>
              <w:t>LUN</w:t>
            </w:r>
            <w:r w:rsidRPr="00291DA9">
              <w:rPr>
                <w:rFonts w:cs="Times New Roman"/>
                <w:lang w:val="ru-RU"/>
              </w:rPr>
              <w:t xml:space="preserve"> остаются доступными через второй контроллер. После восстановления портов СХД возвращается к исходному набору путей без ручного переназначения владельца </w:t>
            </w:r>
            <w:r w:rsidRPr="00291DA9">
              <w:rPr>
                <w:rFonts w:cs="Times New Roman"/>
              </w:rPr>
              <w:t>LUN</w:t>
            </w:r>
            <w:r w:rsidRPr="00291DA9">
              <w:rPr>
                <w:rFonts w:cs="Times New Roman"/>
                <w:lang w:val="ru-RU"/>
              </w:rPr>
              <w:t>.</w:t>
            </w:r>
          </w:p>
        </w:tc>
        <w:tc>
          <w:tcPr>
            <w:tcW w:w="1268" w:type="pct"/>
          </w:tcPr>
          <w:p w14:paraId="1402BEE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1) По таблице 7.2 выбрать все </w:t>
            </w:r>
            <w:r w:rsidRPr="00291DA9">
              <w:rPr>
                <w:rFonts w:cs="Times New Roman"/>
              </w:rPr>
              <w:t>FC</w:t>
            </w:r>
            <w:r w:rsidRPr="00291DA9">
              <w:rPr>
                <w:rFonts w:cs="Times New Roman"/>
                <w:lang w:val="ru-RU"/>
              </w:rPr>
              <w:t xml:space="preserve"> </w:t>
            </w:r>
            <w:r w:rsidRPr="00291DA9">
              <w:rPr>
                <w:rFonts w:cs="Times New Roman"/>
              </w:rPr>
              <w:t>target</w:t>
            </w:r>
            <w:r w:rsidRPr="00291DA9">
              <w:rPr>
                <w:rFonts w:cs="Times New Roman"/>
                <w:lang w:val="ru-RU"/>
              </w:rPr>
              <w:t xml:space="preserve">-порты одного контроллера, задействованные в тесте, например </w:t>
            </w:r>
            <w:r w:rsidRPr="00291DA9">
              <w:rPr>
                <w:rFonts w:cs="Times New Roman"/>
              </w:rPr>
              <w:t>Controller</w:t>
            </w:r>
            <w:r w:rsidRPr="00291DA9">
              <w:rPr>
                <w:rFonts w:cs="Times New Roman"/>
                <w:lang w:val="ru-RU"/>
              </w:rPr>
              <w:t xml:space="preserve"> </w:t>
            </w:r>
            <w:r w:rsidRPr="00291DA9">
              <w:rPr>
                <w:rFonts w:cs="Times New Roman"/>
              </w:rPr>
              <w:t>A</w:t>
            </w:r>
            <w:r w:rsidRPr="00291DA9">
              <w:rPr>
                <w:rFonts w:cs="Times New Roman"/>
                <w:lang w:val="ru-RU"/>
              </w:rPr>
              <w:t xml:space="preserve"> / </w:t>
            </w:r>
            <w:r w:rsidRPr="00291DA9">
              <w:rPr>
                <w:rFonts w:cs="Times New Roman"/>
              </w:rPr>
              <w:t>FC</w:t>
            </w:r>
            <w:r w:rsidRPr="00291DA9">
              <w:rPr>
                <w:rFonts w:cs="Times New Roman"/>
                <w:lang w:val="ru-RU"/>
              </w:rPr>
              <w:t xml:space="preserve"> </w:t>
            </w:r>
            <w:r w:rsidRPr="00291DA9">
              <w:rPr>
                <w:rFonts w:cs="Times New Roman"/>
              </w:rPr>
              <w:t>A</w:t>
            </w:r>
            <w:r w:rsidRPr="00291DA9">
              <w:rPr>
                <w:rFonts w:cs="Times New Roman"/>
                <w:lang w:val="ru-RU"/>
              </w:rPr>
              <w:t>1–</w:t>
            </w:r>
            <w:r w:rsidRPr="00291DA9">
              <w:rPr>
                <w:rFonts w:cs="Times New Roman"/>
              </w:rPr>
              <w:t>A</w:t>
            </w:r>
            <w:r w:rsidRPr="00291DA9">
              <w:rPr>
                <w:rFonts w:cs="Times New Roman"/>
                <w:lang w:val="ru-RU"/>
              </w:rPr>
              <w:t>4.</w:t>
            </w:r>
            <w:r w:rsidRPr="00291DA9">
              <w:rPr>
                <w:rFonts w:cs="Times New Roman"/>
                <w:lang w:val="ru-RU"/>
              </w:rPr>
              <w:br/>
            </w:r>
          </w:p>
          <w:p w14:paraId="48623E4B" w14:textId="77777777" w:rsidR="00281EA7" w:rsidRPr="00291DA9" w:rsidRDefault="00281EA7" w:rsidP="00281EA7">
            <w:pPr>
              <w:pStyle w:val="TableText"/>
              <w:spacing w:after="40"/>
              <w:rPr>
                <w:rFonts w:cs="Times New Roman"/>
                <w:lang w:val="ru-RU"/>
              </w:rPr>
            </w:pPr>
            <w:r w:rsidRPr="00291DA9">
              <w:rPr>
                <w:rFonts w:cs="Times New Roman"/>
                <w:lang w:val="ru-RU"/>
              </w:rPr>
              <w:t>2) Запустить нагрузку по разделам 7.7–7.8 и сбор статистики по разделу 7.9.</w:t>
            </w:r>
            <w:r w:rsidRPr="00291DA9">
              <w:rPr>
                <w:rFonts w:cs="Times New Roman"/>
                <w:lang w:val="ru-RU"/>
              </w:rPr>
              <w:br/>
            </w:r>
          </w:p>
          <w:p w14:paraId="7BFC9AAF" w14:textId="77777777" w:rsidR="00281EA7" w:rsidRPr="00291DA9" w:rsidRDefault="00281EA7" w:rsidP="00281EA7">
            <w:pPr>
              <w:pStyle w:val="TableText"/>
              <w:spacing w:after="40"/>
              <w:rPr>
                <w:rFonts w:cs="Times New Roman"/>
                <w:lang w:val="ru-RU"/>
              </w:rPr>
            </w:pPr>
            <w:r w:rsidRPr="00291DA9">
              <w:rPr>
                <w:rFonts w:cs="Times New Roman"/>
                <w:lang w:val="ru-RU"/>
              </w:rPr>
              <w:t>3) До отказа зафиксировать:</w:t>
            </w:r>
            <w:r w:rsidRPr="00291DA9">
              <w:rPr>
                <w:rFonts w:cs="Times New Roman"/>
                <w:lang w:val="ru-RU"/>
              </w:rPr>
              <w:br/>
            </w:r>
          </w:p>
          <w:p w14:paraId="24C72ACE" w14:textId="77777777" w:rsidR="00281EA7" w:rsidRPr="00291DA9" w:rsidRDefault="00281EA7" w:rsidP="00281EA7">
            <w:pPr>
              <w:pStyle w:val="CodeBlock"/>
              <w:rPr>
                <w:rFonts w:ascii="Times New Roman" w:hAnsi="Times New Roman" w:cs="Times New Roman"/>
                <w:lang w:val="ru-RU"/>
              </w:rPr>
            </w:pPr>
            <w:r w:rsidRPr="00291DA9">
              <w:rPr>
                <w:rFonts w:ascii="Times New Roman" w:hAnsi="Times New Roman" w:cs="Times New Roman"/>
                <w:sz w:val="14"/>
                <w:lang w:val="ru-RU"/>
              </w:rPr>
              <w:t xml:space="preserve">$ </w:t>
            </w:r>
            <w:r w:rsidRPr="00291DA9">
              <w:rPr>
                <w:rFonts w:ascii="Times New Roman" w:hAnsi="Times New Roman" w:cs="Times New Roman"/>
                <w:sz w:val="14"/>
              </w:rPr>
              <w:t>multipath</w:t>
            </w:r>
            <w:r w:rsidRPr="00291DA9">
              <w:rPr>
                <w:rFonts w:ascii="Times New Roman" w:hAnsi="Times New Roman" w:cs="Times New Roman"/>
                <w:sz w:val="14"/>
                <w:lang w:val="ru-RU"/>
              </w:rPr>
              <w:t xml:space="preserve"> -</w:t>
            </w:r>
            <w:r w:rsidRPr="00291DA9">
              <w:rPr>
                <w:rFonts w:ascii="Times New Roman" w:hAnsi="Times New Roman" w:cs="Times New Roman"/>
                <w:sz w:val="14"/>
              </w:rPr>
              <w:t>ll</w:t>
            </w:r>
            <w:r w:rsidRPr="00291DA9">
              <w:rPr>
                <w:rFonts w:ascii="Times New Roman" w:hAnsi="Times New Roman" w:cs="Times New Roman"/>
                <w:sz w:val="14"/>
                <w:lang w:val="ru-RU"/>
              </w:rPr>
              <w:br/>
              <w:t xml:space="preserve">$ </w:t>
            </w:r>
            <w:r w:rsidRPr="00291DA9">
              <w:rPr>
                <w:rFonts w:ascii="Times New Roman" w:hAnsi="Times New Roman" w:cs="Times New Roman"/>
                <w:sz w:val="14"/>
              </w:rPr>
              <w:t>iostat</w:t>
            </w:r>
            <w:r w:rsidRPr="00291DA9">
              <w:rPr>
                <w:rFonts w:ascii="Times New Roman" w:hAnsi="Times New Roman" w:cs="Times New Roman"/>
                <w:sz w:val="14"/>
                <w:lang w:val="ru-RU"/>
              </w:rPr>
              <w:t xml:space="preserve"> -</w:t>
            </w:r>
            <w:r w:rsidRPr="00291DA9">
              <w:rPr>
                <w:rFonts w:ascii="Times New Roman" w:hAnsi="Times New Roman" w:cs="Times New Roman"/>
                <w:sz w:val="14"/>
              </w:rPr>
              <w:t>t</w:t>
            </w:r>
            <w:r w:rsidRPr="00291DA9">
              <w:rPr>
                <w:rFonts w:ascii="Times New Roman" w:hAnsi="Times New Roman" w:cs="Times New Roman"/>
                <w:sz w:val="14"/>
                <w:lang w:val="ru-RU"/>
              </w:rPr>
              <w:t xml:space="preserve"> -</w:t>
            </w:r>
            <w:r w:rsidRPr="00291DA9">
              <w:rPr>
                <w:rFonts w:ascii="Times New Roman" w:hAnsi="Times New Roman" w:cs="Times New Roman"/>
                <w:sz w:val="14"/>
              </w:rPr>
              <w:t>dxm</w:t>
            </w:r>
            <w:r w:rsidRPr="00291DA9">
              <w:rPr>
                <w:rFonts w:ascii="Times New Roman" w:hAnsi="Times New Roman" w:cs="Times New Roman"/>
                <w:sz w:val="14"/>
                <w:lang w:val="ru-RU"/>
              </w:rPr>
              <w:t xml:space="preserve"> 1</w:t>
            </w:r>
            <w:r w:rsidRPr="00291DA9">
              <w:rPr>
                <w:rFonts w:ascii="Times New Roman" w:hAnsi="Times New Roman" w:cs="Times New Roman"/>
                <w:sz w:val="14"/>
                <w:lang w:val="ru-RU"/>
              </w:rPr>
              <w:br/>
              <w:t xml:space="preserve"># </w:t>
            </w:r>
            <w:r w:rsidRPr="00291DA9">
              <w:rPr>
                <w:rFonts w:ascii="Times New Roman" w:hAnsi="Times New Roman" w:cs="Times New Roman"/>
                <w:sz w:val="14"/>
              </w:rPr>
              <w:t>dmesg</w:t>
            </w:r>
            <w:r w:rsidRPr="00291DA9">
              <w:rPr>
                <w:rFonts w:ascii="Times New Roman" w:hAnsi="Times New Roman" w:cs="Times New Roman"/>
                <w:sz w:val="14"/>
                <w:lang w:val="ru-RU"/>
              </w:rPr>
              <w:t xml:space="preserve"> -</w:t>
            </w:r>
            <w:r w:rsidRPr="00291DA9">
              <w:rPr>
                <w:rFonts w:ascii="Times New Roman" w:hAnsi="Times New Roman" w:cs="Times New Roman"/>
                <w:sz w:val="14"/>
              </w:rPr>
              <w:t>T</w:t>
            </w:r>
            <w:r w:rsidRPr="00291DA9">
              <w:rPr>
                <w:rFonts w:ascii="Times New Roman" w:hAnsi="Times New Roman" w:cs="Times New Roman"/>
                <w:sz w:val="14"/>
                <w:lang w:val="ru-RU"/>
              </w:rPr>
              <w:t xml:space="preserve"> | </w:t>
            </w:r>
            <w:r w:rsidRPr="00291DA9">
              <w:rPr>
                <w:rFonts w:ascii="Times New Roman" w:hAnsi="Times New Roman" w:cs="Times New Roman"/>
                <w:sz w:val="14"/>
              </w:rPr>
              <w:t>tail</w:t>
            </w:r>
            <w:r w:rsidRPr="00291DA9">
              <w:rPr>
                <w:rFonts w:ascii="Times New Roman" w:hAnsi="Times New Roman" w:cs="Times New Roman"/>
                <w:sz w:val="14"/>
                <w:lang w:val="ru-RU"/>
              </w:rPr>
              <w:t xml:space="preserve"> -</w:t>
            </w:r>
            <w:r w:rsidRPr="00291DA9">
              <w:rPr>
                <w:rFonts w:ascii="Times New Roman" w:hAnsi="Times New Roman" w:cs="Times New Roman"/>
                <w:sz w:val="14"/>
              </w:rPr>
              <w:t>n</w:t>
            </w:r>
            <w:r w:rsidRPr="00291DA9">
              <w:rPr>
                <w:rFonts w:ascii="Times New Roman" w:hAnsi="Times New Roman" w:cs="Times New Roman"/>
                <w:sz w:val="14"/>
                <w:lang w:val="ru-RU"/>
              </w:rPr>
              <w:t xml:space="preserve"> 300</w:t>
            </w:r>
          </w:p>
          <w:p w14:paraId="07C1E4CD"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4) Согласованным способом отключить все </w:t>
            </w:r>
            <w:r w:rsidRPr="00291DA9">
              <w:rPr>
                <w:rFonts w:cs="Times New Roman"/>
              </w:rPr>
              <w:t>FC</w:t>
            </w:r>
            <w:r w:rsidRPr="00291DA9">
              <w:rPr>
                <w:rFonts w:cs="Times New Roman"/>
                <w:lang w:val="ru-RU"/>
              </w:rPr>
              <w:t xml:space="preserve"> </w:t>
            </w:r>
            <w:r w:rsidRPr="00291DA9">
              <w:rPr>
                <w:rFonts w:cs="Times New Roman"/>
              </w:rPr>
              <w:t>front</w:t>
            </w:r>
            <w:r w:rsidRPr="00291DA9">
              <w:rPr>
                <w:rFonts w:cs="Times New Roman"/>
                <w:lang w:val="ru-RU"/>
              </w:rPr>
              <w:t>-</w:t>
            </w:r>
            <w:r w:rsidRPr="00291DA9">
              <w:rPr>
                <w:rFonts w:cs="Times New Roman"/>
              </w:rPr>
              <w:t>end</w:t>
            </w:r>
            <w:r w:rsidRPr="00291DA9">
              <w:rPr>
                <w:rFonts w:cs="Times New Roman"/>
                <w:lang w:val="ru-RU"/>
              </w:rPr>
              <w:t xml:space="preserve"> порты выбранного контроллера: административное отключение портов на СХД, отключение портов на </w:t>
            </w:r>
            <w:r w:rsidRPr="00291DA9">
              <w:rPr>
                <w:rFonts w:cs="Times New Roman"/>
              </w:rPr>
              <w:t>FC</w:t>
            </w:r>
            <w:r w:rsidRPr="00291DA9">
              <w:rPr>
                <w:rFonts w:cs="Times New Roman"/>
                <w:lang w:val="ru-RU"/>
              </w:rPr>
              <w:t>-коммутаторах или физическое отключение кабелей. Физические действия выполняются только при согласовании с производителем/сервисным партнёром.</w:t>
            </w:r>
            <w:r w:rsidRPr="00291DA9">
              <w:rPr>
                <w:rFonts w:cs="Times New Roman"/>
                <w:lang w:val="ru-RU"/>
              </w:rPr>
              <w:br/>
            </w:r>
          </w:p>
          <w:p w14:paraId="34733649"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5) </w:t>
            </w:r>
          </w:p>
          <w:p w14:paraId="42F64FA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Через 90 секунд после отказа выполнить первичную фиксацию событий СХД, </w:t>
            </w:r>
            <w:r w:rsidRPr="00291DA9">
              <w:rPr>
                <w:rFonts w:cs="Times New Roman"/>
              </w:rPr>
              <w:t>FC</w:t>
            </w:r>
            <w:r w:rsidRPr="00291DA9">
              <w:rPr>
                <w:rFonts w:cs="Times New Roman"/>
                <w:lang w:val="ru-RU"/>
              </w:rPr>
              <w:t xml:space="preserve">-коммутаторов, </w:t>
            </w:r>
          </w:p>
          <w:p w14:paraId="7E59CDC5" w14:textId="77777777" w:rsidR="00281EA7" w:rsidRPr="00CC3C5A" w:rsidRDefault="00281EA7" w:rsidP="00281EA7">
            <w:pPr>
              <w:pStyle w:val="TableText"/>
              <w:spacing w:after="40"/>
              <w:rPr>
                <w:rFonts w:cs="Times New Roman"/>
              </w:rPr>
            </w:pPr>
            <w:r w:rsidRPr="00291DA9">
              <w:rPr>
                <w:rFonts w:eastAsia="Consolas" w:cs="Times New Roman"/>
              </w:rPr>
              <w:t>multipath</w:t>
            </w:r>
            <w:r w:rsidRPr="00CC3C5A">
              <w:rPr>
                <w:rFonts w:eastAsia="Consolas" w:cs="Times New Roman"/>
              </w:rPr>
              <w:t xml:space="preserve"> -</w:t>
            </w:r>
            <w:r w:rsidRPr="00291DA9">
              <w:rPr>
                <w:rFonts w:eastAsia="Consolas" w:cs="Times New Roman"/>
              </w:rPr>
              <w:t>ll</w:t>
            </w:r>
          </w:p>
          <w:p w14:paraId="5637E930" w14:textId="77777777" w:rsidR="00281EA7" w:rsidRPr="00CC3C5A" w:rsidRDefault="00281EA7" w:rsidP="00281EA7">
            <w:pPr>
              <w:pStyle w:val="TableText"/>
              <w:spacing w:after="40"/>
              <w:rPr>
                <w:rFonts w:cs="Times New Roman"/>
              </w:rPr>
            </w:pPr>
            <w:r w:rsidRPr="00CC3C5A">
              <w:rPr>
                <w:rFonts w:cs="Times New Roman"/>
              </w:rPr>
              <w:t xml:space="preserve">, </w:t>
            </w:r>
          </w:p>
          <w:p w14:paraId="39F9C28F" w14:textId="77777777" w:rsidR="00281EA7" w:rsidRPr="00CC3C5A" w:rsidRDefault="00281EA7" w:rsidP="00281EA7">
            <w:pPr>
              <w:pStyle w:val="TableText"/>
              <w:spacing w:after="40"/>
              <w:rPr>
                <w:rFonts w:cs="Times New Roman"/>
              </w:rPr>
            </w:pPr>
            <w:r w:rsidRPr="00291DA9">
              <w:rPr>
                <w:rFonts w:eastAsia="Consolas" w:cs="Times New Roman"/>
              </w:rPr>
              <w:t>iostat</w:t>
            </w:r>
          </w:p>
          <w:p w14:paraId="3DA9C5E9" w14:textId="77777777" w:rsidR="00281EA7" w:rsidRPr="00291DA9" w:rsidRDefault="00281EA7" w:rsidP="00281EA7">
            <w:pPr>
              <w:pStyle w:val="TableText"/>
              <w:spacing w:after="40"/>
              <w:rPr>
                <w:rFonts w:cs="Times New Roman"/>
                <w:lang w:val="ru-RU"/>
              </w:rPr>
            </w:pPr>
            <w:r w:rsidRPr="00CC3C5A">
              <w:rPr>
                <w:rFonts w:cs="Times New Roman"/>
              </w:rPr>
              <w:t xml:space="preserve"> </w:t>
            </w:r>
            <w:r w:rsidRPr="00ED1D20">
              <w:rPr>
                <w:rFonts w:cs="Times New Roman"/>
                <w:lang w:val="ru-RU"/>
              </w:rPr>
              <w:t>и</w:t>
            </w:r>
            <w:r w:rsidRPr="00CC3C5A">
              <w:rPr>
                <w:rFonts w:cs="Times New Roman"/>
              </w:rPr>
              <w:t xml:space="preserve"> </w:t>
            </w:r>
            <w:r w:rsidRPr="00ED1D20">
              <w:rPr>
                <w:rFonts w:cs="Times New Roman"/>
                <w:lang w:val="ru-RU"/>
              </w:rPr>
              <w:t>статуса</w:t>
            </w:r>
            <w:r w:rsidRPr="00CC3C5A">
              <w:rPr>
                <w:rFonts w:cs="Times New Roman"/>
              </w:rPr>
              <w:t xml:space="preserve"> </w:t>
            </w:r>
            <w:r w:rsidRPr="00291DA9">
              <w:rPr>
                <w:rFonts w:cs="Times New Roman"/>
              </w:rPr>
              <w:t>FIO</w:t>
            </w:r>
            <w:r w:rsidRPr="00CC3C5A">
              <w:rPr>
                <w:rFonts w:cs="Times New Roman"/>
              </w:rPr>
              <w:t xml:space="preserve">. </w:t>
            </w:r>
            <w:r w:rsidRPr="00291DA9">
              <w:rPr>
                <w:rFonts w:cs="Times New Roman"/>
                <w:lang w:val="ru-RU"/>
              </w:rPr>
              <w:t xml:space="preserve">Если на </w:t>
            </w:r>
            <w:r w:rsidRPr="00291DA9">
              <w:rPr>
                <w:rFonts w:cs="Times New Roman"/>
              </w:rPr>
              <w:t>DM</w:t>
            </w:r>
            <w:r w:rsidRPr="00291DA9">
              <w:rPr>
                <w:rFonts w:cs="Times New Roman"/>
                <w:lang w:val="ru-RU"/>
              </w:rPr>
              <w:t xml:space="preserve">-устройстве нет прогресса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наблюдение продолжается до контрольного интервала из раздела 7.0.</w:t>
            </w:r>
            <w:r w:rsidRPr="00291DA9">
              <w:rPr>
                <w:rFonts w:cs="Times New Roman"/>
                <w:lang w:val="ru-RU"/>
              </w:rPr>
              <w:br/>
            </w:r>
          </w:p>
          <w:p w14:paraId="351A4CF1"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6) Пример фрагмента </w:t>
            </w:r>
          </w:p>
          <w:p w14:paraId="4D069676" w14:textId="77777777" w:rsidR="00281EA7" w:rsidRPr="00291DA9" w:rsidRDefault="00281EA7" w:rsidP="00281EA7">
            <w:pPr>
              <w:pStyle w:val="TableText"/>
              <w:spacing w:after="40"/>
              <w:rPr>
                <w:rFonts w:cs="Times New Roman"/>
                <w:lang w:val="ru-RU"/>
              </w:rPr>
            </w:pPr>
            <w:r w:rsidRPr="00291DA9">
              <w:rPr>
                <w:rFonts w:eastAsia="Consolas" w:cs="Times New Roman"/>
              </w:rPr>
              <w:t>iostat</w:t>
            </w:r>
          </w:p>
          <w:p w14:paraId="10C70FB3"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после отказа портов </w:t>
            </w:r>
            <w:r w:rsidRPr="00291DA9">
              <w:rPr>
                <w:rFonts w:cs="Times New Roman"/>
              </w:rPr>
              <w:t>Controller</w:t>
            </w:r>
            <w:r w:rsidRPr="00291DA9">
              <w:rPr>
                <w:rFonts w:cs="Times New Roman"/>
                <w:lang w:val="ru-RU"/>
              </w:rPr>
              <w:t xml:space="preserve"> </w:t>
            </w:r>
            <w:r w:rsidRPr="00291DA9">
              <w:rPr>
                <w:rFonts w:cs="Times New Roman"/>
              </w:rPr>
              <w:t>A</w:t>
            </w:r>
            <w:r w:rsidRPr="00291DA9">
              <w:rPr>
                <w:rFonts w:cs="Times New Roman"/>
                <w:lang w:val="ru-RU"/>
              </w:rPr>
              <w:t>:</w:t>
            </w:r>
            <w:r w:rsidRPr="00291DA9">
              <w:rPr>
                <w:rFonts w:cs="Times New Roman"/>
                <w:lang w:val="ru-RU"/>
              </w:rPr>
              <w:br/>
            </w:r>
          </w:p>
          <w:p w14:paraId="3FB20FE8" w14:textId="77777777" w:rsidR="00281EA7" w:rsidRPr="00291DA9" w:rsidRDefault="00281EA7" w:rsidP="00281EA7">
            <w:pPr>
              <w:pStyle w:val="CodeBlock"/>
              <w:rPr>
                <w:rFonts w:ascii="Times New Roman" w:hAnsi="Times New Roman" w:cs="Times New Roman"/>
                <w:lang w:val="ru-RU"/>
              </w:rPr>
            </w:pPr>
            <w:r w:rsidRPr="00291DA9">
              <w:rPr>
                <w:rFonts w:ascii="Times New Roman" w:hAnsi="Times New Roman" w:cs="Times New Roman"/>
                <w:sz w:val="14"/>
              </w:rPr>
              <w:t>Device</w:t>
            </w:r>
            <w:r w:rsidRPr="00291DA9">
              <w:rPr>
                <w:rFonts w:ascii="Times New Roman" w:hAnsi="Times New Roman" w:cs="Times New Roman"/>
                <w:sz w:val="14"/>
                <w:lang w:val="ru-RU"/>
              </w:rPr>
              <w:t xml:space="preserve">             </w:t>
            </w:r>
            <w:r w:rsidRPr="00291DA9">
              <w:rPr>
                <w:rFonts w:ascii="Times New Roman" w:hAnsi="Times New Roman" w:cs="Times New Roman"/>
                <w:sz w:val="14"/>
              </w:rPr>
              <w:t>r</w:t>
            </w:r>
            <w:r w:rsidRPr="00291DA9">
              <w:rPr>
                <w:rFonts w:ascii="Times New Roman" w:hAnsi="Times New Roman" w:cs="Times New Roman"/>
                <w:sz w:val="14"/>
                <w:lang w:val="ru-RU"/>
              </w:rPr>
              <w:t>/</w:t>
            </w:r>
            <w:r w:rsidRPr="00291DA9">
              <w:rPr>
                <w:rFonts w:ascii="Times New Roman" w:hAnsi="Times New Roman" w:cs="Times New Roman"/>
                <w:sz w:val="14"/>
              </w:rPr>
              <w:t>s</w:t>
            </w:r>
            <w:r w:rsidRPr="00291DA9">
              <w:rPr>
                <w:rFonts w:ascii="Times New Roman" w:hAnsi="Times New Roman" w:cs="Times New Roman"/>
                <w:sz w:val="14"/>
                <w:lang w:val="ru-RU"/>
              </w:rPr>
              <w:t xml:space="preserve">     </w:t>
            </w:r>
            <w:r w:rsidRPr="00291DA9">
              <w:rPr>
                <w:rFonts w:ascii="Times New Roman" w:hAnsi="Times New Roman" w:cs="Times New Roman"/>
                <w:sz w:val="14"/>
              </w:rPr>
              <w:t>w</w:t>
            </w:r>
            <w:r w:rsidRPr="00291DA9">
              <w:rPr>
                <w:rFonts w:ascii="Times New Roman" w:hAnsi="Times New Roman" w:cs="Times New Roman"/>
                <w:sz w:val="14"/>
                <w:lang w:val="ru-RU"/>
              </w:rPr>
              <w:t>/</w:t>
            </w:r>
            <w:r w:rsidRPr="00291DA9">
              <w:rPr>
                <w:rFonts w:ascii="Times New Roman" w:hAnsi="Times New Roman" w:cs="Times New Roman"/>
                <w:sz w:val="14"/>
              </w:rPr>
              <w:t>s</w:t>
            </w:r>
            <w:r w:rsidRPr="00291DA9">
              <w:rPr>
                <w:rFonts w:ascii="Times New Roman" w:hAnsi="Times New Roman" w:cs="Times New Roman"/>
                <w:sz w:val="14"/>
                <w:lang w:val="ru-RU"/>
              </w:rPr>
              <w:t xml:space="preserve">    </w:t>
            </w:r>
            <w:r w:rsidRPr="00291DA9">
              <w:rPr>
                <w:rFonts w:ascii="Times New Roman" w:hAnsi="Times New Roman" w:cs="Times New Roman"/>
                <w:sz w:val="14"/>
              </w:rPr>
              <w:t>rMB</w:t>
            </w:r>
            <w:r w:rsidRPr="00291DA9">
              <w:rPr>
                <w:rFonts w:ascii="Times New Roman" w:hAnsi="Times New Roman" w:cs="Times New Roman"/>
                <w:sz w:val="14"/>
                <w:lang w:val="ru-RU"/>
              </w:rPr>
              <w:t>/</w:t>
            </w:r>
            <w:r w:rsidRPr="00291DA9">
              <w:rPr>
                <w:rFonts w:ascii="Times New Roman" w:hAnsi="Times New Roman" w:cs="Times New Roman"/>
                <w:sz w:val="14"/>
              </w:rPr>
              <w:t>s</w:t>
            </w:r>
            <w:r w:rsidRPr="00291DA9">
              <w:rPr>
                <w:rFonts w:ascii="Times New Roman" w:hAnsi="Times New Roman" w:cs="Times New Roman"/>
                <w:sz w:val="14"/>
                <w:lang w:val="ru-RU"/>
              </w:rPr>
              <w:t xml:space="preserve">    </w:t>
            </w:r>
            <w:r w:rsidRPr="00291DA9">
              <w:rPr>
                <w:rFonts w:ascii="Times New Roman" w:hAnsi="Times New Roman" w:cs="Times New Roman"/>
                <w:sz w:val="14"/>
              </w:rPr>
              <w:t>wMB</w:t>
            </w:r>
            <w:r w:rsidRPr="00291DA9">
              <w:rPr>
                <w:rFonts w:ascii="Times New Roman" w:hAnsi="Times New Roman" w:cs="Times New Roman"/>
                <w:sz w:val="14"/>
                <w:lang w:val="ru-RU"/>
              </w:rPr>
              <w:t>/</w:t>
            </w:r>
            <w:r w:rsidRPr="00291DA9">
              <w:rPr>
                <w:rFonts w:ascii="Times New Roman" w:hAnsi="Times New Roman" w:cs="Times New Roman"/>
                <w:sz w:val="14"/>
              </w:rPr>
              <w:t>s</w:t>
            </w:r>
            <w:r w:rsidRPr="00291DA9">
              <w:rPr>
                <w:rFonts w:ascii="Times New Roman" w:hAnsi="Times New Roman" w:cs="Times New Roman"/>
                <w:sz w:val="14"/>
                <w:lang w:val="ru-RU"/>
              </w:rPr>
              <w:t xml:space="preserve">  </w:t>
            </w:r>
            <w:r w:rsidRPr="00291DA9">
              <w:rPr>
                <w:rFonts w:ascii="Times New Roman" w:hAnsi="Times New Roman" w:cs="Times New Roman"/>
                <w:sz w:val="14"/>
              </w:rPr>
              <w:t>aqu</w:t>
            </w:r>
            <w:r w:rsidRPr="00291DA9">
              <w:rPr>
                <w:rFonts w:ascii="Times New Roman" w:hAnsi="Times New Roman" w:cs="Times New Roman"/>
                <w:sz w:val="14"/>
                <w:lang w:val="ru-RU"/>
              </w:rPr>
              <w:t>-</w:t>
            </w:r>
            <w:r w:rsidRPr="00291DA9">
              <w:rPr>
                <w:rFonts w:ascii="Times New Roman" w:hAnsi="Times New Roman" w:cs="Times New Roman"/>
                <w:sz w:val="14"/>
              </w:rPr>
              <w:t>sz</w:t>
            </w:r>
            <w:r w:rsidRPr="00291DA9">
              <w:rPr>
                <w:rFonts w:ascii="Times New Roman" w:hAnsi="Times New Roman" w:cs="Times New Roman"/>
                <w:sz w:val="14"/>
                <w:lang w:val="ru-RU"/>
              </w:rPr>
              <w:t xml:space="preserve">  </w:t>
            </w:r>
            <w:r w:rsidRPr="00291DA9">
              <w:rPr>
                <w:rFonts w:ascii="Times New Roman" w:hAnsi="Times New Roman" w:cs="Times New Roman"/>
                <w:sz w:val="14"/>
              </w:rPr>
              <w:t>await</w:t>
            </w:r>
            <w:r w:rsidRPr="00291DA9">
              <w:rPr>
                <w:rFonts w:ascii="Times New Roman" w:hAnsi="Times New Roman" w:cs="Times New Roman"/>
                <w:sz w:val="14"/>
                <w:lang w:val="ru-RU"/>
              </w:rPr>
              <w:t xml:space="preserve">  %</w:t>
            </w:r>
            <w:r w:rsidRPr="00291DA9">
              <w:rPr>
                <w:rFonts w:ascii="Times New Roman" w:hAnsi="Times New Roman" w:cs="Times New Roman"/>
                <w:sz w:val="14"/>
              </w:rPr>
              <w:t>util</w:t>
            </w:r>
            <w:r w:rsidRPr="00291DA9">
              <w:rPr>
                <w:rFonts w:ascii="Times New Roman" w:hAnsi="Times New Roman" w:cs="Times New Roman"/>
                <w:sz w:val="14"/>
                <w:lang w:val="ru-RU"/>
              </w:rPr>
              <w:br/>
            </w:r>
            <w:r w:rsidRPr="00291DA9">
              <w:rPr>
                <w:rFonts w:ascii="Times New Roman" w:hAnsi="Times New Roman" w:cs="Times New Roman"/>
                <w:sz w:val="14"/>
              </w:rPr>
              <w:t>dm</w:t>
            </w:r>
            <w:r w:rsidRPr="00291DA9">
              <w:rPr>
                <w:rFonts w:ascii="Times New Roman" w:hAnsi="Times New Roman" w:cs="Times New Roman"/>
                <w:sz w:val="14"/>
                <w:lang w:val="ru-RU"/>
              </w:rPr>
              <w:t>-2            7900.0  3300.0    494.0    206.0   32.0    2.9   75.0</w:t>
            </w:r>
            <w:r w:rsidRPr="00291DA9">
              <w:rPr>
                <w:rFonts w:ascii="Times New Roman" w:hAnsi="Times New Roman" w:cs="Times New Roman"/>
                <w:sz w:val="14"/>
                <w:lang w:val="ru-RU"/>
              </w:rPr>
              <w:br/>
            </w:r>
            <w:r w:rsidRPr="00291DA9">
              <w:rPr>
                <w:rFonts w:ascii="Times New Roman" w:hAnsi="Times New Roman" w:cs="Times New Roman"/>
                <w:sz w:val="14"/>
              </w:rPr>
              <w:t>sdb</w:t>
            </w:r>
            <w:r w:rsidRPr="00291DA9">
              <w:rPr>
                <w:rFonts w:ascii="Times New Roman" w:hAnsi="Times New Roman" w:cs="Times New Roman"/>
                <w:sz w:val="14"/>
                <w:lang w:val="ru-RU"/>
              </w:rPr>
              <w:t xml:space="preserve">                0.0     0.0      0.0      0.0    0.0    0.0    0.0  # путь через </w:t>
            </w:r>
            <w:r w:rsidRPr="00291DA9">
              <w:rPr>
                <w:rFonts w:ascii="Times New Roman" w:hAnsi="Times New Roman" w:cs="Times New Roman"/>
                <w:sz w:val="14"/>
              </w:rPr>
              <w:t>Controller</w:t>
            </w:r>
            <w:r w:rsidRPr="00291DA9">
              <w:rPr>
                <w:rFonts w:ascii="Times New Roman" w:hAnsi="Times New Roman" w:cs="Times New Roman"/>
                <w:sz w:val="14"/>
                <w:lang w:val="ru-RU"/>
              </w:rPr>
              <w:t xml:space="preserve"> </w:t>
            </w:r>
            <w:r w:rsidRPr="00291DA9">
              <w:rPr>
                <w:rFonts w:ascii="Times New Roman" w:hAnsi="Times New Roman" w:cs="Times New Roman"/>
                <w:sz w:val="14"/>
              </w:rPr>
              <w:t>A</w:t>
            </w:r>
            <w:r w:rsidRPr="00291DA9">
              <w:rPr>
                <w:rFonts w:ascii="Times New Roman" w:hAnsi="Times New Roman" w:cs="Times New Roman"/>
                <w:sz w:val="14"/>
                <w:lang w:val="ru-RU"/>
              </w:rPr>
              <w:t xml:space="preserve"> (потерян)</w:t>
            </w:r>
            <w:r w:rsidRPr="00291DA9">
              <w:rPr>
                <w:rFonts w:ascii="Times New Roman" w:hAnsi="Times New Roman" w:cs="Times New Roman"/>
                <w:sz w:val="14"/>
                <w:lang w:val="ru-RU"/>
              </w:rPr>
              <w:br/>
            </w:r>
            <w:r w:rsidRPr="00291DA9">
              <w:rPr>
                <w:rFonts w:ascii="Times New Roman" w:hAnsi="Times New Roman" w:cs="Times New Roman"/>
                <w:sz w:val="14"/>
              </w:rPr>
              <w:t>sdc</w:t>
            </w:r>
            <w:r w:rsidRPr="00291DA9">
              <w:rPr>
                <w:rFonts w:ascii="Times New Roman" w:hAnsi="Times New Roman" w:cs="Times New Roman"/>
                <w:sz w:val="14"/>
                <w:lang w:val="ru-RU"/>
              </w:rPr>
              <w:t xml:space="preserve">                0.0     0.0      0.0      0.0    0.0    0.0    0.0  # путь через </w:t>
            </w:r>
            <w:r w:rsidRPr="00291DA9">
              <w:rPr>
                <w:rFonts w:ascii="Times New Roman" w:hAnsi="Times New Roman" w:cs="Times New Roman"/>
                <w:sz w:val="14"/>
              </w:rPr>
              <w:t>Controller</w:t>
            </w:r>
            <w:r w:rsidRPr="00291DA9">
              <w:rPr>
                <w:rFonts w:ascii="Times New Roman" w:hAnsi="Times New Roman" w:cs="Times New Roman"/>
                <w:sz w:val="14"/>
                <w:lang w:val="ru-RU"/>
              </w:rPr>
              <w:t xml:space="preserve"> </w:t>
            </w:r>
            <w:r w:rsidRPr="00291DA9">
              <w:rPr>
                <w:rFonts w:ascii="Times New Roman" w:hAnsi="Times New Roman" w:cs="Times New Roman"/>
                <w:sz w:val="14"/>
              </w:rPr>
              <w:t>A</w:t>
            </w:r>
            <w:r w:rsidRPr="00291DA9">
              <w:rPr>
                <w:rFonts w:ascii="Times New Roman" w:hAnsi="Times New Roman" w:cs="Times New Roman"/>
                <w:sz w:val="14"/>
                <w:lang w:val="ru-RU"/>
              </w:rPr>
              <w:t xml:space="preserve"> (потерян)</w:t>
            </w:r>
            <w:r w:rsidRPr="00291DA9">
              <w:rPr>
                <w:rFonts w:ascii="Times New Roman" w:hAnsi="Times New Roman" w:cs="Times New Roman"/>
                <w:sz w:val="14"/>
                <w:lang w:val="ru-RU"/>
              </w:rPr>
              <w:br/>
            </w:r>
            <w:r w:rsidRPr="00291DA9">
              <w:rPr>
                <w:rFonts w:ascii="Times New Roman" w:hAnsi="Times New Roman" w:cs="Times New Roman"/>
                <w:sz w:val="14"/>
              </w:rPr>
              <w:t>sdf</w:t>
            </w:r>
            <w:r w:rsidRPr="00291DA9">
              <w:rPr>
                <w:rFonts w:ascii="Times New Roman" w:hAnsi="Times New Roman" w:cs="Times New Roman"/>
                <w:sz w:val="14"/>
                <w:lang w:val="ru-RU"/>
              </w:rPr>
              <w:t xml:space="preserve">             1980.0   830.0    124.0     52.0    7.8    2.8   37.0  # путь через </w:t>
            </w:r>
            <w:r w:rsidRPr="00291DA9">
              <w:rPr>
                <w:rFonts w:ascii="Times New Roman" w:hAnsi="Times New Roman" w:cs="Times New Roman"/>
                <w:sz w:val="14"/>
              </w:rPr>
              <w:t>Controller</w:t>
            </w:r>
            <w:r w:rsidRPr="00291DA9">
              <w:rPr>
                <w:rFonts w:ascii="Times New Roman" w:hAnsi="Times New Roman" w:cs="Times New Roman"/>
                <w:sz w:val="14"/>
                <w:lang w:val="ru-RU"/>
              </w:rPr>
              <w:t xml:space="preserve"> </w:t>
            </w:r>
            <w:r w:rsidRPr="00291DA9">
              <w:rPr>
                <w:rFonts w:ascii="Times New Roman" w:hAnsi="Times New Roman" w:cs="Times New Roman"/>
                <w:sz w:val="14"/>
              </w:rPr>
              <w:t>B</w:t>
            </w:r>
            <w:r w:rsidRPr="00291DA9">
              <w:rPr>
                <w:rFonts w:ascii="Times New Roman" w:hAnsi="Times New Roman" w:cs="Times New Roman"/>
                <w:sz w:val="14"/>
                <w:lang w:val="ru-RU"/>
              </w:rPr>
              <w:br/>
            </w:r>
            <w:r w:rsidRPr="00291DA9">
              <w:rPr>
                <w:rFonts w:ascii="Times New Roman" w:hAnsi="Times New Roman" w:cs="Times New Roman"/>
                <w:sz w:val="14"/>
              </w:rPr>
              <w:t>sdh</w:t>
            </w:r>
            <w:r w:rsidRPr="00291DA9">
              <w:rPr>
                <w:rFonts w:ascii="Times New Roman" w:hAnsi="Times New Roman" w:cs="Times New Roman"/>
                <w:sz w:val="14"/>
                <w:lang w:val="ru-RU"/>
              </w:rPr>
              <w:t xml:space="preserve">             1970.0   825.0    123.0     51.5    7.7    2.8   37.0  # путь через </w:t>
            </w:r>
            <w:r w:rsidRPr="00291DA9">
              <w:rPr>
                <w:rFonts w:ascii="Times New Roman" w:hAnsi="Times New Roman" w:cs="Times New Roman"/>
                <w:sz w:val="14"/>
              </w:rPr>
              <w:t>Controller</w:t>
            </w:r>
            <w:r w:rsidRPr="00291DA9">
              <w:rPr>
                <w:rFonts w:ascii="Times New Roman" w:hAnsi="Times New Roman" w:cs="Times New Roman"/>
                <w:sz w:val="14"/>
                <w:lang w:val="ru-RU"/>
              </w:rPr>
              <w:t xml:space="preserve"> </w:t>
            </w:r>
            <w:r w:rsidRPr="00291DA9">
              <w:rPr>
                <w:rFonts w:ascii="Times New Roman" w:hAnsi="Times New Roman" w:cs="Times New Roman"/>
                <w:sz w:val="14"/>
              </w:rPr>
              <w:t>B</w:t>
            </w:r>
          </w:p>
          <w:p w14:paraId="2D1914D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7) Поддерживать нагрузку не менее 5 минут при наличии прогресса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xml:space="preserve">, затем восстановить </w:t>
            </w:r>
            <w:r w:rsidRPr="00291DA9">
              <w:rPr>
                <w:rFonts w:cs="Times New Roman"/>
              </w:rPr>
              <w:t>FC</w:t>
            </w:r>
            <w:r w:rsidRPr="00291DA9">
              <w:rPr>
                <w:rFonts w:cs="Times New Roman"/>
                <w:lang w:val="ru-RU"/>
              </w:rPr>
              <w:t xml:space="preserve">-порты контроллера и через 90 секунд повторно зафиксировать состояние. Если после восстановления пути не возвращаются в работу, </w:t>
            </w:r>
            <w:r w:rsidRPr="00291DA9">
              <w:rPr>
                <w:rFonts w:cs="Times New Roman"/>
                <w:lang w:val="ru-RU"/>
              </w:rPr>
              <w:lastRenderedPageBreak/>
              <w:t>наблюдение продолжается до контрольного интервала из раздела 7.0.</w:t>
            </w:r>
          </w:p>
        </w:tc>
        <w:tc>
          <w:tcPr>
            <w:tcW w:w="1268" w:type="pct"/>
          </w:tcPr>
          <w:p w14:paraId="36425D78" w14:textId="77777777" w:rsidR="00281EA7" w:rsidRPr="00291DA9" w:rsidRDefault="00281EA7" w:rsidP="00281EA7">
            <w:pPr>
              <w:pStyle w:val="TableText"/>
              <w:spacing w:after="40"/>
              <w:rPr>
                <w:rFonts w:cs="Times New Roman"/>
                <w:lang w:val="ru-RU"/>
              </w:rPr>
            </w:pPr>
            <w:r w:rsidRPr="00291DA9">
              <w:rPr>
                <w:rFonts w:cs="Times New Roman"/>
                <w:lang w:val="ru-RU"/>
              </w:rPr>
              <w:lastRenderedPageBreak/>
              <w:t>Испытание считается успешным, если одновременно выполнены условия:</w:t>
            </w:r>
            <w:r w:rsidRPr="00291DA9">
              <w:rPr>
                <w:rFonts w:cs="Times New Roman"/>
                <w:lang w:val="ru-RU"/>
              </w:rPr>
              <w:br/>
            </w:r>
          </w:p>
          <w:p w14:paraId="2B088FC0" w14:textId="77777777" w:rsidR="00281EA7" w:rsidRPr="00291DA9" w:rsidRDefault="00281EA7" w:rsidP="00281EA7">
            <w:pPr>
              <w:pStyle w:val="TableText"/>
              <w:spacing w:after="40"/>
              <w:rPr>
                <w:rFonts w:cs="Times New Roman"/>
                <w:lang w:val="ru-RU"/>
              </w:rPr>
            </w:pPr>
            <w:r w:rsidRPr="00291DA9">
              <w:rPr>
                <w:rFonts w:cs="Times New Roman"/>
                <w:lang w:val="ru-RU"/>
              </w:rPr>
              <w:t>1) Все пути через выбранный контроллер переходят в ожидаемое состояние потери/ошибки пути.</w:t>
            </w:r>
            <w:r w:rsidRPr="00291DA9">
              <w:rPr>
                <w:rFonts w:cs="Times New Roman"/>
                <w:lang w:val="ru-RU"/>
              </w:rPr>
              <w:br/>
            </w:r>
          </w:p>
          <w:p w14:paraId="027F7359"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w:t>
            </w:r>
            <w:r w:rsidRPr="00291DA9">
              <w:rPr>
                <w:rFonts w:cs="Times New Roman"/>
              </w:rPr>
              <w:t>LUN</w:t>
            </w:r>
            <w:r w:rsidRPr="00291DA9">
              <w:rPr>
                <w:rFonts w:cs="Times New Roman"/>
                <w:lang w:val="ru-RU"/>
              </w:rPr>
              <w:t xml:space="preserve"> остаются доступными через второй контроллер.</w:t>
            </w:r>
            <w:r w:rsidRPr="00291DA9">
              <w:rPr>
                <w:rFonts w:cs="Times New Roman"/>
                <w:lang w:val="ru-RU"/>
              </w:rPr>
              <w:br/>
            </w:r>
          </w:p>
          <w:p w14:paraId="6E78D274"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3) </w:t>
            </w:r>
            <w:r w:rsidRPr="00291DA9">
              <w:rPr>
                <w:rFonts w:cs="Times New Roman"/>
              </w:rPr>
              <w:t>FIO</w:t>
            </w:r>
            <w:r w:rsidRPr="00291DA9">
              <w:rPr>
                <w:rFonts w:cs="Times New Roman"/>
                <w:lang w:val="ru-RU"/>
              </w:rPr>
              <w:t xml:space="preserve"> не завершается аварийно (процесс </w:t>
            </w:r>
            <w:r w:rsidRPr="00291DA9">
              <w:rPr>
                <w:rFonts w:cs="Times New Roman"/>
              </w:rPr>
              <w:t>fio</w:t>
            </w:r>
            <w:r w:rsidRPr="00291DA9">
              <w:rPr>
                <w:rFonts w:cs="Times New Roman"/>
                <w:lang w:val="ru-RU"/>
              </w:rPr>
              <w:t xml:space="preserve"> не падает, задание доходит до конца </w:t>
            </w:r>
          </w:p>
          <w:p w14:paraId="2C2EA408" w14:textId="77777777" w:rsidR="00281EA7" w:rsidRPr="00291DA9" w:rsidRDefault="00281EA7" w:rsidP="00281EA7">
            <w:pPr>
              <w:pStyle w:val="TableText"/>
              <w:spacing w:after="40"/>
              <w:rPr>
                <w:rFonts w:cs="Times New Roman"/>
                <w:lang w:val="ru-RU"/>
              </w:rPr>
            </w:pPr>
            <w:r w:rsidRPr="00291DA9">
              <w:rPr>
                <w:rFonts w:eastAsia="Consolas" w:cs="Times New Roman"/>
              </w:rPr>
              <w:t>runtime</w:t>
            </w:r>
          </w:p>
          <w:p w14:paraId="14578314"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и формирует итоговый отчёт). </w:t>
            </w:r>
          </w:p>
          <w:p w14:paraId="7C4C4445"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Значение </w:t>
            </w:r>
          </w:p>
          <w:p w14:paraId="14E3F924" w14:textId="77777777" w:rsidR="00281EA7" w:rsidRPr="00291DA9" w:rsidRDefault="00281EA7" w:rsidP="00281EA7">
            <w:pPr>
              <w:pStyle w:val="TableText"/>
              <w:spacing w:after="40"/>
              <w:rPr>
                <w:rFonts w:cs="Times New Roman"/>
                <w:lang w:val="ru-RU"/>
              </w:rPr>
            </w:pPr>
            <w:r w:rsidRPr="00291DA9">
              <w:rPr>
                <w:rFonts w:eastAsia="Consolas" w:cs="Times New Roman"/>
              </w:rPr>
              <w:t>err</w:t>
            </w:r>
            <w:r w:rsidRPr="00291DA9">
              <w:rPr>
                <w:rFonts w:eastAsia="Consolas" w:cs="Times New Roman"/>
                <w:lang w:val="ru-RU"/>
              </w:rPr>
              <w:t>&gt;0</w:t>
            </w:r>
          </w:p>
          <w:p w14:paraId="08D9871D"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в итоговом отчёте </w:t>
            </w:r>
            <w:r w:rsidRPr="00291DA9">
              <w:rPr>
                <w:rFonts w:cs="Times New Roman"/>
              </w:rPr>
              <w:t>FIO</w:t>
            </w:r>
            <w:r w:rsidRPr="00291DA9">
              <w:rPr>
                <w:rFonts w:cs="Times New Roman"/>
                <w:lang w:val="ru-RU"/>
              </w:rPr>
              <w:t xml:space="preserve"> фиксируется в журнале испытаний как замечание и подлежит разбору с производителем СХД. Оно не является автоматическим основанием для статуса «Не пройдено», если выполнены остальные критерии доступности </w:t>
            </w:r>
            <w:r w:rsidRPr="00291DA9">
              <w:rPr>
                <w:rFonts w:cs="Times New Roman"/>
              </w:rPr>
              <w:t>LUN</w:t>
            </w:r>
            <w:r w:rsidRPr="00291DA9">
              <w:rPr>
                <w:rFonts w:cs="Times New Roman"/>
                <w:lang w:val="ru-RU"/>
              </w:rPr>
              <w:t xml:space="preserve">, на </w:t>
            </w:r>
            <w:r w:rsidRPr="00291DA9">
              <w:rPr>
                <w:rFonts w:cs="Times New Roman"/>
              </w:rPr>
              <w:t>DM</w:t>
            </w:r>
            <w:r w:rsidRPr="00291DA9">
              <w:rPr>
                <w:rFonts w:cs="Times New Roman"/>
                <w:lang w:val="ru-RU"/>
              </w:rPr>
              <w:t xml:space="preserve">-устройстве сохраняется прогресс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xml:space="preserve"> через оставшиеся рабочие пути и после восстановления компонента пути возвращаются автоматически. Если после отказа должны оставаться рабочие пути, появление </w:t>
            </w:r>
            <w:r w:rsidRPr="00291DA9">
              <w:rPr>
                <w:rFonts w:cs="Times New Roman"/>
              </w:rPr>
              <w:t>EIO</w:t>
            </w:r>
            <w:r w:rsidRPr="00291DA9">
              <w:rPr>
                <w:rFonts w:cs="Times New Roman"/>
                <w:lang w:val="ru-RU"/>
              </w:rPr>
              <w:t xml:space="preserve"> требует отдельного разбора и не считается штатным подтверждением </w:t>
            </w:r>
            <w:r w:rsidRPr="00291DA9">
              <w:rPr>
                <w:rFonts w:cs="Times New Roman"/>
              </w:rPr>
              <w:t>SLUA</w:t>
            </w:r>
            <w:r w:rsidRPr="00291DA9">
              <w:rPr>
                <w:rFonts w:cs="Times New Roman"/>
                <w:lang w:val="ru-RU"/>
              </w:rPr>
              <w:t xml:space="preserve"> без письменного пояснения производителя.</w:t>
            </w:r>
            <w:r w:rsidRPr="00291DA9">
              <w:rPr>
                <w:rFonts w:cs="Times New Roman"/>
                <w:lang w:val="ru-RU"/>
              </w:rPr>
              <w:br/>
            </w:r>
          </w:p>
          <w:p w14:paraId="1C211D6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Сценарий считается «Не пройдено», если на </w:t>
            </w:r>
            <w:r w:rsidRPr="00291DA9">
              <w:rPr>
                <w:rFonts w:cs="Times New Roman"/>
              </w:rPr>
              <w:t>DM</w:t>
            </w:r>
            <w:r w:rsidRPr="00291DA9">
              <w:rPr>
                <w:rFonts w:cs="Times New Roman"/>
                <w:lang w:val="ru-RU"/>
              </w:rPr>
              <w:t xml:space="preserve">-устройстве отсутствует прогресс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xml:space="preserve"> дольше контрольного интервала </w:t>
            </w:r>
          </w:p>
          <w:p w14:paraId="3D70F4C5" w14:textId="77777777" w:rsidR="00281EA7" w:rsidRPr="00291DA9" w:rsidRDefault="00281EA7" w:rsidP="00281EA7">
            <w:pPr>
              <w:pStyle w:val="TableText"/>
              <w:spacing w:after="40"/>
              <w:rPr>
                <w:rFonts w:cs="Times New Roman"/>
              </w:rPr>
            </w:pPr>
            <w:r w:rsidRPr="00291DA9">
              <w:rPr>
                <w:rFonts w:eastAsia="Consolas" w:cs="Times New Roman"/>
              </w:rPr>
              <w:t>Tконтроля = max(180 секунд, no_path_retry × polling_interval)</w:t>
            </w:r>
          </w:p>
          <w:p w14:paraId="316AFDF0" w14:textId="77777777" w:rsidR="00281EA7" w:rsidRPr="00291DA9" w:rsidRDefault="00281EA7" w:rsidP="00281EA7">
            <w:pPr>
              <w:pStyle w:val="TableText"/>
              <w:spacing w:after="40"/>
              <w:rPr>
                <w:rFonts w:cs="Times New Roman"/>
                <w:lang w:val="ru-RU"/>
              </w:rPr>
            </w:pPr>
            <w:r w:rsidRPr="00291DA9">
              <w:rPr>
                <w:rFonts w:cs="Times New Roman"/>
              </w:rPr>
              <w:t xml:space="preserve"> </w:t>
            </w:r>
            <w:r w:rsidRPr="00291DA9">
              <w:rPr>
                <w:rFonts w:cs="Times New Roman"/>
                <w:lang w:val="ru-RU"/>
              </w:rPr>
              <w:t xml:space="preserve">при условии, что по сценарию должны оставаться рабочие пути к </w:t>
            </w:r>
            <w:r w:rsidRPr="00291DA9">
              <w:rPr>
                <w:rFonts w:cs="Times New Roman"/>
              </w:rPr>
              <w:t>LUN</w:t>
            </w:r>
            <w:r w:rsidRPr="00291DA9">
              <w:rPr>
                <w:rFonts w:cs="Times New Roman"/>
                <w:lang w:val="ru-RU"/>
              </w:rPr>
              <w:t>. При необходимости стороны могут дополнительно наблюдать состояние ещё 30–60 секунд, если это согласовано до начала испытаний.</w:t>
            </w:r>
            <w:r w:rsidRPr="00291DA9">
              <w:rPr>
                <w:rFonts w:cs="Times New Roman"/>
                <w:lang w:val="ru-RU"/>
              </w:rPr>
              <w:br/>
            </w:r>
          </w:p>
          <w:p w14:paraId="709CA7E4"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4) По </w:t>
            </w:r>
          </w:p>
          <w:p w14:paraId="44E1CF83" w14:textId="77777777" w:rsidR="00281EA7" w:rsidRPr="00291DA9" w:rsidRDefault="00281EA7" w:rsidP="00281EA7">
            <w:pPr>
              <w:pStyle w:val="TableText"/>
              <w:spacing w:after="40"/>
              <w:rPr>
                <w:rFonts w:cs="Times New Roman"/>
                <w:lang w:val="ru-RU"/>
              </w:rPr>
            </w:pPr>
            <w:r w:rsidRPr="00291DA9">
              <w:rPr>
                <w:rFonts w:eastAsia="Consolas" w:cs="Times New Roman"/>
              </w:rPr>
              <w:t>iostat</w:t>
            </w:r>
          </w:p>
          <w:p w14:paraId="25E2ADD5"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видно продолжение операций на </w:t>
            </w:r>
            <w:r w:rsidRPr="00291DA9">
              <w:rPr>
                <w:rFonts w:cs="Times New Roman"/>
              </w:rPr>
              <w:t>DM</w:t>
            </w:r>
            <w:r w:rsidRPr="00291DA9">
              <w:rPr>
                <w:rFonts w:cs="Times New Roman"/>
                <w:lang w:val="ru-RU"/>
              </w:rPr>
              <w:t>-устройствах и перераспределение нагрузки на оставшиеся рабочие пути второго контроллера.</w:t>
            </w:r>
            <w:r w:rsidRPr="00291DA9">
              <w:rPr>
                <w:rFonts w:cs="Times New Roman"/>
                <w:lang w:val="ru-RU"/>
              </w:rPr>
              <w:br/>
            </w:r>
          </w:p>
          <w:p w14:paraId="043384AC"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5) После восстановления </w:t>
            </w:r>
            <w:r w:rsidRPr="00291DA9">
              <w:rPr>
                <w:rFonts w:cs="Times New Roman"/>
              </w:rPr>
              <w:t>FC</w:t>
            </w:r>
            <w:r w:rsidRPr="00291DA9">
              <w:rPr>
                <w:rFonts w:cs="Times New Roman"/>
                <w:lang w:val="ru-RU"/>
              </w:rPr>
              <w:t xml:space="preserve">-порты и пути выбранного контроллера возвращаются в исходное рабочее состояние автоматически, без </w:t>
            </w:r>
            <w:r w:rsidRPr="00291DA9">
              <w:rPr>
                <w:rFonts w:cs="Times New Roman"/>
                <w:lang w:val="ru-RU"/>
              </w:rPr>
              <w:lastRenderedPageBreak/>
              <w:t xml:space="preserve">ручного переназначения владельца </w:t>
            </w:r>
            <w:r w:rsidRPr="00291DA9">
              <w:rPr>
                <w:rFonts w:cs="Times New Roman"/>
              </w:rPr>
              <w:t>LUN</w:t>
            </w:r>
            <w:r w:rsidRPr="00291DA9">
              <w:rPr>
                <w:rFonts w:cs="Times New Roman"/>
                <w:lang w:val="ru-RU"/>
              </w:rPr>
              <w:t>.</w:t>
            </w:r>
            <w:r w:rsidRPr="00291DA9">
              <w:rPr>
                <w:rFonts w:cs="Times New Roman"/>
                <w:lang w:val="ru-RU"/>
              </w:rPr>
              <w:br/>
            </w:r>
          </w:p>
          <w:p w14:paraId="4775681E" w14:textId="77777777" w:rsidR="00281EA7" w:rsidRPr="00291DA9" w:rsidRDefault="00281EA7" w:rsidP="00281EA7">
            <w:pPr>
              <w:pStyle w:val="TableText"/>
              <w:spacing w:after="40"/>
              <w:rPr>
                <w:rFonts w:cs="Times New Roman"/>
                <w:lang w:val="ru-RU"/>
              </w:rPr>
            </w:pPr>
            <w:r w:rsidRPr="00291DA9">
              <w:rPr>
                <w:rFonts w:cs="Times New Roman"/>
                <w:lang w:val="ru-RU"/>
              </w:rPr>
              <w:t>6) Остаточные критические аварии на СХД отсутствуют.</w:t>
            </w:r>
          </w:p>
        </w:tc>
      </w:tr>
      <w:tr w:rsidR="00281EA7" w:rsidRPr="00D31521" w14:paraId="45AA1624" w14:textId="77777777" w:rsidTr="00281EA7">
        <w:trPr>
          <w:jc w:val="center"/>
        </w:trPr>
        <w:tc>
          <w:tcPr>
            <w:tcW w:w="201" w:type="pct"/>
          </w:tcPr>
          <w:p w14:paraId="624C3D8C" w14:textId="77777777" w:rsidR="00281EA7" w:rsidRPr="00291DA9" w:rsidRDefault="00281EA7" w:rsidP="00281EA7">
            <w:pPr>
              <w:pStyle w:val="TableText"/>
              <w:spacing w:after="40"/>
              <w:rPr>
                <w:rFonts w:cs="Times New Roman"/>
              </w:rPr>
            </w:pPr>
            <w:r w:rsidRPr="00291DA9">
              <w:rPr>
                <w:rFonts w:cs="Times New Roman"/>
              </w:rPr>
              <w:t>12</w:t>
            </w:r>
          </w:p>
        </w:tc>
        <w:tc>
          <w:tcPr>
            <w:tcW w:w="573" w:type="pct"/>
          </w:tcPr>
          <w:p w14:paraId="21E221AB" w14:textId="77777777" w:rsidR="00281EA7" w:rsidRPr="00291DA9" w:rsidRDefault="00281EA7" w:rsidP="00281EA7">
            <w:pPr>
              <w:pStyle w:val="TableText"/>
              <w:spacing w:after="40"/>
              <w:rPr>
                <w:rFonts w:cs="Times New Roman"/>
              </w:rPr>
            </w:pPr>
            <w:r w:rsidRPr="00291DA9">
              <w:rPr>
                <w:rFonts w:cs="Times New Roman"/>
              </w:rPr>
              <w:t>Отказоустойчивость</w:t>
            </w:r>
          </w:p>
        </w:tc>
        <w:tc>
          <w:tcPr>
            <w:tcW w:w="604" w:type="pct"/>
          </w:tcPr>
          <w:p w14:paraId="7B324F9F" w14:textId="77777777" w:rsidR="00281EA7" w:rsidRPr="00291DA9" w:rsidRDefault="00281EA7" w:rsidP="00281EA7">
            <w:pPr>
              <w:pStyle w:val="TableText"/>
              <w:spacing w:after="40"/>
              <w:rPr>
                <w:rFonts w:cs="Times New Roman"/>
              </w:rPr>
            </w:pPr>
            <w:r w:rsidRPr="00291DA9">
              <w:rPr>
                <w:rFonts w:cs="Times New Roman"/>
              </w:rPr>
              <w:t>Отказ одной FC-фабрики</w:t>
            </w:r>
          </w:p>
        </w:tc>
        <w:tc>
          <w:tcPr>
            <w:tcW w:w="1086" w:type="pct"/>
          </w:tcPr>
          <w:p w14:paraId="542570EF"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При отказе одной </w:t>
            </w:r>
            <w:r w:rsidRPr="00291DA9">
              <w:rPr>
                <w:rFonts w:cs="Times New Roman"/>
              </w:rPr>
              <w:t>FC</w:t>
            </w:r>
            <w:r w:rsidRPr="00291DA9">
              <w:rPr>
                <w:rFonts w:cs="Times New Roman"/>
                <w:lang w:val="ru-RU"/>
              </w:rPr>
              <w:t xml:space="preserve">-фабрики должны сохраняться пути через вторую </w:t>
            </w:r>
            <w:r w:rsidRPr="00291DA9">
              <w:rPr>
                <w:rFonts w:cs="Times New Roman"/>
              </w:rPr>
              <w:t>FC</w:t>
            </w:r>
            <w:r w:rsidRPr="00291DA9">
              <w:rPr>
                <w:rFonts w:cs="Times New Roman"/>
                <w:lang w:val="ru-RU"/>
              </w:rPr>
              <w:t xml:space="preserve">-фабрику к обоим контроллерам СХД. После восстановления фабрики пути возвращаются в исходное состояние без ручного переназначения владельца </w:t>
            </w:r>
            <w:r w:rsidRPr="00291DA9">
              <w:rPr>
                <w:rFonts w:cs="Times New Roman"/>
              </w:rPr>
              <w:t>LUN</w:t>
            </w:r>
            <w:r w:rsidRPr="00291DA9">
              <w:rPr>
                <w:rFonts w:cs="Times New Roman"/>
                <w:lang w:val="ru-RU"/>
              </w:rPr>
              <w:t>. Нагрузка после отказа должна перераспределиться по всем оставшимся рабочим путям через оставшуюся фабрику.</w:t>
            </w:r>
          </w:p>
        </w:tc>
        <w:tc>
          <w:tcPr>
            <w:tcW w:w="1268" w:type="pct"/>
          </w:tcPr>
          <w:p w14:paraId="3B6A6980"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1) До отказа по таблице 7.2 подтвердить, что </w:t>
            </w:r>
            <w:r w:rsidRPr="00291DA9">
              <w:rPr>
                <w:rFonts w:cs="Times New Roman"/>
              </w:rPr>
              <w:t>Fabric</w:t>
            </w:r>
            <w:r w:rsidRPr="00291DA9">
              <w:rPr>
                <w:rFonts w:cs="Times New Roman"/>
                <w:lang w:val="ru-RU"/>
              </w:rPr>
              <w:t xml:space="preserve"> </w:t>
            </w:r>
            <w:r w:rsidRPr="00291DA9">
              <w:rPr>
                <w:rFonts w:cs="Times New Roman"/>
              </w:rPr>
              <w:t>A</w:t>
            </w:r>
            <w:r w:rsidRPr="00291DA9">
              <w:rPr>
                <w:rFonts w:cs="Times New Roman"/>
                <w:lang w:val="ru-RU"/>
              </w:rPr>
              <w:t xml:space="preserve"> и </w:t>
            </w:r>
            <w:r w:rsidRPr="00291DA9">
              <w:rPr>
                <w:rFonts w:cs="Times New Roman"/>
              </w:rPr>
              <w:t>Fabric</w:t>
            </w:r>
            <w:r w:rsidRPr="00291DA9">
              <w:rPr>
                <w:rFonts w:cs="Times New Roman"/>
                <w:lang w:val="ru-RU"/>
              </w:rPr>
              <w:t xml:space="preserve"> </w:t>
            </w:r>
            <w:r w:rsidRPr="00291DA9">
              <w:rPr>
                <w:rFonts w:cs="Times New Roman"/>
              </w:rPr>
              <w:t>B</w:t>
            </w:r>
            <w:r w:rsidRPr="00291DA9">
              <w:rPr>
                <w:rFonts w:cs="Times New Roman"/>
                <w:lang w:val="ru-RU"/>
              </w:rPr>
              <w:t xml:space="preserve"> каждая имеет пути к </w:t>
            </w:r>
            <w:r w:rsidRPr="00291DA9">
              <w:rPr>
                <w:rFonts w:cs="Times New Roman"/>
              </w:rPr>
              <w:t>Controller</w:t>
            </w:r>
            <w:r w:rsidRPr="00291DA9">
              <w:rPr>
                <w:rFonts w:cs="Times New Roman"/>
                <w:lang w:val="ru-RU"/>
              </w:rPr>
              <w:t xml:space="preserve"> </w:t>
            </w:r>
            <w:r w:rsidRPr="00291DA9">
              <w:rPr>
                <w:rFonts w:cs="Times New Roman"/>
              </w:rPr>
              <w:t>A</w:t>
            </w:r>
            <w:r w:rsidRPr="00291DA9">
              <w:rPr>
                <w:rFonts w:cs="Times New Roman"/>
                <w:lang w:val="ru-RU"/>
              </w:rPr>
              <w:t xml:space="preserve"> и </w:t>
            </w:r>
            <w:r w:rsidRPr="00291DA9">
              <w:rPr>
                <w:rFonts w:cs="Times New Roman"/>
              </w:rPr>
              <w:t>Controller</w:t>
            </w:r>
            <w:r w:rsidRPr="00291DA9">
              <w:rPr>
                <w:rFonts w:cs="Times New Roman"/>
                <w:lang w:val="ru-RU"/>
              </w:rPr>
              <w:t xml:space="preserve"> </w:t>
            </w:r>
            <w:r w:rsidRPr="00291DA9">
              <w:rPr>
                <w:rFonts w:cs="Times New Roman"/>
              </w:rPr>
              <w:t>B</w:t>
            </w:r>
            <w:r w:rsidRPr="00291DA9">
              <w:rPr>
                <w:rFonts w:cs="Times New Roman"/>
                <w:lang w:val="ru-RU"/>
              </w:rPr>
              <w:t>.</w:t>
            </w:r>
            <w:r w:rsidRPr="00291DA9">
              <w:rPr>
                <w:rFonts w:cs="Times New Roman"/>
                <w:lang w:val="ru-RU"/>
              </w:rPr>
              <w:br/>
            </w:r>
          </w:p>
          <w:p w14:paraId="7C5E23D2" w14:textId="77777777" w:rsidR="00281EA7" w:rsidRPr="00291DA9" w:rsidRDefault="00281EA7" w:rsidP="00281EA7">
            <w:pPr>
              <w:pStyle w:val="TableText"/>
              <w:spacing w:after="40"/>
              <w:rPr>
                <w:rFonts w:cs="Times New Roman"/>
                <w:lang w:val="ru-RU"/>
              </w:rPr>
            </w:pPr>
            <w:r w:rsidRPr="00291DA9">
              <w:rPr>
                <w:rFonts w:cs="Times New Roman"/>
                <w:lang w:val="ru-RU"/>
              </w:rPr>
              <w:t>2) Запустить нагрузку по разделам 7.7–7.8 и сбор статистики по разделу 7.9.</w:t>
            </w:r>
            <w:r w:rsidRPr="00291DA9">
              <w:rPr>
                <w:rFonts w:cs="Times New Roman"/>
                <w:lang w:val="ru-RU"/>
              </w:rPr>
              <w:br/>
            </w:r>
          </w:p>
          <w:p w14:paraId="429124B4"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3) Отключить один </w:t>
            </w:r>
            <w:r w:rsidRPr="00291DA9">
              <w:rPr>
                <w:rFonts w:cs="Times New Roman"/>
              </w:rPr>
              <w:t>FC</w:t>
            </w:r>
            <w:r w:rsidRPr="00291DA9">
              <w:rPr>
                <w:rFonts w:cs="Times New Roman"/>
                <w:lang w:val="ru-RU"/>
              </w:rPr>
              <w:t>-коммутатор или административно отключить набор портов/зон одной фабрики по согласованной процедуре.</w:t>
            </w:r>
            <w:r w:rsidRPr="00291DA9">
              <w:rPr>
                <w:rFonts w:cs="Times New Roman"/>
                <w:lang w:val="ru-RU"/>
              </w:rPr>
              <w:br/>
            </w:r>
          </w:p>
          <w:p w14:paraId="5539D924"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4) </w:t>
            </w:r>
          </w:p>
          <w:p w14:paraId="274C2C6C"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Через 90 секунд после отказа выполнить первичную фиксацию. Если на </w:t>
            </w:r>
            <w:r w:rsidRPr="00291DA9">
              <w:rPr>
                <w:rFonts w:cs="Times New Roman"/>
              </w:rPr>
              <w:t>DM</w:t>
            </w:r>
            <w:r w:rsidRPr="00291DA9">
              <w:rPr>
                <w:rFonts w:cs="Times New Roman"/>
                <w:lang w:val="ru-RU"/>
              </w:rPr>
              <w:t xml:space="preserve">-устройстве нет прогресса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наблюдение продолжается до контрольного интервала из раздела 7.0.</w:t>
            </w:r>
            <w:r w:rsidRPr="00291DA9">
              <w:rPr>
                <w:rFonts w:cs="Times New Roman"/>
                <w:lang w:val="ru-RU"/>
              </w:rPr>
              <w:br/>
            </w:r>
          </w:p>
          <w:p w14:paraId="3050E5C1"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 multipath -ll</w:t>
            </w:r>
            <w:r w:rsidRPr="00291DA9">
              <w:rPr>
                <w:rFonts w:ascii="Times New Roman" w:hAnsi="Times New Roman" w:cs="Times New Roman"/>
                <w:sz w:val="14"/>
              </w:rPr>
              <w:br/>
              <w:t>$ iostat -t -dxm 1</w:t>
            </w:r>
            <w:r w:rsidRPr="00291DA9">
              <w:rPr>
                <w:rFonts w:ascii="Times New Roman" w:hAnsi="Times New Roman" w:cs="Times New Roman"/>
                <w:sz w:val="14"/>
              </w:rPr>
              <w:br/>
              <w:t># dmesg -T | tail -n 300</w:t>
            </w:r>
          </w:p>
          <w:p w14:paraId="2A8AF1A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5) На СХД и </w:t>
            </w:r>
            <w:r w:rsidRPr="00291DA9">
              <w:rPr>
                <w:rFonts w:cs="Times New Roman"/>
              </w:rPr>
              <w:t>FC</w:t>
            </w:r>
            <w:r w:rsidRPr="00291DA9">
              <w:rPr>
                <w:rFonts w:cs="Times New Roman"/>
                <w:lang w:val="ru-RU"/>
              </w:rPr>
              <w:t>-коммутаторах зафиксировать события отказа и восстановления.</w:t>
            </w:r>
            <w:r w:rsidRPr="00291DA9">
              <w:rPr>
                <w:rFonts w:cs="Times New Roman"/>
                <w:lang w:val="ru-RU"/>
              </w:rPr>
              <w:br/>
            </w:r>
          </w:p>
          <w:p w14:paraId="2F64A97F"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6) Пример фрагмента </w:t>
            </w:r>
          </w:p>
          <w:p w14:paraId="43C73837" w14:textId="77777777" w:rsidR="00281EA7" w:rsidRPr="00291DA9" w:rsidRDefault="00281EA7" w:rsidP="00281EA7">
            <w:pPr>
              <w:pStyle w:val="TableText"/>
              <w:spacing w:after="40"/>
              <w:rPr>
                <w:rFonts w:cs="Times New Roman"/>
                <w:lang w:val="ru-RU"/>
              </w:rPr>
            </w:pPr>
            <w:r w:rsidRPr="00291DA9">
              <w:rPr>
                <w:rFonts w:eastAsia="Consolas" w:cs="Times New Roman"/>
              </w:rPr>
              <w:t>iostat</w:t>
            </w:r>
          </w:p>
          <w:p w14:paraId="4CC46FF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после отказа </w:t>
            </w:r>
            <w:r w:rsidRPr="00291DA9">
              <w:rPr>
                <w:rFonts w:cs="Times New Roman"/>
              </w:rPr>
              <w:t>Fabric</w:t>
            </w:r>
            <w:r w:rsidRPr="00291DA9">
              <w:rPr>
                <w:rFonts w:cs="Times New Roman"/>
                <w:lang w:val="ru-RU"/>
              </w:rPr>
              <w:t xml:space="preserve"> </w:t>
            </w:r>
            <w:r w:rsidRPr="00291DA9">
              <w:rPr>
                <w:rFonts w:cs="Times New Roman"/>
              </w:rPr>
              <w:t>B</w:t>
            </w:r>
            <w:r w:rsidRPr="00291DA9">
              <w:rPr>
                <w:rFonts w:cs="Times New Roman"/>
                <w:lang w:val="ru-RU"/>
              </w:rPr>
              <w:t xml:space="preserve">, при сохранении путей </w:t>
            </w:r>
            <w:r w:rsidRPr="00291DA9">
              <w:rPr>
                <w:rFonts w:cs="Times New Roman"/>
              </w:rPr>
              <w:t>Fabric</w:t>
            </w:r>
            <w:r w:rsidRPr="00291DA9">
              <w:rPr>
                <w:rFonts w:cs="Times New Roman"/>
                <w:lang w:val="ru-RU"/>
              </w:rPr>
              <w:t xml:space="preserve"> </w:t>
            </w:r>
            <w:r w:rsidRPr="00291DA9">
              <w:rPr>
                <w:rFonts w:cs="Times New Roman"/>
              </w:rPr>
              <w:t>A</w:t>
            </w:r>
            <w:r w:rsidRPr="00291DA9">
              <w:rPr>
                <w:rFonts w:cs="Times New Roman"/>
                <w:lang w:val="ru-RU"/>
              </w:rPr>
              <w:t xml:space="preserve"> к обоим контроллерам:</w:t>
            </w:r>
            <w:r w:rsidRPr="00291DA9">
              <w:rPr>
                <w:rFonts w:cs="Times New Roman"/>
                <w:lang w:val="ru-RU"/>
              </w:rPr>
              <w:br/>
            </w:r>
          </w:p>
          <w:p w14:paraId="27085CB4"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Device             r/s     w/s    rMB/s    wMB/s  aqu-sz  await  %util</w:t>
            </w:r>
            <w:r w:rsidRPr="00291DA9">
              <w:rPr>
                <w:rFonts w:ascii="Times New Roman" w:hAnsi="Times New Roman" w:cs="Times New Roman"/>
                <w:sz w:val="14"/>
              </w:rPr>
              <w:br/>
              <w:t>dm-2            8000.0  3400.0    500.0    212.0   31.0    2.7   74.0</w:t>
            </w:r>
            <w:r w:rsidRPr="00291DA9">
              <w:rPr>
                <w:rFonts w:ascii="Times New Roman" w:hAnsi="Times New Roman" w:cs="Times New Roman"/>
                <w:sz w:val="14"/>
              </w:rPr>
              <w:br/>
              <w:t>sdb             2005.0   850.0    125.0     53.0    7.5    2.6   36.0  # путь через Controller A</w:t>
            </w:r>
            <w:r w:rsidRPr="00291DA9">
              <w:rPr>
                <w:rFonts w:ascii="Times New Roman" w:hAnsi="Times New Roman" w:cs="Times New Roman"/>
                <w:sz w:val="14"/>
              </w:rPr>
              <w:br/>
              <w:t>sdc             1990.0   845.0    124.0     52.5    7.4    2.6   36.0  # путь через Controller A</w:t>
            </w:r>
            <w:r w:rsidRPr="00291DA9">
              <w:rPr>
                <w:rFonts w:ascii="Times New Roman" w:hAnsi="Times New Roman" w:cs="Times New Roman"/>
                <w:sz w:val="14"/>
              </w:rPr>
              <w:br/>
              <w:t>sdf             2010.0   855.0    126.0     53.5    7.5    2.6   36.0  # путь через Controller B</w:t>
            </w:r>
            <w:r w:rsidRPr="00291DA9">
              <w:rPr>
                <w:rFonts w:ascii="Times New Roman" w:hAnsi="Times New Roman" w:cs="Times New Roman"/>
                <w:sz w:val="14"/>
              </w:rPr>
              <w:br/>
              <w:t>sdg             1995.0   850.0    125.0     53.0    7.4    2.6   36.0  # путь через Controller B</w:t>
            </w:r>
          </w:p>
          <w:p w14:paraId="06D9368B" w14:textId="77777777" w:rsidR="00281EA7" w:rsidRPr="00291DA9" w:rsidRDefault="00281EA7" w:rsidP="00281EA7">
            <w:pPr>
              <w:pStyle w:val="TableText"/>
              <w:spacing w:after="40"/>
              <w:rPr>
                <w:rFonts w:cs="Times New Roman"/>
                <w:lang w:val="ru-RU"/>
              </w:rPr>
            </w:pPr>
            <w:r w:rsidRPr="00291DA9">
              <w:rPr>
                <w:rFonts w:cs="Times New Roman"/>
                <w:lang w:val="ru-RU"/>
              </w:rPr>
              <w:t>7) Восстановить фабрику и через 90 секунд проверить возврат всех путей. Если пути не возвращаются в исходное состояние, наблюдение продолжается до контрольного интервала из раздела 7.0.</w:t>
            </w:r>
          </w:p>
        </w:tc>
        <w:tc>
          <w:tcPr>
            <w:tcW w:w="1268" w:type="pct"/>
          </w:tcPr>
          <w:p w14:paraId="560E1B1B" w14:textId="77777777" w:rsidR="00281EA7" w:rsidRPr="00291DA9" w:rsidRDefault="00281EA7" w:rsidP="00281EA7">
            <w:pPr>
              <w:pStyle w:val="TableText"/>
              <w:spacing w:after="40"/>
              <w:rPr>
                <w:rFonts w:cs="Times New Roman"/>
                <w:lang w:val="ru-RU"/>
              </w:rPr>
            </w:pPr>
            <w:r w:rsidRPr="00291DA9">
              <w:rPr>
                <w:rFonts w:cs="Times New Roman"/>
                <w:lang w:val="ru-RU"/>
              </w:rPr>
              <w:t>Испытание считается успешным, если одновременно выполнены условия:</w:t>
            </w:r>
            <w:r w:rsidRPr="00291DA9">
              <w:rPr>
                <w:rFonts w:cs="Times New Roman"/>
                <w:lang w:val="ru-RU"/>
              </w:rPr>
              <w:br/>
            </w:r>
          </w:p>
          <w:p w14:paraId="7632C5E1" w14:textId="77777777" w:rsidR="00281EA7" w:rsidRPr="00291DA9" w:rsidRDefault="00281EA7" w:rsidP="00281EA7">
            <w:pPr>
              <w:pStyle w:val="TableText"/>
              <w:spacing w:after="40"/>
              <w:rPr>
                <w:rFonts w:cs="Times New Roman"/>
                <w:lang w:val="ru-RU"/>
              </w:rPr>
            </w:pPr>
            <w:r w:rsidRPr="00291DA9">
              <w:rPr>
                <w:rFonts w:cs="Times New Roman"/>
                <w:lang w:val="ru-RU"/>
              </w:rPr>
              <w:t>1) После отказа одной фабрики сохраняются пути через вторую фабрику к обоим контроллерам.</w:t>
            </w:r>
            <w:r w:rsidRPr="00291DA9">
              <w:rPr>
                <w:rFonts w:cs="Times New Roman"/>
                <w:lang w:val="ru-RU"/>
              </w:rPr>
              <w:br/>
            </w:r>
          </w:p>
          <w:p w14:paraId="14DE383C"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Тестовые </w:t>
            </w:r>
            <w:r w:rsidRPr="00291DA9">
              <w:rPr>
                <w:rFonts w:cs="Times New Roman"/>
              </w:rPr>
              <w:t>LUN</w:t>
            </w:r>
            <w:r w:rsidRPr="00291DA9">
              <w:rPr>
                <w:rFonts w:cs="Times New Roman"/>
                <w:lang w:val="ru-RU"/>
              </w:rPr>
              <w:t xml:space="preserve"> не исчезают.</w:t>
            </w:r>
            <w:r w:rsidRPr="00291DA9">
              <w:rPr>
                <w:rFonts w:cs="Times New Roman"/>
                <w:lang w:val="ru-RU"/>
              </w:rPr>
              <w:br/>
            </w:r>
          </w:p>
          <w:p w14:paraId="2C201410"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3) </w:t>
            </w:r>
            <w:r w:rsidRPr="00291DA9">
              <w:rPr>
                <w:rFonts w:cs="Times New Roman"/>
              </w:rPr>
              <w:t>FIO</w:t>
            </w:r>
            <w:r w:rsidRPr="00291DA9">
              <w:rPr>
                <w:rFonts w:cs="Times New Roman"/>
                <w:lang w:val="ru-RU"/>
              </w:rPr>
              <w:t xml:space="preserve"> не завершается аварийно (процесс </w:t>
            </w:r>
            <w:r w:rsidRPr="00291DA9">
              <w:rPr>
                <w:rFonts w:cs="Times New Roman"/>
              </w:rPr>
              <w:t>fio</w:t>
            </w:r>
            <w:r w:rsidRPr="00291DA9">
              <w:rPr>
                <w:rFonts w:cs="Times New Roman"/>
                <w:lang w:val="ru-RU"/>
              </w:rPr>
              <w:t xml:space="preserve"> не падает, задание доходит до конца </w:t>
            </w:r>
          </w:p>
          <w:p w14:paraId="65AE817A" w14:textId="77777777" w:rsidR="00281EA7" w:rsidRPr="00291DA9" w:rsidRDefault="00281EA7" w:rsidP="00281EA7">
            <w:pPr>
              <w:pStyle w:val="TableText"/>
              <w:spacing w:after="40"/>
              <w:rPr>
                <w:rFonts w:cs="Times New Roman"/>
                <w:lang w:val="ru-RU"/>
              </w:rPr>
            </w:pPr>
            <w:r w:rsidRPr="00291DA9">
              <w:rPr>
                <w:rFonts w:eastAsia="Consolas" w:cs="Times New Roman"/>
              </w:rPr>
              <w:t>runtime</w:t>
            </w:r>
          </w:p>
          <w:p w14:paraId="72AA131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и формирует итоговый отчёт). </w:t>
            </w:r>
          </w:p>
          <w:p w14:paraId="01AB372B"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Значение </w:t>
            </w:r>
          </w:p>
          <w:p w14:paraId="20702FFC" w14:textId="77777777" w:rsidR="00281EA7" w:rsidRPr="00291DA9" w:rsidRDefault="00281EA7" w:rsidP="00281EA7">
            <w:pPr>
              <w:pStyle w:val="TableText"/>
              <w:spacing w:after="40"/>
              <w:rPr>
                <w:rFonts w:cs="Times New Roman"/>
                <w:lang w:val="ru-RU"/>
              </w:rPr>
            </w:pPr>
            <w:r w:rsidRPr="00291DA9">
              <w:rPr>
                <w:rFonts w:eastAsia="Consolas" w:cs="Times New Roman"/>
              </w:rPr>
              <w:t>err</w:t>
            </w:r>
            <w:r w:rsidRPr="00291DA9">
              <w:rPr>
                <w:rFonts w:eastAsia="Consolas" w:cs="Times New Roman"/>
                <w:lang w:val="ru-RU"/>
              </w:rPr>
              <w:t>&gt;0</w:t>
            </w:r>
          </w:p>
          <w:p w14:paraId="0AED955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в итоговом отчёте </w:t>
            </w:r>
            <w:r w:rsidRPr="00291DA9">
              <w:rPr>
                <w:rFonts w:cs="Times New Roman"/>
              </w:rPr>
              <w:t>FIO</w:t>
            </w:r>
            <w:r w:rsidRPr="00291DA9">
              <w:rPr>
                <w:rFonts w:cs="Times New Roman"/>
                <w:lang w:val="ru-RU"/>
              </w:rPr>
              <w:t xml:space="preserve"> фиксируется в журнале испытаний как замечание и подлежит разбору с производителем СХД. Оно не является автоматическим основанием для статуса «Не пройдено», если выполнены остальные критерии доступности </w:t>
            </w:r>
            <w:r w:rsidRPr="00291DA9">
              <w:rPr>
                <w:rFonts w:cs="Times New Roman"/>
              </w:rPr>
              <w:t>LUN</w:t>
            </w:r>
            <w:r w:rsidRPr="00291DA9">
              <w:rPr>
                <w:rFonts w:cs="Times New Roman"/>
                <w:lang w:val="ru-RU"/>
              </w:rPr>
              <w:t xml:space="preserve">, на </w:t>
            </w:r>
            <w:r w:rsidRPr="00291DA9">
              <w:rPr>
                <w:rFonts w:cs="Times New Roman"/>
              </w:rPr>
              <w:t>DM</w:t>
            </w:r>
            <w:r w:rsidRPr="00291DA9">
              <w:rPr>
                <w:rFonts w:cs="Times New Roman"/>
                <w:lang w:val="ru-RU"/>
              </w:rPr>
              <w:t xml:space="preserve">-устройстве сохраняется прогресс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xml:space="preserve"> через оставшиеся рабочие пути и после восстановления компонента пути возвращаются автоматически. Если после отказа должны оставаться рабочие пути, появление </w:t>
            </w:r>
            <w:r w:rsidRPr="00291DA9">
              <w:rPr>
                <w:rFonts w:cs="Times New Roman"/>
              </w:rPr>
              <w:t>EIO</w:t>
            </w:r>
            <w:r w:rsidRPr="00291DA9">
              <w:rPr>
                <w:rFonts w:cs="Times New Roman"/>
                <w:lang w:val="ru-RU"/>
              </w:rPr>
              <w:t xml:space="preserve"> требует отдельного разбора и не считается штатным подтверждением </w:t>
            </w:r>
            <w:r w:rsidRPr="00291DA9">
              <w:rPr>
                <w:rFonts w:cs="Times New Roman"/>
              </w:rPr>
              <w:t>SLUA</w:t>
            </w:r>
            <w:r w:rsidRPr="00291DA9">
              <w:rPr>
                <w:rFonts w:cs="Times New Roman"/>
                <w:lang w:val="ru-RU"/>
              </w:rPr>
              <w:t xml:space="preserve"> без письменного пояснения производителя.</w:t>
            </w:r>
            <w:r w:rsidRPr="00291DA9">
              <w:rPr>
                <w:rFonts w:cs="Times New Roman"/>
                <w:lang w:val="ru-RU"/>
              </w:rPr>
              <w:br/>
            </w:r>
          </w:p>
          <w:p w14:paraId="5786FD53"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Сценарий считается «Не пройдено», если на </w:t>
            </w:r>
            <w:r w:rsidRPr="00291DA9">
              <w:rPr>
                <w:rFonts w:cs="Times New Roman"/>
              </w:rPr>
              <w:t>DM</w:t>
            </w:r>
            <w:r w:rsidRPr="00291DA9">
              <w:rPr>
                <w:rFonts w:cs="Times New Roman"/>
                <w:lang w:val="ru-RU"/>
              </w:rPr>
              <w:t xml:space="preserve">-устройстве отсутствует прогресс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xml:space="preserve"> дольше контрольного интервала </w:t>
            </w:r>
          </w:p>
          <w:p w14:paraId="70B1475F" w14:textId="77777777" w:rsidR="00281EA7" w:rsidRPr="00291DA9" w:rsidRDefault="00281EA7" w:rsidP="00281EA7">
            <w:pPr>
              <w:pStyle w:val="TableText"/>
              <w:spacing w:after="40"/>
              <w:rPr>
                <w:rFonts w:cs="Times New Roman"/>
              </w:rPr>
            </w:pPr>
            <w:r w:rsidRPr="00291DA9">
              <w:rPr>
                <w:rFonts w:eastAsia="Consolas" w:cs="Times New Roman"/>
              </w:rPr>
              <w:t>Tконтроля = max(180 секунд, no_path_retry × polling_interval)</w:t>
            </w:r>
          </w:p>
          <w:p w14:paraId="5C0BE8C4" w14:textId="77777777" w:rsidR="00281EA7" w:rsidRPr="00291DA9" w:rsidRDefault="00281EA7" w:rsidP="00281EA7">
            <w:pPr>
              <w:pStyle w:val="TableText"/>
              <w:spacing w:after="40"/>
              <w:rPr>
                <w:rFonts w:cs="Times New Roman"/>
                <w:lang w:val="ru-RU"/>
              </w:rPr>
            </w:pPr>
            <w:r w:rsidRPr="00291DA9">
              <w:rPr>
                <w:rFonts w:cs="Times New Roman"/>
              </w:rPr>
              <w:t xml:space="preserve"> </w:t>
            </w:r>
            <w:r w:rsidRPr="00291DA9">
              <w:rPr>
                <w:rFonts w:cs="Times New Roman"/>
                <w:lang w:val="ru-RU"/>
              </w:rPr>
              <w:t xml:space="preserve">при условии, что по сценарию должны оставаться рабочие пути к </w:t>
            </w:r>
            <w:r w:rsidRPr="00291DA9">
              <w:rPr>
                <w:rFonts w:cs="Times New Roman"/>
              </w:rPr>
              <w:t>LUN</w:t>
            </w:r>
            <w:r w:rsidRPr="00291DA9">
              <w:rPr>
                <w:rFonts w:cs="Times New Roman"/>
                <w:lang w:val="ru-RU"/>
              </w:rPr>
              <w:t>. При необходимости стороны могут дополнительно наблюдать состояние ещё 30–60 секунд, если это согласовано до начала испытаний.</w:t>
            </w:r>
            <w:r w:rsidRPr="00291DA9">
              <w:rPr>
                <w:rFonts w:cs="Times New Roman"/>
                <w:lang w:val="ru-RU"/>
              </w:rPr>
              <w:br/>
            </w:r>
          </w:p>
          <w:p w14:paraId="4FED9EB7"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4) По </w:t>
            </w:r>
          </w:p>
          <w:p w14:paraId="69EEA174" w14:textId="77777777" w:rsidR="00281EA7" w:rsidRPr="00291DA9" w:rsidRDefault="00281EA7" w:rsidP="00281EA7">
            <w:pPr>
              <w:pStyle w:val="TableText"/>
              <w:spacing w:after="40"/>
              <w:rPr>
                <w:rFonts w:cs="Times New Roman"/>
                <w:lang w:val="ru-RU"/>
              </w:rPr>
            </w:pPr>
            <w:r w:rsidRPr="00291DA9">
              <w:rPr>
                <w:rFonts w:eastAsia="Consolas" w:cs="Times New Roman"/>
              </w:rPr>
              <w:t>iostat</w:t>
            </w:r>
          </w:p>
          <w:p w14:paraId="02B4CA3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видно продолжение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xml:space="preserve"> на </w:t>
            </w:r>
            <w:r w:rsidRPr="00291DA9">
              <w:rPr>
                <w:rFonts w:cs="Times New Roman"/>
              </w:rPr>
              <w:t>DM</w:t>
            </w:r>
            <w:r w:rsidRPr="00291DA9">
              <w:rPr>
                <w:rFonts w:cs="Times New Roman"/>
                <w:lang w:val="ru-RU"/>
              </w:rPr>
              <w:t>-устройствах; на оставшихся рабочих путях через оставшуюся фабрику присутствует ненулевой трафик. Точная математическая балансировка не нормируется.</w:t>
            </w:r>
            <w:r w:rsidRPr="00291DA9">
              <w:rPr>
                <w:rFonts w:cs="Times New Roman"/>
                <w:lang w:val="ru-RU"/>
              </w:rPr>
              <w:br/>
            </w:r>
          </w:p>
          <w:p w14:paraId="6CBE691C"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5) После восстановления фабрики все ожидаемые пути возвращаются в исходное состояние автоматически, без ручного переназначения </w:t>
            </w:r>
            <w:r w:rsidRPr="00291DA9">
              <w:rPr>
                <w:rFonts w:cs="Times New Roman"/>
                <w:lang w:val="ru-RU"/>
              </w:rPr>
              <w:lastRenderedPageBreak/>
              <w:t xml:space="preserve">владельца </w:t>
            </w:r>
            <w:r w:rsidRPr="00291DA9">
              <w:rPr>
                <w:rFonts w:cs="Times New Roman"/>
              </w:rPr>
              <w:t>LUN</w:t>
            </w:r>
            <w:r w:rsidRPr="00291DA9">
              <w:rPr>
                <w:rFonts w:cs="Times New Roman"/>
                <w:lang w:val="ru-RU"/>
              </w:rPr>
              <w:t>.</w:t>
            </w:r>
            <w:r w:rsidRPr="00291DA9">
              <w:rPr>
                <w:rFonts w:cs="Times New Roman"/>
                <w:lang w:val="ru-RU"/>
              </w:rPr>
              <w:br/>
            </w:r>
          </w:p>
          <w:p w14:paraId="5FD33BCD" w14:textId="77777777" w:rsidR="00281EA7" w:rsidRPr="00291DA9" w:rsidRDefault="00281EA7" w:rsidP="00281EA7">
            <w:pPr>
              <w:pStyle w:val="TableText"/>
              <w:spacing w:after="40"/>
              <w:rPr>
                <w:rFonts w:cs="Times New Roman"/>
                <w:lang w:val="ru-RU"/>
              </w:rPr>
            </w:pPr>
            <w:r w:rsidRPr="00291DA9">
              <w:rPr>
                <w:rFonts w:cs="Times New Roman"/>
                <w:lang w:val="ru-RU"/>
              </w:rPr>
              <w:t>6) В журнале испытаний зафиксированы ожидаемые события отказа/восстановления, без остаточных критических аварий.</w:t>
            </w:r>
          </w:p>
        </w:tc>
      </w:tr>
      <w:tr w:rsidR="00281EA7" w:rsidRPr="00D31521" w14:paraId="3A51268C" w14:textId="77777777" w:rsidTr="00281EA7">
        <w:trPr>
          <w:jc w:val="center"/>
        </w:trPr>
        <w:tc>
          <w:tcPr>
            <w:tcW w:w="201" w:type="pct"/>
          </w:tcPr>
          <w:p w14:paraId="292047C9" w14:textId="77777777" w:rsidR="00281EA7" w:rsidRPr="00291DA9" w:rsidRDefault="00281EA7" w:rsidP="00281EA7">
            <w:pPr>
              <w:pStyle w:val="TableText"/>
              <w:spacing w:after="40"/>
              <w:rPr>
                <w:rFonts w:cs="Times New Roman"/>
              </w:rPr>
            </w:pPr>
            <w:r w:rsidRPr="00291DA9">
              <w:rPr>
                <w:rFonts w:cs="Times New Roman"/>
              </w:rPr>
              <w:t>13</w:t>
            </w:r>
          </w:p>
        </w:tc>
        <w:tc>
          <w:tcPr>
            <w:tcW w:w="573" w:type="pct"/>
          </w:tcPr>
          <w:p w14:paraId="566EA24A" w14:textId="77777777" w:rsidR="00281EA7" w:rsidRPr="00291DA9" w:rsidRDefault="00281EA7" w:rsidP="00281EA7">
            <w:pPr>
              <w:pStyle w:val="TableText"/>
              <w:spacing w:after="40"/>
              <w:rPr>
                <w:rFonts w:cs="Times New Roman"/>
              </w:rPr>
            </w:pPr>
            <w:r w:rsidRPr="00291DA9">
              <w:rPr>
                <w:rFonts w:cs="Times New Roman"/>
              </w:rPr>
              <w:t>Отказоустойчивость</w:t>
            </w:r>
          </w:p>
        </w:tc>
        <w:tc>
          <w:tcPr>
            <w:tcW w:w="604" w:type="pct"/>
          </w:tcPr>
          <w:p w14:paraId="6D54DA87" w14:textId="77777777" w:rsidR="00281EA7" w:rsidRPr="00291DA9" w:rsidRDefault="00281EA7" w:rsidP="00281EA7">
            <w:pPr>
              <w:pStyle w:val="TableText"/>
              <w:spacing w:after="40"/>
              <w:rPr>
                <w:rFonts w:cs="Times New Roman"/>
                <w:lang w:val="ru-RU"/>
              </w:rPr>
            </w:pPr>
            <w:r w:rsidRPr="00291DA9">
              <w:rPr>
                <w:rFonts w:cs="Times New Roman"/>
                <w:lang w:val="ru-RU"/>
              </w:rPr>
              <w:t>Отказ или перезапуск одного контроллера СХД</w:t>
            </w:r>
          </w:p>
        </w:tc>
        <w:tc>
          <w:tcPr>
            <w:tcW w:w="1086" w:type="pct"/>
          </w:tcPr>
          <w:p w14:paraId="6B507197"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При отказе или перезапуске одного контроллера второй контроллер продолжает обслуживать тестовые </w:t>
            </w:r>
            <w:r w:rsidRPr="00291DA9">
              <w:rPr>
                <w:rFonts w:cs="Times New Roman"/>
              </w:rPr>
              <w:t>LUN</w:t>
            </w:r>
            <w:r w:rsidRPr="00291DA9">
              <w:rPr>
                <w:rFonts w:cs="Times New Roman"/>
                <w:lang w:val="ru-RU"/>
              </w:rPr>
              <w:t xml:space="preserve">. Конкретный способ имитации отказа контроллера согласуется с производителем или сервисным партнёром и фиксируется в журнале испытаний как параметр запуска. Результат интерпретируется по фактическому состоянию </w:t>
            </w:r>
          </w:p>
          <w:p w14:paraId="08229423" w14:textId="77777777" w:rsidR="00281EA7" w:rsidRPr="00291DA9" w:rsidRDefault="00281EA7" w:rsidP="00281EA7">
            <w:pPr>
              <w:pStyle w:val="TableText"/>
              <w:spacing w:after="40"/>
              <w:rPr>
                <w:rFonts w:cs="Times New Roman"/>
                <w:lang w:val="ru-RU"/>
              </w:rPr>
            </w:pPr>
            <w:r w:rsidRPr="00291DA9">
              <w:rPr>
                <w:rFonts w:eastAsia="Consolas" w:cs="Times New Roman"/>
              </w:rPr>
              <w:t>multipath</w:t>
            </w:r>
            <w:r w:rsidRPr="00291DA9">
              <w:rPr>
                <w:rFonts w:eastAsia="Consolas" w:cs="Times New Roman"/>
                <w:lang w:val="ru-RU"/>
              </w:rPr>
              <w:t xml:space="preserve"> -</w:t>
            </w:r>
            <w:r w:rsidRPr="00291DA9">
              <w:rPr>
                <w:rFonts w:eastAsia="Consolas" w:cs="Times New Roman"/>
              </w:rPr>
              <w:t>ll</w:t>
            </w:r>
          </w:p>
          <w:p w14:paraId="3199B3F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и </w:t>
            </w:r>
            <w:r w:rsidRPr="00291DA9">
              <w:rPr>
                <w:rFonts w:cs="Times New Roman"/>
              </w:rPr>
              <w:t>FIO</w:t>
            </w:r>
            <w:r w:rsidRPr="00291DA9">
              <w:rPr>
                <w:rFonts w:cs="Times New Roman"/>
                <w:lang w:val="ru-RU"/>
              </w:rPr>
              <w:t xml:space="preserve"> независимо от выбранного способа: главными критериями являются непрерывность ввода-вывода и автоматическое восстановление путей. После восстановления контроллер и его пути возвращаются в исходное состояние без вмешательства администратора СХД по переназначению владельца </w:t>
            </w:r>
            <w:r w:rsidRPr="00291DA9">
              <w:rPr>
                <w:rFonts w:cs="Times New Roman"/>
              </w:rPr>
              <w:t>LUN</w:t>
            </w:r>
            <w:r w:rsidRPr="00291DA9">
              <w:rPr>
                <w:rFonts w:cs="Times New Roman"/>
                <w:lang w:val="ru-RU"/>
              </w:rPr>
              <w:t>.</w:t>
            </w:r>
            <w:r w:rsidRPr="00291DA9">
              <w:rPr>
                <w:rFonts w:cs="Times New Roman"/>
                <w:lang w:val="ru-RU"/>
              </w:rPr>
              <w:br/>
            </w:r>
            <w:r w:rsidRPr="00291DA9">
              <w:rPr>
                <w:rFonts w:cs="Times New Roman"/>
                <w:lang w:val="ru-RU"/>
              </w:rPr>
              <w:br/>
            </w:r>
          </w:p>
          <w:p w14:paraId="70990B5A" w14:textId="77777777" w:rsidR="00281EA7" w:rsidRPr="00291DA9" w:rsidRDefault="00281EA7" w:rsidP="00281EA7">
            <w:pPr>
              <w:pStyle w:val="TableText"/>
              <w:spacing w:after="40"/>
              <w:rPr>
                <w:rFonts w:cs="Times New Roman"/>
                <w:lang w:val="ru-RU"/>
              </w:rPr>
            </w:pPr>
            <w:r w:rsidRPr="00291DA9">
              <w:rPr>
                <w:rFonts w:cs="Times New Roman"/>
                <w:b/>
                <w:lang w:val="ru-RU"/>
              </w:rPr>
              <w:t>Оговорка о способе имитации отказа контроллера.</w:t>
            </w:r>
          </w:p>
          <w:p w14:paraId="3A555DA1"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Для испытания №13 необходимо различать два случая. </w:t>
            </w:r>
          </w:p>
          <w:p w14:paraId="77F5AC8C" w14:textId="77777777" w:rsidR="00281EA7" w:rsidRPr="00291DA9" w:rsidRDefault="00281EA7" w:rsidP="00281EA7">
            <w:pPr>
              <w:pStyle w:val="TableText"/>
              <w:spacing w:after="40"/>
              <w:rPr>
                <w:rFonts w:cs="Times New Roman"/>
                <w:lang w:val="ru-RU"/>
              </w:rPr>
            </w:pPr>
            <w:r w:rsidRPr="00291DA9">
              <w:rPr>
                <w:rFonts w:cs="Times New Roman"/>
                <w:b/>
                <w:lang w:val="ru-RU"/>
              </w:rPr>
              <w:t>Случай А</w:t>
            </w:r>
          </w:p>
          <w:p w14:paraId="26E96681"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 корректная </w:t>
            </w:r>
            <w:r w:rsidRPr="00291DA9">
              <w:rPr>
                <w:rFonts w:cs="Times New Roman"/>
              </w:rPr>
              <w:t>SLUA</w:t>
            </w:r>
            <w:r w:rsidRPr="00291DA9">
              <w:rPr>
                <w:rFonts w:cs="Times New Roman"/>
                <w:lang w:val="ru-RU"/>
              </w:rPr>
              <w:t xml:space="preserve">-проверка отказа одного контроллера: пути через оставшийся контроллер продолжают обслуживать </w:t>
            </w:r>
            <w:r w:rsidRPr="00291DA9">
              <w:rPr>
                <w:rFonts w:cs="Times New Roman"/>
              </w:rPr>
              <w:t>LUN</w:t>
            </w:r>
            <w:r w:rsidRPr="00291DA9">
              <w:rPr>
                <w:rFonts w:cs="Times New Roman"/>
                <w:lang w:val="ru-RU"/>
              </w:rPr>
              <w:t xml:space="preserve">, на </w:t>
            </w:r>
            <w:r w:rsidRPr="00291DA9">
              <w:rPr>
                <w:rFonts w:cs="Times New Roman"/>
              </w:rPr>
              <w:t>DM</w:t>
            </w:r>
            <w:r w:rsidRPr="00291DA9">
              <w:rPr>
                <w:rFonts w:cs="Times New Roman"/>
                <w:lang w:val="ru-RU"/>
              </w:rPr>
              <w:t>-</w:t>
            </w:r>
            <w:r w:rsidRPr="00291DA9">
              <w:rPr>
                <w:rFonts w:cs="Times New Roman"/>
              </w:rPr>
              <w:t>Multipath</w:t>
            </w:r>
            <w:r w:rsidRPr="00291DA9">
              <w:rPr>
                <w:rFonts w:cs="Times New Roman"/>
                <w:lang w:val="ru-RU"/>
              </w:rPr>
              <w:t xml:space="preserve"> устройстве сохраняется прогресс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xml:space="preserve">, ожидаемое значение </w:t>
            </w:r>
            <w:r w:rsidRPr="00291DA9">
              <w:rPr>
                <w:rFonts w:cs="Times New Roman"/>
              </w:rPr>
              <w:t>FIO</w:t>
            </w:r>
            <w:r w:rsidRPr="00291DA9">
              <w:rPr>
                <w:rFonts w:cs="Times New Roman"/>
                <w:lang w:val="ru-RU"/>
              </w:rPr>
              <w:t xml:space="preserve"> — </w:t>
            </w:r>
          </w:p>
          <w:p w14:paraId="630E2F37" w14:textId="77777777" w:rsidR="00281EA7" w:rsidRPr="00291DA9" w:rsidRDefault="00281EA7" w:rsidP="00281EA7">
            <w:pPr>
              <w:pStyle w:val="TableText"/>
              <w:spacing w:after="40"/>
              <w:rPr>
                <w:rFonts w:cs="Times New Roman"/>
                <w:lang w:val="ru-RU"/>
              </w:rPr>
            </w:pPr>
            <w:r w:rsidRPr="00291DA9">
              <w:rPr>
                <w:rFonts w:eastAsia="Consolas" w:cs="Times New Roman"/>
              </w:rPr>
              <w:t>err</w:t>
            </w:r>
            <w:r w:rsidRPr="00291DA9">
              <w:rPr>
                <w:rFonts w:eastAsia="Consolas" w:cs="Times New Roman"/>
                <w:lang w:val="ru-RU"/>
              </w:rPr>
              <w:t>=0</w:t>
            </w:r>
          </w:p>
          <w:p w14:paraId="32362E5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значение </w:t>
            </w:r>
          </w:p>
          <w:p w14:paraId="639CA5E1" w14:textId="77777777" w:rsidR="00281EA7" w:rsidRPr="00291DA9" w:rsidRDefault="00281EA7" w:rsidP="00281EA7">
            <w:pPr>
              <w:pStyle w:val="TableText"/>
              <w:spacing w:after="40"/>
              <w:rPr>
                <w:rFonts w:cs="Times New Roman"/>
                <w:lang w:val="ru-RU"/>
              </w:rPr>
            </w:pPr>
            <w:r w:rsidRPr="00291DA9">
              <w:rPr>
                <w:rFonts w:eastAsia="Consolas" w:cs="Times New Roman"/>
              </w:rPr>
              <w:t>err</w:t>
            </w:r>
            <w:r w:rsidRPr="00291DA9">
              <w:rPr>
                <w:rFonts w:eastAsia="Consolas" w:cs="Times New Roman"/>
                <w:lang w:val="ru-RU"/>
              </w:rPr>
              <w:t>&gt;0</w:t>
            </w:r>
          </w:p>
          <w:p w14:paraId="0B94A69F"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требует разбора с производителем СХД. </w:t>
            </w:r>
          </w:p>
          <w:p w14:paraId="60C8DB3B" w14:textId="77777777" w:rsidR="00281EA7" w:rsidRPr="00291DA9" w:rsidRDefault="00281EA7" w:rsidP="00281EA7">
            <w:pPr>
              <w:pStyle w:val="TableText"/>
              <w:spacing w:after="40"/>
              <w:rPr>
                <w:rFonts w:cs="Times New Roman"/>
                <w:lang w:val="ru-RU"/>
              </w:rPr>
            </w:pPr>
            <w:r w:rsidRPr="00291DA9">
              <w:rPr>
                <w:rFonts w:cs="Times New Roman"/>
                <w:b/>
                <w:lang w:val="ru-RU"/>
              </w:rPr>
              <w:t>Случай Б</w:t>
            </w:r>
          </w:p>
          <w:p w14:paraId="148F4C7D"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 вендорская процедура обслуживания/перезапуска, которая по своей природе может временно затрагивать все пути к </w:t>
            </w:r>
            <w:r w:rsidRPr="00291DA9">
              <w:rPr>
                <w:rFonts w:cs="Times New Roman"/>
              </w:rPr>
              <w:t>LUN</w:t>
            </w:r>
            <w:r w:rsidRPr="00291DA9">
              <w:rPr>
                <w:rFonts w:cs="Times New Roman"/>
                <w:lang w:val="ru-RU"/>
              </w:rPr>
              <w:t xml:space="preserve"> или вызывать </w:t>
            </w:r>
            <w:r w:rsidRPr="00291DA9">
              <w:rPr>
                <w:rFonts w:cs="Times New Roman"/>
              </w:rPr>
              <w:t>EIO</w:t>
            </w:r>
            <w:r w:rsidRPr="00291DA9">
              <w:rPr>
                <w:rFonts w:cs="Times New Roman"/>
                <w:lang w:val="ru-RU"/>
              </w:rPr>
              <w:t xml:space="preserve"> на </w:t>
            </w:r>
            <w:r w:rsidRPr="00291DA9">
              <w:rPr>
                <w:rFonts w:cs="Times New Roman"/>
              </w:rPr>
              <w:t>DM</w:t>
            </w:r>
            <w:r w:rsidRPr="00291DA9">
              <w:rPr>
                <w:rFonts w:cs="Times New Roman"/>
                <w:lang w:val="ru-RU"/>
              </w:rPr>
              <w:t xml:space="preserve">-устройстве. Такая процедура допускается только если производитель письменно указал это до начала испытания. В этом случае результат испытания №13 оценивается с учётом вендорского примечания, а сам сценарий фиксируется как выполненный по </w:t>
            </w:r>
            <w:r w:rsidRPr="00291DA9">
              <w:rPr>
                <w:rFonts w:cs="Times New Roman"/>
                <w:lang w:val="ru-RU"/>
              </w:rPr>
              <w:lastRenderedPageBreak/>
              <w:t xml:space="preserve">согласованной процедуре производителя. При этом для подтверждения </w:t>
            </w:r>
            <w:r w:rsidRPr="00291DA9">
              <w:rPr>
                <w:rFonts w:cs="Times New Roman"/>
              </w:rPr>
              <w:t>SLUA</w:t>
            </w:r>
            <w:r w:rsidRPr="00291DA9">
              <w:rPr>
                <w:rFonts w:cs="Times New Roman"/>
                <w:lang w:val="ru-RU"/>
              </w:rPr>
              <w:t xml:space="preserve"> обязательно должно быть показано, что после восстановления контроллера пути возвращаются автоматически, </w:t>
            </w:r>
            <w:r w:rsidRPr="00291DA9">
              <w:rPr>
                <w:rFonts w:cs="Times New Roman"/>
              </w:rPr>
              <w:t>LUN</w:t>
            </w:r>
            <w:r w:rsidRPr="00291DA9">
              <w:rPr>
                <w:rFonts w:cs="Times New Roman"/>
                <w:lang w:val="ru-RU"/>
              </w:rPr>
              <w:t xml:space="preserve"> остаётся представленным хостам, а ручное переназначение владельца </w:t>
            </w:r>
            <w:r w:rsidRPr="00291DA9">
              <w:rPr>
                <w:rFonts w:cs="Times New Roman"/>
              </w:rPr>
              <w:t>LUN</w:t>
            </w:r>
            <w:r w:rsidRPr="00291DA9">
              <w:rPr>
                <w:rFonts w:cs="Times New Roman"/>
                <w:lang w:val="ru-RU"/>
              </w:rPr>
              <w:t xml:space="preserve"> не выполняется.</w:t>
            </w:r>
          </w:p>
        </w:tc>
        <w:tc>
          <w:tcPr>
            <w:tcW w:w="1268" w:type="pct"/>
          </w:tcPr>
          <w:p w14:paraId="58761A05" w14:textId="77777777" w:rsidR="00281EA7" w:rsidRPr="00291DA9" w:rsidRDefault="00281EA7" w:rsidP="00281EA7">
            <w:pPr>
              <w:pStyle w:val="TableText"/>
              <w:spacing w:after="40"/>
              <w:rPr>
                <w:rFonts w:cs="Times New Roman"/>
                <w:lang w:val="ru-RU"/>
              </w:rPr>
            </w:pPr>
            <w:r w:rsidRPr="00291DA9">
              <w:rPr>
                <w:rFonts w:cs="Times New Roman"/>
                <w:lang w:val="ru-RU"/>
              </w:rPr>
              <w:lastRenderedPageBreak/>
              <w:t xml:space="preserve">1) До отказа зафиксировать активность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xml:space="preserve"> по обоим контроллерам и состояние путей по разделам 7.1–7.5.</w:t>
            </w:r>
            <w:r w:rsidRPr="00291DA9">
              <w:rPr>
                <w:rFonts w:cs="Times New Roman"/>
                <w:lang w:val="ru-RU"/>
              </w:rPr>
              <w:br/>
            </w:r>
          </w:p>
          <w:p w14:paraId="45D11E03" w14:textId="77777777" w:rsidR="00281EA7" w:rsidRPr="00291DA9" w:rsidRDefault="00281EA7" w:rsidP="00281EA7">
            <w:pPr>
              <w:pStyle w:val="TableText"/>
              <w:spacing w:after="40"/>
              <w:rPr>
                <w:rFonts w:cs="Times New Roman"/>
                <w:lang w:val="ru-RU"/>
              </w:rPr>
            </w:pPr>
            <w:r w:rsidRPr="00291DA9">
              <w:rPr>
                <w:rFonts w:cs="Times New Roman"/>
                <w:lang w:val="ru-RU"/>
              </w:rPr>
              <w:t>2) Запустить нагрузку по разделам 7.7–7.8 и сбор статистики по разделу 7.9.</w:t>
            </w:r>
            <w:r w:rsidRPr="00291DA9">
              <w:rPr>
                <w:rFonts w:cs="Times New Roman"/>
                <w:lang w:val="ru-RU"/>
              </w:rPr>
              <w:br/>
            </w:r>
          </w:p>
          <w:p w14:paraId="02793E06" w14:textId="77777777" w:rsidR="00281EA7" w:rsidRPr="00291DA9" w:rsidRDefault="00281EA7" w:rsidP="00281EA7">
            <w:pPr>
              <w:pStyle w:val="TableText"/>
              <w:spacing w:after="40"/>
              <w:rPr>
                <w:rFonts w:cs="Times New Roman"/>
                <w:lang w:val="ru-RU"/>
              </w:rPr>
            </w:pPr>
            <w:r w:rsidRPr="00291DA9">
              <w:rPr>
                <w:rFonts w:cs="Times New Roman"/>
                <w:lang w:val="ru-RU"/>
              </w:rPr>
              <w:t>3) До отказа выполнить и сохранить:</w:t>
            </w:r>
            <w:r w:rsidRPr="00291DA9">
              <w:rPr>
                <w:rFonts w:cs="Times New Roman"/>
                <w:lang w:val="ru-RU"/>
              </w:rPr>
              <w:br/>
            </w:r>
          </w:p>
          <w:p w14:paraId="004D12FF"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 multipath -ll</w:t>
            </w:r>
            <w:r w:rsidRPr="00291DA9">
              <w:rPr>
                <w:rFonts w:ascii="Times New Roman" w:hAnsi="Times New Roman" w:cs="Times New Roman"/>
                <w:sz w:val="14"/>
              </w:rPr>
              <w:br/>
              <w:t># multipathd show paths</w:t>
            </w:r>
            <w:r w:rsidRPr="00291DA9">
              <w:rPr>
                <w:rFonts w:ascii="Times New Roman" w:hAnsi="Times New Roman" w:cs="Times New Roman"/>
                <w:sz w:val="14"/>
              </w:rPr>
              <w:br/>
              <w:t>$ lsscsi -g</w:t>
            </w:r>
            <w:r w:rsidRPr="00291DA9">
              <w:rPr>
                <w:rFonts w:ascii="Times New Roman" w:hAnsi="Times New Roman" w:cs="Times New Roman"/>
                <w:sz w:val="14"/>
              </w:rPr>
              <w:br/>
              <w:t>$ iostat -t -dxm 1</w:t>
            </w:r>
            <w:r w:rsidRPr="00291DA9">
              <w:rPr>
                <w:rFonts w:ascii="Times New Roman" w:hAnsi="Times New Roman" w:cs="Times New Roman"/>
                <w:sz w:val="14"/>
              </w:rPr>
              <w:br/>
              <w:t># dmesg -T | tail -n 300</w:t>
            </w:r>
          </w:p>
          <w:p w14:paraId="27DE7790"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4) Выполнить согласованную с производителем имитацию отказа: перезапуск контроллера, перевод контроллера в обслуживание, административное отключение контроллера или иной поддерживаемый способ. Выбранный способ </w:t>
            </w:r>
          </w:p>
          <w:p w14:paraId="1C9D9F42" w14:textId="77777777" w:rsidR="00281EA7" w:rsidRPr="00291DA9" w:rsidRDefault="00281EA7" w:rsidP="00281EA7">
            <w:pPr>
              <w:pStyle w:val="TableText"/>
              <w:spacing w:after="40"/>
              <w:rPr>
                <w:rFonts w:cs="Times New Roman"/>
                <w:lang w:val="ru-RU"/>
              </w:rPr>
            </w:pPr>
            <w:r w:rsidRPr="00291DA9">
              <w:rPr>
                <w:rFonts w:cs="Times New Roman"/>
                <w:lang w:val="ru-RU"/>
              </w:rPr>
              <w:t>и ожидаемую длительность процедуры по вендорскому примечанию</w:t>
            </w:r>
          </w:p>
          <w:p w14:paraId="65F36949"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зафиксировать в журнале испытаний.</w:t>
            </w:r>
            <w:r w:rsidRPr="00291DA9">
              <w:rPr>
                <w:rFonts w:cs="Times New Roman"/>
                <w:lang w:val="ru-RU"/>
              </w:rPr>
              <w:br/>
            </w:r>
          </w:p>
          <w:p w14:paraId="461B0C35"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5) </w:t>
            </w:r>
          </w:p>
          <w:p w14:paraId="16B01C4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Через 90 секунд после имитации отказа выполнить первичную фиксацию. Если на </w:t>
            </w:r>
            <w:r w:rsidRPr="00291DA9">
              <w:rPr>
                <w:rFonts w:cs="Times New Roman"/>
              </w:rPr>
              <w:t>DM</w:t>
            </w:r>
            <w:r w:rsidRPr="00291DA9">
              <w:rPr>
                <w:rFonts w:cs="Times New Roman"/>
                <w:lang w:val="ru-RU"/>
              </w:rPr>
              <w:t xml:space="preserve">-устройстве нет прогресса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наблюдение продолжается до контрольного интервала из раздела 7.0.</w:t>
            </w:r>
            <w:r w:rsidRPr="00291DA9">
              <w:rPr>
                <w:rFonts w:cs="Times New Roman"/>
                <w:lang w:val="ru-RU"/>
              </w:rPr>
              <w:br/>
            </w:r>
          </w:p>
          <w:p w14:paraId="7D3AA803"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 multipath -ll</w:t>
            </w:r>
            <w:r w:rsidRPr="00291DA9">
              <w:rPr>
                <w:rFonts w:ascii="Times New Roman" w:hAnsi="Times New Roman" w:cs="Times New Roman"/>
                <w:sz w:val="14"/>
              </w:rPr>
              <w:br/>
              <w:t># multipathd show paths</w:t>
            </w:r>
            <w:r w:rsidRPr="00291DA9">
              <w:rPr>
                <w:rFonts w:ascii="Times New Roman" w:hAnsi="Times New Roman" w:cs="Times New Roman"/>
                <w:sz w:val="14"/>
              </w:rPr>
              <w:br/>
              <w:t>$ iostat -t -dxm 1</w:t>
            </w:r>
            <w:r w:rsidRPr="00291DA9">
              <w:rPr>
                <w:rFonts w:ascii="Times New Roman" w:hAnsi="Times New Roman" w:cs="Times New Roman"/>
                <w:sz w:val="14"/>
              </w:rPr>
              <w:br/>
              <w:t># dmesg -T | tail -n 300</w:t>
            </w:r>
          </w:p>
          <w:p w14:paraId="4E4C6676" w14:textId="77777777" w:rsidR="00281EA7" w:rsidRPr="00291DA9" w:rsidRDefault="00281EA7" w:rsidP="00281EA7">
            <w:pPr>
              <w:pStyle w:val="TableText"/>
              <w:spacing w:after="40"/>
              <w:rPr>
                <w:rFonts w:cs="Times New Roman"/>
                <w:lang w:val="ru-RU"/>
              </w:rPr>
            </w:pPr>
            <w:r w:rsidRPr="00291DA9">
              <w:rPr>
                <w:rFonts w:cs="Times New Roman"/>
                <w:lang w:val="ru-RU"/>
              </w:rPr>
              <w:t>6) После восстановления контроллера при необходимости выполнить рескан и через 90 секунд повторить проверку. Если пути не возвращаются в исходное состояние, наблюдение продолжается до контрольного интервала из раздела 7.0:</w:t>
            </w:r>
            <w:r w:rsidRPr="00291DA9">
              <w:rPr>
                <w:rFonts w:cs="Times New Roman"/>
                <w:lang w:val="ru-RU"/>
              </w:rPr>
              <w:br/>
            </w:r>
          </w:p>
          <w:p w14:paraId="6403A1F2"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 rescan-scsi-bus.sh -a</w:t>
            </w:r>
            <w:r w:rsidRPr="00291DA9">
              <w:rPr>
                <w:rFonts w:ascii="Times New Roman" w:hAnsi="Times New Roman" w:cs="Times New Roman"/>
                <w:sz w:val="14"/>
              </w:rPr>
              <w:br/>
              <w:t>$ multipath -ll</w:t>
            </w:r>
            <w:r w:rsidRPr="00291DA9">
              <w:rPr>
                <w:rFonts w:ascii="Times New Roman" w:hAnsi="Times New Roman" w:cs="Times New Roman"/>
                <w:sz w:val="14"/>
              </w:rPr>
              <w:br/>
              <w:t># multipathd show paths</w:t>
            </w:r>
            <w:r w:rsidRPr="00291DA9">
              <w:rPr>
                <w:rFonts w:ascii="Times New Roman" w:hAnsi="Times New Roman" w:cs="Times New Roman"/>
                <w:sz w:val="14"/>
              </w:rPr>
              <w:br/>
              <w:t>$ lsscsi -g</w:t>
            </w:r>
            <w:r w:rsidRPr="00291DA9">
              <w:rPr>
                <w:rFonts w:ascii="Times New Roman" w:hAnsi="Times New Roman" w:cs="Times New Roman"/>
                <w:sz w:val="14"/>
              </w:rPr>
              <w:br/>
              <w:t>$ iostat -t -dxm 1</w:t>
            </w:r>
            <w:r w:rsidRPr="00291DA9">
              <w:rPr>
                <w:rFonts w:ascii="Times New Roman" w:hAnsi="Times New Roman" w:cs="Times New Roman"/>
                <w:sz w:val="14"/>
              </w:rPr>
              <w:br/>
              <w:t># dmesg -T | tail -n 300</w:t>
            </w:r>
          </w:p>
          <w:p w14:paraId="7A689C0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7) На СХД зафиксировать состояние контроллеров, </w:t>
            </w:r>
            <w:r w:rsidRPr="00291DA9">
              <w:rPr>
                <w:rFonts w:cs="Times New Roman"/>
              </w:rPr>
              <w:t>front</w:t>
            </w:r>
            <w:r w:rsidRPr="00291DA9">
              <w:rPr>
                <w:rFonts w:cs="Times New Roman"/>
                <w:lang w:val="ru-RU"/>
              </w:rPr>
              <w:t>-</w:t>
            </w:r>
            <w:r w:rsidRPr="00291DA9">
              <w:rPr>
                <w:rFonts w:cs="Times New Roman"/>
              </w:rPr>
              <w:t>end</w:t>
            </w:r>
            <w:r w:rsidRPr="00291DA9">
              <w:rPr>
                <w:rFonts w:cs="Times New Roman"/>
                <w:lang w:val="ru-RU"/>
              </w:rPr>
              <w:t xml:space="preserve"> портов, </w:t>
            </w:r>
            <w:r w:rsidRPr="00291DA9">
              <w:rPr>
                <w:rFonts w:cs="Times New Roman"/>
              </w:rPr>
              <w:t>LUN</w:t>
            </w:r>
            <w:r w:rsidRPr="00291DA9">
              <w:rPr>
                <w:rFonts w:cs="Times New Roman"/>
                <w:lang w:val="ru-RU"/>
              </w:rPr>
              <w:t xml:space="preserve">, пулов, </w:t>
            </w:r>
            <w:r w:rsidRPr="00291DA9">
              <w:rPr>
                <w:rFonts w:cs="Times New Roman"/>
                <w:lang w:val="ru-RU"/>
              </w:rPr>
              <w:lastRenderedPageBreak/>
              <w:t>журнал событий и счётчики нагрузки по контроллерам.</w:t>
            </w:r>
          </w:p>
        </w:tc>
        <w:tc>
          <w:tcPr>
            <w:tcW w:w="1268" w:type="pct"/>
          </w:tcPr>
          <w:p w14:paraId="1A368D97" w14:textId="77777777" w:rsidR="00281EA7" w:rsidRPr="00291DA9" w:rsidRDefault="00281EA7" w:rsidP="00281EA7">
            <w:pPr>
              <w:pStyle w:val="TableText"/>
              <w:spacing w:after="40"/>
              <w:rPr>
                <w:rFonts w:cs="Times New Roman"/>
                <w:lang w:val="ru-RU"/>
              </w:rPr>
            </w:pPr>
            <w:r w:rsidRPr="00291DA9">
              <w:rPr>
                <w:rFonts w:cs="Times New Roman"/>
                <w:lang w:val="ru-RU"/>
              </w:rPr>
              <w:lastRenderedPageBreak/>
              <w:t>Испытание считается успешным, если одновременно выполнены условия:</w:t>
            </w:r>
            <w:r w:rsidRPr="00291DA9">
              <w:rPr>
                <w:rFonts w:cs="Times New Roman"/>
                <w:lang w:val="ru-RU"/>
              </w:rPr>
              <w:br/>
            </w:r>
          </w:p>
          <w:p w14:paraId="39E293A0"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1) Тестовые </w:t>
            </w:r>
            <w:r w:rsidRPr="00291DA9">
              <w:rPr>
                <w:rFonts w:cs="Times New Roman"/>
              </w:rPr>
              <w:t>LUN</w:t>
            </w:r>
            <w:r w:rsidRPr="00291DA9">
              <w:rPr>
                <w:rFonts w:cs="Times New Roman"/>
                <w:lang w:val="ru-RU"/>
              </w:rPr>
              <w:t xml:space="preserve"> остаются доступными.</w:t>
            </w:r>
            <w:r w:rsidRPr="00291DA9">
              <w:rPr>
                <w:rFonts w:cs="Times New Roman"/>
                <w:lang w:val="ru-RU"/>
              </w:rPr>
              <w:br/>
            </w:r>
          </w:p>
          <w:p w14:paraId="44463CB0"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w:t>
            </w:r>
            <w:r w:rsidRPr="00291DA9">
              <w:rPr>
                <w:rFonts w:cs="Times New Roman"/>
              </w:rPr>
              <w:t>FIO</w:t>
            </w:r>
            <w:r w:rsidRPr="00291DA9">
              <w:rPr>
                <w:rFonts w:cs="Times New Roman"/>
                <w:lang w:val="ru-RU"/>
              </w:rPr>
              <w:t xml:space="preserve"> не завершается аварийно (процесс </w:t>
            </w:r>
            <w:r w:rsidRPr="00291DA9">
              <w:rPr>
                <w:rFonts w:cs="Times New Roman"/>
              </w:rPr>
              <w:t>fio</w:t>
            </w:r>
            <w:r w:rsidRPr="00291DA9">
              <w:rPr>
                <w:rFonts w:cs="Times New Roman"/>
                <w:lang w:val="ru-RU"/>
              </w:rPr>
              <w:t xml:space="preserve"> не падает, задание доходит до конца </w:t>
            </w:r>
          </w:p>
          <w:p w14:paraId="5593046D" w14:textId="77777777" w:rsidR="00281EA7" w:rsidRPr="00291DA9" w:rsidRDefault="00281EA7" w:rsidP="00281EA7">
            <w:pPr>
              <w:pStyle w:val="TableText"/>
              <w:spacing w:after="40"/>
              <w:rPr>
                <w:rFonts w:cs="Times New Roman"/>
                <w:lang w:val="ru-RU"/>
              </w:rPr>
            </w:pPr>
            <w:r w:rsidRPr="00291DA9">
              <w:rPr>
                <w:rFonts w:eastAsia="Consolas" w:cs="Times New Roman"/>
              </w:rPr>
              <w:t>runtime</w:t>
            </w:r>
          </w:p>
          <w:p w14:paraId="041DB74C"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и формирует итоговый отчёт). </w:t>
            </w:r>
          </w:p>
          <w:p w14:paraId="030D8F1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Для чистой </w:t>
            </w:r>
            <w:r w:rsidRPr="00291DA9">
              <w:rPr>
                <w:rFonts w:cs="Times New Roman"/>
              </w:rPr>
              <w:t>SLUA</w:t>
            </w:r>
            <w:r w:rsidRPr="00291DA9">
              <w:rPr>
                <w:rFonts w:cs="Times New Roman"/>
                <w:lang w:val="ru-RU"/>
              </w:rPr>
              <w:t xml:space="preserve">-проверки отказа одного контроллера ожидается, что </w:t>
            </w:r>
            <w:r w:rsidRPr="00291DA9">
              <w:rPr>
                <w:rFonts w:cs="Times New Roman"/>
              </w:rPr>
              <w:t>FIO</w:t>
            </w:r>
            <w:r w:rsidRPr="00291DA9">
              <w:rPr>
                <w:rFonts w:cs="Times New Roman"/>
                <w:lang w:val="ru-RU"/>
              </w:rPr>
              <w:t xml:space="preserve"> не фиксирует ошибок на </w:t>
            </w:r>
            <w:r w:rsidRPr="00291DA9">
              <w:rPr>
                <w:rFonts w:cs="Times New Roman"/>
              </w:rPr>
              <w:t>DM</w:t>
            </w:r>
            <w:r w:rsidRPr="00291DA9">
              <w:rPr>
                <w:rFonts w:cs="Times New Roman"/>
                <w:lang w:val="ru-RU"/>
              </w:rPr>
              <w:t xml:space="preserve">-устройстве, а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xml:space="preserve"> продолжается через оставшийся контроллер. Значение </w:t>
            </w:r>
          </w:p>
          <w:p w14:paraId="3A372CD6" w14:textId="77777777" w:rsidR="00281EA7" w:rsidRPr="00291DA9" w:rsidRDefault="00281EA7" w:rsidP="00281EA7">
            <w:pPr>
              <w:pStyle w:val="TableText"/>
              <w:spacing w:after="40"/>
              <w:rPr>
                <w:rFonts w:cs="Times New Roman"/>
                <w:lang w:val="ru-RU"/>
              </w:rPr>
            </w:pPr>
            <w:r w:rsidRPr="00291DA9">
              <w:rPr>
                <w:rFonts w:eastAsia="Consolas" w:cs="Times New Roman"/>
              </w:rPr>
              <w:t>err</w:t>
            </w:r>
            <w:r w:rsidRPr="00291DA9">
              <w:rPr>
                <w:rFonts w:eastAsia="Consolas" w:cs="Times New Roman"/>
                <w:lang w:val="ru-RU"/>
              </w:rPr>
              <w:t>&gt;0</w:t>
            </w:r>
          </w:p>
          <w:p w14:paraId="71BFF285"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фиксируется как замечание и требует разбора с производителем СХД. Если используется вендорская процедура обслуживания/перезапуска, которая может временно затрагивать все пути к </w:t>
            </w:r>
            <w:r w:rsidRPr="00291DA9">
              <w:rPr>
                <w:rFonts w:cs="Times New Roman"/>
              </w:rPr>
              <w:t>LUN</w:t>
            </w:r>
            <w:r w:rsidRPr="00291DA9">
              <w:rPr>
                <w:rFonts w:cs="Times New Roman"/>
                <w:lang w:val="ru-RU"/>
              </w:rPr>
              <w:t xml:space="preserve"> или вызывать </w:t>
            </w:r>
            <w:r w:rsidRPr="00291DA9">
              <w:rPr>
                <w:rFonts w:cs="Times New Roman"/>
              </w:rPr>
              <w:t>EIO</w:t>
            </w:r>
            <w:r w:rsidRPr="00291DA9">
              <w:rPr>
                <w:rFonts w:cs="Times New Roman"/>
                <w:lang w:val="ru-RU"/>
              </w:rPr>
              <w:t>, это должно быть письменно указано производителем до начала испытания; результат оценивается по согласованному вендорскому примечанию.</w:t>
            </w:r>
            <w:r w:rsidRPr="00291DA9">
              <w:rPr>
                <w:rFonts w:cs="Times New Roman"/>
                <w:lang w:val="ru-RU"/>
              </w:rPr>
              <w:br/>
            </w:r>
          </w:p>
          <w:p w14:paraId="6BC7D4EB"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Сценарий считается «Не пройдено», если на </w:t>
            </w:r>
            <w:r w:rsidRPr="00291DA9">
              <w:rPr>
                <w:rFonts w:cs="Times New Roman"/>
              </w:rPr>
              <w:t>DM</w:t>
            </w:r>
            <w:r w:rsidRPr="00291DA9">
              <w:rPr>
                <w:rFonts w:cs="Times New Roman"/>
                <w:lang w:val="ru-RU"/>
              </w:rPr>
              <w:t xml:space="preserve">-устройстве отсутствует прогресс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xml:space="preserve"> дольше контрольного интервала </w:t>
            </w:r>
          </w:p>
          <w:p w14:paraId="6C403E45" w14:textId="77777777" w:rsidR="00281EA7" w:rsidRPr="00291DA9" w:rsidRDefault="00281EA7" w:rsidP="00281EA7">
            <w:pPr>
              <w:pStyle w:val="TableText"/>
              <w:spacing w:after="40"/>
              <w:rPr>
                <w:rFonts w:cs="Times New Roman"/>
              </w:rPr>
            </w:pPr>
            <w:r w:rsidRPr="00291DA9">
              <w:rPr>
                <w:rFonts w:eastAsia="Consolas" w:cs="Times New Roman"/>
              </w:rPr>
              <w:t>Tконтроля = max(180 секунд, no_path_retry × polling_interval)</w:t>
            </w:r>
          </w:p>
          <w:p w14:paraId="77A1C37E" w14:textId="77777777" w:rsidR="00281EA7" w:rsidRPr="00291DA9" w:rsidRDefault="00281EA7" w:rsidP="00281EA7">
            <w:pPr>
              <w:pStyle w:val="TableText"/>
              <w:spacing w:after="40"/>
              <w:rPr>
                <w:rFonts w:cs="Times New Roman"/>
                <w:lang w:val="ru-RU"/>
              </w:rPr>
            </w:pPr>
            <w:r w:rsidRPr="00291DA9">
              <w:rPr>
                <w:rFonts w:cs="Times New Roman"/>
              </w:rPr>
              <w:t xml:space="preserve"> </w:t>
            </w:r>
            <w:r w:rsidRPr="00291DA9">
              <w:rPr>
                <w:rFonts w:cs="Times New Roman"/>
                <w:lang w:val="ru-RU"/>
              </w:rPr>
              <w:t xml:space="preserve">при условии, что по выбранному сценарию должны оставаться рабочие пути к </w:t>
            </w:r>
            <w:r w:rsidRPr="00291DA9">
              <w:rPr>
                <w:rFonts w:cs="Times New Roman"/>
              </w:rPr>
              <w:t>LUN</w:t>
            </w:r>
            <w:r w:rsidRPr="00291DA9">
              <w:rPr>
                <w:rFonts w:cs="Times New Roman"/>
                <w:lang w:val="ru-RU"/>
              </w:rPr>
              <w:t>. При необходимости стороны могут дополнительно наблюдать состояние ещё 30–60 секунд, если это согласовано до начала испытаний.</w:t>
            </w:r>
            <w:r w:rsidRPr="00291DA9">
              <w:rPr>
                <w:rFonts w:cs="Times New Roman"/>
                <w:lang w:val="ru-RU"/>
              </w:rPr>
              <w:br/>
            </w:r>
          </w:p>
          <w:p w14:paraId="13D59E4E" w14:textId="77777777" w:rsidR="00281EA7" w:rsidRPr="00291DA9" w:rsidRDefault="00281EA7" w:rsidP="00281EA7">
            <w:pPr>
              <w:pStyle w:val="TableText"/>
              <w:spacing w:after="40"/>
              <w:rPr>
                <w:rFonts w:cs="Times New Roman"/>
                <w:lang w:val="ru-RU"/>
              </w:rPr>
            </w:pPr>
            <w:r w:rsidRPr="00291DA9">
              <w:rPr>
                <w:rFonts w:cs="Times New Roman"/>
                <w:lang w:val="ru-RU"/>
              </w:rPr>
              <w:t>3) Допускается временное снижение производительности и сообщения о потере путей к отказавшему контроллеру.</w:t>
            </w:r>
            <w:r w:rsidRPr="00291DA9">
              <w:rPr>
                <w:rFonts w:cs="Times New Roman"/>
                <w:lang w:val="ru-RU"/>
              </w:rPr>
              <w:br/>
            </w:r>
          </w:p>
          <w:p w14:paraId="0526CE9C"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4) По </w:t>
            </w:r>
          </w:p>
          <w:p w14:paraId="3CD0F9F5" w14:textId="77777777" w:rsidR="00281EA7" w:rsidRPr="00291DA9" w:rsidRDefault="00281EA7" w:rsidP="00281EA7">
            <w:pPr>
              <w:pStyle w:val="TableText"/>
              <w:spacing w:after="40"/>
              <w:rPr>
                <w:rFonts w:cs="Times New Roman"/>
                <w:lang w:val="ru-RU"/>
              </w:rPr>
            </w:pPr>
            <w:r w:rsidRPr="00291DA9">
              <w:rPr>
                <w:rFonts w:eastAsia="Consolas" w:cs="Times New Roman"/>
              </w:rPr>
              <w:t>iostat</w:t>
            </w:r>
          </w:p>
          <w:p w14:paraId="38120A31"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видно продолжение операций на </w:t>
            </w:r>
            <w:r w:rsidRPr="00291DA9">
              <w:rPr>
                <w:rFonts w:cs="Times New Roman"/>
              </w:rPr>
              <w:t>DM</w:t>
            </w:r>
            <w:r w:rsidRPr="00291DA9">
              <w:rPr>
                <w:rFonts w:cs="Times New Roman"/>
                <w:lang w:val="ru-RU"/>
              </w:rPr>
              <w:t>-устройствах через оставшийся контроллер.</w:t>
            </w:r>
            <w:r w:rsidRPr="00291DA9">
              <w:rPr>
                <w:rFonts w:cs="Times New Roman"/>
                <w:lang w:val="ru-RU"/>
              </w:rPr>
              <w:br/>
            </w:r>
          </w:p>
          <w:p w14:paraId="271DB9A4"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5) После восстановления контроллер возвращается в штатное состояние, его пути появляются в </w:t>
            </w:r>
          </w:p>
          <w:p w14:paraId="3A679920" w14:textId="77777777" w:rsidR="00281EA7" w:rsidRPr="00291DA9" w:rsidRDefault="00281EA7" w:rsidP="00281EA7">
            <w:pPr>
              <w:pStyle w:val="TableText"/>
              <w:spacing w:after="40"/>
              <w:rPr>
                <w:rFonts w:cs="Times New Roman"/>
                <w:lang w:val="ru-RU"/>
              </w:rPr>
            </w:pPr>
            <w:r w:rsidRPr="00291DA9">
              <w:rPr>
                <w:rFonts w:eastAsia="Consolas" w:cs="Times New Roman"/>
              </w:rPr>
              <w:t>multipath</w:t>
            </w:r>
            <w:r w:rsidRPr="00291DA9">
              <w:rPr>
                <w:rFonts w:eastAsia="Consolas" w:cs="Times New Roman"/>
                <w:lang w:val="ru-RU"/>
              </w:rPr>
              <w:t xml:space="preserve"> -</w:t>
            </w:r>
            <w:r w:rsidRPr="00291DA9">
              <w:rPr>
                <w:rFonts w:eastAsia="Consolas" w:cs="Times New Roman"/>
              </w:rPr>
              <w:t>ll</w:t>
            </w:r>
          </w:p>
          <w:p w14:paraId="336A4495" w14:textId="77777777" w:rsidR="00281EA7" w:rsidRPr="00291DA9" w:rsidRDefault="00281EA7" w:rsidP="00281EA7">
            <w:pPr>
              <w:pStyle w:val="TableText"/>
              <w:spacing w:after="40"/>
              <w:rPr>
                <w:rFonts w:cs="Times New Roman"/>
                <w:lang w:val="ru-RU"/>
              </w:rPr>
            </w:pPr>
            <w:r w:rsidRPr="00291DA9">
              <w:rPr>
                <w:rFonts w:cs="Times New Roman"/>
                <w:lang w:val="ru-RU"/>
              </w:rPr>
              <w:lastRenderedPageBreak/>
              <w:t>, остаточные критические аварии отсутствуют.</w:t>
            </w:r>
            <w:r w:rsidRPr="00291DA9">
              <w:rPr>
                <w:rFonts w:cs="Times New Roman"/>
                <w:lang w:val="ru-RU"/>
              </w:rPr>
              <w:br/>
            </w:r>
          </w:p>
          <w:p w14:paraId="0ED5C77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6) Возврат путей происходит в исходное состояние без ручного переназначения владельца </w:t>
            </w:r>
            <w:r w:rsidRPr="00291DA9">
              <w:rPr>
                <w:rFonts w:cs="Times New Roman"/>
              </w:rPr>
              <w:t>LUN</w:t>
            </w:r>
            <w:r w:rsidRPr="00291DA9">
              <w:rPr>
                <w:rFonts w:cs="Times New Roman"/>
                <w:lang w:val="ru-RU"/>
              </w:rPr>
              <w:t xml:space="preserve"> или ручного переключения </w:t>
            </w:r>
            <w:r>
              <w:rPr>
                <w:rFonts w:cs="Times New Roman"/>
              </w:rPr>
              <w:t>LUN</w:t>
            </w:r>
            <w:r w:rsidRPr="00291DA9">
              <w:rPr>
                <w:rFonts w:cs="Times New Roman"/>
                <w:lang w:val="ru-RU"/>
              </w:rPr>
              <w:t xml:space="preserve"> на контроллер.</w:t>
            </w:r>
          </w:p>
        </w:tc>
      </w:tr>
      <w:tr w:rsidR="00281EA7" w:rsidRPr="00D31521" w14:paraId="31C52A1B" w14:textId="77777777" w:rsidTr="00281EA7">
        <w:trPr>
          <w:jc w:val="center"/>
        </w:trPr>
        <w:tc>
          <w:tcPr>
            <w:tcW w:w="201" w:type="pct"/>
          </w:tcPr>
          <w:p w14:paraId="5640A34C" w14:textId="77777777" w:rsidR="00281EA7" w:rsidRPr="00291DA9" w:rsidRDefault="00281EA7" w:rsidP="00281EA7">
            <w:pPr>
              <w:pStyle w:val="TableText"/>
              <w:spacing w:after="40"/>
              <w:rPr>
                <w:rFonts w:cs="Times New Roman"/>
              </w:rPr>
            </w:pPr>
            <w:r w:rsidRPr="00291DA9">
              <w:rPr>
                <w:rFonts w:cs="Times New Roman"/>
              </w:rPr>
              <w:t>14</w:t>
            </w:r>
          </w:p>
        </w:tc>
        <w:tc>
          <w:tcPr>
            <w:tcW w:w="573" w:type="pct"/>
          </w:tcPr>
          <w:p w14:paraId="08C57DAB" w14:textId="77777777" w:rsidR="00281EA7" w:rsidRPr="00291DA9" w:rsidRDefault="00281EA7" w:rsidP="00281EA7">
            <w:pPr>
              <w:pStyle w:val="TableText"/>
              <w:spacing w:after="40"/>
              <w:rPr>
                <w:rFonts w:cs="Times New Roman"/>
              </w:rPr>
            </w:pPr>
            <w:r w:rsidRPr="00291DA9">
              <w:rPr>
                <w:rFonts w:cs="Times New Roman"/>
              </w:rPr>
              <w:t>Финальная проверка</w:t>
            </w:r>
          </w:p>
        </w:tc>
        <w:tc>
          <w:tcPr>
            <w:tcW w:w="604" w:type="pct"/>
          </w:tcPr>
          <w:p w14:paraId="1B72C18B"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Контроль доступности </w:t>
            </w:r>
            <w:r w:rsidRPr="00291DA9">
              <w:rPr>
                <w:rFonts w:cs="Times New Roman"/>
              </w:rPr>
              <w:t>LUN</w:t>
            </w:r>
            <w:r w:rsidRPr="00291DA9">
              <w:rPr>
                <w:rFonts w:cs="Times New Roman"/>
                <w:lang w:val="ru-RU"/>
              </w:rPr>
              <w:t xml:space="preserve"> и комплектности материалов испытаний</w:t>
            </w:r>
          </w:p>
        </w:tc>
        <w:tc>
          <w:tcPr>
            <w:tcW w:w="1086" w:type="pct"/>
          </w:tcPr>
          <w:p w14:paraId="1C77C2B9"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После завершения всех отказных сценариев СХД, хосты и пути находятся в корректном состоянии; тестовые </w:t>
            </w:r>
            <w:r w:rsidRPr="00291DA9">
              <w:rPr>
                <w:rFonts w:cs="Times New Roman"/>
              </w:rPr>
              <w:t>LUN</w:t>
            </w:r>
            <w:r w:rsidRPr="00291DA9">
              <w:rPr>
                <w:rFonts w:cs="Times New Roman"/>
                <w:lang w:val="ru-RU"/>
              </w:rPr>
              <w:t xml:space="preserve"> доступны как блочные устройства. Комплект материалов испытаний собран. Целостность содержимого </w:t>
            </w:r>
            <w:r w:rsidRPr="00291DA9">
              <w:rPr>
                <w:rFonts w:cs="Times New Roman"/>
              </w:rPr>
              <w:t>LUN</w:t>
            </w:r>
            <w:r w:rsidRPr="00291DA9">
              <w:rPr>
                <w:rFonts w:cs="Times New Roman"/>
                <w:lang w:val="ru-RU"/>
              </w:rPr>
              <w:t xml:space="preserve"> не проверяется (см. предупреждение в разделе 4): данные на </w:t>
            </w:r>
            <w:r w:rsidRPr="00291DA9">
              <w:rPr>
                <w:rFonts w:cs="Times New Roman"/>
              </w:rPr>
              <w:t>LUN</w:t>
            </w:r>
            <w:r w:rsidRPr="00291DA9">
              <w:rPr>
                <w:rFonts w:cs="Times New Roman"/>
                <w:lang w:val="ru-RU"/>
              </w:rPr>
              <w:t xml:space="preserve"> после параллельной нагрузки с двух хостов считаются недействительными.</w:t>
            </w:r>
          </w:p>
        </w:tc>
        <w:tc>
          <w:tcPr>
            <w:tcW w:w="1268" w:type="pct"/>
          </w:tcPr>
          <w:p w14:paraId="3975E2CA"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1) Остановить </w:t>
            </w:r>
            <w:r w:rsidRPr="00291DA9">
              <w:rPr>
                <w:rFonts w:cs="Times New Roman"/>
              </w:rPr>
              <w:t>FIO</w:t>
            </w:r>
            <w:r w:rsidRPr="00291DA9">
              <w:rPr>
                <w:rFonts w:cs="Times New Roman"/>
                <w:lang w:val="ru-RU"/>
              </w:rPr>
              <w:t xml:space="preserve"> штатно.</w:t>
            </w:r>
            <w:r w:rsidRPr="00291DA9">
              <w:rPr>
                <w:rFonts w:cs="Times New Roman"/>
                <w:lang w:val="ru-RU"/>
              </w:rPr>
              <w:br/>
            </w:r>
          </w:p>
          <w:p w14:paraId="7A8A1FF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Собрать материалы по разделу 8: </w:t>
            </w:r>
            <w:r w:rsidRPr="00291DA9">
              <w:rPr>
                <w:rFonts w:cs="Times New Roman"/>
              </w:rPr>
              <w:t>FIO</w:t>
            </w:r>
            <w:r w:rsidRPr="00291DA9">
              <w:rPr>
                <w:rFonts w:cs="Times New Roman"/>
                <w:lang w:val="ru-RU"/>
              </w:rPr>
              <w:t xml:space="preserve"> </w:t>
            </w:r>
            <w:r w:rsidRPr="00291DA9">
              <w:rPr>
                <w:rFonts w:cs="Times New Roman"/>
              </w:rPr>
              <w:t>normal</w:t>
            </w:r>
            <w:r w:rsidRPr="00291DA9">
              <w:rPr>
                <w:rFonts w:cs="Times New Roman"/>
                <w:lang w:val="ru-RU"/>
              </w:rPr>
              <w:t xml:space="preserve">, </w:t>
            </w:r>
            <w:r w:rsidRPr="00291DA9">
              <w:rPr>
                <w:rFonts w:cs="Times New Roman"/>
              </w:rPr>
              <w:t>dmesg</w:t>
            </w:r>
            <w:r w:rsidRPr="00291DA9">
              <w:rPr>
                <w:rFonts w:cs="Times New Roman"/>
                <w:lang w:val="ru-RU"/>
              </w:rPr>
              <w:t>/</w:t>
            </w:r>
            <w:r w:rsidRPr="00291DA9">
              <w:rPr>
                <w:rFonts w:cs="Times New Roman"/>
              </w:rPr>
              <w:t>journalctl</w:t>
            </w:r>
            <w:r w:rsidRPr="00291DA9">
              <w:rPr>
                <w:rFonts w:cs="Times New Roman"/>
                <w:lang w:val="ru-RU"/>
              </w:rPr>
              <w:t>/</w:t>
            </w:r>
            <w:r w:rsidRPr="00291DA9">
              <w:rPr>
                <w:rFonts w:cs="Times New Roman"/>
              </w:rPr>
              <w:t>messages</w:t>
            </w:r>
            <w:r w:rsidRPr="00291DA9">
              <w:rPr>
                <w:rFonts w:cs="Times New Roman"/>
                <w:lang w:val="ru-RU"/>
              </w:rPr>
              <w:t xml:space="preserve">, </w:t>
            </w:r>
            <w:r w:rsidRPr="00291DA9">
              <w:rPr>
                <w:rFonts w:cs="Times New Roman"/>
              </w:rPr>
              <w:t>multipath</w:t>
            </w:r>
            <w:r w:rsidRPr="00291DA9">
              <w:rPr>
                <w:rFonts w:cs="Times New Roman"/>
                <w:lang w:val="ru-RU"/>
              </w:rPr>
              <w:t xml:space="preserve"> -</w:t>
            </w:r>
            <w:r w:rsidRPr="00291DA9">
              <w:rPr>
                <w:rFonts w:cs="Times New Roman"/>
              </w:rPr>
              <w:t>ll</w:t>
            </w:r>
            <w:r w:rsidRPr="00291DA9">
              <w:rPr>
                <w:rFonts w:cs="Times New Roman"/>
                <w:lang w:val="ru-RU"/>
              </w:rPr>
              <w:t xml:space="preserve">, </w:t>
            </w:r>
            <w:r w:rsidRPr="00291DA9">
              <w:rPr>
                <w:rFonts w:cs="Times New Roman"/>
              </w:rPr>
              <w:t>multipathd</w:t>
            </w:r>
            <w:r w:rsidRPr="00291DA9">
              <w:rPr>
                <w:rFonts w:cs="Times New Roman"/>
                <w:lang w:val="ru-RU"/>
              </w:rPr>
              <w:t xml:space="preserve"> </w:t>
            </w:r>
            <w:r w:rsidRPr="00291DA9">
              <w:rPr>
                <w:rFonts w:cs="Times New Roman"/>
              </w:rPr>
              <w:t>show</w:t>
            </w:r>
            <w:r w:rsidRPr="00291DA9">
              <w:rPr>
                <w:rFonts w:cs="Times New Roman"/>
                <w:lang w:val="ru-RU"/>
              </w:rPr>
              <w:t xml:space="preserve"> </w:t>
            </w:r>
            <w:r w:rsidRPr="00291DA9">
              <w:rPr>
                <w:rFonts w:cs="Times New Roman"/>
              </w:rPr>
              <w:t>config</w:t>
            </w:r>
            <w:r w:rsidRPr="00291DA9">
              <w:rPr>
                <w:rFonts w:cs="Times New Roman"/>
                <w:lang w:val="ru-RU"/>
              </w:rPr>
              <w:t xml:space="preserve">, </w:t>
            </w:r>
            <w:r w:rsidRPr="00291DA9">
              <w:rPr>
                <w:rFonts w:cs="Times New Roman"/>
              </w:rPr>
              <w:t>multipathd</w:t>
            </w:r>
            <w:r w:rsidRPr="00291DA9">
              <w:rPr>
                <w:rFonts w:cs="Times New Roman"/>
                <w:lang w:val="ru-RU"/>
              </w:rPr>
              <w:t xml:space="preserve"> </w:t>
            </w:r>
            <w:r w:rsidRPr="00291DA9">
              <w:rPr>
                <w:rFonts w:cs="Times New Roman"/>
              </w:rPr>
              <w:t>show</w:t>
            </w:r>
            <w:r w:rsidRPr="00291DA9">
              <w:rPr>
                <w:rFonts w:cs="Times New Roman"/>
                <w:lang w:val="ru-RU"/>
              </w:rPr>
              <w:t xml:space="preserve"> </w:t>
            </w:r>
            <w:r w:rsidRPr="00291DA9">
              <w:rPr>
                <w:rFonts w:cs="Times New Roman"/>
              </w:rPr>
              <w:t>paths</w:t>
            </w:r>
            <w:r w:rsidRPr="00291DA9">
              <w:rPr>
                <w:rFonts w:cs="Times New Roman"/>
                <w:lang w:val="ru-RU"/>
              </w:rPr>
              <w:t xml:space="preserve">, </w:t>
            </w:r>
            <w:r w:rsidRPr="00291DA9">
              <w:rPr>
                <w:rFonts w:cs="Times New Roman"/>
              </w:rPr>
              <w:t>iostat</w:t>
            </w:r>
            <w:r w:rsidRPr="00291DA9">
              <w:rPr>
                <w:rFonts w:cs="Times New Roman"/>
                <w:lang w:val="ru-RU"/>
              </w:rPr>
              <w:t>, скриншоты/</w:t>
            </w:r>
            <w:r w:rsidRPr="00291DA9">
              <w:rPr>
                <w:rFonts w:cs="Times New Roman"/>
              </w:rPr>
              <w:t>CLI</w:t>
            </w:r>
            <w:r w:rsidRPr="00291DA9">
              <w:rPr>
                <w:rFonts w:cs="Times New Roman"/>
                <w:lang w:val="ru-RU"/>
              </w:rPr>
              <w:t xml:space="preserve"> СХД, схема </w:t>
            </w:r>
            <w:r w:rsidRPr="00291DA9">
              <w:rPr>
                <w:rFonts w:cs="Times New Roman"/>
              </w:rPr>
              <w:t>SAN</w:t>
            </w:r>
            <w:r w:rsidRPr="00291DA9">
              <w:rPr>
                <w:rFonts w:cs="Times New Roman"/>
                <w:lang w:val="ru-RU"/>
              </w:rPr>
              <w:t>/</w:t>
            </w:r>
            <w:r w:rsidRPr="00291DA9">
              <w:rPr>
                <w:rFonts w:cs="Times New Roman"/>
              </w:rPr>
              <w:t>zoning</w:t>
            </w:r>
            <w:r w:rsidRPr="00291DA9">
              <w:rPr>
                <w:rFonts w:cs="Times New Roman"/>
                <w:lang w:val="ru-RU"/>
              </w:rPr>
              <w:t>.</w:t>
            </w:r>
            <w:r w:rsidRPr="00291DA9">
              <w:rPr>
                <w:rFonts w:cs="Times New Roman"/>
                <w:lang w:val="ru-RU"/>
              </w:rPr>
              <w:br/>
            </w:r>
          </w:p>
          <w:p w14:paraId="1FF95CF7"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3) Выполнить контрольную проверку факта доступности </w:t>
            </w:r>
            <w:r w:rsidRPr="00291DA9">
              <w:rPr>
                <w:rFonts w:cs="Times New Roman"/>
              </w:rPr>
              <w:t>LUN</w:t>
            </w:r>
            <w:r w:rsidRPr="00291DA9">
              <w:rPr>
                <w:rFonts w:cs="Times New Roman"/>
                <w:lang w:val="ru-RU"/>
              </w:rPr>
              <w:t xml:space="preserve"> на каждом сервере: открыть блочное устройство и выполнить короткое чтение, например:</w:t>
            </w:r>
            <w:r w:rsidRPr="00291DA9">
              <w:rPr>
                <w:rFonts w:cs="Times New Roman"/>
                <w:lang w:val="ru-RU"/>
              </w:rPr>
              <w:br/>
            </w:r>
          </w:p>
          <w:p w14:paraId="3C702A8D"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 dd if=&lt;LUN1_PATH&gt; of=/dev/null bs=1M count=64 iflag=direct status=progress</w:t>
            </w:r>
            <w:r w:rsidRPr="00291DA9">
              <w:rPr>
                <w:rFonts w:ascii="Times New Roman" w:hAnsi="Times New Roman" w:cs="Times New Roman"/>
                <w:sz w:val="14"/>
              </w:rPr>
              <w:br/>
              <w:t># dd if=&lt;LUN2_PATH&gt; of=/dev/null bs=1M count=64 iflag=direct status=progress</w:t>
            </w:r>
            <w:r w:rsidRPr="00291DA9">
              <w:rPr>
                <w:rFonts w:ascii="Times New Roman" w:hAnsi="Times New Roman" w:cs="Times New Roman"/>
                <w:sz w:val="14"/>
              </w:rPr>
              <w:br/>
              <w:t># dd if=&lt;LUN3_PATH&gt; of=/dev/null bs=1M count=64 iflag=direct status=progress</w:t>
            </w:r>
            <w:r w:rsidRPr="00291DA9">
              <w:rPr>
                <w:rFonts w:ascii="Times New Roman" w:hAnsi="Times New Roman" w:cs="Times New Roman"/>
                <w:sz w:val="14"/>
              </w:rPr>
              <w:br/>
              <w:t># dd if=&lt;LUN4_PATH&gt; of=/dev/null bs=1M count=64 iflag=direct status=progress</w:t>
            </w:r>
          </w:p>
          <w:p w14:paraId="361D2D41" w14:textId="77777777" w:rsidR="00281EA7" w:rsidRPr="00291DA9" w:rsidRDefault="00281EA7" w:rsidP="00281EA7">
            <w:pPr>
              <w:pStyle w:val="TableText"/>
              <w:spacing w:after="40"/>
              <w:rPr>
                <w:rFonts w:cs="Times New Roman"/>
                <w:lang w:val="ru-RU"/>
              </w:rPr>
            </w:pPr>
            <w:r w:rsidRPr="00291DA9">
              <w:rPr>
                <w:rFonts w:cs="Times New Roman"/>
                <w:lang w:val="ru-RU"/>
              </w:rPr>
              <w:t>Цель — убедиться, что устройство открывается и отдаёт ввод-вывод. Сверка содержимого не выполняется.</w:t>
            </w:r>
            <w:r w:rsidRPr="00291DA9">
              <w:rPr>
                <w:rFonts w:cs="Times New Roman"/>
                <w:lang w:val="ru-RU"/>
              </w:rPr>
              <w:br/>
            </w:r>
          </w:p>
          <w:p w14:paraId="185DDBC6" w14:textId="77777777" w:rsidR="00281EA7" w:rsidRPr="00291DA9" w:rsidRDefault="00281EA7" w:rsidP="00281EA7">
            <w:pPr>
              <w:pStyle w:val="TableText"/>
              <w:spacing w:after="40"/>
              <w:rPr>
                <w:rFonts w:cs="Times New Roman"/>
                <w:lang w:val="ru-RU"/>
              </w:rPr>
            </w:pPr>
            <w:r w:rsidRPr="00291DA9">
              <w:rPr>
                <w:rFonts w:cs="Times New Roman"/>
                <w:lang w:val="ru-RU"/>
              </w:rPr>
              <w:t>4) Заполнить журнал испытаний раздела 9 и указать ссылки на каталоги с логами.</w:t>
            </w:r>
          </w:p>
        </w:tc>
        <w:tc>
          <w:tcPr>
            <w:tcW w:w="1268" w:type="pct"/>
          </w:tcPr>
          <w:p w14:paraId="63C50781" w14:textId="77777777" w:rsidR="00281EA7" w:rsidRPr="00291DA9" w:rsidRDefault="00281EA7" w:rsidP="00281EA7">
            <w:pPr>
              <w:pStyle w:val="TableText"/>
              <w:spacing w:after="40"/>
              <w:rPr>
                <w:rFonts w:cs="Times New Roman"/>
                <w:lang w:val="ru-RU"/>
              </w:rPr>
            </w:pPr>
            <w:r w:rsidRPr="00291DA9">
              <w:rPr>
                <w:rFonts w:cs="Times New Roman"/>
                <w:lang w:val="ru-RU"/>
              </w:rPr>
              <w:t>Испытание считается успешным, если одновременно выполнены условия:</w:t>
            </w:r>
            <w:r w:rsidRPr="00291DA9">
              <w:rPr>
                <w:rFonts w:cs="Times New Roman"/>
                <w:lang w:val="ru-RU"/>
              </w:rPr>
              <w:br/>
            </w:r>
          </w:p>
          <w:p w14:paraId="18BDD22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1) Все тестовые </w:t>
            </w:r>
            <w:r w:rsidRPr="00291DA9">
              <w:rPr>
                <w:rFonts w:cs="Times New Roman"/>
              </w:rPr>
              <w:t>LUN</w:t>
            </w:r>
            <w:r w:rsidRPr="00291DA9">
              <w:rPr>
                <w:rFonts w:cs="Times New Roman"/>
                <w:lang w:val="ru-RU"/>
              </w:rPr>
              <w:t xml:space="preserve"> присутствуют как </w:t>
            </w:r>
            <w:r w:rsidRPr="00291DA9">
              <w:rPr>
                <w:rFonts w:cs="Times New Roman"/>
              </w:rPr>
              <w:t>DM</w:t>
            </w:r>
            <w:r w:rsidRPr="00291DA9">
              <w:rPr>
                <w:rFonts w:cs="Times New Roman"/>
                <w:lang w:val="ru-RU"/>
              </w:rPr>
              <w:t>-</w:t>
            </w:r>
            <w:r w:rsidRPr="00291DA9">
              <w:rPr>
                <w:rFonts w:cs="Times New Roman"/>
              </w:rPr>
              <w:t>multipath</w:t>
            </w:r>
            <w:r w:rsidRPr="00291DA9">
              <w:rPr>
                <w:rFonts w:cs="Times New Roman"/>
                <w:lang w:val="ru-RU"/>
              </w:rPr>
              <w:t xml:space="preserve"> устройства на обоих серверах.</w:t>
            </w:r>
            <w:r w:rsidRPr="00291DA9">
              <w:rPr>
                <w:rFonts w:cs="Times New Roman"/>
                <w:lang w:val="ru-RU"/>
              </w:rPr>
              <w:br/>
            </w:r>
          </w:p>
          <w:p w14:paraId="453315E7" w14:textId="77777777" w:rsidR="00281EA7" w:rsidRPr="00291DA9" w:rsidRDefault="00281EA7" w:rsidP="00281EA7">
            <w:pPr>
              <w:pStyle w:val="TableText"/>
              <w:spacing w:after="40"/>
              <w:rPr>
                <w:rFonts w:cs="Times New Roman"/>
                <w:lang w:val="ru-RU"/>
              </w:rPr>
            </w:pPr>
            <w:r w:rsidRPr="00291DA9">
              <w:rPr>
                <w:rFonts w:cs="Times New Roman"/>
                <w:lang w:val="ru-RU"/>
              </w:rPr>
              <w:t>2) Все ожидаемые пути восстановлены, состояние путей соответствует разделу 7.4.</w:t>
            </w:r>
            <w:r w:rsidRPr="00291DA9">
              <w:rPr>
                <w:rFonts w:cs="Times New Roman"/>
                <w:lang w:val="ru-RU"/>
              </w:rPr>
              <w:br/>
            </w:r>
          </w:p>
          <w:p w14:paraId="53DC178F" w14:textId="77777777" w:rsidR="00281EA7" w:rsidRPr="00291DA9" w:rsidRDefault="00281EA7" w:rsidP="00281EA7">
            <w:pPr>
              <w:pStyle w:val="TableText"/>
              <w:spacing w:after="40"/>
              <w:rPr>
                <w:rFonts w:cs="Times New Roman"/>
                <w:lang w:val="ru-RU"/>
              </w:rPr>
            </w:pPr>
            <w:r w:rsidRPr="00291DA9">
              <w:rPr>
                <w:rFonts w:cs="Times New Roman"/>
                <w:lang w:val="ru-RU"/>
              </w:rPr>
              <w:t>3) Контрольное чтение блочного устройства (</w:t>
            </w:r>
          </w:p>
          <w:p w14:paraId="3D809E38" w14:textId="77777777" w:rsidR="00281EA7" w:rsidRPr="00291DA9" w:rsidRDefault="00281EA7" w:rsidP="00281EA7">
            <w:pPr>
              <w:pStyle w:val="TableText"/>
              <w:spacing w:after="40"/>
              <w:rPr>
                <w:rFonts w:cs="Times New Roman"/>
                <w:lang w:val="ru-RU"/>
              </w:rPr>
            </w:pPr>
            <w:r w:rsidRPr="00291DA9">
              <w:rPr>
                <w:rFonts w:eastAsia="Consolas" w:cs="Times New Roman"/>
              </w:rPr>
              <w:t>dd</w:t>
            </w:r>
            <w:r w:rsidRPr="00291DA9">
              <w:rPr>
                <w:rFonts w:eastAsia="Consolas" w:cs="Times New Roman"/>
                <w:lang w:val="ru-RU"/>
              </w:rPr>
              <w:t xml:space="preserve"> </w:t>
            </w:r>
            <w:r w:rsidRPr="00291DA9">
              <w:rPr>
                <w:rFonts w:eastAsia="Consolas" w:cs="Times New Roman"/>
              </w:rPr>
              <w:t>if</w:t>
            </w:r>
            <w:r w:rsidRPr="00291DA9">
              <w:rPr>
                <w:rFonts w:eastAsia="Consolas" w:cs="Times New Roman"/>
                <w:lang w:val="ru-RU"/>
              </w:rPr>
              <w:t>=&lt;</w:t>
            </w:r>
            <w:r w:rsidRPr="00291DA9">
              <w:rPr>
                <w:rFonts w:eastAsia="Consolas" w:cs="Times New Roman"/>
              </w:rPr>
              <w:t>LUN</w:t>
            </w:r>
            <w:r w:rsidRPr="00291DA9">
              <w:rPr>
                <w:rFonts w:eastAsia="Consolas" w:cs="Times New Roman"/>
                <w:lang w:val="ru-RU"/>
              </w:rPr>
              <w:t xml:space="preserve">&gt; </w:t>
            </w:r>
            <w:r w:rsidRPr="00291DA9">
              <w:rPr>
                <w:rFonts w:eastAsia="Consolas" w:cs="Times New Roman"/>
              </w:rPr>
              <w:t>of</w:t>
            </w:r>
            <w:r w:rsidRPr="00291DA9">
              <w:rPr>
                <w:rFonts w:eastAsia="Consolas" w:cs="Times New Roman"/>
                <w:lang w:val="ru-RU"/>
              </w:rPr>
              <w:t>=/</w:t>
            </w:r>
            <w:r w:rsidRPr="00291DA9">
              <w:rPr>
                <w:rFonts w:eastAsia="Consolas" w:cs="Times New Roman"/>
              </w:rPr>
              <w:t>dev</w:t>
            </w:r>
            <w:r w:rsidRPr="00291DA9">
              <w:rPr>
                <w:rFonts w:eastAsia="Consolas" w:cs="Times New Roman"/>
                <w:lang w:val="ru-RU"/>
              </w:rPr>
              <w:t>/</w:t>
            </w:r>
            <w:r w:rsidRPr="00291DA9">
              <w:rPr>
                <w:rFonts w:eastAsia="Consolas" w:cs="Times New Roman"/>
              </w:rPr>
              <w:t>null</w:t>
            </w:r>
          </w:p>
          <w:p w14:paraId="0A4298F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завершается без ошибок ввода-вывода на каждом из 4 </w:t>
            </w:r>
            <w:r w:rsidRPr="00291DA9">
              <w:rPr>
                <w:rFonts w:cs="Times New Roman"/>
              </w:rPr>
              <w:t>LUN</w:t>
            </w:r>
            <w:r w:rsidRPr="00291DA9">
              <w:rPr>
                <w:rFonts w:cs="Times New Roman"/>
                <w:lang w:val="ru-RU"/>
              </w:rPr>
              <w:t>.</w:t>
            </w:r>
            <w:r w:rsidRPr="00291DA9">
              <w:rPr>
                <w:rFonts w:cs="Times New Roman"/>
                <w:lang w:val="ru-RU"/>
              </w:rPr>
              <w:br/>
            </w:r>
          </w:p>
          <w:p w14:paraId="37F24425" w14:textId="77777777" w:rsidR="00281EA7" w:rsidRPr="00291DA9" w:rsidRDefault="00281EA7" w:rsidP="00281EA7">
            <w:pPr>
              <w:pStyle w:val="TableText"/>
              <w:spacing w:after="40"/>
              <w:rPr>
                <w:rFonts w:cs="Times New Roman"/>
                <w:lang w:val="ru-RU"/>
              </w:rPr>
            </w:pPr>
            <w:r w:rsidRPr="00291DA9">
              <w:rPr>
                <w:rFonts w:cs="Times New Roman"/>
                <w:lang w:val="ru-RU"/>
              </w:rPr>
              <w:t>4) Комплект приложений собран и связан с журналом испытаний.</w:t>
            </w:r>
            <w:r w:rsidRPr="00291DA9">
              <w:rPr>
                <w:rFonts w:cs="Times New Roman"/>
                <w:lang w:val="ru-RU"/>
              </w:rPr>
              <w:br/>
            </w:r>
          </w:p>
          <w:p w14:paraId="642D1D2D" w14:textId="77777777" w:rsidR="00281EA7" w:rsidRPr="00291DA9" w:rsidRDefault="00281EA7" w:rsidP="00281EA7">
            <w:pPr>
              <w:pStyle w:val="TableText"/>
              <w:spacing w:after="40"/>
              <w:rPr>
                <w:rFonts w:cs="Times New Roman"/>
                <w:lang w:val="ru-RU"/>
              </w:rPr>
            </w:pPr>
            <w:r w:rsidRPr="00291DA9">
              <w:rPr>
                <w:rFonts w:cs="Times New Roman"/>
                <w:lang w:val="ru-RU"/>
              </w:rPr>
              <w:t>5) Итоговый статус каждого испытания указан как «Пройдено», «Не пройдено» или «Не выполнялось».</w:t>
            </w:r>
          </w:p>
        </w:tc>
      </w:tr>
    </w:tbl>
    <w:p w14:paraId="73ED10B7" w14:textId="77777777" w:rsidR="00281EA7" w:rsidRPr="00291DA9" w:rsidRDefault="00281EA7" w:rsidP="00281EA7"/>
    <w:p w14:paraId="68A7448C" w14:textId="77777777" w:rsidR="00281EA7" w:rsidRPr="005302D1" w:rsidRDefault="00281EA7" w:rsidP="00281EA7">
      <w:pPr>
        <w:rPr>
          <w:b/>
          <w:bCs/>
          <w:szCs w:val="28"/>
        </w:rPr>
      </w:pPr>
      <w:r w:rsidRPr="005302D1">
        <w:rPr>
          <w:b/>
          <w:bCs/>
          <w:szCs w:val="28"/>
        </w:rPr>
        <w:t>7. Команды, таблицы фиксации и FIO-профили для тестов SLUA / Symmetric Active-Active</w:t>
      </w:r>
    </w:p>
    <w:p w14:paraId="73FDA9AA" w14:textId="77777777" w:rsidR="00281EA7" w:rsidRPr="005302D1" w:rsidRDefault="00281EA7" w:rsidP="00281EA7">
      <w:pPr>
        <w:rPr>
          <w:b/>
          <w:bCs/>
          <w:szCs w:val="28"/>
        </w:rPr>
      </w:pPr>
      <w:r w:rsidRPr="005302D1">
        <w:rPr>
          <w:b/>
          <w:bCs/>
          <w:szCs w:val="28"/>
        </w:rPr>
        <w:t>7.0.0 Типовая конфигурация multipath для целей ПМИ SLUA / Symmetric Active-Active</w:t>
      </w:r>
    </w:p>
    <w:p w14:paraId="6562D3CB" w14:textId="77777777" w:rsidR="00281EA7" w:rsidRPr="00291DA9" w:rsidRDefault="00281EA7" w:rsidP="00281EA7">
      <w:r w:rsidRPr="00291DA9">
        <w:t xml:space="preserve">Конфигурация multipath согласовывается с производителем СХД и применяется по его рекомендации. Для целей настоящей ПМИ обязательным параметром является только </w:t>
      </w:r>
      <w:r w:rsidRPr="00291DA9">
        <w:rPr>
          <w:rFonts w:eastAsia="Consolas"/>
          <w:sz w:val="17"/>
        </w:rPr>
        <w:t>path_selector "round-robin 0"</w:t>
      </w:r>
      <w:r w:rsidRPr="00291DA9">
        <w:t xml:space="preserve"> — он используется для проверки распределения операций ввода-вывода по рабочим путям. Все остальные параметры в примере ниже, включая </w:t>
      </w:r>
      <w:r w:rsidRPr="00291DA9">
        <w:rPr>
          <w:rFonts w:eastAsia="Consolas"/>
          <w:sz w:val="17"/>
        </w:rPr>
        <w:t>path_grouping_policy</w:t>
      </w:r>
      <w:r w:rsidRPr="00291DA9">
        <w:t xml:space="preserve">, </w:t>
      </w:r>
      <w:r w:rsidRPr="00291DA9">
        <w:rPr>
          <w:rFonts w:eastAsia="Consolas"/>
          <w:sz w:val="17"/>
        </w:rPr>
        <w:t>path_checker</w:t>
      </w:r>
      <w:r w:rsidRPr="00291DA9">
        <w:t xml:space="preserve">, </w:t>
      </w:r>
      <w:r w:rsidRPr="00291DA9">
        <w:rPr>
          <w:rFonts w:eastAsia="Consolas"/>
          <w:sz w:val="17"/>
        </w:rPr>
        <w:t>prio</w:t>
      </w:r>
      <w:r w:rsidRPr="00291DA9">
        <w:t xml:space="preserve">, </w:t>
      </w:r>
      <w:r w:rsidRPr="00291DA9">
        <w:rPr>
          <w:rFonts w:eastAsia="Consolas"/>
          <w:sz w:val="17"/>
        </w:rPr>
        <w:t>no_path_retry</w:t>
      </w:r>
      <w:r w:rsidRPr="00291DA9">
        <w:t xml:space="preserve">, </w:t>
      </w:r>
      <w:r w:rsidRPr="00291DA9">
        <w:rPr>
          <w:rFonts w:eastAsia="Consolas"/>
          <w:sz w:val="17"/>
        </w:rPr>
        <w:t>polling_interval</w:t>
      </w:r>
      <w:r w:rsidRPr="00291DA9">
        <w:t xml:space="preserve">, </w:t>
      </w:r>
      <w:r w:rsidRPr="00291DA9">
        <w:rPr>
          <w:rFonts w:eastAsia="Consolas"/>
          <w:sz w:val="17"/>
        </w:rPr>
        <w:t>fast_io_fail_tmo</w:t>
      </w:r>
      <w:r w:rsidRPr="00291DA9">
        <w:t xml:space="preserve">, </w:t>
      </w:r>
      <w:r w:rsidRPr="00291DA9">
        <w:rPr>
          <w:rFonts w:eastAsia="Consolas"/>
          <w:sz w:val="17"/>
        </w:rPr>
        <w:t>dev_loss_tmo</w:t>
      </w:r>
      <w:r w:rsidRPr="00291DA9">
        <w:t xml:space="preserve"> и </w:t>
      </w:r>
      <w:r w:rsidRPr="00291DA9">
        <w:rPr>
          <w:rFonts w:eastAsia="Consolas"/>
          <w:sz w:val="17"/>
        </w:rPr>
        <w:t>max_sectors_kb</w:t>
      </w:r>
      <w:r w:rsidRPr="00291DA9">
        <w:t>, приведены как иллюстрация и могут отличаться от итоговой эксплуатационной рекомендации производителя.</w:t>
      </w:r>
    </w:p>
    <w:p w14:paraId="1B640876" w14:textId="77777777" w:rsidR="00281EA7" w:rsidRPr="00291DA9" w:rsidRDefault="00281EA7" w:rsidP="00281EA7">
      <w:r w:rsidRPr="00291DA9">
        <w:t xml:space="preserve">В частности, значение </w:t>
      </w:r>
      <w:r w:rsidRPr="00291DA9">
        <w:rPr>
          <w:rFonts w:eastAsia="Consolas"/>
          <w:sz w:val="17"/>
        </w:rPr>
        <w:t>path_grouping_policy multibus</w:t>
      </w:r>
      <w:r w:rsidRPr="00291DA9">
        <w:t xml:space="preserve"> в примере приводит к группировке всех путей в одну active-группу — это допустимое отображение SLUA по разделу 7.5, но не единственно возможное. При других значениях (</w:t>
      </w:r>
      <w:r w:rsidRPr="00291DA9">
        <w:rPr>
          <w:rFonts w:eastAsia="Consolas"/>
          <w:sz w:val="17"/>
        </w:rPr>
        <w:t>group_by_prio</w:t>
      </w:r>
      <w:r w:rsidRPr="00291DA9">
        <w:t xml:space="preserve">, </w:t>
      </w:r>
      <w:r w:rsidRPr="00291DA9">
        <w:rPr>
          <w:rFonts w:eastAsia="Consolas"/>
          <w:sz w:val="17"/>
        </w:rPr>
        <w:t>failover</w:t>
      </w:r>
      <w:r w:rsidRPr="00291DA9">
        <w:t xml:space="preserve"> и др.) DM-Multipath может показать несколько active-групп с одинаковым/сопоставимым </w:t>
      </w:r>
      <w:r w:rsidRPr="00291DA9">
        <w:rPr>
          <w:rFonts w:eastAsia="Consolas"/>
          <w:sz w:val="17"/>
        </w:rPr>
        <w:t>prio</w:t>
      </w:r>
      <w:r w:rsidRPr="00291DA9">
        <w:t>. Обе картины признаются допустимыми, если выполнены признаки SLUA из разделов 7.3–7.5.</w:t>
      </w:r>
    </w:p>
    <w:p w14:paraId="67A5580D" w14:textId="77777777" w:rsidR="00281EA7" w:rsidRPr="00291DA9" w:rsidRDefault="00281EA7" w:rsidP="00281EA7">
      <w:r w:rsidRPr="00291DA9">
        <w:lastRenderedPageBreak/>
        <w:t xml:space="preserve">Производитель СХД может приложить к итоговому конфигу свои примечания по поведению multipath на отказных сценариях — длительность переходных процессов, типы и коды ожидаемых ошибок, рекомендуемые значения </w:t>
      </w:r>
      <w:r w:rsidRPr="00291DA9">
        <w:rPr>
          <w:rFonts w:eastAsia="Consolas"/>
          <w:sz w:val="17"/>
        </w:rPr>
        <w:t>no_path_retry</w:t>
      </w:r>
      <w:r w:rsidRPr="00291DA9">
        <w:t xml:space="preserve"> и </w:t>
      </w:r>
      <w:r w:rsidRPr="00291DA9">
        <w:rPr>
          <w:rFonts w:eastAsia="Consolas"/>
          <w:sz w:val="17"/>
        </w:rPr>
        <w:t>polling_interval</w:t>
      </w:r>
      <w:r w:rsidRPr="00291DA9">
        <w:t>. Такие вендорские примечания прикладываются к материалам испытаний и используются при разборе результатов.</w:t>
      </w:r>
    </w:p>
    <w:p w14:paraId="4D2FEBF9" w14:textId="77777777" w:rsidR="00281EA7" w:rsidRPr="00291DA9" w:rsidRDefault="00281EA7" w:rsidP="00281EA7">
      <w:r w:rsidRPr="00291DA9">
        <w:t xml:space="preserve">Перед началом отказных испытаний в журнале фиксируются фактические значения </w:t>
      </w:r>
      <w:r w:rsidRPr="00291DA9">
        <w:rPr>
          <w:rFonts w:eastAsia="Consolas"/>
          <w:sz w:val="17"/>
        </w:rPr>
        <w:t>polling_interval</w:t>
      </w:r>
      <w:r w:rsidRPr="00291DA9">
        <w:t xml:space="preserve"> и </w:t>
      </w:r>
      <w:r w:rsidRPr="00291DA9">
        <w:rPr>
          <w:rFonts w:eastAsia="Consolas"/>
          <w:sz w:val="17"/>
        </w:rPr>
        <w:t>no_path_retry</w:t>
      </w:r>
      <w:r w:rsidRPr="00291DA9">
        <w:t xml:space="preserve">. Если применяется числовое значение </w:t>
      </w:r>
      <w:r w:rsidRPr="00291DA9">
        <w:rPr>
          <w:rFonts w:eastAsia="Consolas"/>
          <w:sz w:val="17"/>
        </w:rPr>
        <w:t>no_path_retry</w:t>
      </w:r>
      <w:r w:rsidRPr="00291DA9">
        <w:t xml:space="preserve">, контрольный интервал отсутствия прогресса I/O рассчитывается как </w:t>
      </w:r>
      <w:r w:rsidRPr="00291DA9">
        <w:rPr>
          <w:rFonts w:eastAsia="Consolas"/>
          <w:sz w:val="17"/>
        </w:rPr>
        <w:t xml:space="preserve">Tконтроля = </w:t>
      </w:r>
      <w:proofErr w:type="gramStart"/>
      <w:r w:rsidRPr="00291DA9">
        <w:rPr>
          <w:rFonts w:eastAsia="Consolas"/>
          <w:sz w:val="17"/>
        </w:rPr>
        <w:t>max(</w:t>
      </w:r>
      <w:proofErr w:type="gramEnd"/>
      <w:r w:rsidRPr="00291DA9">
        <w:rPr>
          <w:rFonts w:eastAsia="Consolas"/>
          <w:sz w:val="17"/>
        </w:rPr>
        <w:t>180 секунд, no_path_retry × polling_interval)</w:t>
      </w:r>
      <w:r w:rsidRPr="00291DA9">
        <w:t xml:space="preserve">. Для примера </w:t>
      </w:r>
      <w:r w:rsidRPr="00291DA9">
        <w:rPr>
          <w:rFonts w:eastAsia="Consolas"/>
          <w:sz w:val="17"/>
        </w:rPr>
        <w:t>no_path_retry 28</w:t>
      </w:r>
      <w:r w:rsidRPr="00291DA9">
        <w:t xml:space="preserve"> и </w:t>
      </w:r>
      <w:r w:rsidRPr="00291DA9">
        <w:rPr>
          <w:rFonts w:eastAsia="Consolas"/>
          <w:sz w:val="17"/>
        </w:rPr>
        <w:t>polling_interval 5</w:t>
      </w:r>
      <w:r w:rsidRPr="00291DA9">
        <w:t xml:space="preserve"> расчёт даёт около 140 секунд, поэтому применяется порог 180 секунд; при </w:t>
      </w:r>
      <w:r w:rsidRPr="00291DA9">
        <w:rPr>
          <w:rFonts w:eastAsia="Consolas"/>
          <w:sz w:val="17"/>
        </w:rPr>
        <w:t>no_path_retry 60</w:t>
      </w:r>
      <w:r w:rsidRPr="00291DA9">
        <w:t xml:space="preserve"> и </w:t>
      </w:r>
      <w:r w:rsidRPr="00291DA9">
        <w:rPr>
          <w:rFonts w:eastAsia="Consolas"/>
          <w:sz w:val="17"/>
        </w:rPr>
        <w:t>polling_interval 5</w:t>
      </w:r>
      <w:r w:rsidRPr="00291DA9">
        <w:t xml:space="preserve"> применяется порог 300 секунд. При необходимости стороны могут дополнительно наблюдать состояние ещё 30–60 секунд, но это не изменяет базовый контрольный интервал, если иное не согласовано до начала испытаний.</w:t>
      </w:r>
    </w:p>
    <w:p w14:paraId="427C95F6" w14:textId="77777777" w:rsidR="00281EA7" w:rsidRPr="00291DA9" w:rsidRDefault="00281EA7" w:rsidP="00281EA7">
      <w:pPr>
        <w:pStyle w:val="CodeBlock"/>
        <w:shd w:val="clear" w:color="auto" w:fill="F2F4F7"/>
        <w:rPr>
          <w:rFonts w:ascii="Times New Roman" w:hAnsi="Times New Roman" w:cs="Times New Roman"/>
        </w:rPr>
      </w:pPr>
      <w:r w:rsidRPr="00291DA9">
        <w:rPr>
          <w:rFonts w:ascii="Times New Roman" w:hAnsi="Times New Roman" w:cs="Times New Roman"/>
        </w:rPr>
        <w:t># cat &gt;/etc/multipath/conf.d/storage-test.conf &lt;&lt;'EOF'</w:t>
      </w:r>
      <w:r w:rsidRPr="00291DA9">
        <w:rPr>
          <w:rFonts w:ascii="Times New Roman" w:hAnsi="Times New Roman" w:cs="Times New Roman"/>
        </w:rPr>
        <w:br/>
        <w:t>defaults {</w:t>
      </w:r>
      <w:r w:rsidRPr="00291DA9">
        <w:rPr>
          <w:rFonts w:ascii="Times New Roman" w:hAnsi="Times New Roman" w:cs="Times New Roman"/>
        </w:rPr>
        <w:br/>
        <w:t xml:space="preserve">    find_multipaths        yes</w:t>
      </w:r>
      <w:r w:rsidRPr="00291DA9">
        <w:rPr>
          <w:rFonts w:ascii="Times New Roman" w:hAnsi="Times New Roman" w:cs="Times New Roman"/>
        </w:rPr>
        <w:br/>
        <w:t xml:space="preserve">    user_friendly_names    no</w:t>
      </w:r>
      <w:r w:rsidRPr="00291DA9">
        <w:rPr>
          <w:rFonts w:ascii="Times New Roman" w:hAnsi="Times New Roman" w:cs="Times New Roman"/>
        </w:rPr>
        <w:br/>
        <w:t xml:space="preserve">    polling_interval       5</w:t>
      </w:r>
      <w:r w:rsidRPr="00291DA9">
        <w:rPr>
          <w:rFonts w:ascii="Times New Roman" w:hAnsi="Times New Roman" w:cs="Times New Roman"/>
        </w:rPr>
        <w:br/>
        <w:t>}</w:t>
      </w:r>
      <w:r w:rsidRPr="00291DA9">
        <w:rPr>
          <w:rFonts w:ascii="Times New Roman" w:hAnsi="Times New Roman" w:cs="Times New Roman"/>
        </w:rPr>
        <w:br/>
        <w:t>devices {</w:t>
      </w:r>
      <w:r w:rsidRPr="00291DA9">
        <w:rPr>
          <w:rFonts w:ascii="Times New Roman" w:hAnsi="Times New Roman" w:cs="Times New Roman"/>
        </w:rPr>
        <w:br/>
        <w:t xml:space="preserve">    device {</w:t>
      </w:r>
      <w:r w:rsidRPr="00291DA9">
        <w:rPr>
          <w:rFonts w:ascii="Times New Roman" w:hAnsi="Times New Roman" w:cs="Times New Roman"/>
        </w:rPr>
        <w:br/>
        <w:t xml:space="preserve">        vendor                 "&lt;STORAGE_VENDOR&gt;"</w:t>
      </w:r>
      <w:r w:rsidRPr="00291DA9">
        <w:rPr>
          <w:rFonts w:ascii="Times New Roman" w:hAnsi="Times New Roman" w:cs="Times New Roman"/>
        </w:rPr>
        <w:br/>
        <w:t xml:space="preserve">        product                "&lt;STORAGE_MODEL&gt;"</w:t>
      </w:r>
      <w:r w:rsidRPr="00291DA9">
        <w:rPr>
          <w:rFonts w:ascii="Times New Roman" w:hAnsi="Times New Roman" w:cs="Times New Roman"/>
        </w:rPr>
        <w:br/>
        <w:t xml:space="preserve">        path_grouping_policy   multibus</w:t>
      </w:r>
      <w:r w:rsidRPr="00291DA9">
        <w:rPr>
          <w:rFonts w:ascii="Times New Roman" w:hAnsi="Times New Roman" w:cs="Times New Roman"/>
        </w:rPr>
        <w:br/>
        <w:t xml:space="preserve">        path_selector          "round-robin 0"</w:t>
      </w:r>
      <w:r w:rsidRPr="00291DA9">
        <w:rPr>
          <w:rFonts w:ascii="Times New Roman" w:hAnsi="Times New Roman" w:cs="Times New Roman"/>
        </w:rPr>
        <w:br/>
        <w:t xml:space="preserve">        path_checker           tur</w:t>
      </w:r>
      <w:r w:rsidRPr="00291DA9">
        <w:rPr>
          <w:rFonts w:ascii="Times New Roman" w:hAnsi="Times New Roman" w:cs="Times New Roman"/>
        </w:rPr>
        <w:br/>
        <w:t xml:space="preserve">        no_path_retry          28</w:t>
      </w:r>
      <w:r w:rsidRPr="00291DA9">
        <w:rPr>
          <w:rFonts w:ascii="Times New Roman" w:hAnsi="Times New Roman" w:cs="Times New Roman"/>
        </w:rPr>
        <w:br/>
        <w:t xml:space="preserve">        max_sectors_kb         1024</w:t>
      </w:r>
      <w:r w:rsidRPr="00291DA9">
        <w:rPr>
          <w:rFonts w:ascii="Times New Roman" w:hAnsi="Times New Roman" w:cs="Times New Roman"/>
        </w:rPr>
        <w:br/>
        <w:t xml:space="preserve">    }</w:t>
      </w:r>
      <w:r w:rsidRPr="00291DA9">
        <w:rPr>
          <w:rFonts w:ascii="Times New Roman" w:hAnsi="Times New Roman" w:cs="Times New Roman"/>
        </w:rPr>
        <w:br/>
        <w:t>}</w:t>
      </w:r>
      <w:r w:rsidRPr="00291DA9">
        <w:rPr>
          <w:rFonts w:ascii="Times New Roman" w:hAnsi="Times New Roman" w:cs="Times New Roman"/>
        </w:rPr>
        <w:br/>
        <w:t>EOF</w:t>
      </w:r>
      <w:r w:rsidRPr="00291DA9">
        <w:rPr>
          <w:rFonts w:ascii="Times New Roman" w:hAnsi="Times New Roman" w:cs="Times New Roman"/>
        </w:rPr>
        <w:br/>
      </w:r>
      <w:r w:rsidRPr="00291DA9">
        <w:rPr>
          <w:rFonts w:ascii="Times New Roman" w:hAnsi="Times New Roman" w:cs="Times New Roman"/>
        </w:rPr>
        <w:br/>
        <w:t># systemctl reload multipathd</w:t>
      </w:r>
      <w:r w:rsidRPr="00291DA9">
        <w:rPr>
          <w:rFonts w:ascii="Times New Roman" w:hAnsi="Times New Roman" w:cs="Times New Roman"/>
        </w:rPr>
        <w:br/>
        <w:t># multipathd show config</w:t>
      </w:r>
    </w:p>
    <w:tbl>
      <w:tblPr>
        <w:tblW w:w="0" w:type="auto"/>
        <w:jc w:val="center"/>
        <w:tblBorders>
          <w:top w:val="single" w:sz="4" w:space="0" w:color="C9D2E3"/>
          <w:left w:val="single" w:sz="4" w:space="0" w:color="C9D2E3"/>
          <w:bottom w:val="single" w:sz="4" w:space="0" w:color="C9D2E3"/>
          <w:right w:val="single" w:sz="4" w:space="0" w:color="C9D2E3"/>
          <w:insideH w:val="single" w:sz="4" w:space="0" w:color="C9D2E3"/>
          <w:insideV w:val="single" w:sz="4" w:space="0" w:color="C9D2E3"/>
        </w:tblBorders>
        <w:tblLook w:val="04A0" w:firstRow="1" w:lastRow="0" w:firstColumn="1" w:lastColumn="0" w:noHBand="0" w:noVBand="1"/>
      </w:tblPr>
      <w:tblGrid>
        <w:gridCol w:w="2268"/>
        <w:gridCol w:w="5670"/>
        <w:gridCol w:w="5670"/>
      </w:tblGrid>
      <w:tr w:rsidR="00281EA7" w:rsidRPr="00291DA9" w14:paraId="52EC271B" w14:textId="77777777" w:rsidTr="00281EA7">
        <w:trPr>
          <w:tblHeader/>
          <w:jc w:val="center"/>
        </w:trPr>
        <w:tc>
          <w:tcPr>
            <w:tcW w:w="2268" w:type="dxa"/>
            <w:shd w:val="clear" w:color="auto" w:fill="E9EEF8"/>
          </w:tcPr>
          <w:p w14:paraId="4091C46D" w14:textId="77777777" w:rsidR="00281EA7" w:rsidRPr="00291DA9" w:rsidRDefault="00281EA7" w:rsidP="00281EA7">
            <w:pPr>
              <w:pStyle w:val="TableText"/>
              <w:spacing w:after="40"/>
              <w:rPr>
                <w:rFonts w:cs="Times New Roman"/>
              </w:rPr>
            </w:pPr>
            <w:r w:rsidRPr="00291DA9">
              <w:rPr>
                <w:rFonts w:cs="Times New Roman"/>
                <w:b/>
              </w:rPr>
              <w:t>Параметр</w:t>
            </w:r>
          </w:p>
        </w:tc>
        <w:tc>
          <w:tcPr>
            <w:tcW w:w="5670" w:type="dxa"/>
            <w:shd w:val="clear" w:color="auto" w:fill="E9EEF8"/>
          </w:tcPr>
          <w:p w14:paraId="33295D12" w14:textId="77777777" w:rsidR="00281EA7" w:rsidRPr="00291DA9" w:rsidRDefault="00281EA7" w:rsidP="00281EA7">
            <w:pPr>
              <w:pStyle w:val="TableText"/>
              <w:spacing w:after="40"/>
              <w:rPr>
                <w:rFonts w:cs="Times New Roman"/>
              </w:rPr>
            </w:pPr>
            <w:r w:rsidRPr="00291DA9">
              <w:rPr>
                <w:rFonts w:cs="Times New Roman"/>
                <w:b/>
              </w:rPr>
              <w:t>Значение в примере</w:t>
            </w:r>
          </w:p>
        </w:tc>
        <w:tc>
          <w:tcPr>
            <w:tcW w:w="5670" w:type="dxa"/>
            <w:shd w:val="clear" w:color="auto" w:fill="E9EEF8"/>
          </w:tcPr>
          <w:p w14:paraId="54E43C5A" w14:textId="77777777" w:rsidR="00281EA7" w:rsidRPr="00291DA9" w:rsidRDefault="00281EA7" w:rsidP="00281EA7">
            <w:pPr>
              <w:pStyle w:val="TableText"/>
              <w:spacing w:after="40"/>
              <w:rPr>
                <w:rFonts w:cs="Times New Roman"/>
              </w:rPr>
            </w:pPr>
            <w:r w:rsidRPr="00291DA9">
              <w:rPr>
                <w:rFonts w:cs="Times New Roman"/>
                <w:b/>
              </w:rPr>
              <w:t>Зачем для ПМИ</w:t>
            </w:r>
          </w:p>
        </w:tc>
      </w:tr>
      <w:tr w:rsidR="00281EA7" w:rsidRPr="00D31521" w14:paraId="56F4F121" w14:textId="77777777" w:rsidTr="00281EA7">
        <w:trPr>
          <w:jc w:val="center"/>
        </w:trPr>
        <w:tc>
          <w:tcPr>
            <w:tcW w:w="2268" w:type="dxa"/>
          </w:tcPr>
          <w:p w14:paraId="48A50B8D" w14:textId="77777777" w:rsidR="00281EA7" w:rsidRPr="00291DA9" w:rsidRDefault="00281EA7" w:rsidP="00281EA7">
            <w:pPr>
              <w:pStyle w:val="TableText"/>
              <w:spacing w:after="40"/>
              <w:rPr>
                <w:rFonts w:cs="Times New Roman"/>
              </w:rPr>
            </w:pPr>
            <w:r w:rsidRPr="00291DA9">
              <w:rPr>
                <w:rFonts w:eastAsia="Consolas" w:cs="Times New Roman"/>
              </w:rPr>
              <w:t>path_selector "round-robin 0"</w:t>
            </w:r>
          </w:p>
        </w:tc>
        <w:tc>
          <w:tcPr>
            <w:tcW w:w="5670" w:type="dxa"/>
          </w:tcPr>
          <w:p w14:paraId="7EB90AC4" w14:textId="77777777" w:rsidR="00281EA7" w:rsidRPr="00291DA9" w:rsidRDefault="00281EA7" w:rsidP="00281EA7">
            <w:pPr>
              <w:pStyle w:val="TableText"/>
              <w:spacing w:after="40"/>
              <w:rPr>
                <w:rFonts w:cs="Times New Roman"/>
              </w:rPr>
            </w:pPr>
            <w:r w:rsidRPr="00291DA9">
              <w:rPr>
                <w:rFonts w:cs="Times New Roman"/>
              </w:rPr>
              <w:t>Обязательно для ПМИ</w:t>
            </w:r>
          </w:p>
        </w:tc>
        <w:tc>
          <w:tcPr>
            <w:tcW w:w="5670" w:type="dxa"/>
          </w:tcPr>
          <w:p w14:paraId="1BDF0CA6" w14:textId="77777777" w:rsidR="00281EA7" w:rsidRPr="00291DA9" w:rsidRDefault="00281EA7" w:rsidP="00281EA7">
            <w:pPr>
              <w:pStyle w:val="TableText"/>
              <w:spacing w:after="40"/>
              <w:rPr>
                <w:rFonts w:cs="Times New Roman"/>
                <w:lang w:val="ru-RU"/>
              </w:rPr>
            </w:pPr>
            <w:r w:rsidRPr="00291DA9">
              <w:rPr>
                <w:rFonts w:cs="Times New Roman"/>
                <w:lang w:val="ru-RU"/>
              </w:rPr>
              <w:t>Обязательный селектор для проверки распределения операций ввода-вывода по рабочим путям в настоящей ПМИ.</w:t>
            </w:r>
          </w:p>
        </w:tc>
      </w:tr>
      <w:tr w:rsidR="00281EA7" w:rsidRPr="00D31521" w14:paraId="1E2B9284" w14:textId="77777777" w:rsidTr="00281EA7">
        <w:trPr>
          <w:jc w:val="center"/>
        </w:trPr>
        <w:tc>
          <w:tcPr>
            <w:tcW w:w="2268" w:type="dxa"/>
          </w:tcPr>
          <w:p w14:paraId="0DD35B01" w14:textId="77777777" w:rsidR="00281EA7" w:rsidRPr="00291DA9" w:rsidRDefault="00281EA7" w:rsidP="00281EA7">
            <w:pPr>
              <w:pStyle w:val="TableText"/>
              <w:spacing w:after="40"/>
              <w:rPr>
                <w:rFonts w:cs="Times New Roman"/>
              </w:rPr>
            </w:pPr>
            <w:r w:rsidRPr="00291DA9">
              <w:rPr>
                <w:rFonts w:eastAsia="Consolas" w:cs="Times New Roman"/>
              </w:rPr>
              <w:t>path_grouping_policy</w:t>
            </w:r>
          </w:p>
        </w:tc>
        <w:tc>
          <w:tcPr>
            <w:tcW w:w="5670" w:type="dxa"/>
          </w:tcPr>
          <w:p w14:paraId="0056EAF1" w14:textId="77777777" w:rsidR="00281EA7" w:rsidRPr="00291DA9" w:rsidRDefault="00281EA7" w:rsidP="00281EA7">
            <w:pPr>
              <w:pStyle w:val="TableText"/>
              <w:spacing w:after="40"/>
              <w:rPr>
                <w:rFonts w:cs="Times New Roman"/>
              </w:rPr>
            </w:pPr>
            <w:r w:rsidRPr="00291DA9">
              <w:rPr>
                <w:rFonts w:eastAsia="Consolas" w:cs="Times New Roman"/>
              </w:rPr>
              <w:t>multibus</w:t>
            </w:r>
          </w:p>
          <w:p w14:paraId="217FCE29" w14:textId="77777777" w:rsidR="00281EA7" w:rsidRPr="00291DA9" w:rsidRDefault="00281EA7" w:rsidP="00281EA7">
            <w:pPr>
              <w:pStyle w:val="TableText"/>
              <w:spacing w:after="40"/>
              <w:rPr>
                <w:rFonts w:cs="Times New Roman"/>
              </w:rPr>
            </w:pPr>
            <w:r w:rsidRPr="00291DA9">
              <w:rPr>
                <w:rFonts w:cs="Times New Roman"/>
              </w:rPr>
              <w:t xml:space="preserve"> в примере</w:t>
            </w:r>
          </w:p>
        </w:tc>
        <w:tc>
          <w:tcPr>
            <w:tcW w:w="5670" w:type="dxa"/>
          </w:tcPr>
          <w:p w14:paraId="3F14AD9F"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Группировка путей. В примере — </w:t>
            </w:r>
          </w:p>
          <w:p w14:paraId="175593DE" w14:textId="77777777" w:rsidR="00281EA7" w:rsidRPr="00291DA9" w:rsidRDefault="00281EA7" w:rsidP="00281EA7">
            <w:pPr>
              <w:pStyle w:val="TableText"/>
              <w:spacing w:after="40"/>
              <w:rPr>
                <w:rFonts w:cs="Times New Roman"/>
                <w:lang w:val="ru-RU"/>
              </w:rPr>
            </w:pPr>
            <w:r w:rsidRPr="00291DA9">
              <w:rPr>
                <w:rFonts w:eastAsia="Consolas" w:cs="Times New Roman"/>
              </w:rPr>
              <w:t>multibus</w:t>
            </w:r>
          </w:p>
          <w:p w14:paraId="49165CBA"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(одна </w:t>
            </w:r>
            <w:r w:rsidRPr="00291DA9">
              <w:rPr>
                <w:rFonts w:cs="Times New Roman"/>
              </w:rPr>
              <w:t>active</w:t>
            </w:r>
            <w:r w:rsidRPr="00291DA9">
              <w:rPr>
                <w:rFonts w:cs="Times New Roman"/>
                <w:lang w:val="ru-RU"/>
              </w:rPr>
              <w:t>-группа). Итоговое значение применяется по рекомендации производителя СХД и фиксируется в материалах испытаний. Иные значения (</w:t>
            </w:r>
          </w:p>
          <w:p w14:paraId="79F0246F" w14:textId="77777777" w:rsidR="00281EA7" w:rsidRPr="00291DA9" w:rsidRDefault="00281EA7" w:rsidP="00281EA7">
            <w:pPr>
              <w:pStyle w:val="TableText"/>
              <w:spacing w:after="40"/>
              <w:rPr>
                <w:rFonts w:cs="Times New Roman"/>
                <w:lang w:val="ru-RU"/>
              </w:rPr>
            </w:pPr>
            <w:r w:rsidRPr="00291DA9">
              <w:rPr>
                <w:rFonts w:eastAsia="Consolas" w:cs="Times New Roman"/>
              </w:rPr>
              <w:t>group</w:t>
            </w:r>
            <w:r w:rsidRPr="00291DA9">
              <w:rPr>
                <w:rFonts w:eastAsia="Consolas" w:cs="Times New Roman"/>
                <w:lang w:val="ru-RU"/>
              </w:rPr>
              <w:t>_</w:t>
            </w:r>
            <w:r w:rsidRPr="00291DA9">
              <w:rPr>
                <w:rFonts w:eastAsia="Consolas" w:cs="Times New Roman"/>
              </w:rPr>
              <w:t>by</w:t>
            </w:r>
            <w:r w:rsidRPr="00291DA9">
              <w:rPr>
                <w:rFonts w:eastAsia="Consolas" w:cs="Times New Roman"/>
                <w:lang w:val="ru-RU"/>
              </w:rPr>
              <w:t>_</w:t>
            </w:r>
            <w:r w:rsidRPr="00291DA9">
              <w:rPr>
                <w:rFonts w:eastAsia="Consolas" w:cs="Times New Roman"/>
              </w:rPr>
              <w:t>prio</w:t>
            </w:r>
          </w:p>
          <w:p w14:paraId="0CB2A080"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w:t>
            </w:r>
          </w:p>
          <w:p w14:paraId="3BC410D0" w14:textId="77777777" w:rsidR="00281EA7" w:rsidRPr="00291DA9" w:rsidRDefault="00281EA7" w:rsidP="00281EA7">
            <w:pPr>
              <w:pStyle w:val="TableText"/>
              <w:spacing w:after="40"/>
              <w:rPr>
                <w:rFonts w:cs="Times New Roman"/>
                <w:lang w:val="ru-RU"/>
              </w:rPr>
            </w:pPr>
            <w:r w:rsidRPr="00291DA9">
              <w:rPr>
                <w:rFonts w:eastAsia="Consolas" w:cs="Times New Roman"/>
              </w:rPr>
              <w:t>failover</w:t>
            </w:r>
          </w:p>
          <w:p w14:paraId="6BC5CBE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и др.) допустимы, если сохранены признаки </w:t>
            </w:r>
            <w:r w:rsidRPr="00291DA9">
              <w:rPr>
                <w:rFonts w:cs="Times New Roman"/>
              </w:rPr>
              <w:t>SLUA</w:t>
            </w:r>
            <w:r w:rsidRPr="00291DA9">
              <w:rPr>
                <w:rFonts w:cs="Times New Roman"/>
                <w:lang w:val="ru-RU"/>
              </w:rPr>
              <w:t xml:space="preserve"> по разделам 7.3–7.5.</w:t>
            </w:r>
          </w:p>
        </w:tc>
      </w:tr>
      <w:tr w:rsidR="00281EA7" w:rsidRPr="00D31521" w14:paraId="5961130E" w14:textId="77777777" w:rsidTr="00281EA7">
        <w:trPr>
          <w:jc w:val="center"/>
        </w:trPr>
        <w:tc>
          <w:tcPr>
            <w:tcW w:w="2268" w:type="dxa"/>
          </w:tcPr>
          <w:p w14:paraId="08A09DB6" w14:textId="77777777" w:rsidR="00281EA7" w:rsidRPr="00291DA9" w:rsidRDefault="00281EA7" w:rsidP="00281EA7">
            <w:pPr>
              <w:pStyle w:val="TableText"/>
              <w:spacing w:after="40"/>
              <w:rPr>
                <w:rFonts w:cs="Times New Roman"/>
              </w:rPr>
            </w:pPr>
            <w:r w:rsidRPr="00291DA9">
              <w:rPr>
                <w:rFonts w:eastAsia="Consolas" w:cs="Times New Roman"/>
              </w:rPr>
              <w:t>path_checker</w:t>
            </w:r>
          </w:p>
        </w:tc>
        <w:tc>
          <w:tcPr>
            <w:tcW w:w="5670" w:type="dxa"/>
          </w:tcPr>
          <w:p w14:paraId="14CEF4BC" w14:textId="77777777" w:rsidR="00281EA7" w:rsidRPr="00291DA9" w:rsidRDefault="00281EA7" w:rsidP="00281EA7">
            <w:pPr>
              <w:pStyle w:val="TableText"/>
              <w:spacing w:after="40"/>
              <w:rPr>
                <w:rFonts w:cs="Times New Roman"/>
              </w:rPr>
            </w:pPr>
            <w:r w:rsidRPr="00291DA9">
              <w:rPr>
                <w:rFonts w:eastAsia="Consolas" w:cs="Times New Roman"/>
              </w:rPr>
              <w:t>tur</w:t>
            </w:r>
          </w:p>
          <w:p w14:paraId="628F8AD0" w14:textId="77777777" w:rsidR="00281EA7" w:rsidRPr="00291DA9" w:rsidRDefault="00281EA7" w:rsidP="00281EA7">
            <w:pPr>
              <w:pStyle w:val="TableText"/>
              <w:spacing w:after="40"/>
              <w:rPr>
                <w:rFonts w:cs="Times New Roman"/>
              </w:rPr>
            </w:pPr>
            <w:r w:rsidRPr="00291DA9">
              <w:rPr>
                <w:rFonts w:cs="Times New Roman"/>
              </w:rPr>
              <w:t xml:space="preserve"> в примере</w:t>
            </w:r>
          </w:p>
        </w:tc>
        <w:tc>
          <w:tcPr>
            <w:tcW w:w="5670" w:type="dxa"/>
          </w:tcPr>
          <w:p w14:paraId="37CD4872" w14:textId="77777777" w:rsidR="00281EA7" w:rsidRPr="00291DA9" w:rsidRDefault="00281EA7" w:rsidP="00281EA7">
            <w:pPr>
              <w:pStyle w:val="TableText"/>
              <w:spacing w:after="40"/>
              <w:rPr>
                <w:rFonts w:cs="Times New Roman"/>
                <w:lang w:val="ru-RU"/>
              </w:rPr>
            </w:pPr>
            <w:r w:rsidRPr="00291DA9">
              <w:rPr>
                <w:rFonts w:cs="Times New Roman"/>
                <w:lang w:val="ru-RU"/>
              </w:rPr>
              <w:t>Метод проверки доступности пути. Итоговое значение применяется по рекомендации производителя СХД.</w:t>
            </w:r>
          </w:p>
        </w:tc>
      </w:tr>
      <w:tr w:rsidR="00281EA7" w:rsidRPr="00291DA9" w14:paraId="5067FF4F" w14:textId="77777777" w:rsidTr="00281EA7">
        <w:trPr>
          <w:jc w:val="center"/>
        </w:trPr>
        <w:tc>
          <w:tcPr>
            <w:tcW w:w="2268" w:type="dxa"/>
          </w:tcPr>
          <w:p w14:paraId="7C24F186" w14:textId="77777777" w:rsidR="00281EA7" w:rsidRPr="00291DA9" w:rsidRDefault="00281EA7" w:rsidP="00281EA7">
            <w:pPr>
              <w:pStyle w:val="TableText"/>
              <w:spacing w:after="40"/>
              <w:rPr>
                <w:rFonts w:cs="Times New Roman"/>
              </w:rPr>
            </w:pPr>
            <w:r w:rsidRPr="00291DA9">
              <w:rPr>
                <w:rFonts w:eastAsia="Consolas" w:cs="Times New Roman"/>
              </w:rPr>
              <w:t>no_path_retry</w:t>
            </w:r>
          </w:p>
        </w:tc>
        <w:tc>
          <w:tcPr>
            <w:tcW w:w="5670" w:type="dxa"/>
          </w:tcPr>
          <w:p w14:paraId="3052A208" w14:textId="77777777" w:rsidR="00281EA7" w:rsidRPr="00291DA9" w:rsidRDefault="00281EA7" w:rsidP="00281EA7">
            <w:pPr>
              <w:pStyle w:val="TableText"/>
              <w:spacing w:after="40"/>
              <w:rPr>
                <w:rFonts w:cs="Times New Roman"/>
              </w:rPr>
            </w:pPr>
            <w:r w:rsidRPr="00291DA9">
              <w:rPr>
                <w:rFonts w:eastAsia="Consolas" w:cs="Times New Roman"/>
              </w:rPr>
              <w:t>28</w:t>
            </w:r>
          </w:p>
          <w:p w14:paraId="6D1EEC96" w14:textId="77777777" w:rsidR="00281EA7" w:rsidRPr="00291DA9" w:rsidRDefault="00281EA7" w:rsidP="00281EA7">
            <w:pPr>
              <w:pStyle w:val="TableText"/>
              <w:spacing w:after="40"/>
              <w:rPr>
                <w:rFonts w:cs="Times New Roman"/>
              </w:rPr>
            </w:pPr>
            <w:r w:rsidRPr="00291DA9">
              <w:rPr>
                <w:rFonts w:cs="Times New Roman"/>
              </w:rPr>
              <w:t xml:space="preserve"> в примере</w:t>
            </w:r>
          </w:p>
        </w:tc>
        <w:tc>
          <w:tcPr>
            <w:tcW w:w="5670" w:type="dxa"/>
          </w:tcPr>
          <w:p w14:paraId="566734F8" w14:textId="77777777" w:rsidR="00281EA7" w:rsidRPr="00291DA9" w:rsidRDefault="00281EA7" w:rsidP="00281EA7">
            <w:pPr>
              <w:pStyle w:val="TableText"/>
              <w:spacing w:after="40"/>
              <w:rPr>
                <w:rFonts w:cs="Times New Roman"/>
              </w:rPr>
            </w:pPr>
            <w:r w:rsidRPr="00291DA9">
              <w:rPr>
                <w:rFonts w:cs="Times New Roman"/>
                <w:lang w:val="ru-RU"/>
              </w:rPr>
              <w:t xml:space="preserve">Числовое значение задаёт количество циклов проверки путей, а не секунды. </w:t>
            </w:r>
            <w:r w:rsidRPr="00291DA9">
              <w:rPr>
                <w:rFonts w:cs="Times New Roman"/>
              </w:rPr>
              <w:t>Используется для расчёта контрольного интервала отсутствия прогресса I/O.</w:t>
            </w:r>
          </w:p>
        </w:tc>
      </w:tr>
      <w:tr w:rsidR="00281EA7" w:rsidRPr="00B16F71" w14:paraId="7E978812" w14:textId="77777777" w:rsidTr="00281EA7">
        <w:trPr>
          <w:jc w:val="center"/>
        </w:trPr>
        <w:tc>
          <w:tcPr>
            <w:tcW w:w="2268" w:type="dxa"/>
          </w:tcPr>
          <w:p w14:paraId="40BA6526" w14:textId="77777777" w:rsidR="00281EA7" w:rsidRPr="00291DA9" w:rsidRDefault="00281EA7" w:rsidP="00281EA7">
            <w:pPr>
              <w:pStyle w:val="TableText"/>
              <w:spacing w:after="40"/>
              <w:rPr>
                <w:rFonts w:cs="Times New Roman"/>
              </w:rPr>
            </w:pPr>
            <w:r w:rsidRPr="00291DA9">
              <w:rPr>
                <w:rFonts w:eastAsia="Consolas" w:cs="Times New Roman"/>
              </w:rPr>
              <w:t>polling_interval</w:t>
            </w:r>
          </w:p>
        </w:tc>
        <w:tc>
          <w:tcPr>
            <w:tcW w:w="5670" w:type="dxa"/>
          </w:tcPr>
          <w:p w14:paraId="49C7286A" w14:textId="77777777" w:rsidR="00281EA7" w:rsidRPr="00291DA9" w:rsidRDefault="00281EA7" w:rsidP="00281EA7">
            <w:pPr>
              <w:pStyle w:val="TableText"/>
              <w:spacing w:after="40"/>
              <w:rPr>
                <w:rFonts w:cs="Times New Roman"/>
              </w:rPr>
            </w:pPr>
            <w:r w:rsidRPr="00291DA9">
              <w:rPr>
                <w:rFonts w:eastAsia="Consolas" w:cs="Times New Roman"/>
              </w:rPr>
              <w:t>5</w:t>
            </w:r>
          </w:p>
          <w:p w14:paraId="78663A87" w14:textId="77777777" w:rsidR="00281EA7" w:rsidRPr="00291DA9" w:rsidRDefault="00281EA7" w:rsidP="00281EA7">
            <w:pPr>
              <w:pStyle w:val="TableText"/>
              <w:spacing w:after="40"/>
              <w:rPr>
                <w:rFonts w:cs="Times New Roman"/>
              </w:rPr>
            </w:pPr>
            <w:r w:rsidRPr="00291DA9">
              <w:rPr>
                <w:rFonts w:cs="Times New Roman"/>
              </w:rPr>
              <w:t xml:space="preserve"> в примере</w:t>
            </w:r>
          </w:p>
        </w:tc>
        <w:tc>
          <w:tcPr>
            <w:tcW w:w="5670" w:type="dxa"/>
          </w:tcPr>
          <w:p w14:paraId="04E04CF3"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Интервал проверки путей </w:t>
            </w:r>
            <w:r w:rsidRPr="00291DA9">
              <w:rPr>
                <w:rFonts w:cs="Times New Roman"/>
              </w:rPr>
              <w:t>multipathd</w:t>
            </w:r>
            <w:r w:rsidRPr="00291DA9">
              <w:rPr>
                <w:rFonts w:cs="Times New Roman"/>
                <w:lang w:val="ru-RU"/>
              </w:rPr>
              <w:t xml:space="preserve">. Вместе с </w:t>
            </w:r>
          </w:p>
          <w:p w14:paraId="2BF4BC27" w14:textId="77777777" w:rsidR="00281EA7" w:rsidRPr="00291DA9" w:rsidRDefault="00281EA7" w:rsidP="00281EA7">
            <w:pPr>
              <w:pStyle w:val="TableText"/>
              <w:spacing w:after="40"/>
              <w:rPr>
                <w:rFonts w:cs="Times New Roman"/>
                <w:lang w:val="ru-RU"/>
              </w:rPr>
            </w:pPr>
            <w:r w:rsidRPr="00291DA9">
              <w:rPr>
                <w:rFonts w:eastAsia="Consolas" w:cs="Times New Roman"/>
              </w:rPr>
              <w:t>no</w:t>
            </w:r>
            <w:r w:rsidRPr="00291DA9">
              <w:rPr>
                <w:rFonts w:eastAsia="Consolas" w:cs="Times New Roman"/>
                <w:lang w:val="ru-RU"/>
              </w:rPr>
              <w:t>_</w:t>
            </w:r>
            <w:r w:rsidRPr="00291DA9">
              <w:rPr>
                <w:rFonts w:eastAsia="Consolas" w:cs="Times New Roman"/>
              </w:rPr>
              <w:t>path</w:t>
            </w:r>
            <w:r w:rsidRPr="00291DA9">
              <w:rPr>
                <w:rFonts w:eastAsia="Consolas" w:cs="Times New Roman"/>
                <w:lang w:val="ru-RU"/>
              </w:rPr>
              <w:t>_</w:t>
            </w:r>
            <w:r w:rsidRPr="00291DA9">
              <w:rPr>
                <w:rFonts w:eastAsia="Consolas" w:cs="Times New Roman"/>
              </w:rPr>
              <w:t>retry</w:t>
            </w:r>
          </w:p>
          <w:p w14:paraId="66E2EEA5"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определяет расчётное окно ожидания: </w:t>
            </w:r>
          </w:p>
          <w:p w14:paraId="2AEA1EE9" w14:textId="77777777" w:rsidR="00281EA7" w:rsidRPr="00291DA9" w:rsidRDefault="00281EA7" w:rsidP="00281EA7">
            <w:pPr>
              <w:pStyle w:val="TableText"/>
              <w:spacing w:after="40"/>
              <w:rPr>
                <w:rFonts w:cs="Times New Roman"/>
              </w:rPr>
            </w:pPr>
            <w:r w:rsidRPr="00291DA9">
              <w:rPr>
                <w:rFonts w:eastAsia="Consolas" w:cs="Times New Roman"/>
              </w:rPr>
              <w:lastRenderedPageBreak/>
              <w:t>no_path_retry × polling_interval</w:t>
            </w:r>
          </w:p>
          <w:p w14:paraId="72B0AADB" w14:textId="77777777" w:rsidR="00281EA7" w:rsidRPr="00291DA9" w:rsidRDefault="00281EA7" w:rsidP="00281EA7">
            <w:pPr>
              <w:pStyle w:val="TableText"/>
              <w:spacing w:after="40"/>
              <w:rPr>
                <w:rFonts w:cs="Times New Roman"/>
              </w:rPr>
            </w:pPr>
            <w:r w:rsidRPr="00291DA9">
              <w:rPr>
                <w:rFonts w:cs="Times New Roman"/>
              </w:rPr>
              <w:t>.</w:t>
            </w:r>
          </w:p>
        </w:tc>
      </w:tr>
      <w:tr w:rsidR="00281EA7" w:rsidRPr="00D31521" w14:paraId="3D5F1671" w14:textId="77777777" w:rsidTr="00281EA7">
        <w:trPr>
          <w:jc w:val="center"/>
        </w:trPr>
        <w:tc>
          <w:tcPr>
            <w:tcW w:w="2268" w:type="dxa"/>
          </w:tcPr>
          <w:p w14:paraId="164C05C4" w14:textId="77777777" w:rsidR="00281EA7" w:rsidRPr="00291DA9" w:rsidRDefault="00281EA7" w:rsidP="00281EA7">
            <w:pPr>
              <w:pStyle w:val="TableText"/>
              <w:spacing w:after="40"/>
              <w:rPr>
                <w:rFonts w:cs="Times New Roman"/>
              </w:rPr>
            </w:pPr>
            <w:r w:rsidRPr="00291DA9">
              <w:rPr>
                <w:rFonts w:eastAsia="Consolas" w:cs="Times New Roman"/>
              </w:rPr>
              <w:t>max_sectors_kb</w:t>
            </w:r>
          </w:p>
        </w:tc>
        <w:tc>
          <w:tcPr>
            <w:tcW w:w="5670" w:type="dxa"/>
          </w:tcPr>
          <w:p w14:paraId="7D85E0FA" w14:textId="77777777" w:rsidR="00281EA7" w:rsidRPr="00291DA9" w:rsidRDefault="00281EA7" w:rsidP="00281EA7">
            <w:pPr>
              <w:pStyle w:val="TableText"/>
              <w:spacing w:after="40"/>
              <w:rPr>
                <w:rFonts w:cs="Times New Roman"/>
              </w:rPr>
            </w:pPr>
            <w:r w:rsidRPr="00291DA9">
              <w:rPr>
                <w:rFonts w:eastAsia="Consolas" w:cs="Times New Roman"/>
              </w:rPr>
              <w:t>1024</w:t>
            </w:r>
          </w:p>
          <w:p w14:paraId="1414E08B" w14:textId="77777777" w:rsidR="00281EA7" w:rsidRPr="00291DA9" w:rsidRDefault="00281EA7" w:rsidP="00281EA7">
            <w:pPr>
              <w:pStyle w:val="TableText"/>
              <w:spacing w:after="40"/>
              <w:rPr>
                <w:rFonts w:cs="Times New Roman"/>
              </w:rPr>
            </w:pPr>
            <w:r w:rsidRPr="00291DA9">
              <w:rPr>
                <w:rFonts w:cs="Times New Roman"/>
              </w:rPr>
              <w:t xml:space="preserve"> в примере</w:t>
            </w:r>
          </w:p>
        </w:tc>
        <w:tc>
          <w:tcPr>
            <w:tcW w:w="5670" w:type="dxa"/>
          </w:tcPr>
          <w:p w14:paraId="7FF6E293" w14:textId="77777777" w:rsidR="00281EA7" w:rsidRPr="00291DA9" w:rsidRDefault="00281EA7" w:rsidP="00281EA7">
            <w:pPr>
              <w:pStyle w:val="TableText"/>
              <w:spacing w:after="40"/>
              <w:rPr>
                <w:rFonts w:cs="Times New Roman"/>
                <w:lang w:val="ru-RU"/>
              </w:rPr>
            </w:pPr>
            <w:r w:rsidRPr="00291DA9">
              <w:rPr>
                <w:rFonts w:cs="Times New Roman"/>
                <w:lang w:val="ru-RU"/>
              </w:rPr>
              <w:t>Ограничение размера одного блочного запроса. Итоговое значение применяется по рекомендации производителя СХД.</w:t>
            </w:r>
          </w:p>
        </w:tc>
      </w:tr>
    </w:tbl>
    <w:p w14:paraId="03ECBC67" w14:textId="77777777" w:rsidR="00281EA7" w:rsidRPr="00291DA9" w:rsidRDefault="00281EA7" w:rsidP="00281EA7"/>
    <w:tbl>
      <w:tblPr>
        <w:tblW w:w="0" w:type="auto"/>
        <w:jc w:val="center"/>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Look w:val="04A0" w:firstRow="1" w:lastRow="0" w:firstColumn="1" w:lastColumn="0" w:noHBand="0" w:noVBand="1"/>
      </w:tblPr>
      <w:tblGrid>
        <w:gridCol w:w="14464"/>
      </w:tblGrid>
      <w:tr w:rsidR="00281EA7" w:rsidRPr="00D31521" w14:paraId="432D2132" w14:textId="77777777" w:rsidTr="00281EA7">
        <w:trPr>
          <w:jc w:val="center"/>
        </w:trPr>
        <w:tc>
          <w:tcPr>
            <w:tcW w:w="14480" w:type="dxa"/>
            <w:shd w:val="clear" w:color="auto" w:fill="EEF2FF"/>
          </w:tcPr>
          <w:p w14:paraId="2C047C9B" w14:textId="77777777" w:rsidR="00281EA7" w:rsidRPr="00291DA9" w:rsidRDefault="00281EA7" w:rsidP="00281EA7">
            <w:r w:rsidRPr="00291DA9">
              <w:rPr>
                <w:b/>
                <w:sz w:val="19"/>
              </w:rPr>
              <w:t xml:space="preserve">Контроль </w:t>
            </w:r>
            <w:r w:rsidRPr="00291DA9">
              <w:rPr>
                <w:rFonts w:eastAsia="Consolas"/>
                <w:b/>
                <w:sz w:val="19"/>
              </w:rPr>
              <w:t>no_path_retry</w:t>
            </w:r>
            <w:r w:rsidRPr="00291DA9">
              <w:rPr>
                <w:b/>
                <w:sz w:val="19"/>
              </w:rPr>
              <w:t xml:space="preserve"> в отказных сценариях.</w:t>
            </w:r>
            <w:r w:rsidRPr="00291DA9">
              <w:rPr>
                <w:sz w:val="19"/>
              </w:rPr>
              <w:t xml:space="preserve"> Полная трактовка </w:t>
            </w:r>
            <w:r w:rsidRPr="00291DA9">
              <w:rPr>
                <w:rFonts w:eastAsia="Consolas"/>
                <w:sz w:val="19"/>
              </w:rPr>
              <w:t>err&gt;0</w:t>
            </w:r>
            <w:r w:rsidRPr="00291DA9">
              <w:rPr>
                <w:sz w:val="19"/>
              </w:rPr>
              <w:t xml:space="preserve"> в FIO и контрольного интервала </w:t>
            </w:r>
            <w:r w:rsidRPr="00291DA9">
              <w:rPr>
                <w:rFonts w:eastAsia="Consolas"/>
                <w:sz w:val="19"/>
              </w:rPr>
              <w:t>Tконтроля</w:t>
            </w:r>
            <w:r w:rsidRPr="00291DA9">
              <w:rPr>
                <w:sz w:val="19"/>
              </w:rPr>
              <w:t xml:space="preserve"> приведена в разделе 4. Кратко: </w:t>
            </w:r>
            <w:r w:rsidRPr="00291DA9">
              <w:rPr>
                <w:rFonts w:eastAsia="Consolas"/>
                <w:sz w:val="19"/>
              </w:rPr>
              <w:t xml:space="preserve">Tконтроля = </w:t>
            </w:r>
            <w:proofErr w:type="gramStart"/>
            <w:r w:rsidRPr="00291DA9">
              <w:rPr>
                <w:rFonts w:eastAsia="Consolas"/>
                <w:sz w:val="19"/>
              </w:rPr>
              <w:t>max(</w:t>
            </w:r>
            <w:proofErr w:type="gramEnd"/>
            <w:r w:rsidRPr="00291DA9">
              <w:rPr>
                <w:rFonts w:eastAsia="Consolas"/>
                <w:sz w:val="19"/>
              </w:rPr>
              <w:t>180 секунд, no_path_retry × polling_interval)</w:t>
            </w:r>
            <w:r w:rsidRPr="00291DA9">
              <w:rPr>
                <w:sz w:val="19"/>
              </w:rPr>
              <w:t xml:space="preserve">. Если после отказа должны оставаться рабочие пути, но на DM-Multipath устройстве отсутствует прогресс I/O дольше указанного интервала, сценарий считается «Не пройдено». Значение </w:t>
            </w:r>
            <w:r w:rsidRPr="00291DA9">
              <w:rPr>
                <w:rFonts w:eastAsia="Consolas"/>
                <w:sz w:val="19"/>
              </w:rPr>
              <w:t>err&gt;0</w:t>
            </w:r>
            <w:r w:rsidRPr="00291DA9">
              <w:rPr>
                <w:sz w:val="19"/>
              </w:rPr>
              <w:t xml:space="preserve"> в итоговом отчёте FIO фиксируется и разбирается по правилам раздела 4 и само по себе не является автоматическим основанием для статуса «Не пройдено» в отказных сценариях.</w:t>
            </w:r>
          </w:p>
        </w:tc>
      </w:tr>
    </w:tbl>
    <w:p w14:paraId="355F61AB" w14:textId="77777777" w:rsidR="00281EA7" w:rsidRPr="00291DA9" w:rsidRDefault="00281EA7" w:rsidP="00281EA7"/>
    <w:tbl>
      <w:tblPr>
        <w:tblW w:w="0" w:type="auto"/>
        <w:jc w:val="center"/>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Look w:val="04A0" w:firstRow="1" w:lastRow="0" w:firstColumn="1" w:lastColumn="0" w:noHBand="0" w:noVBand="1"/>
      </w:tblPr>
      <w:tblGrid>
        <w:gridCol w:w="14464"/>
      </w:tblGrid>
      <w:tr w:rsidR="00281EA7" w:rsidRPr="00D31521" w14:paraId="5CAAEF2E" w14:textId="77777777" w:rsidTr="00281EA7">
        <w:trPr>
          <w:jc w:val="center"/>
        </w:trPr>
        <w:tc>
          <w:tcPr>
            <w:tcW w:w="14480" w:type="dxa"/>
            <w:shd w:val="clear" w:color="auto" w:fill="EEF2FF"/>
          </w:tcPr>
          <w:p w14:paraId="2732A32E" w14:textId="77777777" w:rsidR="00281EA7" w:rsidRPr="00291DA9" w:rsidRDefault="00281EA7" w:rsidP="00281EA7">
            <w:r w:rsidRPr="00291DA9">
              <w:rPr>
                <w:b/>
                <w:sz w:val="19"/>
              </w:rPr>
              <w:t>Разграничение multipath и scheduler.</w:t>
            </w:r>
            <w:r w:rsidRPr="00291DA9">
              <w:rPr>
                <w:sz w:val="19"/>
              </w:rPr>
              <w:t xml:space="preserve"> В примере multipath-конфигурации scheduler не указывается, потому что </w:t>
            </w:r>
            <w:r w:rsidRPr="00291DA9">
              <w:rPr>
                <w:rFonts w:eastAsia="Consolas"/>
                <w:sz w:val="19"/>
              </w:rPr>
              <w:t>scheduler=none</w:t>
            </w:r>
            <w:r w:rsidRPr="00291DA9">
              <w:rPr>
                <w:sz w:val="19"/>
              </w:rPr>
              <w:t xml:space="preserve"> относится к настройкам очереди блочного устройства Linux и задаётся через udev. Для настоящей ПМИ обязательным параметром multipath остаётся </w:t>
            </w:r>
            <w:r w:rsidRPr="00291DA9">
              <w:rPr>
                <w:rFonts w:eastAsia="Consolas"/>
                <w:sz w:val="19"/>
              </w:rPr>
              <w:t>path_selector "round-robin 0"</w:t>
            </w:r>
            <w:r w:rsidRPr="00291DA9">
              <w:rPr>
                <w:sz w:val="19"/>
              </w:rPr>
              <w:t>; настройка scheduler применяется только как настройка ОС стенда и фиксируется отдельно, если она включена в udev-правило.</w:t>
            </w:r>
          </w:p>
        </w:tc>
      </w:tr>
    </w:tbl>
    <w:p w14:paraId="24A69EE4" w14:textId="77777777" w:rsidR="00281EA7" w:rsidRPr="00291DA9" w:rsidRDefault="00281EA7" w:rsidP="00281EA7"/>
    <w:p w14:paraId="272A48E0" w14:textId="77777777" w:rsidR="00281EA7" w:rsidRPr="00281EA7" w:rsidRDefault="00281EA7" w:rsidP="00281EA7">
      <w:pPr>
        <w:rPr>
          <w:b/>
          <w:bCs/>
          <w:szCs w:val="28"/>
          <w:lang w:val="en-US"/>
        </w:rPr>
      </w:pPr>
      <w:r w:rsidRPr="00281EA7">
        <w:rPr>
          <w:b/>
          <w:bCs/>
          <w:szCs w:val="28"/>
          <w:lang w:val="en-US"/>
        </w:rPr>
        <w:t xml:space="preserve">7.0.1. </w:t>
      </w:r>
      <w:r w:rsidRPr="005302D1">
        <w:rPr>
          <w:b/>
          <w:bCs/>
          <w:szCs w:val="28"/>
        </w:rPr>
        <w:t>Пример</w:t>
      </w:r>
      <w:r w:rsidRPr="00281EA7">
        <w:rPr>
          <w:b/>
          <w:bCs/>
          <w:szCs w:val="28"/>
          <w:lang w:val="en-US"/>
        </w:rPr>
        <w:t xml:space="preserve"> udev-</w:t>
      </w:r>
      <w:r w:rsidRPr="005302D1">
        <w:rPr>
          <w:b/>
          <w:bCs/>
          <w:szCs w:val="28"/>
        </w:rPr>
        <w:t>настроек</w:t>
      </w:r>
      <w:r w:rsidRPr="00281EA7">
        <w:rPr>
          <w:b/>
          <w:bCs/>
          <w:szCs w:val="28"/>
          <w:lang w:val="en-US"/>
        </w:rPr>
        <w:t xml:space="preserve"> </w:t>
      </w:r>
      <w:r w:rsidRPr="005302D1">
        <w:rPr>
          <w:b/>
          <w:bCs/>
          <w:szCs w:val="28"/>
        </w:rPr>
        <w:t>для</w:t>
      </w:r>
      <w:r w:rsidRPr="00281EA7">
        <w:rPr>
          <w:b/>
          <w:bCs/>
          <w:szCs w:val="28"/>
          <w:lang w:val="en-US"/>
        </w:rPr>
        <w:t xml:space="preserve"> FC LUN SLUA / Symmetric Active-Active</w:t>
      </w:r>
    </w:p>
    <w:p w14:paraId="1C3A8E1F" w14:textId="77777777" w:rsidR="00281EA7" w:rsidRPr="00291DA9" w:rsidRDefault="00281EA7" w:rsidP="00281EA7">
      <w:r w:rsidRPr="00291DA9">
        <w:t xml:space="preserve">Перед созданием правила необходимо определить фактические значения </w:t>
      </w:r>
      <w:r w:rsidRPr="00291DA9">
        <w:rPr>
          <w:rFonts w:eastAsia="Consolas"/>
          <w:sz w:val="17"/>
        </w:rPr>
        <w:t>ID_VENDOR</w:t>
      </w:r>
      <w:r w:rsidRPr="00291DA9">
        <w:t xml:space="preserve"> и </w:t>
      </w:r>
      <w:r w:rsidRPr="00291DA9">
        <w:rPr>
          <w:rFonts w:eastAsia="Consolas"/>
          <w:sz w:val="17"/>
        </w:rPr>
        <w:t>ID_MODEL</w:t>
      </w:r>
      <w:r w:rsidRPr="00291DA9">
        <w:t xml:space="preserve"> для одного из нижележащих FC-устройств, входящих в DM-Multipath устройство тестового LUN. Значения из вывода команды подставляются в правило вместо </w:t>
      </w:r>
      <w:r w:rsidRPr="00291DA9">
        <w:rPr>
          <w:rFonts w:eastAsia="Consolas"/>
          <w:sz w:val="17"/>
        </w:rPr>
        <w:t>&lt;STORAGE_VENDOR&gt;</w:t>
      </w:r>
      <w:r w:rsidRPr="00291DA9">
        <w:t xml:space="preserve"> и </w:t>
      </w:r>
      <w:r w:rsidRPr="00291DA9">
        <w:rPr>
          <w:rFonts w:eastAsia="Consolas"/>
          <w:sz w:val="17"/>
        </w:rPr>
        <w:t>&lt;STORAGE_MODEL&gt;</w:t>
      </w:r>
      <w:r w:rsidRPr="00291DA9">
        <w:t>.</w:t>
      </w:r>
    </w:p>
    <w:p w14:paraId="0D6AFF73" w14:textId="77777777" w:rsidR="00281EA7" w:rsidRPr="00291DA9" w:rsidRDefault="00281EA7" w:rsidP="00281EA7">
      <w:pPr>
        <w:pStyle w:val="CodeBlock"/>
        <w:shd w:val="clear" w:color="auto" w:fill="F2F4F7"/>
        <w:rPr>
          <w:rFonts w:ascii="Times New Roman" w:hAnsi="Times New Roman" w:cs="Times New Roman"/>
          <w:lang w:val="ru-RU"/>
        </w:rPr>
      </w:pPr>
      <w:r w:rsidRPr="00291DA9">
        <w:rPr>
          <w:rFonts w:ascii="Times New Roman" w:hAnsi="Times New Roman" w:cs="Times New Roman"/>
          <w:lang w:val="ru-RU"/>
        </w:rPr>
        <w:t xml:space="preserve"># Определить нижележащие устройства для тестового </w:t>
      </w:r>
      <w:r w:rsidRPr="00291DA9">
        <w:rPr>
          <w:rFonts w:ascii="Times New Roman" w:hAnsi="Times New Roman" w:cs="Times New Roman"/>
        </w:rPr>
        <w:t>LUN</w:t>
      </w:r>
      <w:r w:rsidRPr="00291DA9">
        <w:rPr>
          <w:rFonts w:ascii="Times New Roman" w:hAnsi="Times New Roman" w:cs="Times New Roman"/>
          <w:lang w:val="ru-RU"/>
        </w:rPr>
        <w:br/>
        <w:t xml:space="preserve"># </w:t>
      </w:r>
      <w:r w:rsidRPr="00291DA9">
        <w:rPr>
          <w:rFonts w:ascii="Times New Roman" w:hAnsi="Times New Roman" w:cs="Times New Roman"/>
        </w:rPr>
        <w:t>multipath</w:t>
      </w:r>
      <w:r w:rsidRPr="00291DA9">
        <w:rPr>
          <w:rFonts w:ascii="Times New Roman" w:hAnsi="Times New Roman" w:cs="Times New Roman"/>
          <w:lang w:val="ru-RU"/>
        </w:rPr>
        <w:t xml:space="preserve"> -</w:t>
      </w:r>
      <w:r w:rsidRPr="00291DA9">
        <w:rPr>
          <w:rFonts w:ascii="Times New Roman" w:hAnsi="Times New Roman" w:cs="Times New Roman"/>
        </w:rPr>
        <w:t>ll</w:t>
      </w:r>
      <w:r w:rsidRPr="00291DA9">
        <w:rPr>
          <w:rFonts w:ascii="Times New Roman" w:hAnsi="Times New Roman" w:cs="Times New Roman"/>
          <w:lang w:val="ru-RU"/>
        </w:rPr>
        <w:br/>
      </w:r>
      <w:r w:rsidRPr="00291DA9">
        <w:rPr>
          <w:rFonts w:ascii="Times New Roman" w:hAnsi="Times New Roman" w:cs="Times New Roman"/>
          <w:lang w:val="ru-RU"/>
        </w:rPr>
        <w:br/>
        <w:t xml:space="preserve"># Проверить </w:t>
      </w:r>
      <w:r w:rsidRPr="00291DA9">
        <w:rPr>
          <w:rFonts w:ascii="Times New Roman" w:hAnsi="Times New Roman" w:cs="Times New Roman"/>
        </w:rPr>
        <w:t>udev</w:t>
      </w:r>
      <w:r w:rsidRPr="00291DA9">
        <w:rPr>
          <w:rFonts w:ascii="Times New Roman" w:hAnsi="Times New Roman" w:cs="Times New Roman"/>
          <w:lang w:val="ru-RU"/>
        </w:rPr>
        <w:t xml:space="preserve">-свойства одного из нижележащих </w:t>
      </w:r>
      <w:r w:rsidRPr="00291DA9">
        <w:rPr>
          <w:rFonts w:ascii="Times New Roman" w:hAnsi="Times New Roman" w:cs="Times New Roman"/>
        </w:rPr>
        <w:t>sd</w:t>
      </w:r>
      <w:r w:rsidRPr="00291DA9">
        <w:rPr>
          <w:rFonts w:ascii="Times New Roman" w:hAnsi="Times New Roman" w:cs="Times New Roman"/>
          <w:lang w:val="ru-RU"/>
        </w:rPr>
        <w:t>-устройств</w:t>
      </w:r>
      <w:r w:rsidRPr="00291DA9">
        <w:rPr>
          <w:rFonts w:ascii="Times New Roman" w:hAnsi="Times New Roman" w:cs="Times New Roman"/>
          <w:lang w:val="ru-RU"/>
        </w:rPr>
        <w:br/>
        <w:t xml:space="preserve"># </w:t>
      </w:r>
      <w:r w:rsidRPr="00291DA9">
        <w:rPr>
          <w:rFonts w:ascii="Times New Roman" w:hAnsi="Times New Roman" w:cs="Times New Roman"/>
        </w:rPr>
        <w:t>udevadm</w:t>
      </w:r>
      <w:r w:rsidRPr="00291DA9">
        <w:rPr>
          <w:rFonts w:ascii="Times New Roman" w:hAnsi="Times New Roman" w:cs="Times New Roman"/>
          <w:lang w:val="ru-RU"/>
        </w:rPr>
        <w:t xml:space="preserve"> </w:t>
      </w:r>
      <w:r w:rsidRPr="00291DA9">
        <w:rPr>
          <w:rFonts w:ascii="Times New Roman" w:hAnsi="Times New Roman" w:cs="Times New Roman"/>
        </w:rPr>
        <w:t>info</w:t>
      </w:r>
      <w:r w:rsidRPr="00291DA9">
        <w:rPr>
          <w:rFonts w:ascii="Times New Roman" w:hAnsi="Times New Roman" w:cs="Times New Roman"/>
          <w:lang w:val="ru-RU"/>
        </w:rPr>
        <w:t xml:space="preserve"> --</w:t>
      </w:r>
      <w:r w:rsidRPr="00291DA9">
        <w:rPr>
          <w:rFonts w:ascii="Times New Roman" w:hAnsi="Times New Roman" w:cs="Times New Roman"/>
        </w:rPr>
        <w:t>query</w:t>
      </w:r>
      <w:r w:rsidRPr="00291DA9">
        <w:rPr>
          <w:rFonts w:ascii="Times New Roman" w:hAnsi="Times New Roman" w:cs="Times New Roman"/>
          <w:lang w:val="ru-RU"/>
        </w:rPr>
        <w:t>=</w:t>
      </w:r>
      <w:r w:rsidRPr="00291DA9">
        <w:rPr>
          <w:rFonts w:ascii="Times New Roman" w:hAnsi="Times New Roman" w:cs="Times New Roman"/>
        </w:rPr>
        <w:t>property</w:t>
      </w:r>
      <w:r w:rsidRPr="00291DA9">
        <w:rPr>
          <w:rFonts w:ascii="Times New Roman" w:hAnsi="Times New Roman" w:cs="Times New Roman"/>
          <w:lang w:val="ru-RU"/>
        </w:rPr>
        <w:t xml:space="preserve"> --</w:t>
      </w:r>
      <w:r w:rsidRPr="00291DA9">
        <w:rPr>
          <w:rFonts w:ascii="Times New Roman" w:hAnsi="Times New Roman" w:cs="Times New Roman"/>
        </w:rPr>
        <w:t>name</w:t>
      </w:r>
      <w:r w:rsidRPr="00291DA9">
        <w:rPr>
          <w:rFonts w:ascii="Times New Roman" w:hAnsi="Times New Roman" w:cs="Times New Roman"/>
          <w:lang w:val="ru-RU"/>
        </w:rPr>
        <w:t>=/</w:t>
      </w:r>
      <w:r w:rsidRPr="00291DA9">
        <w:rPr>
          <w:rFonts w:ascii="Times New Roman" w:hAnsi="Times New Roman" w:cs="Times New Roman"/>
        </w:rPr>
        <w:t>dev</w:t>
      </w:r>
      <w:r w:rsidRPr="00291DA9">
        <w:rPr>
          <w:rFonts w:ascii="Times New Roman" w:hAnsi="Times New Roman" w:cs="Times New Roman"/>
          <w:lang w:val="ru-RU"/>
        </w:rPr>
        <w:t>/</w:t>
      </w:r>
      <w:r w:rsidRPr="00291DA9">
        <w:rPr>
          <w:rFonts w:ascii="Times New Roman" w:hAnsi="Times New Roman" w:cs="Times New Roman"/>
        </w:rPr>
        <w:t>sdX</w:t>
      </w:r>
      <w:r w:rsidRPr="00291DA9">
        <w:rPr>
          <w:rFonts w:ascii="Times New Roman" w:hAnsi="Times New Roman" w:cs="Times New Roman"/>
          <w:lang w:val="ru-RU"/>
        </w:rPr>
        <w:t xml:space="preserve"> | </w:t>
      </w:r>
      <w:r w:rsidRPr="00291DA9">
        <w:rPr>
          <w:rFonts w:ascii="Times New Roman" w:hAnsi="Times New Roman" w:cs="Times New Roman"/>
        </w:rPr>
        <w:t>egrep</w:t>
      </w:r>
      <w:r w:rsidRPr="00291DA9">
        <w:rPr>
          <w:rFonts w:ascii="Times New Roman" w:hAnsi="Times New Roman" w:cs="Times New Roman"/>
          <w:lang w:val="ru-RU"/>
        </w:rPr>
        <w:t xml:space="preserve"> '^(</w:t>
      </w:r>
      <w:r w:rsidRPr="00291DA9">
        <w:rPr>
          <w:rFonts w:ascii="Times New Roman" w:hAnsi="Times New Roman" w:cs="Times New Roman"/>
        </w:rPr>
        <w:t>ID</w:t>
      </w:r>
      <w:r w:rsidRPr="00291DA9">
        <w:rPr>
          <w:rFonts w:ascii="Times New Roman" w:hAnsi="Times New Roman" w:cs="Times New Roman"/>
          <w:lang w:val="ru-RU"/>
        </w:rPr>
        <w:t>_</w:t>
      </w:r>
      <w:r w:rsidRPr="00291DA9">
        <w:rPr>
          <w:rFonts w:ascii="Times New Roman" w:hAnsi="Times New Roman" w:cs="Times New Roman"/>
        </w:rPr>
        <w:t>VENDOR</w:t>
      </w:r>
      <w:r w:rsidRPr="00291DA9">
        <w:rPr>
          <w:rFonts w:ascii="Times New Roman" w:hAnsi="Times New Roman" w:cs="Times New Roman"/>
          <w:lang w:val="ru-RU"/>
        </w:rPr>
        <w:t>|</w:t>
      </w:r>
      <w:r w:rsidRPr="00291DA9">
        <w:rPr>
          <w:rFonts w:ascii="Times New Roman" w:hAnsi="Times New Roman" w:cs="Times New Roman"/>
        </w:rPr>
        <w:t>ID</w:t>
      </w:r>
      <w:r w:rsidRPr="00291DA9">
        <w:rPr>
          <w:rFonts w:ascii="Times New Roman" w:hAnsi="Times New Roman" w:cs="Times New Roman"/>
          <w:lang w:val="ru-RU"/>
        </w:rPr>
        <w:t>_</w:t>
      </w:r>
      <w:r w:rsidRPr="00291DA9">
        <w:rPr>
          <w:rFonts w:ascii="Times New Roman" w:hAnsi="Times New Roman" w:cs="Times New Roman"/>
        </w:rPr>
        <w:t>MODEL</w:t>
      </w:r>
      <w:r w:rsidRPr="00291DA9">
        <w:rPr>
          <w:rFonts w:ascii="Times New Roman" w:hAnsi="Times New Roman" w:cs="Times New Roman"/>
          <w:lang w:val="ru-RU"/>
        </w:rPr>
        <w:t>|</w:t>
      </w:r>
      <w:r w:rsidRPr="00291DA9">
        <w:rPr>
          <w:rFonts w:ascii="Times New Roman" w:hAnsi="Times New Roman" w:cs="Times New Roman"/>
        </w:rPr>
        <w:t>ID</w:t>
      </w:r>
      <w:r w:rsidRPr="00291DA9">
        <w:rPr>
          <w:rFonts w:ascii="Times New Roman" w:hAnsi="Times New Roman" w:cs="Times New Roman"/>
          <w:lang w:val="ru-RU"/>
        </w:rPr>
        <w:t>_</w:t>
      </w:r>
      <w:r w:rsidRPr="00291DA9">
        <w:rPr>
          <w:rFonts w:ascii="Times New Roman" w:hAnsi="Times New Roman" w:cs="Times New Roman"/>
        </w:rPr>
        <w:t>SERIAL</w:t>
      </w:r>
      <w:r w:rsidRPr="00291DA9">
        <w:rPr>
          <w:rFonts w:ascii="Times New Roman" w:hAnsi="Times New Roman" w:cs="Times New Roman"/>
          <w:lang w:val="ru-RU"/>
        </w:rPr>
        <w:t>)='</w:t>
      </w:r>
      <w:r w:rsidRPr="00291DA9">
        <w:rPr>
          <w:rFonts w:ascii="Times New Roman" w:hAnsi="Times New Roman" w:cs="Times New Roman"/>
          <w:lang w:val="ru-RU"/>
        </w:rPr>
        <w:br/>
      </w:r>
      <w:r w:rsidRPr="00291DA9">
        <w:rPr>
          <w:rFonts w:ascii="Times New Roman" w:hAnsi="Times New Roman" w:cs="Times New Roman"/>
          <w:lang w:val="ru-RU"/>
        </w:rPr>
        <w:br/>
        <w:t># Пример ожидаемых строк, значения фиксируются по фактическому стенду:</w:t>
      </w:r>
      <w:r w:rsidRPr="00291DA9">
        <w:rPr>
          <w:rFonts w:ascii="Times New Roman" w:hAnsi="Times New Roman" w:cs="Times New Roman"/>
          <w:lang w:val="ru-RU"/>
        </w:rPr>
        <w:br/>
        <w:t xml:space="preserve"># </w:t>
      </w:r>
      <w:r w:rsidRPr="00291DA9">
        <w:rPr>
          <w:rFonts w:ascii="Times New Roman" w:hAnsi="Times New Roman" w:cs="Times New Roman"/>
        </w:rPr>
        <w:t>ID</w:t>
      </w:r>
      <w:r w:rsidRPr="00291DA9">
        <w:rPr>
          <w:rFonts w:ascii="Times New Roman" w:hAnsi="Times New Roman" w:cs="Times New Roman"/>
          <w:lang w:val="ru-RU"/>
        </w:rPr>
        <w:t>_</w:t>
      </w:r>
      <w:r w:rsidRPr="00291DA9">
        <w:rPr>
          <w:rFonts w:ascii="Times New Roman" w:hAnsi="Times New Roman" w:cs="Times New Roman"/>
        </w:rPr>
        <w:t>VENDOR</w:t>
      </w:r>
      <w:r w:rsidRPr="00291DA9">
        <w:rPr>
          <w:rFonts w:ascii="Times New Roman" w:hAnsi="Times New Roman" w:cs="Times New Roman"/>
          <w:lang w:val="ru-RU"/>
        </w:rPr>
        <w:t>=&lt;</w:t>
      </w:r>
      <w:r w:rsidRPr="00291DA9">
        <w:rPr>
          <w:rFonts w:ascii="Times New Roman" w:hAnsi="Times New Roman" w:cs="Times New Roman"/>
        </w:rPr>
        <w:t>STORAGE</w:t>
      </w:r>
      <w:r w:rsidRPr="00291DA9">
        <w:rPr>
          <w:rFonts w:ascii="Times New Roman" w:hAnsi="Times New Roman" w:cs="Times New Roman"/>
          <w:lang w:val="ru-RU"/>
        </w:rPr>
        <w:t>_</w:t>
      </w:r>
      <w:r w:rsidRPr="00291DA9">
        <w:rPr>
          <w:rFonts w:ascii="Times New Roman" w:hAnsi="Times New Roman" w:cs="Times New Roman"/>
        </w:rPr>
        <w:t>VENDOR</w:t>
      </w:r>
      <w:r w:rsidRPr="00291DA9">
        <w:rPr>
          <w:rFonts w:ascii="Times New Roman" w:hAnsi="Times New Roman" w:cs="Times New Roman"/>
          <w:lang w:val="ru-RU"/>
        </w:rPr>
        <w:t>&gt;</w:t>
      </w:r>
      <w:r w:rsidRPr="00291DA9">
        <w:rPr>
          <w:rFonts w:ascii="Times New Roman" w:hAnsi="Times New Roman" w:cs="Times New Roman"/>
          <w:lang w:val="ru-RU"/>
        </w:rPr>
        <w:br/>
        <w:t xml:space="preserve"># </w:t>
      </w:r>
      <w:r w:rsidRPr="00291DA9">
        <w:rPr>
          <w:rFonts w:ascii="Times New Roman" w:hAnsi="Times New Roman" w:cs="Times New Roman"/>
        </w:rPr>
        <w:t>ID</w:t>
      </w:r>
      <w:r w:rsidRPr="00291DA9">
        <w:rPr>
          <w:rFonts w:ascii="Times New Roman" w:hAnsi="Times New Roman" w:cs="Times New Roman"/>
          <w:lang w:val="ru-RU"/>
        </w:rPr>
        <w:t>_</w:t>
      </w:r>
      <w:r w:rsidRPr="00291DA9">
        <w:rPr>
          <w:rFonts w:ascii="Times New Roman" w:hAnsi="Times New Roman" w:cs="Times New Roman"/>
        </w:rPr>
        <w:t>MODEL</w:t>
      </w:r>
      <w:r w:rsidRPr="00291DA9">
        <w:rPr>
          <w:rFonts w:ascii="Times New Roman" w:hAnsi="Times New Roman" w:cs="Times New Roman"/>
          <w:lang w:val="ru-RU"/>
        </w:rPr>
        <w:t>=&lt;</w:t>
      </w:r>
      <w:r w:rsidRPr="00291DA9">
        <w:rPr>
          <w:rFonts w:ascii="Times New Roman" w:hAnsi="Times New Roman" w:cs="Times New Roman"/>
        </w:rPr>
        <w:t>STORAGE</w:t>
      </w:r>
      <w:r w:rsidRPr="00291DA9">
        <w:rPr>
          <w:rFonts w:ascii="Times New Roman" w:hAnsi="Times New Roman" w:cs="Times New Roman"/>
          <w:lang w:val="ru-RU"/>
        </w:rPr>
        <w:t>_</w:t>
      </w:r>
      <w:r w:rsidRPr="00291DA9">
        <w:rPr>
          <w:rFonts w:ascii="Times New Roman" w:hAnsi="Times New Roman" w:cs="Times New Roman"/>
        </w:rPr>
        <w:t>MODEL</w:t>
      </w:r>
      <w:r w:rsidRPr="00291DA9">
        <w:rPr>
          <w:rFonts w:ascii="Times New Roman" w:hAnsi="Times New Roman" w:cs="Times New Roman"/>
          <w:lang w:val="ru-RU"/>
        </w:rPr>
        <w:t>&gt;</w:t>
      </w:r>
    </w:p>
    <w:p w14:paraId="5CD69D7E" w14:textId="77777777" w:rsidR="00281EA7" w:rsidRPr="00291DA9" w:rsidRDefault="00281EA7" w:rsidP="00281EA7">
      <w:r w:rsidRPr="00291DA9">
        <w:t xml:space="preserve">Создать конфигурационный файл </w:t>
      </w:r>
      <w:r w:rsidRPr="00291DA9">
        <w:rPr>
          <w:rFonts w:eastAsia="Consolas"/>
          <w:sz w:val="17"/>
        </w:rPr>
        <w:t>/etc/udev/rules.d/70-storage-slua.rules</w:t>
      </w:r>
      <w:r w:rsidRPr="00291DA9">
        <w:t xml:space="preserve"> со следующим содержимым:</w:t>
      </w:r>
    </w:p>
    <w:p w14:paraId="3064C5E3" w14:textId="77777777" w:rsidR="00281EA7" w:rsidRPr="00291DA9" w:rsidRDefault="00281EA7" w:rsidP="00281EA7">
      <w:pPr>
        <w:pStyle w:val="CodeBlock"/>
        <w:shd w:val="clear" w:color="auto" w:fill="F2F4F7"/>
        <w:rPr>
          <w:rFonts w:ascii="Times New Roman" w:hAnsi="Times New Roman" w:cs="Times New Roman"/>
        </w:rPr>
      </w:pPr>
      <w:r w:rsidRPr="00291DA9">
        <w:rPr>
          <w:rFonts w:ascii="Times New Roman" w:hAnsi="Times New Roman" w:cs="Times New Roman"/>
        </w:rPr>
        <w:t># Set SCSI command timeout for tested FC storage devices to 120 seconds</w:t>
      </w:r>
      <w:r w:rsidRPr="00291DA9">
        <w:rPr>
          <w:rFonts w:ascii="Times New Roman" w:hAnsi="Times New Roman" w:cs="Times New Roman"/>
        </w:rPr>
        <w:br/>
        <w:t>ACTION=="add|change", SUBSYSTEM=="block", ENV{ID_VENDOR}=="&lt;STORAGE_VENDOR&gt;", \</w:t>
      </w:r>
      <w:r w:rsidRPr="00291DA9">
        <w:rPr>
          <w:rFonts w:ascii="Times New Roman" w:hAnsi="Times New Roman" w:cs="Times New Roman"/>
        </w:rPr>
        <w:br/>
        <w:t xml:space="preserve">    ENV{ID_MODEL}=="&lt;STORAGE_MODEL&gt;", ATTR{device/timeout}:="120"</w:t>
      </w:r>
      <w:r w:rsidRPr="00291DA9">
        <w:rPr>
          <w:rFonts w:ascii="Times New Roman" w:hAnsi="Times New Roman" w:cs="Times New Roman"/>
        </w:rPr>
        <w:br/>
      </w:r>
      <w:r w:rsidRPr="00291DA9">
        <w:rPr>
          <w:rFonts w:ascii="Times New Roman" w:hAnsi="Times New Roman" w:cs="Times New Roman"/>
        </w:rPr>
        <w:br/>
        <w:t># Optional: set scheduler to none for tested FC storage devices, if agreed for the test stand</w:t>
      </w:r>
      <w:r w:rsidRPr="00291DA9">
        <w:rPr>
          <w:rFonts w:ascii="Times New Roman" w:hAnsi="Times New Roman" w:cs="Times New Roman"/>
        </w:rPr>
        <w:br/>
        <w:t>ACTION=="add|change", SUBSYSTEM=="block", ENV{ID_VENDOR}=="&lt;STORAGE_VENDOR&gt;", \</w:t>
      </w:r>
      <w:r w:rsidRPr="00291DA9">
        <w:rPr>
          <w:rFonts w:ascii="Times New Roman" w:hAnsi="Times New Roman" w:cs="Times New Roman"/>
        </w:rPr>
        <w:br/>
        <w:t xml:space="preserve">    ENV{ID_MODEL}=="&lt;STORAGE_MODEL&gt;", ATTR{queue/scheduler}:="none"</w:t>
      </w:r>
      <w:r w:rsidRPr="00291DA9">
        <w:rPr>
          <w:rFonts w:ascii="Times New Roman" w:hAnsi="Times New Roman" w:cs="Times New Roman"/>
        </w:rPr>
        <w:br/>
      </w:r>
      <w:r w:rsidRPr="00291DA9">
        <w:rPr>
          <w:rFonts w:ascii="Times New Roman" w:hAnsi="Times New Roman" w:cs="Times New Roman"/>
        </w:rPr>
        <w:br/>
        <w:t># Optional: set scheduler to none for DM-Multipath devices, if agreed for the test stand</w:t>
      </w:r>
      <w:r w:rsidRPr="00291DA9">
        <w:rPr>
          <w:rFonts w:ascii="Times New Roman" w:hAnsi="Times New Roman" w:cs="Times New Roman"/>
        </w:rPr>
        <w:br/>
        <w:t>ACTION=="add|change", SUBSYSTEM=="block", KERNEL=="dm-*", ATTR{queue/scheduler}:="none"</w:t>
      </w:r>
    </w:p>
    <w:p w14:paraId="25086A83" w14:textId="77777777" w:rsidR="00281EA7" w:rsidRPr="00291DA9" w:rsidRDefault="00281EA7" w:rsidP="00281EA7">
      <w:r w:rsidRPr="00291DA9">
        <w:t>После создания правила перечитать udev-правила и проверить применённые значения:</w:t>
      </w:r>
    </w:p>
    <w:p w14:paraId="4EEADD49" w14:textId="77777777" w:rsidR="00281EA7" w:rsidRPr="001B5BD6" w:rsidRDefault="00281EA7" w:rsidP="00281EA7">
      <w:pPr>
        <w:pStyle w:val="CodeBlock"/>
        <w:shd w:val="clear" w:color="auto" w:fill="F2F4F7"/>
        <w:rPr>
          <w:rFonts w:ascii="Times New Roman" w:hAnsi="Times New Roman" w:cs="Times New Roman"/>
          <w:lang w:val="ru-RU"/>
        </w:rPr>
      </w:pPr>
      <w:r w:rsidRPr="00291DA9">
        <w:rPr>
          <w:rFonts w:ascii="Times New Roman" w:hAnsi="Times New Roman" w:cs="Times New Roman"/>
          <w:lang w:val="ru-RU"/>
        </w:rPr>
        <w:lastRenderedPageBreak/>
        <w:t xml:space="preserve"># </w:t>
      </w:r>
      <w:r w:rsidRPr="00291DA9">
        <w:rPr>
          <w:rFonts w:ascii="Times New Roman" w:hAnsi="Times New Roman" w:cs="Times New Roman"/>
        </w:rPr>
        <w:t>udevadm</w:t>
      </w:r>
      <w:r w:rsidRPr="00291DA9">
        <w:rPr>
          <w:rFonts w:ascii="Times New Roman" w:hAnsi="Times New Roman" w:cs="Times New Roman"/>
          <w:lang w:val="ru-RU"/>
        </w:rPr>
        <w:t xml:space="preserve"> </w:t>
      </w:r>
      <w:r w:rsidRPr="00291DA9">
        <w:rPr>
          <w:rFonts w:ascii="Times New Roman" w:hAnsi="Times New Roman" w:cs="Times New Roman"/>
        </w:rPr>
        <w:t>control</w:t>
      </w:r>
      <w:r w:rsidRPr="00291DA9">
        <w:rPr>
          <w:rFonts w:ascii="Times New Roman" w:hAnsi="Times New Roman" w:cs="Times New Roman"/>
          <w:lang w:val="ru-RU"/>
        </w:rPr>
        <w:t xml:space="preserve"> --</w:t>
      </w:r>
      <w:r w:rsidRPr="00291DA9">
        <w:rPr>
          <w:rFonts w:ascii="Times New Roman" w:hAnsi="Times New Roman" w:cs="Times New Roman"/>
        </w:rPr>
        <w:t>reload</w:t>
      </w:r>
      <w:r w:rsidRPr="00291DA9" w:rsidDel="001B5BD6">
        <w:rPr>
          <w:rFonts w:ascii="Times New Roman" w:hAnsi="Times New Roman" w:cs="Times New Roman"/>
          <w:lang w:val="ru-RU"/>
        </w:rPr>
        <w:t xml:space="preserve"> </w:t>
      </w:r>
      <w:r w:rsidRPr="00291DA9">
        <w:rPr>
          <w:rFonts w:ascii="Times New Roman" w:hAnsi="Times New Roman" w:cs="Times New Roman"/>
          <w:lang w:val="ru-RU"/>
        </w:rPr>
        <w:br/>
        <w:t xml:space="preserve"># </w:t>
      </w:r>
      <w:r w:rsidRPr="00291DA9">
        <w:rPr>
          <w:rFonts w:ascii="Times New Roman" w:hAnsi="Times New Roman" w:cs="Times New Roman"/>
        </w:rPr>
        <w:t>udevadm</w:t>
      </w:r>
      <w:r w:rsidRPr="00291DA9">
        <w:rPr>
          <w:rFonts w:ascii="Times New Roman" w:hAnsi="Times New Roman" w:cs="Times New Roman"/>
          <w:lang w:val="ru-RU"/>
        </w:rPr>
        <w:t xml:space="preserve"> </w:t>
      </w:r>
      <w:r w:rsidRPr="00291DA9">
        <w:rPr>
          <w:rFonts w:ascii="Times New Roman" w:hAnsi="Times New Roman" w:cs="Times New Roman"/>
        </w:rPr>
        <w:t>trigger</w:t>
      </w:r>
      <w:r w:rsidRPr="00D61DB8">
        <w:rPr>
          <w:rFonts w:ascii="Times New Roman" w:hAnsi="Times New Roman" w:cs="Times New Roman"/>
          <w:lang w:val="ru-RU"/>
        </w:rPr>
        <w:t xml:space="preserve"> </w:t>
      </w:r>
      <w:r w:rsidRPr="001B5BD6">
        <w:rPr>
          <w:rFonts w:ascii="Times New Roman" w:hAnsi="Times New Roman" w:cs="Times New Roman"/>
          <w:lang w:val="ru-RU"/>
        </w:rPr>
        <w:t>-c change -s block</w:t>
      </w:r>
      <w:r w:rsidRPr="00291DA9">
        <w:rPr>
          <w:rFonts w:ascii="Times New Roman" w:hAnsi="Times New Roman" w:cs="Times New Roman"/>
          <w:lang w:val="ru-RU"/>
        </w:rPr>
        <w:br/>
      </w:r>
      <w:r w:rsidRPr="00291DA9">
        <w:rPr>
          <w:rFonts w:ascii="Times New Roman" w:hAnsi="Times New Roman" w:cs="Times New Roman"/>
          <w:lang w:val="ru-RU"/>
        </w:rPr>
        <w:br/>
        <w:t xml:space="preserve"># Проверить </w:t>
      </w:r>
      <w:r w:rsidRPr="00291DA9">
        <w:rPr>
          <w:rFonts w:ascii="Times New Roman" w:hAnsi="Times New Roman" w:cs="Times New Roman"/>
        </w:rPr>
        <w:t>timeout</w:t>
      </w:r>
      <w:r w:rsidRPr="00291DA9">
        <w:rPr>
          <w:rFonts w:ascii="Times New Roman" w:hAnsi="Times New Roman" w:cs="Times New Roman"/>
          <w:lang w:val="ru-RU"/>
        </w:rPr>
        <w:t xml:space="preserve"> на нижележащих </w:t>
      </w:r>
      <w:r w:rsidRPr="00291DA9">
        <w:rPr>
          <w:rFonts w:ascii="Times New Roman" w:hAnsi="Times New Roman" w:cs="Times New Roman"/>
        </w:rPr>
        <w:t>sd</w:t>
      </w:r>
      <w:r w:rsidRPr="00291DA9">
        <w:rPr>
          <w:rFonts w:ascii="Times New Roman" w:hAnsi="Times New Roman" w:cs="Times New Roman"/>
          <w:lang w:val="ru-RU"/>
        </w:rPr>
        <w:t xml:space="preserve">-устройствах тестовых </w:t>
      </w:r>
      <w:r w:rsidRPr="00291DA9">
        <w:rPr>
          <w:rFonts w:ascii="Times New Roman" w:hAnsi="Times New Roman" w:cs="Times New Roman"/>
        </w:rPr>
        <w:t>LUN</w:t>
      </w:r>
      <w:r w:rsidRPr="00291DA9">
        <w:rPr>
          <w:rFonts w:ascii="Times New Roman" w:hAnsi="Times New Roman" w:cs="Times New Roman"/>
          <w:lang w:val="ru-RU"/>
        </w:rPr>
        <w:br/>
        <w:t xml:space="preserve"># </w:t>
      </w:r>
      <w:r w:rsidRPr="00291DA9">
        <w:rPr>
          <w:rFonts w:ascii="Times New Roman" w:hAnsi="Times New Roman" w:cs="Times New Roman"/>
        </w:rPr>
        <w:t>cat</w:t>
      </w:r>
      <w:r w:rsidRPr="00291DA9">
        <w:rPr>
          <w:rFonts w:ascii="Times New Roman" w:hAnsi="Times New Roman" w:cs="Times New Roman"/>
          <w:lang w:val="ru-RU"/>
        </w:rPr>
        <w:t xml:space="preserve"> /</w:t>
      </w:r>
      <w:r w:rsidRPr="00291DA9">
        <w:rPr>
          <w:rFonts w:ascii="Times New Roman" w:hAnsi="Times New Roman" w:cs="Times New Roman"/>
        </w:rPr>
        <w:t>sys</w:t>
      </w:r>
      <w:r w:rsidRPr="00291DA9">
        <w:rPr>
          <w:rFonts w:ascii="Times New Roman" w:hAnsi="Times New Roman" w:cs="Times New Roman"/>
          <w:lang w:val="ru-RU"/>
        </w:rPr>
        <w:t>/</w:t>
      </w:r>
      <w:r w:rsidRPr="00291DA9">
        <w:rPr>
          <w:rFonts w:ascii="Times New Roman" w:hAnsi="Times New Roman" w:cs="Times New Roman"/>
        </w:rPr>
        <w:t>block</w:t>
      </w:r>
      <w:r w:rsidRPr="00291DA9">
        <w:rPr>
          <w:rFonts w:ascii="Times New Roman" w:hAnsi="Times New Roman" w:cs="Times New Roman"/>
          <w:lang w:val="ru-RU"/>
        </w:rPr>
        <w:t>/</w:t>
      </w:r>
      <w:r w:rsidRPr="00291DA9">
        <w:rPr>
          <w:rFonts w:ascii="Times New Roman" w:hAnsi="Times New Roman" w:cs="Times New Roman"/>
        </w:rPr>
        <w:t>sd</w:t>
      </w:r>
      <w:r w:rsidRPr="00D61DB8">
        <w:rPr>
          <w:rFonts w:ascii="Times New Roman" w:hAnsi="Times New Roman" w:cs="Times New Roman"/>
          <w:lang w:val="ru-RU"/>
        </w:rPr>
        <w:t>*</w:t>
      </w:r>
      <w:r w:rsidRPr="00291DA9">
        <w:rPr>
          <w:rFonts w:ascii="Times New Roman" w:hAnsi="Times New Roman" w:cs="Times New Roman"/>
          <w:lang w:val="ru-RU"/>
        </w:rPr>
        <w:t>/</w:t>
      </w:r>
      <w:r w:rsidRPr="00291DA9">
        <w:rPr>
          <w:rFonts w:ascii="Times New Roman" w:hAnsi="Times New Roman" w:cs="Times New Roman"/>
        </w:rPr>
        <w:t>device</w:t>
      </w:r>
      <w:r w:rsidRPr="00291DA9">
        <w:rPr>
          <w:rFonts w:ascii="Times New Roman" w:hAnsi="Times New Roman" w:cs="Times New Roman"/>
          <w:lang w:val="ru-RU"/>
        </w:rPr>
        <w:t>/</w:t>
      </w:r>
      <w:r w:rsidRPr="00291DA9">
        <w:rPr>
          <w:rFonts w:ascii="Times New Roman" w:hAnsi="Times New Roman" w:cs="Times New Roman"/>
        </w:rPr>
        <w:t>timeout</w:t>
      </w:r>
      <w:r w:rsidRPr="00291DA9">
        <w:rPr>
          <w:rFonts w:ascii="Times New Roman" w:hAnsi="Times New Roman" w:cs="Times New Roman"/>
          <w:lang w:val="ru-RU"/>
        </w:rPr>
        <w:br/>
      </w:r>
      <w:r w:rsidRPr="00291DA9">
        <w:rPr>
          <w:rFonts w:ascii="Times New Roman" w:hAnsi="Times New Roman" w:cs="Times New Roman"/>
          <w:lang w:val="ru-RU"/>
        </w:rPr>
        <w:br/>
        <w:t xml:space="preserve"># Проверить </w:t>
      </w:r>
      <w:r w:rsidRPr="00291DA9">
        <w:rPr>
          <w:rFonts w:ascii="Times New Roman" w:hAnsi="Times New Roman" w:cs="Times New Roman"/>
        </w:rPr>
        <w:t>scheduler</w:t>
      </w:r>
      <w:r w:rsidRPr="00291DA9">
        <w:rPr>
          <w:rFonts w:ascii="Times New Roman" w:hAnsi="Times New Roman" w:cs="Times New Roman"/>
          <w:lang w:val="ru-RU"/>
        </w:rPr>
        <w:t xml:space="preserve"> на нижележащих </w:t>
      </w:r>
      <w:r w:rsidRPr="00291DA9">
        <w:rPr>
          <w:rFonts w:ascii="Times New Roman" w:hAnsi="Times New Roman" w:cs="Times New Roman"/>
        </w:rPr>
        <w:t>sd</w:t>
      </w:r>
      <w:r w:rsidRPr="00291DA9">
        <w:rPr>
          <w:rFonts w:ascii="Times New Roman" w:hAnsi="Times New Roman" w:cs="Times New Roman"/>
          <w:lang w:val="ru-RU"/>
        </w:rPr>
        <w:t xml:space="preserve">-устройствах, если настройка </w:t>
      </w:r>
      <w:r w:rsidRPr="00291DA9">
        <w:rPr>
          <w:rFonts w:ascii="Times New Roman" w:hAnsi="Times New Roman" w:cs="Times New Roman"/>
        </w:rPr>
        <w:t>scheduler</w:t>
      </w:r>
      <w:r w:rsidRPr="00291DA9">
        <w:rPr>
          <w:rFonts w:ascii="Times New Roman" w:hAnsi="Times New Roman" w:cs="Times New Roman"/>
          <w:lang w:val="ru-RU"/>
        </w:rPr>
        <w:t>=</w:t>
      </w:r>
      <w:r w:rsidRPr="00291DA9">
        <w:rPr>
          <w:rFonts w:ascii="Times New Roman" w:hAnsi="Times New Roman" w:cs="Times New Roman"/>
        </w:rPr>
        <w:t>none</w:t>
      </w:r>
      <w:r w:rsidRPr="00291DA9">
        <w:rPr>
          <w:rFonts w:ascii="Times New Roman" w:hAnsi="Times New Roman" w:cs="Times New Roman"/>
          <w:lang w:val="ru-RU"/>
        </w:rPr>
        <w:t xml:space="preserve"> применялась </w:t>
      </w:r>
      <w:r w:rsidRPr="00291DA9">
        <w:rPr>
          <w:rFonts w:ascii="Times New Roman" w:hAnsi="Times New Roman" w:cs="Times New Roman"/>
        </w:rPr>
        <w:t>udev</w:t>
      </w:r>
      <w:r w:rsidRPr="00291DA9">
        <w:rPr>
          <w:rFonts w:ascii="Times New Roman" w:hAnsi="Times New Roman" w:cs="Times New Roman"/>
          <w:lang w:val="ru-RU"/>
        </w:rPr>
        <w:t>-правилом</w:t>
      </w:r>
      <w:r w:rsidRPr="00291DA9">
        <w:rPr>
          <w:rFonts w:ascii="Times New Roman" w:hAnsi="Times New Roman" w:cs="Times New Roman"/>
          <w:lang w:val="ru-RU"/>
        </w:rPr>
        <w:br/>
      </w:r>
      <w:r w:rsidRPr="001B5BD6">
        <w:rPr>
          <w:rFonts w:ascii="Times New Roman" w:hAnsi="Times New Roman" w:cs="Times New Roman"/>
          <w:lang w:val="ru-RU"/>
        </w:rPr>
        <w:t># cat /sys/block/sd*/queue/scheduler</w:t>
      </w:r>
    </w:p>
    <w:p w14:paraId="23380E1E" w14:textId="77777777" w:rsidR="00281EA7" w:rsidRPr="00291DA9" w:rsidRDefault="00281EA7" w:rsidP="00281EA7">
      <w:pPr>
        <w:pStyle w:val="CodeBlock"/>
        <w:shd w:val="clear" w:color="auto" w:fill="F2F4F7"/>
        <w:rPr>
          <w:rFonts w:ascii="Times New Roman" w:hAnsi="Times New Roman" w:cs="Times New Roman"/>
          <w:lang w:val="ru-RU"/>
        </w:rPr>
      </w:pPr>
      <w:r w:rsidRPr="00291DA9">
        <w:rPr>
          <w:rFonts w:ascii="Times New Roman" w:hAnsi="Times New Roman" w:cs="Times New Roman"/>
          <w:lang w:val="ru-RU"/>
        </w:rPr>
        <w:br/>
      </w:r>
      <w:r w:rsidRPr="00291DA9">
        <w:rPr>
          <w:rFonts w:ascii="Times New Roman" w:hAnsi="Times New Roman" w:cs="Times New Roman"/>
          <w:lang w:val="ru-RU"/>
        </w:rPr>
        <w:br/>
        <w:t xml:space="preserve"># Проверить </w:t>
      </w:r>
      <w:r w:rsidRPr="00291DA9">
        <w:rPr>
          <w:rFonts w:ascii="Times New Roman" w:hAnsi="Times New Roman" w:cs="Times New Roman"/>
        </w:rPr>
        <w:t>scheduler</w:t>
      </w:r>
      <w:r w:rsidRPr="00291DA9">
        <w:rPr>
          <w:rFonts w:ascii="Times New Roman" w:hAnsi="Times New Roman" w:cs="Times New Roman"/>
          <w:lang w:val="ru-RU"/>
        </w:rPr>
        <w:t xml:space="preserve"> на </w:t>
      </w:r>
      <w:r w:rsidRPr="00291DA9">
        <w:rPr>
          <w:rFonts w:ascii="Times New Roman" w:hAnsi="Times New Roman" w:cs="Times New Roman"/>
        </w:rPr>
        <w:t>DM</w:t>
      </w:r>
      <w:r w:rsidRPr="00291DA9">
        <w:rPr>
          <w:rFonts w:ascii="Times New Roman" w:hAnsi="Times New Roman" w:cs="Times New Roman"/>
          <w:lang w:val="ru-RU"/>
        </w:rPr>
        <w:t>-</w:t>
      </w:r>
      <w:r w:rsidRPr="00291DA9">
        <w:rPr>
          <w:rFonts w:ascii="Times New Roman" w:hAnsi="Times New Roman" w:cs="Times New Roman"/>
        </w:rPr>
        <w:t>Multipath</w:t>
      </w:r>
      <w:r w:rsidRPr="00291DA9">
        <w:rPr>
          <w:rFonts w:ascii="Times New Roman" w:hAnsi="Times New Roman" w:cs="Times New Roman"/>
          <w:lang w:val="ru-RU"/>
        </w:rPr>
        <w:t xml:space="preserve"> устройстве, если настройка </w:t>
      </w:r>
      <w:r w:rsidRPr="00291DA9">
        <w:rPr>
          <w:rFonts w:ascii="Times New Roman" w:hAnsi="Times New Roman" w:cs="Times New Roman"/>
        </w:rPr>
        <w:t>scheduler</w:t>
      </w:r>
      <w:r w:rsidRPr="00291DA9">
        <w:rPr>
          <w:rFonts w:ascii="Times New Roman" w:hAnsi="Times New Roman" w:cs="Times New Roman"/>
          <w:lang w:val="ru-RU"/>
        </w:rPr>
        <w:t>=</w:t>
      </w:r>
      <w:r w:rsidRPr="00291DA9">
        <w:rPr>
          <w:rFonts w:ascii="Times New Roman" w:hAnsi="Times New Roman" w:cs="Times New Roman"/>
        </w:rPr>
        <w:t>none</w:t>
      </w:r>
      <w:r w:rsidRPr="00291DA9">
        <w:rPr>
          <w:rFonts w:ascii="Times New Roman" w:hAnsi="Times New Roman" w:cs="Times New Roman"/>
          <w:lang w:val="ru-RU"/>
        </w:rPr>
        <w:t xml:space="preserve"> применялась </w:t>
      </w:r>
      <w:r w:rsidRPr="00291DA9">
        <w:rPr>
          <w:rFonts w:ascii="Times New Roman" w:hAnsi="Times New Roman" w:cs="Times New Roman"/>
        </w:rPr>
        <w:t>udev</w:t>
      </w:r>
      <w:r w:rsidRPr="00291DA9">
        <w:rPr>
          <w:rFonts w:ascii="Times New Roman" w:hAnsi="Times New Roman" w:cs="Times New Roman"/>
          <w:lang w:val="ru-RU"/>
        </w:rPr>
        <w:t>-правилом</w:t>
      </w:r>
      <w:r w:rsidRPr="00291DA9">
        <w:rPr>
          <w:rFonts w:ascii="Times New Roman" w:hAnsi="Times New Roman" w:cs="Times New Roman"/>
          <w:lang w:val="ru-RU"/>
        </w:rPr>
        <w:br/>
      </w:r>
      <w:r w:rsidRPr="00872170">
        <w:rPr>
          <w:rFonts w:ascii="Times New Roman" w:hAnsi="Times New Roman" w:cs="Times New Roman"/>
          <w:lang w:val="ru-RU"/>
        </w:rPr>
        <w:t># cat /sys/block/dm-*/queue/scheduler</w:t>
      </w:r>
      <w:r w:rsidRPr="00872170" w:rsidDel="00872170">
        <w:rPr>
          <w:rFonts w:ascii="Times New Roman" w:hAnsi="Times New Roman" w:cs="Times New Roman"/>
          <w:lang w:val="ru-RU"/>
        </w:rPr>
        <w:t xml:space="preserve"> </w:t>
      </w:r>
    </w:p>
    <w:tbl>
      <w:tblPr>
        <w:tblW w:w="0" w:type="auto"/>
        <w:jc w:val="center"/>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Look w:val="04A0" w:firstRow="1" w:lastRow="0" w:firstColumn="1" w:lastColumn="0" w:noHBand="0" w:noVBand="1"/>
      </w:tblPr>
      <w:tblGrid>
        <w:gridCol w:w="14464"/>
      </w:tblGrid>
      <w:tr w:rsidR="00281EA7" w:rsidRPr="00291DA9" w14:paraId="7989B7C2" w14:textId="77777777" w:rsidTr="00281EA7">
        <w:trPr>
          <w:jc w:val="center"/>
        </w:trPr>
        <w:tc>
          <w:tcPr>
            <w:tcW w:w="14480" w:type="dxa"/>
            <w:shd w:val="clear" w:color="auto" w:fill="FFF7E6"/>
          </w:tcPr>
          <w:p w14:paraId="38824B26" w14:textId="77777777" w:rsidR="00281EA7" w:rsidRPr="00291DA9" w:rsidRDefault="00281EA7" w:rsidP="00281EA7">
            <w:r w:rsidRPr="00291DA9">
              <w:rPr>
                <w:b/>
                <w:sz w:val="19"/>
              </w:rPr>
              <w:t>Важно.</w:t>
            </w:r>
            <w:r w:rsidRPr="00291DA9">
              <w:rPr>
                <w:sz w:val="19"/>
              </w:rPr>
              <w:t xml:space="preserve"> Значения </w:t>
            </w:r>
            <w:r w:rsidRPr="00291DA9">
              <w:rPr>
                <w:rFonts w:eastAsia="Consolas"/>
                <w:sz w:val="19"/>
              </w:rPr>
              <w:t>&lt;STORAGE_VENDOR&gt;</w:t>
            </w:r>
            <w:r w:rsidRPr="00291DA9">
              <w:rPr>
                <w:sz w:val="19"/>
              </w:rPr>
              <w:t xml:space="preserve"> и </w:t>
            </w:r>
            <w:r w:rsidRPr="00291DA9">
              <w:rPr>
                <w:rFonts w:eastAsia="Consolas"/>
                <w:sz w:val="19"/>
              </w:rPr>
              <w:t>&lt;STORAGE_MODEL&gt;</w:t>
            </w:r>
            <w:r w:rsidRPr="00291DA9">
              <w:rPr>
                <w:sz w:val="19"/>
              </w:rPr>
              <w:t xml:space="preserve"> являются шаблонными. В финальном протоколе испытаний должны быть указаны фактические значения, полученные командой </w:t>
            </w:r>
            <w:r w:rsidRPr="00291DA9">
              <w:rPr>
                <w:rFonts w:eastAsia="Consolas"/>
                <w:sz w:val="19"/>
              </w:rPr>
              <w:t>udevadm info</w:t>
            </w:r>
            <w:r w:rsidRPr="00291DA9">
              <w:rPr>
                <w:sz w:val="19"/>
              </w:rPr>
              <w:t>. Конкретный производитель СХД в тексте правила ПМИ не фиксируется.</w:t>
            </w:r>
          </w:p>
        </w:tc>
      </w:tr>
    </w:tbl>
    <w:p w14:paraId="335B8E34" w14:textId="77777777" w:rsidR="00281EA7" w:rsidRPr="00291DA9" w:rsidRDefault="00281EA7" w:rsidP="00281EA7"/>
    <w:p w14:paraId="5A6B3D20" w14:textId="77777777" w:rsidR="00281EA7" w:rsidRPr="005302D1" w:rsidRDefault="00281EA7" w:rsidP="00281EA7">
      <w:pPr>
        <w:rPr>
          <w:b/>
          <w:bCs/>
          <w:szCs w:val="28"/>
        </w:rPr>
      </w:pPr>
      <w:r w:rsidRPr="005302D1">
        <w:rPr>
          <w:b/>
          <w:bCs/>
          <w:szCs w:val="28"/>
        </w:rPr>
        <w:t>7.1. Команды сбора состояния на хостах SLUA / Symmetric Active-Active</w:t>
      </w:r>
    </w:p>
    <w:p w14:paraId="5F14E577" w14:textId="77777777" w:rsidR="00281EA7" w:rsidRPr="00291DA9" w:rsidRDefault="00281EA7" w:rsidP="00281EA7">
      <w:r w:rsidRPr="00291DA9">
        <w:t>Команды применяются в испытаниях № 1, 3, 5, 7, 9–14: перед началом нагрузки, в момент отказа, после стабилизации и после восстановления.</w:t>
      </w:r>
    </w:p>
    <w:p w14:paraId="3FB3F533" w14:textId="77777777" w:rsidR="00281EA7" w:rsidRPr="00291DA9" w:rsidRDefault="00281EA7" w:rsidP="00281EA7">
      <w:pPr>
        <w:pStyle w:val="CodeBlock"/>
        <w:shd w:val="clear" w:color="auto" w:fill="F2F4F7"/>
        <w:rPr>
          <w:rFonts w:ascii="Times New Roman" w:hAnsi="Times New Roman" w:cs="Times New Roman"/>
        </w:rPr>
      </w:pPr>
      <w:r w:rsidRPr="00291DA9">
        <w:rPr>
          <w:rFonts w:ascii="Times New Roman" w:hAnsi="Times New Roman" w:cs="Times New Roman"/>
        </w:rPr>
        <w:t>$ hostnamectl</w:t>
      </w:r>
      <w:r w:rsidRPr="00291DA9">
        <w:rPr>
          <w:rFonts w:ascii="Times New Roman" w:hAnsi="Times New Roman" w:cs="Times New Roman"/>
        </w:rPr>
        <w:br/>
      </w:r>
      <w:r w:rsidRPr="00291DA9">
        <w:rPr>
          <w:rFonts w:ascii="Times New Roman" w:hAnsi="Times New Roman" w:cs="Times New Roman"/>
        </w:rPr>
        <w:br/>
        <w:t xml:space="preserve">$ </w:t>
      </w:r>
      <w:r w:rsidRPr="00872170">
        <w:rPr>
          <w:rFonts w:ascii="Times New Roman" w:hAnsi="Times New Roman" w:cs="Times New Roman"/>
        </w:rPr>
        <w:t>cat /etc/*release*</w:t>
      </w:r>
      <w:r w:rsidRPr="00291DA9">
        <w:rPr>
          <w:rFonts w:ascii="Times New Roman" w:hAnsi="Times New Roman" w:cs="Times New Roman"/>
        </w:rPr>
        <w:br/>
      </w:r>
      <w:r w:rsidRPr="00291DA9">
        <w:rPr>
          <w:rFonts w:ascii="Times New Roman" w:hAnsi="Times New Roman" w:cs="Times New Roman"/>
        </w:rPr>
        <w:br/>
        <w:t>$ uname -r</w:t>
      </w:r>
      <w:r w:rsidRPr="00291DA9">
        <w:rPr>
          <w:rFonts w:ascii="Times New Roman" w:hAnsi="Times New Roman" w:cs="Times New Roman"/>
        </w:rPr>
        <w:br/>
      </w:r>
      <w:r w:rsidRPr="00291DA9">
        <w:rPr>
          <w:rFonts w:ascii="Times New Roman" w:hAnsi="Times New Roman" w:cs="Times New Roman"/>
        </w:rPr>
        <w:br/>
        <w:t>$ fio --version</w:t>
      </w:r>
      <w:r w:rsidRPr="00291DA9">
        <w:rPr>
          <w:rFonts w:ascii="Times New Roman" w:hAnsi="Times New Roman" w:cs="Times New Roman"/>
        </w:rPr>
        <w:br/>
      </w:r>
      <w:r w:rsidRPr="00291DA9">
        <w:rPr>
          <w:rFonts w:ascii="Times New Roman" w:hAnsi="Times New Roman" w:cs="Times New Roman"/>
        </w:rPr>
        <w:br/>
        <w:t>$ rpm -q fio device-mapper-multipath sg3_utils lsscsi</w:t>
      </w:r>
      <w:r w:rsidRPr="00291DA9">
        <w:rPr>
          <w:rFonts w:ascii="Times New Roman" w:hAnsi="Times New Roman" w:cs="Times New Roman"/>
        </w:rPr>
        <w:br/>
      </w:r>
      <w:r w:rsidRPr="00291DA9">
        <w:rPr>
          <w:rFonts w:ascii="Times New Roman" w:hAnsi="Times New Roman" w:cs="Times New Roman"/>
        </w:rPr>
        <w:br/>
        <w:t>$ lspci | grep -Ei "Fibre|HBA|QLogic|Emulex"</w:t>
      </w:r>
      <w:r w:rsidRPr="00291DA9">
        <w:rPr>
          <w:rFonts w:ascii="Times New Roman" w:hAnsi="Times New Roman" w:cs="Times New Roman"/>
        </w:rPr>
        <w:br/>
      </w:r>
      <w:r w:rsidRPr="00291DA9">
        <w:rPr>
          <w:rFonts w:ascii="Times New Roman" w:hAnsi="Times New Roman" w:cs="Times New Roman"/>
        </w:rPr>
        <w:br/>
        <w:t>$ ls -1 /sys/class/fc_host/</w:t>
      </w:r>
      <w:r w:rsidRPr="00291DA9">
        <w:rPr>
          <w:rFonts w:ascii="Times New Roman" w:hAnsi="Times New Roman" w:cs="Times New Roman"/>
        </w:rPr>
        <w:br/>
      </w:r>
      <w:r w:rsidRPr="00291DA9">
        <w:rPr>
          <w:rFonts w:ascii="Times New Roman" w:hAnsi="Times New Roman" w:cs="Times New Roman"/>
        </w:rPr>
        <w:br/>
        <w:t>$ cat /sys/class/fc_host/host*/port_name</w:t>
      </w:r>
      <w:r w:rsidRPr="00291DA9">
        <w:rPr>
          <w:rFonts w:ascii="Times New Roman" w:hAnsi="Times New Roman" w:cs="Times New Roman"/>
        </w:rPr>
        <w:br/>
      </w:r>
      <w:r w:rsidRPr="00291DA9">
        <w:rPr>
          <w:rFonts w:ascii="Times New Roman" w:hAnsi="Times New Roman" w:cs="Times New Roman"/>
        </w:rPr>
        <w:br/>
        <w:t>$ cat /sys/class/fc_host/host*/port_state</w:t>
      </w:r>
      <w:r w:rsidRPr="00291DA9">
        <w:rPr>
          <w:rFonts w:ascii="Times New Roman" w:hAnsi="Times New Roman" w:cs="Times New Roman"/>
        </w:rPr>
        <w:br/>
      </w:r>
      <w:r w:rsidRPr="00291DA9">
        <w:rPr>
          <w:rFonts w:ascii="Times New Roman" w:hAnsi="Times New Roman" w:cs="Times New Roman"/>
        </w:rPr>
        <w:br/>
        <w:t>$ cat /sys/class/fc_host/host*/speed</w:t>
      </w:r>
      <w:r w:rsidRPr="00291DA9">
        <w:rPr>
          <w:rFonts w:ascii="Times New Roman" w:hAnsi="Times New Roman" w:cs="Times New Roman"/>
        </w:rPr>
        <w:br/>
      </w:r>
      <w:r w:rsidRPr="00291DA9">
        <w:rPr>
          <w:rFonts w:ascii="Times New Roman" w:hAnsi="Times New Roman" w:cs="Times New Roman"/>
        </w:rPr>
        <w:br/>
        <w:t>$ lsscsi -g</w:t>
      </w:r>
      <w:r w:rsidRPr="00291DA9">
        <w:rPr>
          <w:rFonts w:ascii="Times New Roman" w:hAnsi="Times New Roman" w:cs="Times New Roman"/>
        </w:rPr>
        <w:br/>
      </w:r>
      <w:r w:rsidRPr="00291DA9">
        <w:rPr>
          <w:rFonts w:ascii="Times New Roman" w:hAnsi="Times New Roman" w:cs="Times New Roman"/>
        </w:rPr>
        <w:br/>
        <w:t>$ lsblk -o NAME,TYPE,SIZE,MODEL,SERIAL,WWN</w:t>
      </w:r>
      <w:r w:rsidRPr="00291DA9">
        <w:rPr>
          <w:rFonts w:ascii="Times New Roman" w:hAnsi="Times New Roman" w:cs="Times New Roman"/>
        </w:rPr>
        <w:br/>
      </w:r>
      <w:r w:rsidRPr="00291DA9">
        <w:rPr>
          <w:rFonts w:ascii="Times New Roman" w:hAnsi="Times New Roman" w:cs="Times New Roman"/>
        </w:rPr>
        <w:br/>
        <w:t>$ multipath -ll</w:t>
      </w:r>
      <w:r w:rsidRPr="00291DA9">
        <w:rPr>
          <w:rFonts w:ascii="Times New Roman" w:hAnsi="Times New Roman" w:cs="Times New Roman"/>
        </w:rPr>
        <w:br/>
      </w:r>
      <w:r w:rsidRPr="00291DA9">
        <w:rPr>
          <w:rFonts w:ascii="Times New Roman" w:hAnsi="Times New Roman" w:cs="Times New Roman"/>
        </w:rPr>
        <w:br/>
        <w:t># multipathd show paths</w:t>
      </w:r>
      <w:r w:rsidRPr="00291DA9">
        <w:rPr>
          <w:rFonts w:ascii="Times New Roman" w:hAnsi="Times New Roman" w:cs="Times New Roman"/>
        </w:rPr>
        <w:br/>
      </w:r>
      <w:r w:rsidRPr="00291DA9">
        <w:rPr>
          <w:rFonts w:ascii="Times New Roman" w:hAnsi="Times New Roman" w:cs="Times New Roman"/>
        </w:rPr>
        <w:br/>
        <w:t># dmesg -T | tail -n 300</w:t>
      </w:r>
      <w:r w:rsidRPr="00291DA9">
        <w:rPr>
          <w:rFonts w:ascii="Times New Roman" w:hAnsi="Times New Roman" w:cs="Times New Roman"/>
        </w:rPr>
        <w:br/>
      </w:r>
      <w:r w:rsidRPr="00291DA9">
        <w:rPr>
          <w:rFonts w:ascii="Times New Roman" w:hAnsi="Times New Roman" w:cs="Times New Roman"/>
        </w:rPr>
        <w:br/>
        <w:t>$ iostat -dxm 5 3</w:t>
      </w:r>
    </w:p>
    <w:p w14:paraId="75D27FBD" w14:textId="77777777" w:rsidR="00281EA7" w:rsidRPr="00281EA7" w:rsidRDefault="00281EA7" w:rsidP="00281EA7">
      <w:pPr>
        <w:rPr>
          <w:b/>
          <w:bCs/>
          <w:szCs w:val="28"/>
          <w:lang w:val="en-US"/>
        </w:rPr>
      </w:pPr>
      <w:r w:rsidRPr="00281EA7">
        <w:rPr>
          <w:b/>
          <w:bCs/>
          <w:szCs w:val="28"/>
          <w:lang w:val="en-US"/>
        </w:rPr>
        <w:t xml:space="preserve">7.2. </w:t>
      </w:r>
      <w:r w:rsidRPr="005302D1">
        <w:rPr>
          <w:b/>
          <w:bCs/>
          <w:szCs w:val="28"/>
        </w:rPr>
        <w:t>Таблица</w:t>
      </w:r>
      <w:r w:rsidRPr="00281EA7">
        <w:rPr>
          <w:b/>
          <w:bCs/>
          <w:szCs w:val="28"/>
          <w:lang w:val="en-US"/>
        </w:rPr>
        <w:t xml:space="preserve"> </w:t>
      </w:r>
      <w:r w:rsidRPr="005302D1">
        <w:rPr>
          <w:b/>
          <w:bCs/>
          <w:szCs w:val="28"/>
        </w:rPr>
        <w:t>соответствия</w:t>
      </w:r>
      <w:r w:rsidRPr="00281EA7">
        <w:rPr>
          <w:b/>
          <w:bCs/>
          <w:szCs w:val="28"/>
          <w:lang w:val="en-US"/>
        </w:rPr>
        <w:t xml:space="preserve"> target WWPN </w:t>
      </w:r>
      <w:r w:rsidRPr="005302D1">
        <w:rPr>
          <w:b/>
          <w:bCs/>
          <w:szCs w:val="28"/>
        </w:rPr>
        <w:t>контроллерам</w:t>
      </w:r>
      <w:r w:rsidRPr="00281EA7">
        <w:rPr>
          <w:b/>
          <w:bCs/>
          <w:szCs w:val="28"/>
          <w:lang w:val="en-US"/>
        </w:rPr>
        <w:t xml:space="preserve"> SLUA / Symmetric Active-Active</w:t>
      </w:r>
    </w:p>
    <w:p w14:paraId="277B6A2D" w14:textId="77777777" w:rsidR="00281EA7" w:rsidRPr="00291DA9" w:rsidRDefault="00281EA7" w:rsidP="00281EA7">
      <w:r w:rsidRPr="00291DA9">
        <w:lastRenderedPageBreak/>
        <w:t>Таблица заполняется в испытаниях № 5 и № 7, затем используется в отказных испытаниях № 10–13.</w:t>
      </w:r>
    </w:p>
    <w:tbl>
      <w:tblPr>
        <w:tblW w:w="0" w:type="auto"/>
        <w:jc w:val="center"/>
        <w:tblBorders>
          <w:top w:val="single" w:sz="4" w:space="0" w:color="C9D2E3"/>
          <w:left w:val="single" w:sz="4" w:space="0" w:color="C9D2E3"/>
          <w:bottom w:val="single" w:sz="4" w:space="0" w:color="C9D2E3"/>
          <w:right w:val="single" w:sz="4" w:space="0" w:color="C9D2E3"/>
          <w:insideH w:val="single" w:sz="4" w:space="0" w:color="C9D2E3"/>
          <w:insideV w:val="single" w:sz="4" w:space="0" w:color="C9D2E3"/>
        </w:tblBorders>
        <w:tblLook w:val="04A0" w:firstRow="1" w:lastRow="0" w:firstColumn="1" w:lastColumn="0" w:noHBand="0" w:noVBand="1"/>
      </w:tblPr>
      <w:tblGrid>
        <w:gridCol w:w="1701"/>
        <w:gridCol w:w="1701"/>
        <w:gridCol w:w="1701"/>
        <w:gridCol w:w="1814"/>
        <w:gridCol w:w="1701"/>
        <w:gridCol w:w="1417"/>
        <w:gridCol w:w="1417"/>
      </w:tblGrid>
      <w:tr w:rsidR="00281EA7" w:rsidRPr="00291DA9" w14:paraId="1D6B00F4" w14:textId="77777777" w:rsidTr="00281EA7">
        <w:trPr>
          <w:tblHeader/>
          <w:jc w:val="center"/>
        </w:trPr>
        <w:tc>
          <w:tcPr>
            <w:tcW w:w="1701" w:type="dxa"/>
            <w:shd w:val="clear" w:color="auto" w:fill="E9EEF8"/>
          </w:tcPr>
          <w:p w14:paraId="44A50535" w14:textId="77777777" w:rsidR="00281EA7" w:rsidRPr="00291DA9" w:rsidRDefault="00281EA7" w:rsidP="00281EA7">
            <w:pPr>
              <w:pStyle w:val="TableText"/>
              <w:spacing w:after="40"/>
              <w:rPr>
                <w:rFonts w:cs="Times New Roman"/>
              </w:rPr>
            </w:pPr>
            <w:r w:rsidRPr="00291DA9">
              <w:rPr>
                <w:rFonts w:cs="Times New Roman"/>
                <w:b/>
              </w:rPr>
              <w:t>Target WWPN</w:t>
            </w:r>
          </w:p>
        </w:tc>
        <w:tc>
          <w:tcPr>
            <w:tcW w:w="1701" w:type="dxa"/>
            <w:shd w:val="clear" w:color="auto" w:fill="E9EEF8"/>
          </w:tcPr>
          <w:p w14:paraId="09C59953" w14:textId="77777777" w:rsidR="00281EA7" w:rsidRPr="00291DA9" w:rsidRDefault="00281EA7" w:rsidP="00281EA7">
            <w:pPr>
              <w:pStyle w:val="TableText"/>
              <w:spacing w:after="40"/>
              <w:rPr>
                <w:rFonts w:cs="Times New Roman"/>
              </w:rPr>
            </w:pPr>
            <w:r w:rsidRPr="00291DA9">
              <w:rPr>
                <w:rFonts w:cs="Times New Roman"/>
                <w:b/>
              </w:rPr>
              <w:t>СХД</w:t>
            </w:r>
          </w:p>
        </w:tc>
        <w:tc>
          <w:tcPr>
            <w:tcW w:w="1701" w:type="dxa"/>
            <w:shd w:val="clear" w:color="auto" w:fill="E9EEF8"/>
          </w:tcPr>
          <w:p w14:paraId="7C97BB2C" w14:textId="77777777" w:rsidR="00281EA7" w:rsidRPr="00291DA9" w:rsidRDefault="00281EA7" w:rsidP="00281EA7">
            <w:pPr>
              <w:pStyle w:val="TableText"/>
              <w:spacing w:after="40"/>
              <w:rPr>
                <w:rFonts w:cs="Times New Roman"/>
              </w:rPr>
            </w:pPr>
            <w:r w:rsidRPr="00291DA9">
              <w:rPr>
                <w:rFonts w:cs="Times New Roman"/>
                <w:b/>
              </w:rPr>
              <w:t>Контроллер</w:t>
            </w:r>
          </w:p>
        </w:tc>
        <w:tc>
          <w:tcPr>
            <w:tcW w:w="1814" w:type="dxa"/>
            <w:shd w:val="clear" w:color="auto" w:fill="E9EEF8"/>
          </w:tcPr>
          <w:p w14:paraId="63F485C3" w14:textId="77777777" w:rsidR="00281EA7" w:rsidRPr="00291DA9" w:rsidRDefault="00281EA7" w:rsidP="00281EA7">
            <w:pPr>
              <w:pStyle w:val="TableText"/>
              <w:spacing w:after="40"/>
              <w:rPr>
                <w:rFonts w:cs="Times New Roman"/>
              </w:rPr>
            </w:pPr>
            <w:r w:rsidRPr="00291DA9">
              <w:rPr>
                <w:rFonts w:cs="Times New Roman"/>
                <w:b/>
              </w:rPr>
              <w:t>Front-end порт</w:t>
            </w:r>
          </w:p>
        </w:tc>
        <w:tc>
          <w:tcPr>
            <w:tcW w:w="1701" w:type="dxa"/>
            <w:shd w:val="clear" w:color="auto" w:fill="E9EEF8"/>
          </w:tcPr>
          <w:p w14:paraId="36BC7091" w14:textId="77777777" w:rsidR="00281EA7" w:rsidRPr="00291DA9" w:rsidRDefault="00281EA7" w:rsidP="00281EA7">
            <w:pPr>
              <w:pStyle w:val="TableText"/>
              <w:spacing w:after="40"/>
              <w:rPr>
                <w:rFonts w:cs="Times New Roman"/>
              </w:rPr>
            </w:pPr>
            <w:r w:rsidRPr="00291DA9">
              <w:rPr>
                <w:rFonts w:cs="Times New Roman"/>
                <w:b/>
              </w:rPr>
              <w:t>FC-фабрика</w:t>
            </w:r>
          </w:p>
        </w:tc>
        <w:tc>
          <w:tcPr>
            <w:tcW w:w="1417" w:type="dxa"/>
            <w:shd w:val="clear" w:color="auto" w:fill="E9EEF8"/>
          </w:tcPr>
          <w:p w14:paraId="763745A3" w14:textId="77777777" w:rsidR="00281EA7" w:rsidRPr="00291DA9" w:rsidRDefault="00281EA7" w:rsidP="00281EA7">
            <w:pPr>
              <w:pStyle w:val="TableText"/>
              <w:spacing w:after="40"/>
              <w:rPr>
                <w:rFonts w:cs="Times New Roman"/>
              </w:rPr>
            </w:pPr>
            <w:r w:rsidRPr="00291DA9">
              <w:rPr>
                <w:rFonts w:cs="Times New Roman"/>
                <w:b/>
              </w:rPr>
              <w:t>Скорость</w:t>
            </w:r>
          </w:p>
        </w:tc>
        <w:tc>
          <w:tcPr>
            <w:tcW w:w="1417" w:type="dxa"/>
            <w:shd w:val="clear" w:color="auto" w:fill="E9EEF8"/>
          </w:tcPr>
          <w:p w14:paraId="41776BAF" w14:textId="77777777" w:rsidR="00281EA7" w:rsidRPr="00291DA9" w:rsidRDefault="00281EA7" w:rsidP="00281EA7">
            <w:pPr>
              <w:pStyle w:val="TableText"/>
              <w:spacing w:after="40"/>
              <w:rPr>
                <w:rFonts w:cs="Times New Roman"/>
              </w:rPr>
            </w:pPr>
            <w:r w:rsidRPr="00291DA9">
              <w:rPr>
                <w:rFonts w:cs="Times New Roman"/>
                <w:b/>
              </w:rPr>
              <w:t>Статус</w:t>
            </w:r>
          </w:p>
        </w:tc>
      </w:tr>
      <w:tr w:rsidR="00281EA7" w:rsidRPr="00291DA9" w14:paraId="3E16CDDE" w14:textId="77777777" w:rsidTr="00281EA7">
        <w:trPr>
          <w:jc w:val="center"/>
        </w:trPr>
        <w:tc>
          <w:tcPr>
            <w:tcW w:w="1701" w:type="dxa"/>
          </w:tcPr>
          <w:p w14:paraId="2D104518" w14:textId="77777777" w:rsidR="00281EA7" w:rsidRPr="00291DA9" w:rsidRDefault="00281EA7" w:rsidP="00281EA7">
            <w:pPr>
              <w:pStyle w:val="TableText"/>
              <w:spacing w:after="40"/>
              <w:rPr>
                <w:rFonts w:cs="Times New Roman"/>
              </w:rPr>
            </w:pPr>
            <w:r w:rsidRPr="00291DA9">
              <w:rPr>
                <w:rFonts w:cs="Times New Roman"/>
              </w:rPr>
              <w:t>__</w:t>
            </w:r>
          </w:p>
        </w:tc>
        <w:tc>
          <w:tcPr>
            <w:tcW w:w="1701" w:type="dxa"/>
          </w:tcPr>
          <w:p w14:paraId="643762E3" w14:textId="77777777" w:rsidR="00281EA7" w:rsidRPr="00291DA9" w:rsidRDefault="00281EA7" w:rsidP="00281EA7">
            <w:pPr>
              <w:pStyle w:val="TableText"/>
              <w:spacing w:after="40"/>
              <w:rPr>
                <w:rFonts w:cs="Times New Roman"/>
              </w:rPr>
            </w:pPr>
            <w:r w:rsidRPr="00291DA9">
              <w:rPr>
                <w:rFonts w:cs="Times New Roman"/>
              </w:rPr>
              <w:t>__</w:t>
            </w:r>
          </w:p>
        </w:tc>
        <w:tc>
          <w:tcPr>
            <w:tcW w:w="1701" w:type="dxa"/>
          </w:tcPr>
          <w:p w14:paraId="3BD98F02" w14:textId="77777777" w:rsidR="00281EA7" w:rsidRPr="00291DA9" w:rsidRDefault="00281EA7" w:rsidP="00281EA7">
            <w:pPr>
              <w:pStyle w:val="TableText"/>
              <w:spacing w:after="40"/>
              <w:rPr>
                <w:rFonts w:cs="Times New Roman"/>
              </w:rPr>
            </w:pPr>
            <w:r w:rsidRPr="00291DA9">
              <w:rPr>
                <w:rFonts w:cs="Times New Roman"/>
              </w:rPr>
              <w:t>Controller A</w:t>
            </w:r>
          </w:p>
        </w:tc>
        <w:tc>
          <w:tcPr>
            <w:tcW w:w="1814" w:type="dxa"/>
          </w:tcPr>
          <w:p w14:paraId="245012D3" w14:textId="77777777" w:rsidR="00281EA7" w:rsidRPr="00291DA9" w:rsidRDefault="00281EA7" w:rsidP="00281EA7">
            <w:pPr>
              <w:pStyle w:val="TableText"/>
              <w:spacing w:after="40"/>
              <w:rPr>
                <w:rFonts w:cs="Times New Roman"/>
              </w:rPr>
            </w:pPr>
            <w:r w:rsidRPr="00291DA9">
              <w:rPr>
                <w:rFonts w:cs="Times New Roman"/>
              </w:rPr>
              <w:t>FC A1</w:t>
            </w:r>
          </w:p>
        </w:tc>
        <w:tc>
          <w:tcPr>
            <w:tcW w:w="1701" w:type="dxa"/>
          </w:tcPr>
          <w:p w14:paraId="2EEEECFD" w14:textId="77777777" w:rsidR="00281EA7" w:rsidRPr="00291DA9" w:rsidRDefault="00281EA7" w:rsidP="00281EA7">
            <w:pPr>
              <w:pStyle w:val="TableText"/>
              <w:spacing w:after="40"/>
              <w:rPr>
                <w:rFonts w:cs="Times New Roman"/>
              </w:rPr>
            </w:pPr>
            <w:r w:rsidRPr="00291DA9">
              <w:rPr>
                <w:rFonts w:cs="Times New Roman"/>
              </w:rPr>
              <w:t>A</w:t>
            </w:r>
          </w:p>
        </w:tc>
        <w:tc>
          <w:tcPr>
            <w:tcW w:w="1417" w:type="dxa"/>
          </w:tcPr>
          <w:p w14:paraId="1F067290" w14:textId="77777777" w:rsidR="00281EA7" w:rsidRPr="00291DA9" w:rsidRDefault="00281EA7" w:rsidP="00281EA7">
            <w:pPr>
              <w:pStyle w:val="TableText"/>
              <w:spacing w:after="40"/>
              <w:rPr>
                <w:rFonts w:cs="Times New Roman"/>
              </w:rPr>
            </w:pPr>
            <w:r w:rsidRPr="00291DA9">
              <w:rPr>
                <w:rFonts w:cs="Times New Roman"/>
              </w:rPr>
              <w:t>__ Gbit/s</w:t>
            </w:r>
          </w:p>
        </w:tc>
        <w:tc>
          <w:tcPr>
            <w:tcW w:w="1417" w:type="dxa"/>
          </w:tcPr>
          <w:p w14:paraId="5565D12F" w14:textId="77777777" w:rsidR="00281EA7" w:rsidRPr="00291DA9" w:rsidRDefault="00281EA7" w:rsidP="00281EA7">
            <w:pPr>
              <w:pStyle w:val="TableText"/>
              <w:spacing w:after="40"/>
              <w:rPr>
                <w:rFonts w:cs="Times New Roman"/>
              </w:rPr>
            </w:pPr>
            <w:r w:rsidRPr="00291DA9">
              <w:rPr>
                <w:rFonts w:cs="Times New Roman"/>
              </w:rPr>
              <w:t>Online</w:t>
            </w:r>
          </w:p>
        </w:tc>
      </w:tr>
      <w:tr w:rsidR="00281EA7" w:rsidRPr="00291DA9" w14:paraId="68469F60" w14:textId="77777777" w:rsidTr="00281EA7">
        <w:trPr>
          <w:jc w:val="center"/>
        </w:trPr>
        <w:tc>
          <w:tcPr>
            <w:tcW w:w="1701" w:type="dxa"/>
          </w:tcPr>
          <w:p w14:paraId="0BE496AB" w14:textId="77777777" w:rsidR="00281EA7" w:rsidRPr="00291DA9" w:rsidRDefault="00281EA7" w:rsidP="00281EA7">
            <w:pPr>
              <w:pStyle w:val="TableText"/>
              <w:spacing w:after="40"/>
              <w:rPr>
                <w:rFonts w:cs="Times New Roman"/>
              </w:rPr>
            </w:pPr>
            <w:r w:rsidRPr="00291DA9">
              <w:rPr>
                <w:rFonts w:cs="Times New Roman"/>
              </w:rPr>
              <w:t>__</w:t>
            </w:r>
          </w:p>
        </w:tc>
        <w:tc>
          <w:tcPr>
            <w:tcW w:w="1701" w:type="dxa"/>
          </w:tcPr>
          <w:p w14:paraId="5B74C981" w14:textId="77777777" w:rsidR="00281EA7" w:rsidRPr="00291DA9" w:rsidRDefault="00281EA7" w:rsidP="00281EA7">
            <w:pPr>
              <w:pStyle w:val="TableText"/>
              <w:spacing w:after="40"/>
              <w:rPr>
                <w:rFonts w:cs="Times New Roman"/>
              </w:rPr>
            </w:pPr>
            <w:r w:rsidRPr="00291DA9">
              <w:rPr>
                <w:rFonts w:cs="Times New Roman"/>
              </w:rPr>
              <w:t>__</w:t>
            </w:r>
          </w:p>
        </w:tc>
        <w:tc>
          <w:tcPr>
            <w:tcW w:w="1701" w:type="dxa"/>
          </w:tcPr>
          <w:p w14:paraId="2A633A39" w14:textId="77777777" w:rsidR="00281EA7" w:rsidRPr="00291DA9" w:rsidRDefault="00281EA7" w:rsidP="00281EA7">
            <w:pPr>
              <w:pStyle w:val="TableText"/>
              <w:spacing w:after="40"/>
              <w:rPr>
                <w:rFonts w:cs="Times New Roman"/>
              </w:rPr>
            </w:pPr>
            <w:r w:rsidRPr="00291DA9">
              <w:rPr>
                <w:rFonts w:cs="Times New Roman"/>
              </w:rPr>
              <w:t>Controller A</w:t>
            </w:r>
          </w:p>
        </w:tc>
        <w:tc>
          <w:tcPr>
            <w:tcW w:w="1814" w:type="dxa"/>
          </w:tcPr>
          <w:p w14:paraId="3BBD66D0" w14:textId="77777777" w:rsidR="00281EA7" w:rsidRPr="00291DA9" w:rsidRDefault="00281EA7" w:rsidP="00281EA7">
            <w:pPr>
              <w:pStyle w:val="TableText"/>
              <w:spacing w:after="40"/>
              <w:rPr>
                <w:rFonts w:cs="Times New Roman"/>
              </w:rPr>
            </w:pPr>
            <w:r w:rsidRPr="00291DA9">
              <w:rPr>
                <w:rFonts w:cs="Times New Roman"/>
              </w:rPr>
              <w:t>FC A2</w:t>
            </w:r>
          </w:p>
        </w:tc>
        <w:tc>
          <w:tcPr>
            <w:tcW w:w="1701" w:type="dxa"/>
          </w:tcPr>
          <w:p w14:paraId="6C1E05B0" w14:textId="77777777" w:rsidR="00281EA7" w:rsidRPr="00291DA9" w:rsidRDefault="00281EA7" w:rsidP="00281EA7">
            <w:pPr>
              <w:pStyle w:val="TableText"/>
              <w:spacing w:after="40"/>
              <w:rPr>
                <w:rFonts w:cs="Times New Roman"/>
              </w:rPr>
            </w:pPr>
            <w:r w:rsidRPr="00291DA9">
              <w:rPr>
                <w:rFonts w:cs="Times New Roman"/>
              </w:rPr>
              <w:t>A</w:t>
            </w:r>
          </w:p>
        </w:tc>
        <w:tc>
          <w:tcPr>
            <w:tcW w:w="1417" w:type="dxa"/>
          </w:tcPr>
          <w:p w14:paraId="56CD1FC1" w14:textId="77777777" w:rsidR="00281EA7" w:rsidRPr="00291DA9" w:rsidRDefault="00281EA7" w:rsidP="00281EA7">
            <w:pPr>
              <w:pStyle w:val="TableText"/>
              <w:spacing w:after="40"/>
              <w:rPr>
                <w:rFonts w:cs="Times New Roman"/>
              </w:rPr>
            </w:pPr>
            <w:r w:rsidRPr="00291DA9">
              <w:rPr>
                <w:rFonts w:cs="Times New Roman"/>
              </w:rPr>
              <w:t>__ Gbit/s</w:t>
            </w:r>
          </w:p>
        </w:tc>
        <w:tc>
          <w:tcPr>
            <w:tcW w:w="1417" w:type="dxa"/>
          </w:tcPr>
          <w:p w14:paraId="164821D5" w14:textId="77777777" w:rsidR="00281EA7" w:rsidRPr="00291DA9" w:rsidRDefault="00281EA7" w:rsidP="00281EA7">
            <w:pPr>
              <w:pStyle w:val="TableText"/>
              <w:spacing w:after="40"/>
              <w:rPr>
                <w:rFonts w:cs="Times New Roman"/>
              </w:rPr>
            </w:pPr>
            <w:r w:rsidRPr="00291DA9">
              <w:rPr>
                <w:rFonts w:cs="Times New Roman"/>
              </w:rPr>
              <w:t>Online</w:t>
            </w:r>
          </w:p>
        </w:tc>
      </w:tr>
      <w:tr w:rsidR="00281EA7" w:rsidRPr="00291DA9" w14:paraId="4324C1A7" w14:textId="77777777" w:rsidTr="00281EA7">
        <w:trPr>
          <w:jc w:val="center"/>
        </w:trPr>
        <w:tc>
          <w:tcPr>
            <w:tcW w:w="1701" w:type="dxa"/>
          </w:tcPr>
          <w:p w14:paraId="785D0C26" w14:textId="77777777" w:rsidR="00281EA7" w:rsidRPr="00291DA9" w:rsidRDefault="00281EA7" w:rsidP="00281EA7">
            <w:pPr>
              <w:pStyle w:val="TableText"/>
              <w:spacing w:after="40"/>
              <w:rPr>
                <w:rFonts w:cs="Times New Roman"/>
              </w:rPr>
            </w:pPr>
            <w:r w:rsidRPr="00291DA9">
              <w:rPr>
                <w:rFonts w:cs="Times New Roman"/>
              </w:rPr>
              <w:t>__</w:t>
            </w:r>
          </w:p>
        </w:tc>
        <w:tc>
          <w:tcPr>
            <w:tcW w:w="1701" w:type="dxa"/>
          </w:tcPr>
          <w:p w14:paraId="24A80BB0" w14:textId="77777777" w:rsidR="00281EA7" w:rsidRPr="00291DA9" w:rsidRDefault="00281EA7" w:rsidP="00281EA7">
            <w:pPr>
              <w:pStyle w:val="TableText"/>
              <w:spacing w:after="40"/>
              <w:rPr>
                <w:rFonts w:cs="Times New Roman"/>
              </w:rPr>
            </w:pPr>
            <w:r w:rsidRPr="00291DA9">
              <w:rPr>
                <w:rFonts w:cs="Times New Roman"/>
              </w:rPr>
              <w:t>__</w:t>
            </w:r>
          </w:p>
        </w:tc>
        <w:tc>
          <w:tcPr>
            <w:tcW w:w="1701" w:type="dxa"/>
          </w:tcPr>
          <w:p w14:paraId="5DD51868" w14:textId="77777777" w:rsidR="00281EA7" w:rsidRPr="00291DA9" w:rsidRDefault="00281EA7" w:rsidP="00281EA7">
            <w:pPr>
              <w:pStyle w:val="TableText"/>
              <w:spacing w:after="40"/>
              <w:rPr>
                <w:rFonts w:cs="Times New Roman"/>
              </w:rPr>
            </w:pPr>
            <w:r w:rsidRPr="00291DA9">
              <w:rPr>
                <w:rFonts w:cs="Times New Roman"/>
              </w:rPr>
              <w:t>Controller A</w:t>
            </w:r>
          </w:p>
        </w:tc>
        <w:tc>
          <w:tcPr>
            <w:tcW w:w="1814" w:type="dxa"/>
          </w:tcPr>
          <w:p w14:paraId="531633D5" w14:textId="77777777" w:rsidR="00281EA7" w:rsidRPr="00291DA9" w:rsidRDefault="00281EA7" w:rsidP="00281EA7">
            <w:pPr>
              <w:pStyle w:val="TableText"/>
              <w:spacing w:after="40"/>
              <w:rPr>
                <w:rFonts w:cs="Times New Roman"/>
              </w:rPr>
            </w:pPr>
            <w:r w:rsidRPr="00291DA9">
              <w:rPr>
                <w:rFonts w:cs="Times New Roman"/>
              </w:rPr>
              <w:t>FC A3</w:t>
            </w:r>
          </w:p>
        </w:tc>
        <w:tc>
          <w:tcPr>
            <w:tcW w:w="1701" w:type="dxa"/>
          </w:tcPr>
          <w:p w14:paraId="15CF5B5B" w14:textId="77777777" w:rsidR="00281EA7" w:rsidRPr="00291DA9" w:rsidRDefault="00281EA7" w:rsidP="00281EA7">
            <w:pPr>
              <w:pStyle w:val="TableText"/>
              <w:spacing w:after="40"/>
              <w:rPr>
                <w:rFonts w:cs="Times New Roman"/>
              </w:rPr>
            </w:pPr>
            <w:r w:rsidRPr="00291DA9">
              <w:rPr>
                <w:rFonts w:cs="Times New Roman"/>
              </w:rPr>
              <w:t>B</w:t>
            </w:r>
          </w:p>
        </w:tc>
        <w:tc>
          <w:tcPr>
            <w:tcW w:w="1417" w:type="dxa"/>
          </w:tcPr>
          <w:p w14:paraId="4EF077E4" w14:textId="77777777" w:rsidR="00281EA7" w:rsidRPr="00291DA9" w:rsidRDefault="00281EA7" w:rsidP="00281EA7">
            <w:pPr>
              <w:pStyle w:val="TableText"/>
              <w:spacing w:after="40"/>
              <w:rPr>
                <w:rFonts w:cs="Times New Roman"/>
              </w:rPr>
            </w:pPr>
            <w:r w:rsidRPr="00291DA9">
              <w:rPr>
                <w:rFonts w:cs="Times New Roman"/>
              </w:rPr>
              <w:t>__ Gbit/s</w:t>
            </w:r>
          </w:p>
        </w:tc>
        <w:tc>
          <w:tcPr>
            <w:tcW w:w="1417" w:type="dxa"/>
          </w:tcPr>
          <w:p w14:paraId="7A344AC1" w14:textId="77777777" w:rsidR="00281EA7" w:rsidRPr="00291DA9" w:rsidRDefault="00281EA7" w:rsidP="00281EA7">
            <w:pPr>
              <w:pStyle w:val="TableText"/>
              <w:spacing w:after="40"/>
              <w:rPr>
                <w:rFonts w:cs="Times New Roman"/>
              </w:rPr>
            </w:pPr>
            <w:r w:rsidRPr="00291DA9">
              <w:rPr>
                <w:rFonts w:cs="Times New Roman"/>
              </w:rPr>
              <w:t>Online</w:t>
            </w:r>
          </w:p>
        </w:tc>
      </w:tr>
      <w:tr w:rsidR="00281EA7" w:rsidRPr="00291DA9" w14:paraId="493C7A86" w14:textId="77777777" w:rsidTr="00281EA7">
        <w:trPr>
          <w:jc w:val="center"/>
        </w:trPr>
        <w:tc>
          <w:tcPr>
            <w:tcW w:w="1701" w:type="dxa"/>
          </w:tcPr>
          <w:p w14:paraId="7426011A" w14:textId="77777777" w:rsidR="00281EA7" w:rsidRPr="00291DA9" w:rsidRDefault="00281EA7" w:rsidP="00281EA7">
            <w:pPr>
              <w:pStyle w:val="TableText"/>
              <w:spacing w:after="40"/>
              <w:rPr>
                <w:rFonts w:cs="Times New Roman"/>
              </w:rPr>
            </w:pPr>
            <w:r w:rsidRPr="00291DA9">
              <w:rPr>
                <w:rFonts w:cs="Times New Roman"/>
              </w:rPr>
              <w:t>__</w:t>
            </w:r>
          </w:p>
        </w:tc>
        <w:tc>
          <w:tcPr>
            <w:tcW w:w="1701" w:type="dxa"/>
          </w:tcPr>
          <w:p w14:paraId="71052FB0" w14:textId="77777777" w:rsidR="00281EA7" w:rsidRPr="00291DA9" w:rsidRDefault="00281EA7" w:rsidP="00281EA7">
            <w:pPr>
              <w:pStyle w:val="TableText"/>
              <w:spacing w:after="40"/>
              <w:rPr>
                <w:rFonts w:cs="Times New Roman"/>
              </w:rPr>
            </w:pPr>
            <w:r w:rsidRPr="00291DA9">
              <w:rPr>
                <w:rFonts w:cs="Times New Roman"/>
              </w:rPr>
              <w:t>__</w:t>
            </w:r>
          </w:p>
        </w:tc>
        <w:tc>
          <w:tcPr>
            <w:tcW w:w="1701" w:type="dxa"/>
          </w:tcPr>
          <w:p w14:paraId="6F036CD8" w14:textId="77777777" w:rsidR="00281EA7" w:rsidRPr="00291DA9" w:rsidRDefault="00281EA7" w:rsidP="00281EA7">
            <w:pPr>
              <w:pStyle w:val="TableText"/>
              <w:spacing w:after="40"/>
              <w:rPr>
                <w:rFonts w:cs="Times New Roman"/>
              </w:rPr>
            </w:pPr>
            <w:r w:rsidRPr="00291DA9">
              <w:rPr>
                <w:rFonts w:cs="Times New Roman"/>
              </w:rPr>
              <w:t>Controller A</w:t>
            </w:r>
          </w:p>
        </w:tc>
        <w:tc>
          <w:tcPr>
            <w:tcW w:w="1814" w:type="dxa"/>
          </w:tcPr>
          <w:p w14:paraId="717388B0" w14:textId="77777777" w:rsidR="00281EA7" w:rsidRPr="00291DA9" w:rsidRDefault="00281EA7" w:rsidP="00281EA7">
            <w:pPr>
              <w:pStyle w:val="TableText"/>
              <w:spacing w:after="40"/>
              <w:rPr>
                <w:rFonts w:cs="Times New Roman"/>
              </w:rPr>
            </w:pPr>
            <w:r w:rsidRPr="00291DA9">
              <w:rPr>
                <w:rFonts w:cs="Times New Roman"/>
              </w:rPr>
              <w:t>FC A4</w:t>
            </w:r>
          </w:p>
        </w:tc>
        <w:tc>
          <w:tcPr>
            <w:tcW w:w="1701" w:type="dxa"/>
          </w:tcPr>
          <w:p w14:paraId="784FA944" w14:textId="77777777" w:rsidR="00281EA7" w:rsidRPr="00291DA9" w:rsidRDefault="00281EA7" w:rsidP="00281EA7">
            <w:pPr>
              <w:pStyle w:val="TableText"/>
              <w:spacing w:after="40"/>
              <w:rPr>
                <w:rFonts w:cs="Times New Roman"/>
              </w:rPr>
            </w:pPr>
            <w:r w:rsidRPr="00291DA9">
              <w:rPr>
                <w:rFonts w:cs="Times New Roman"/>
              </w:rPr>
              <w:t>B</w:t>
            </w:r>
          </w:p>
        </w:tc>
        <w:tc>
          <w:tcPr>
            <w:tcW w:w="1417" w:type="dxa"/>
          </w:tcPr>
          <w:p w14:paraId="231D941C" w14:textId="77777777" w:rsidR="00281EA7" w:rsidRPr="00291DA9" w:rsidRDefault="00281EA7" w:rsidP="00281EA7">
            <w:pPr>
              <w:pStyle w:val="TableText"/>
              <w:spacing w:after="40"/>
              <w:rPr>
                <w:rFonts w:cs="Times New Roman"/>
              </w:rPr>
            </w:pPr>
            <w:r w:rsidRPr="00291DA9">
              <w:rPr>
                <w:rFonts w:cs="Times New Roman"/>
              </w:rPr>
              <w:t>__ Gbit/s</w:t>
            </w:r>
          </w:p>
        </w:tc>
        <w:tc>
          <w:tcPr>
            <w:tcW w:w="1417" w:type="dxa"/>
          </w:tcPr>
          <w:p w14:paraId="40C7BA22" w14:textId="77777777" w:rsidR="00281EA7" w:rsidRPr="00291DA9" w:rsidRDefault="00281EA7" w:rsidP="00281EA7">
            <w:pPr>
              <w:pStyle w:val="TableText"/>
              <w:spacing w:after="40"/>
              <w:rPr>
                <w:rFonts w:cs="Times New Roman"/>
              </w:rPr>
            </w:pPr>
            <w:r w:rsidRPr="00291DA9">
              <w:rPr>
                <w:rFonts w:cs="Times New Roman"/>
              </w:rPr>
              <w:t>Online</w:t>
            </w:r>
          </w:p>
        </w:tc>
      </w:tr>
      <w:tr w:rsidR="00281EA7" w:rsidRPr="00291DA9" w14:paraId="29DC7353" w14:textId="77777777" w:rsidTr="00281EA7">
        <w:trPr>
          <w:jc w:val="center"/>
        </w:trPr>
        <w:tc>
          <w:tcPr>
            <w:tcW w:w="1701" w:type="dxa"/>
          </w:tcPr>
          <w:p w14:paraId="30354E28" w14:textId="77777777" w:rsidR="00281EA7" w:rsidRPr="00291DA9" w:rsidRDefault="00281EA7" w:rsidP="00281EA7">
            <w:pPr>
              <w:pStyle w:val="TableText"/>
              <w:spacing w:after="40"/>
              <w:rPr>
                <w:rFonts w:cs="Times New Roman"/>
              </w:rPr>
            </w:pPr>
            <w:r w:rsidRPr="00291DA9">
              <w:rPr>
                <w:rFonts w:cs="Times New Roman"/>
              </w:rPr>
              <w:t>__</w:t>
            </w:r>
          </w:p>
        </w:tc>
        <w:tc>
          <w:tcPr>
            <w:tcW w:w="1701" w:type="dxa"/>
          </w:tcPr>
          <w:p w14:paraId="08042874" w14:textId="77777777" w:rsidR="00281EA7" w:rsidRPr="00291DA9" w:rsidRDefault="00281EA7" w:rsidP="00281EA7">
            <w:pPr>
              <w:pStyle w:val="TableText"/>
              <w:spacing w:after="40"/>
              <w:rPr>
                <w:rFonts w:cs="Times New Roman"/>
              </w:rPr>
            </w:pPr>
            <w:r w:rsidRPr="00291DA9">
              <w:rPr>
                <w:rFonts w:cs="Times New Roman"/>
              </w:rPr>
              <w:t>__</w:t>
            </w:r>
          </w:p>
        </w:tc>
        <w:tc>
          <w:tcPr>
            <w:tcW w:w="1701" w:type="dxa"/>
          </w:tcPr>
          <w:p w14:paraId="2290AE67" w14:textId="77777777" w:rsidR="00281EA7" w:rsidRPr="00291DA9" w:rsidRDefault="00281EA7" w:rsidP="00281EA7">
            <w:pPr>
              <w:pStyle w:val="TableText"/>
              <w:spacing w:after="40"/>
              <w:rPr>
                <w:rFonts w:cs="Times New Roman"/>
              </w:rPr>
            </w:pPr>
            <w:r w:rsidRPr="00291DA9">
              <w:rPr>
                <w:rFonts w:cs="Times New Roman"/>
              </w:rPr>
              <w:t>Controller B</w:t>
            </w:r>
          </w:p>
        </w:tc>
        <w:tc>
          <w:tcPr>
            <w:tcW w:w="1814" w:type="dxa"/>
          </w:tcPr>
          <w:p w14:paraId="237F6B1A" w14:textId="77777777" w:rsidR="00281EA7" w:rsidRPr="00291DA9" w:rsidRDefault="00281EA7" w:rsidP="00281EA7">
            <w:pPr>
              <w:pStyle w:val="TableText"/>
              <w:spacing w:after="40"/>
              <w:rPr>
                <w:rFonts w:cs="Times New Roman"/>
              </w:rPr>
            </w:pPr>
            <w:r w:rsidRPr="00291DA9">
              <w:rPr>
                <w:rFonts w:cs="Times New Roman"/>
              </w:rPr>
              <w:t>FC B1</w:t>
            </w:r>
          </w:p>
        </w:tc>
        <w:tc>
          <w:tcPr>
            <w:tcW w:w="1701" w:type="dxa"/>
          </w:tcPr>
          <w:p w14:paraId="6A3C9B6F" w14:textId="77777777" w:rsidR="00281EA7" w:rsidRPr="00291DA9" w:rsidRDefault="00281EA7" w:rsidP="00281EA7">
            <w:pPr>
              <w:pStyle w:val="TableText"/>
              <w:spacing w:after="40"/>
              <w:rPr>
                <w:rFonts w:cs="Times New Roman"/>
              </w:rPr>
            </w:pPr>
            <w:r w:rsidRPr="00291DA9">
              <w:rPr>
                <w:rFonts w:cs="Times New Roman"/>
              </w:rPr>
              <w:t>A</w:t>
            </w:r>
          </w:p>
        </w:tc>
        <w:tc>
          <w:tcPr>
            <w:tcW w:w="1417" w:type="dxa"/>
          </w:tcPr>
          <w:p w14:paraId="3223ED1B" w14:textId="77777777" w:rsidR="00281EA7" w:rsidRPr="00291DA9" w:rsidRDefault="00281EA7" w:rsidP="00281EA7">
            <w:pPr>
              <w:pStyle w:val="TableText"/>
              <w:spacing w:after="40"/>
              <w:rPr>
                <w:rFonts w:cs="Times New Roman"/>
              </w:rPr>
            </w:pPr>
            <w:r w:rsidRPr="00291DA9">
              <w:rPr>
                <w:rFonts w:cs="Times New Roman"/>
              </w:rPr>
              <w:t>__ Gbit/s</w:t>
            </w:r>
          </w:p>
        </w:tc>
        <w:tc>
          <w:tcPr>
            <w:tcW w:w="1417" w:type="dxa"/>
          </w:tcPr>
          <w:p w14:paraId="274C0159" w14:textId="77777777" w:rsidR="00281EA7" w:rsidRPr="00291DA9" w:rsidRDefault="00281EA7" w:rsidP="00281EA7">
            <w:pPr>
              <w:pStyle w:val="TableText"/>
              <w:spacing w:after="40"/>
              <w:rPr>
                <w:rFonts w:cs="Times New Roman"/>
              </w:rPr>
            </w:pPr>
            <w:r w:rsidRPr="00291DA9">
              <w:rPr>
                <w:rFonts w:cs="Times New Roman"/>
              </w:rPr>
              <w:t>Online</w:t>
            </w:r>
          </w:p>
        </w:tc>
      </w:tr>
      <w:tr w:rsidR="00281EA7" w:rsidRPr="00291DA9" w14:paraId="60D6074A" w14:textId="77777777" w:rsidTr="00281EA7">
        <w:trPr>
          <w:jc w:val="center"/>
        </w:trPr>
        <w:tc>
          <w:tcPr>
            <w:tcW w:w="1701" w:type="dxa"/>
          </w:tcPr>
          <w:p w14:paraId="0940EF47" w14:textId="77777777" w:rsidR="00281EA7" w:rsidRPr="00291DA9" w:rsidRDefault="00281EA7" w:rsidP="00281EA7">
            <w:pPr>
              <w:pStyle w:val="TableText"/>
              <w:spacing w:after="40"/>
              <w:rPr>
                <w:rFonts w:cs="Times New Roman"/>
              </w:rPr>
            </w:pPr>
            <w:r w:rsidRPr="00291DA9">
              <w:rPr>
                <w:rFonts w:cs="Times New Roman"/>
              </w:rPr>
              <w:t>__</w:t>
            </w:r>
          </w:p>
        </w:tc>
        <w:tc>
          <w:tcPr>
            <w:tcW w:w="1701" w:type="dxa"/>
          </w:tcPr>
          <w:p w14:paraId="1B282C25" w14:textId="77777777" w:rsidR="00281EA7" w:rsidRPr="00291DA9" w:rsidRDefault="00281EA7" w:rsidP="00281EA7">
            <w:pPr>
              <w:pStyle w:val="TableText"/>
              <w:spacing w:after="40"/>
              <w:rPr>
                <w:rFonts w:cs="Times New Roman"/>
              </w:rPr>
            </w:pPr>
            <w:r w:rsidRPr="00291DA9">
              <w:rPr>
                <w:rFonts w:cs="Times New Roman"/>
              </w:rPr>
              <w:t>__</w:t>
            </w:r>
          </w:p>
        </w:tc>
        <w:tc>
          <w:tcPr>
            <w:tcW w:w="1701" w:type="dxa"/>
          </w:tcPr>
          <w:p w14:paraId="6F324781" w14:textId="77777777" w:rsidR="00281EA7" w:rsidRPr="00291DA9" w:rsidRDefault="00281EA7" w:rsidP="00281EA7">
            <w:pPr>
              <w:pStyle w:val="TableText"/>
              <w:spacing w:after="40"/>
              <w:rPr>
                <w:rFonts w:cs="Times New Roman"/>
              </w:rPr>
            </w:pPr>
            <w:r w:rsidRPr="00291DA9">
              <w:rPr>
                <w:rFonts w:cs="Times New Roman"/>
              </w:rPr>
              <w:t>Controller B</w:t>
            </w:r>
          </w:p>
        </w:tc>
        <w:tc>
          <w:tcPr>
            <w:tcW w:w="1814" w:type="dxa"/>
          </w:tcPr>
          <w:p w14:paraId="76EE0550" w14:textId="77777777" w:rsidR="00281EA7" w:rsidRPr="00291DA9" w:rsidRDefault="00281EA7" w:rsidP="00281EA7">
            <w:pPr>
              <w:pStyle w:val="TableText"/>
              <w:spacing w:after="40"/>
              <w:rPr>
                <w:rFonts w:cs="Times New Roman"/>
              </w:rPr>
            </w:pPr>
            <w:r w:rsidRPr="00291DA9">
              <w:rPr>
                <w:rFonts w:cs="Times New Roman"/>
              </w:rPr>
              <w:t>FC B2</w:t>
            </w:r>
          </w:p>
        </w:tc>
        <w:tc>
          <w:tcPr>
            <w:tcW w:w="1701" w:type="dxa"/>
          </w:tcPr>
          <w:p w14:paraId="244ECC2B" w14:textId="77777777" w:rsidR="00281EA7" w:rsidRPr="00291DA9" w:rsidRDefault="00281EA7" w:rsidP="00281EA7">
            <w:pPr>
              <w:pStyle w:val="TableText"/>
              <w:spacing w:after="40"/>
              <w:rPr>
                <w:rFonts w:cs="Times New Roman"/>
              </w:rPr>
            </w:pPr>
            <w:r w:rsidRPr="00291DA9">
              <w:rPr>
                <w:rFonts w:cs="Times New Roman"/>
              </w:rPr>
              <w:t>A</w:t>
            </w:r>
          </w:p>
        </w:tc>
        <w:tc>
          <w:tcPr>
            <w:tcW w:w="1417" w:type="dxa"/>
          </w:tcPr>
          <w:p w14:paraId="7DFB5C11" w14:textId="77777777" w:rsidR="00281EA7" w:rsidRPr="00291DA9" w:rsidRDefault="00281EA7" w:rsidP="00281EA7">
            <w:pPr>
              <w:pStyle w:val="TableText"/>
              <w:spacing w:after="40"/>
              <w:rPr>
                <w:rFonts w:cs="Times New Roman"/>
              </w:rPr>
            </w:pPr>
            <w:r w:rsidRPr="00291DA9">
              <w:rPr>
                <w:rFonts w:cs="Times New Roman"/>
              </w:rPr>
              <w:t>__ Gbit/s</w:t>
            </w:r>
          </w:p>
        </w:tc>
        <w:tc>
          <w:tcPr>
            <w:tcW w:w="1417" w:type="dxa"/>
          </w:tcPr>
          <w:p w14:paraId="2F07FF33" w14:textId="77777777" w:rsidR="00281EA7" w:rsidRPr="00291DA9" w:rsidRDefault="00281EA7" w:rsidP="00281EA7">
            <w:pPr>
              <w:pStyle w:val="TableText"/>
              <w:spacing w:after="40"/>
              <w:rPr>
                <w:rFonts w:cs="Times New Roman"/>
              </w:rPr>
            </w:pPr>
            <w:r w:rsidRPr="00291DA9">
              <w:rPr>
                <w:rFonts w:cs="Times New Roman"/>
              </w:rPr>
              <w:t>Online</w:t>
            </w:r>
          </w:p>
        </w:tc>
      </w:tr>
      <w:tr w:rsidR="00281EA7" w:rsidRPr="00291DA9" w14:paraId="4FD568FD" w14:textId="77777777" w:rsidTr="00281EA7">
        <w:trPr>
          <w:jc w:val="center"/>
        </w:trPr>
        <w:tc>
          <w:tcPr>
            <w:tcW w:w="1701" w:type="dxa"/>
          </w:tcPr>
          <w:p w14:paraId="0DE291D4" w14:textId="77777777" w:rsidR="00281EA7" w:rsidRPr="00291DA9" w:rsidRDefault="00281EA7" w:rsidP="00281EA7">
            <w:pPr>
              <w:pStyle w:val="TableText"/>
              <w:spacing w:after="40"/>
              <w:rPr>
                <w:rFonts w:cs="Times New Roman"/>
              </w:rPr>
            </w:pPr>
            <w:r w:rsidRPr="00291DA9">
              <w:rPr>
                <w:rFonts w:cs="Times New Roman"/>
              </w:rPr>
              <w:t>__</w:t>
            </w:r>
          </w:p>
        </w:tc>
        <w:tc>
          <w:tcPr>
            <w:tcW w:w="1701" w:type="dxa"/>
          </w:tcPr>
          <w:p w14:paraId="480133BA" w14:textId="77777777" w:rsidR="00281EA7" w:rsidRPr="00291DA9" w:rsidRDefault="00281EA7" w:rsidP="00281EA7">
            <w:pPr>
              <w:pStyle w:val="TableText"/>
              <w:spacing w:after="40"/>
              <w:rPr>
                <w:rFonts w:cs="Times New Roman"/>
              </w:rPr>
            </w:pPr>
            <w:r w:rsidRPr="00291DA9">
              <w:rPr>
                <w:rFonts w:cs="Times New Roman"/>
              </w:rPr>
              <w:t>__</w:t>
            </w:r>
          </w:p>
        </w:tc>
        <w:tc>
          <w:tcPr>
            <w:tcW w:w="1701" w:type="dxa"/>
          </w:tcPr>
          <w:p w14:paraId="712A4BDF" w14:textId="77777777" w:rsidR="00281EA7" w:rsidRPr="00291DA9" w:rsidRDefault="00281EA7" w:rsidP="00281EA7">
            <w:pPr>
              <w:pStyle w:val="TableText"/>
              <w:spacing w:after="40"/>
              <w:rPr>
                <w:rFonts w:cs="Times New Roman"/>
              </w:rPr>
            </w:pPr>
            <w:r w:rsidRPr="00291DA9">
              <w:rPr>
                <w:rFonts w:cs="Times New Roman"/>
              </w:rPr>
              <w:t>Controller B</w:t>
            </w:r>
          </w:p>
        </w:tc>
        <w:tc>
          <w:tcPr>
            <w:tcW w:w="1814" w:type="dxa"/>
          </w:tcPr>
          <w:p w14:paraId="7EAD9A07" w14:textId="77777777" w:rsidR="00281EA7" w:rsidRPr="00291DA9" w:rsidRDefault="00281EA7" w:rsidP="00281EA7">
            <w:pPr>
              <w:pStyle w:val="TableText"/>
              <w:spacing w:after="40"/>
              <w:rPr>
                <w:rFonts w:cs="Times New Roman"/>
              </w:rPr>
            </w:pPr>
            <w:r w:rsidRPr="00291DA9">
              <w:rPr>
                <w:rFonts w:cs="Times New Roman"/>
              </w:rPr>
              <w:t>FC B3</w:t>
            </w:r>
          </w:p>
        </w:tc>
        <w:tc>
          <w:tcPr>
            <w:tcW w:w="1701" w:type="dxa"/>
          </w:tcPr>
          <w:p w14:paraId="64FAEDA9" w14:textId="77777777" w:rsidR="00281EA7" w:rsidRPr="00291DA9" w:rsidRDefault="00281EA7" w:rsidP="00281EA7">
            <w:pPr>
              <w:pStyle w:val="TableText"/>
              <w:spacing w:after="40"/>
              <w:rPr>
                <w:rFonts w:cs="Times New Roman"/>
              </w:rPr>
            </w:pPr>
            <w:r w:rsidRPr="00291DA9">
              <w:rPr>
                <w:rFonts w:cs="Times New Roman"/>
              </w:rPr>
              <w:t>B</w:t>
            </w:r>
          </w:p>
        </w:tc>
        <w:tc>
          <w:tcPr>
            <w:tcW w:w="1417" w:type="dxa"/>
          </w:tcPr>
          <w:p w14:paraId="097C54A0" w14:textId="77777777" w:rsidR="00281EA7" w:rsidRPr="00291DA9" w:rsidRDefault="00281EA7" w:rsidP="00281EA7">
            <w:pPr>
              <w:pStyle w:val="TableText"/>
              <w:spacing w:after="40"/>
              <w:rPr>
                <w:rFonts w:cs="Times New Roman"/>
              </w:rPr>
            </w:pPr>
            <w:r w:rsidRPr="00291DA9">
              <w:rPr>
                <w:rFonts w:cs="Times New Roman"/>
              </w:rPr>
              <w:t>__ Gbit/s</w:t>
            </w:r>
          </w:p>
        </w:tc>
        <w:tc>
          <w:tcPr>
            <w:tcW w:w="1417" w:type="dxa"/>
          </w:tcPr>
          <w:p w14:paraId="01C724A4" w14:textId="77777777" w:rsidR="00281EA7" w:rsidRPr="00291DA9" w:rsidRDefault="00281EA7" w:rsidP="00281EA7">
            <w:pPr>
              <w:pStyle w:val="TableText"/>
              <w:spacing w:after="40"/>
              <w:rPr>
                <w:rFonts w:cs="Times New Roman"/>
              </w:rPr>
            </w:pPr>
            <w:r w:rsidRPr="00291DA9">
              <w:rPr>
                <w:rFonts w:cs="Times New Roman"/>
              </w:rPr>
              <w:t>Online</w:t>
            </w:r>
          </w:p>
        </w:tc>
      </w:tr>
      <w:tr w:rsidR="00281EA7" w:rsidRPr="00291DA9" w14:paraId="3D9587CE" w14:textId="77777777" w:rsidTr="00281EA7">
        <w:trPr>
          <w:jc w:val="center"/>
        </w:trPr>
        <w:tc>
          <w:tcPr>
            <w:tcW w:w="1701" w:type="dxa"/>
          </w:tcPr>
          <w:p w14:paraId="4929A1B5" w14:textId="77777777" w:rsidR="00281EA7" w:rsidRPr="00291DA9" w:rsidRDefault="00281EA7" w:rsidP="00281EA7">
            <w:pPr>
              <w:pStyle w:val="TableText"/>
              <w:spacing w:after="40"/>
              <w:rPr>
                <w:rFonts w:cs="Times New Roman"/>
              </w:rPr>
            </w:pPr>
            <w:r w:rsidRPr="00291DA9">
              <w:rPr>
                <w:rFonts w:cs="Times New Roman"/>
              </w:rPr>
              <w:t>__</w:t>
            </w:r>
          </w:p>
        </w:tc>
        <w:tc>
          <w:tcPr>
            <w:tcW w:w="1701" w:type="dxa"/>
          </w:tcPr>
          <w:p w14:paraId="5D2D6788" w14:textId="77777777" w:rsidR="00281EA7" w:rsidRPr="00291DA9" w:rsidRDefault="00281EA7" w:rsidP="00281EA7">
            <w:pPr>
              <w:pStyle w:val="TableText"/>
              <w:spacing w:after="40"/>
              <w:rPr>
                <w:rFonts w:cs="Times New Roman"/>
              </w:rPr>
            </w:pPr>
            <w:r w:rsidRPr="00291DA9">
              <w:rPr>
                <w:rFonts w:cs="Times New Roman"/>
              </w:rPr>
              <w:t>__</w:t>
            </w:r>
          </w:p>
        </w:tc>
        <w:tc>
          <w:tcPr>
            <w:tcW w:w="1701" w:type="dxa"/>
          </w:tcPr>
          <w:p w14:paraId="31E9B0E3" w14:textId="77777777" w:rsidR="00281EA7" w:rsidRPr="00291DA9" w:rsidRDefault="00281EA7" w:rsidP="00281EA7">
            <w:pPr>
              <w:pStyle w:val="TableText"/>
              <w:spacing w:after="40"/>
              <w:rPr>
                <w:rFonts w:cs="Times New Roman"/>
              </w:rPr>
            </w:pPr>
            <w:r w:rsidRPr="00291DA9">
              <w:rPr>
                <w:rFonts w:cs="Times New Roman"/>
              </w:rPr>
              <w:t>Controller B</w:t>
            </w:r>
          </w:p>
        </w:tc>
        <w:tc>
          <w:tcPr>
            <w:tcW w:w="1814" w:type="dxa"/>
          </w:tcPr>
          <w:p w14:paraId="6D33BE31" w14:textId="77777777" w:rsidR="00281EA7" w:rsidRPr="00291DA9" w:rsidRDefault="00281EA7" w:rsidP="00281EA7">
            <w:pPr>
              <w:pStyle w:val="TableText"/>
              <w:spacing w:after="40"/>
              <w:rPr>
                <w:rFonts w:cs="Times New Roman"/>
              </w:rPr>
            </w:pPr>
            <w:r w:rsidRPr="00291DA9">
              <w:rPr>
                <w:rFonts w:cs="Times New Roman"/>
              </w:rPr>
              <w:t>FC B4</w:t>
            </w:r>
          </w:p>
        </w:tc>
        <w:tc>
          <w:tcPr>
            <w:tcW w:w="1701" w:type="dxa"/>
          </w:tcPr>
          <w:p w14:paraId="751453CF" w14:textId="77777777" w:rsidR="00281EA7" w:rsidRPr="00291DA9" w:rsidRDefault="00281EA7" w:rsidP="00281EA7">
            <w:pPr>
              <w:pStyle w:val="TableText"/>
              <w:spacing w:after="40"/>
              <w:rPr>
                <w:rFonts w:cs="Times New Roman"/>
              </w:rPr>
            </w:pPr>
            <w:r w:rsidRPr="00291DA9">
              <w:rPr>
                <w:rFonts w:cs="Times New Roman"/>
              </w:rPr>
              <w:t>B</w:t>
            </w:r>
          </w:p>
        </w:tc>
        <w:tc>
          <w:tcPr>
            <w:tcW w:w="1417" w:type="dxa"/>
          </w:tcPr>
          <w:p w14:paraId="27E02FB3" w14:textId="77777777" w:rsidR="00281EA7" w:rsidRPr="00291DA9" w:rsidRDefault="00281EA7" w:rsidP="00281EA7">
            <w:pPr>
              <w:pStyle w:val="TableText"/>
              <w:spacing w:after="40"/>
              <w:rPr>
                <w:rFonts w:cs="Times New Roman"/>
              </w:rPr>
            </w:pPr>
            <w:r w:rsidRPr="00291DA9">
              <w:rPr>
                <w:rFonts w:cs="Times New Roman"/>
              </w:rPr>
              <w:t>__ Gbit/s</w:t>
            </w:r>
          </w:p>
        </w:tc>
        <w:tc>
          <w:tcPr>
            <w:tcW w:w="1417" w:type="dxa"/>
          </w:tcPr>
          <w:p w14:paraId="5E92B779" w14:textId="77777777" w:rsidR="00281EA7" w:rsidRPr="00291DA9" w:rsidRDefault="00281EA7" w:rsidP="00281EA7">
            <w:pPr>
              <w:pStyle w:val="TableText"/>
              <w:spacing w:after="40"/>
              <w:rPr>
                <w:rFonts w:cs="Times New Roman"/>
              </w:rPr>
            </w:pPr>
            <w:r w:rsidRPr="00291DA9">
              <w:rPr>
                <w:rFonts w:cs="Times New Roman"/>
              </w:rPr>
              <w:t>Online</w:t>
            </w:r>
          </w:p>
        </w:tc>
      </w:tr>
    </w:tbl>
    <w:p w14:paraId="2C87C46D" w14:textId="77777777" w:rsidR="00281EA7" w:rsidRPr="00291DA9" w:rsidRDefault="00281EA7" w:rsidP="00281EA7"/>
    <w:p w14:paraId="6F875439" w14:textId="77777777" w:rsidR="00281EA7" w:rsidRPr="005302D1" w:rsidRDefault="00281EA7" w:rsidP="00281EA7">
      <w:pPr>
        <w:rPr>
          <w:b/>
          <w:bCs/>
          <w:szCs w:val="28"/>
        </w:rPr>
      </w:pPr>
      <w:r w:rsidRPr="005302D1">
        <w:rPr>
          <w:b/>
          <w:bCs/>
          <w:szCs w:val="28"/>
        </w:rPr>
        <w:t>7.3. Требования к количеству путей и группировке SLUA / Symmetric Active-Active</w:t>
      </w:r>
    </w:p>
    <w:p w14:paraId="35B70B9D" w14:textId="77777777" w:rsidR="00281EA7" w:rsidRPr="005302D1" w:rsidRDefault="00281EA7" w:rsidP="00281EA7">
      <w:r w:rsidRPr="00291DA9">
        <w:t xml:space="preserve">Конкретное число путей к одному LUN на сервере зависит от настроек zoning, количества initiator/target-портов и масштабирования стенда. </w:t>
      </w:r>
      <w:r w:rsidRPr="005302D1">
        <w:t xml:space="preserve">Для проверки </w:t>
      </w:r>
      <w:r w:rsidRPr="00291DA9">
        <w:t>SLUA</w:t>
      </w:r>
      <w:r w:rsidRPr="005302D1">
        <w:t xml:space="preserve"> устанавливаются следующие требования:</w:t>
      </w:r>
    </w:p>
    <w:tbl>
      <w:tblPr>
        <w:tblW w:w="0" w:type="auto"/>
        <w:jc w:val="center"/>
        <w:tblBorders>
          <w:top w:val="single" w:sz="4" w:space="0" w:color="C9D2E3"/>
          <w:left w:val="single" w:sz="4" w:space="0" w:color="C9D2E3"/>
          <w:bottom w:val="single" w:sz="4" w:space="0" w:color="C9D2E3"/>
          <w:right w:val="single" w:sz="4" w:space="0" w:color="C9D2E3"/>
          <w:insideH w:val="single" w:sz="4" w:space="0" w:color="C9D2E3"/>
          <w:insideV w:val="single" w:sz="4" w:space="0" w:color="C9D2E3"/>
        </w:tblBorders>
        <w:tblLook w:val="04A0" w:firstRow="1" w:lastRow="0" w:firstColumn="1" w:lastColumn="0" w:noHBand="0" w:noVBand="1"/>
      </w:tblPr>
      <w:tblGrid>
        <w:gridCol w:w="6804"/>
        <w:gridCol w:w="6804"/>
      </w:tblGrid>
      <w:tr w:rsidR="00281EA7" w:rsidRPr="00291DA9" w14:paraId="799A2F1E" w14:textId="77777777" w:rsidTr="00281EA7">
        <w:trPr>
          <w:tblHeader/>
          <w:jc w:val="center"/>
        </w:trPr>
        <w:tc>
          <w:tcPr>
            <w:tcW w:w="6804" w:type="dxa"/>
            <w:shd w:val="clear" w:color="auto" w:fill="E9EEF8"/>
          </w:tcPr>
          <w:p w14:paraId="4A455815" w14:textId="77777777" w:rsidR="00281EA7" w:rsidRPr="00291DA9" w:rsidRDefault="00281EA7" w:rsidP="00281EA7">
            <w:pPr>
              <w:pStyle w:val="TableText"/>
              <w:spacing w:after="40"/>
              <w:rPr>
                <w:rFonts w:cs="Times New Roman"/>
              </w:rPr>
            </w:pPr>
            <w:r w:rsidRPr="00291DA9">
              <w:rPr>
                <w:rFonts w:cs="Times New Roman"/>
                <w:b/>
              </w:rPr>
              <w:t>Параметр</w:t>
            </w:r>
          </w:p>
        </w:tc>
        <w:tc>
          <w:tcPr>
            <w:tcW w:w="6804" w:type="dxa"/>
            <w:shd w:val="clear" w:color="auto" w:fill="E9EEF8"/>
          </w:tcPr>
          <w:p w14:paraId="6150F37F" w14:textId="77777777" w:rsidR="00281EA7" w:rsidRPr="00291DA9" w:rsidRDefault="00281EA7" w:rsidP="00281EA7">
            <w:pPr>
              <w:pStyle w:val="TableText"/>
              <w:spacing w:after="40"/>
              <w:rPr>
                <w:rFonts w:cs="Times New Roman"/>
              </w:rPr>
            </w:pPr>
            <w:r w:rsidRPr="00291DA9">
              <w:rPr>
                <w:rFonts w:cs="Times New Roman"/>
                <w:b/>
              </w:rPr>
              <w:t>Требование</w:t>
            </w:r>
          </w:p>
        </w:tc>
      </w:tr>
      <w:tr w:rsidR="00281EA7" w:rsidRPr="00D31521" w14:paraId="32B3091C" w14:textId="77777777" w:rsidTr="00281EA7">
        <w:trPr>
          <w:jc w:val="center"/>
        </w:trPr>
        <w:tc>
          <w:tcPr>
            <w:tcW w:w="6804" w:type="dxa"/>
          </w:tcPr>
          <w:p w14:paraId="2B0E85E4"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Количество путей к одному </w:t>
            </w:r>
            <w:r w:rsidRPr="00291DA9">
              <w:rPr>
                <w:rFonts w:cs="Times New Roman"/>
              </w:rPr>
              <w:t>LUN</w:t>
            </w:r>
            <w:r w:rsidRPr="00291DA9">
              <w:rPr>
                <w:rFonts w:cs="Times New Roman"/>
                <w:lang w:val="ru-RU"/>
              </w:rPr>
              <w:t xml:space="preserve"> на одном сервере</w:t>
            </w:r>
          </w:p>
        </w:tc>
        <w:tc>
          <w:tcPr>
            <w:tcW w:w="6804" w:type="dxa"/>
          </w:tcPr>
          <w:p w14:paraId="6733363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Не менее </w:t>
            </w:r>
            <w:r w:rsidRPr="00D61DB8">
              <w:rPr>
                <w:rFonts w:cs="Times New Roman"/>
                <w:lang w:val="ru-RU"/>
              </w:rPr>
              <w:t>4</w:t>
            </w:r>
            <w:r w:rsidRPr="00291DA9">
              <w:rPr>
                <w:rFonts w:cs="Times New Roman"/>
                <w:lang w:val="ru-RU"/>
              </w:rPr>
              <w:t xml:space="preserve"> путей либо иное число, соответствующее согласованной матрице </w:t>
            </w:r>
            <w:r w:rsidRPr="00291DA9">
              <w:rPr>
                <w:rFonts w:cs="Times New Roman"/>
              </w:rPr>
              <w:t>initiator</w:t>
            </w:r>
            <w:r w:rsidRPr="00291DA9">
              <w:rPr>
                <w:rFonts w:cs="Times New Roman"/>
                <w:lang w:val="ru-RU"/>
              </w:rPr>
              <w:t>-</w:t>
            </w:r>
            <w:r w:rsidRPr="00291DA9">
              <w:rPr>
                <w:rFonts w:cs="Times New Roman"/>
              </w:rPr>
              <w:t>target</w:t>
            </w:r>
            <w:r w:rsidRPr="00291DA9">
              <w:rPr>
                <w:rFonts w:cs="Times New Roman"/>
                <w:lang w:val="ru-RU"/>
              </w:rPr>
              <w:t xml:space="preserve"> и письменно зафиксированное до начала отказных испытаний.</w:t>
            </w:r>
          </w:p>
        </w:tc>
      </w:tr>
      <w:tr w:rsidR="00281EA7" w:rsidRPr="00D31521" w14:paraId="3BB3B553" w14:textId="77777777" w:rsidTr="00281EA7">
        <w:trPr>
          <w:jc w:val="center"/>
        </w:trPr>
        <w:tc>
          <w:tcPr>
            <w:tcW w:w="6804" w:type="dxa"/>
          </w:tcPr>
          <w:p w14:paraId="1971550F" w14:textId="77777777" w:rsidR="00281EA7" w:rsidRPr="00291DA9" w:rsidRDefault="00281EA7" w:rsidP="00281EA7">
            <w:pPr>
              <w:pStyle w:val="TableText"/>
              <w:spacing w:after="40"/>
              <w:rPr>
                <w:rFonts w:cs="Times New Roman"/>
              </w:rPr>
            </w:pPr>
            <w:r w:rsidRPr="00291DA9">
              <w:rPr>
                <w:rFonts w:cs="Times New Roman"/>
              </w:rPr>
              <w:t>Распределение путей по контроллерам</w:t>
            </w:r>
          </w:p>
        </w:tc>
        <w:tc>
          <w:tcPr>
            <w:tcW w:w="6804" w:type="dxa"/>
          </w:tcPr>
          <w:p w14:paraId="2BD8EAC8" w14:textId="77777777" w:rsidR="00281EA7" w:rsidRPr="00291DA9" w:rsidRDefault="00281EA7" w:rsidP="00281EA7">
            <w:pPr>
              <w:pStyle w:val="TableText"/>
              <w:spacing w:after="40"/>
              <w:rPr>
                <w:rFonts w:cs="Times New Roman"/>
                <w:lang w:val="ru-RU"/>
              </w:rPr>
            </w:pPr>
            <w:r w:rsidRPr="00291DA9">
              <w:rPr>
                <w:rFonts w:cs="Times New Roman"/>
                <w:lang w:val="ru-RU"/>
              </w:rPr>
              <w:t>Пути проходят через оба контроллера СХД (</w:t>
            </w:r>
            <w:r w:rsidRPr="00291DA9">
              <w:rPr>
                <w:rFonts w:cs="Times New Roman"/>
              </w:rPr>
              <w:t>Controller</w:t>
            </w:r>
            <w:r w:rsidRPr="00291DA9">
              <w:rPr>
                <w:rFonts w:cs="Times New Roman"/>
                <w:lang w:val="ru-RU"/>
              </w:rPr>
              <w:t xml:space="preserve"> </w:t>
            </w:r>
            <w:r w:rsidRPr="00291DA9">
              <w:rPr>
                <w:rFonts w:cs="Times New Roman"/>
              </w:rPr>
              <w:t>A</w:t>
            </w:r>
            <w:r w:rsidRPr="00291DA9">
              <w:rPr>
                <w:rFonts w:cs="Times New Roman"/>
                <w:lang w:val="ru-RU"/>
              </w:rPr>
              <w:t xml:space="preserve"> и </w:t>
            </w:r>
            <w:r w:rsidRPr="00291DA9">
              <w:rPr>
                <w:rFonts w:cs="Times New Roman"/>
              </w:rPr>
              <w:t>Controller</w:t>
            </w:r>
            <w:r w:rsidRPr="00291DA9">
              <w:rPr>
                <w:rFonts w:cs="Times New Roman"/>
                <w:lang w:val="ru-RU"/>
              </w:rPr>
              <w:t xml:space="preserve"> </w:t>
            </w:r>
            <w:r w:rsidRPr="00291DA9">
              <w:rPr>
                <w:rFonts w:cs="Times New Roman"/>
              </w:rPr>
              <w:t>B</w:t>
            </w:r>
            <w:r w:rsidRPr="00291DA9">
              <w:rPr>
                <w:rFonts w:cs="Times New Roman"/>
                <w:lang w:val="ru-RU"/>
              </w:rPr>
              <w:t>).</w:t>
            </w:r>
          </w:p>
        </w:tc>
      </w:tr>
      <w:tr w:rsidR="00281EA7" w:rsidRPr="00D31521" w14:paraId="2806674F" w14:textId="77777777" w:rsidTr="00281EA7">
        <w:trPr>
          <w:jc w:val="center"/>
        </w:trPr>
        <w:tc>
          <w:tcPr>
            <w:tcW w:w="6804" w:type="dxa"/>
          </w:tcPr>
          <w:p w14:paraId="7840139B"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Группировка путей в </w:t>
            </w:r>
          </w:p>
          <w:p w14:paraId="4D3D1513" w14:textId="77777777" w:rsidR="00281EA7" w:rsidRPr="00291DA9" w:rsidRDefault="00281EA7" w:rsidP="00281EA7">
            <w:pPr>
              <w:pStyle w:val="TableText"/>
              <w:spacing w:after="40"/>
              <w:rPr>
                <w:rFonts w:cs="Times New Roman"/>
                <w:lang w:val="ru-RU"/>
              </w:rPr>
            </w:pPr>
            <w:r w:rsidRPr="00291DA9">
              <w:rPr>
                <w:rFonts w:eastAsia="Consolas" w:cs="Times New Roman"/>
              </w:rPr>
              <w:t>multipath</w:t>
            </w:r>
            <w:r w:rsidRPr="00291DA9">
              <w:rPr>
                <w:rFonts w:eastAsia="Consolas" w:cs="Times New Roman"/>
                <w:lang w:val="ru-RU"/>
              </w:rPr>
              <w:t xml:space="preserve"> -</w:t>
            </w:r>
            <w:r w:rsidRPr="00291DA9">
              <w:rPr>
                <w:rFonts w:eastAsia="Consolas" w:cs="Times New Roman"/>
              </w:rPr>
              <w:t>ll</w:t>
            </w:r>
          </w:p>
        </w:tc>
        <w:tc>
          <w:tcPr>
            <w:tcW w:w="6804" w:type="dxa"/>
          </w:tcPr>
          <w:p w14:paraId="3B5E45C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Допускается одна или несколько групп путей. Все отображаемые группы, используемые для рабочих путей, должны иметь </w:t>
            </w:r>
          </w:p>
          <w:p w14:paraId="2AA8C9C0" w14:textId="77777777" w:rsidR="00281EA7" w:rsidRPr="00291DA9" w:rsidRDefault="00281EA7" w:rsidP="00281EA7">
            <w:pPr>
              <w:pStyle w:val="TableText"/>
              <w:spacing w:after="40"/>
              <w:rPr>
                <w:rFonts w:cs="Times New Roman"/>
                <w:lang w:val="ru-RU"/>
              </w:rPr>
            </w:pPr>
            <w:r w:rsidRPr="00291DA9">
              <w:rPr>
                <w:rFonts w:eastAsia="Consolas" w:cs="Times New Roman"/>
              </w:rPr>
              <w:t>status</w:t>
            </w:r>
            <w:r w:rsidRPr="00291DA9">
              <w:rPr>
                <w:rFonts w:eastAsia="Consolas" w:cs="Times New Roman"/>
                <w:lang w:val="ru-RU"/>
              </w:rPr>
              <w:t>=</w:t>
            </w:r>
            <w:r w:rsidRPr="00291DA9">
              <w:rPr>
                <w:rFonts w:eastAsia="Consolas" w:cs="Times New Roman"/>
              </w:rPr>
              <w:t>active</w:t>
            </w:r>
          </w:p>
          <w:p w14:paraId="2850A364"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w:t>
            </w:r>
          </w:p>
          <w:p w14:paraId="38990899" w14:textId="77777777" w:rsidR="00281EA7" w:rsidRPr="00291DA9" w:rsidRDefault="00281EA7" w:rsidP="00281EA7">
            <w:pPr>
              <w:pStyle w:val="TableText"/>
              <w:spacing w:after="40"/>
              <w:rPr>
                <w:rFonts w:cs="Times New Roman"/>
                <w:lang w:val="ru-RU"/>
              </w:rPr>
            </w:pPr>
            <w:r w:rsidRPr="00291DA9">
              <w:rPr>
                <w:rFonts w:eastAsia="Consolas" w:cs="Times New Roman"/>
              </w:rPr>
              <w:t>prio</w:t>
            </w:r>
          </w:p>
          <w:p w14:paraId="61EBA42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у путей/групп через оба контроллера должен быть одинаковым либо сопоставимым.</w:t>
            </w:r>
          </w:p>
        </w:tc>
      </w:tr>
      <w:tr w:rsidR="00281EA7" w:rsidRPr="00291DA9" w14:paraId="54DD7806" w14:textId="77777777" w:rsidTr="00281EA7">
        <w:trPr>
          <w:jc w:val="center"/>
        </w:trPr>
        <w:tc>
          <w:tcPr>
            <w:tcW w:w="6804" w:type="dxa"/>
          </w:tcPr>
          <w:p w14:paraId="18B5F913" w14:textId="77777777" w:rsidR="00281EA7" w:rsidRPr="00291DA9" w:rsidRDefault="00281EA7" w:rsidP="00281EA7">
            <w:pPr>
              <w:pStyle w:val="TableText"/>
              <w:spacing w:after="40"/>
              <w:rPr>
                <w:rFonts w:cs="Times New Roman"/>
              </w:rPr>
            </w:pPr>
            <w:r w:rsidRPr="00291DA9">
              <w:rPr>
                <w:rFonts w:cs="Times New Roman"/>
              </w:rPr>
              <w:t>Состояние каждого рабочего пути</w:t>
            </w:r>
          </w:p>
        </w:tc>
        <w:tc>
          <w:tcPr>
            <w:tcW w:w="6804" w:type="dxa"/>
          </w:tcPr>
          <w:p w14:paraId="18210A4C" w14:textId="77777777" w:rsidR="00281EA7" w:rsidRPr="00291DA9" w:rsidRDefault="00281EA7" w:rsidP="00281EA7">
            <w:pPr>
              <w:pStyle w:val="TableText"/>
              <w:spacing w:after="40"/>
              <w:rPr>
                <w:rFonts w:cs="Times New Roman"/>
              </w:rPr>
            </w:pPr>
            <w:r w:rsidRPr="00291DA9">
              <w:rPr>
                <w:rFonts w:eastAsia="Consolas" w:cs="Times New Roman"/>
              </w:rPr>
              <w:t>active ready running</w:t>
            </w:r>
          </w:p>
          <w:p w14:paraId="4694C885" w14:textId="77777777" w:rsidR="00281EA7" w:rsidRPr="00291DA9" w:rsidRDefault="00281EA7" w:rsidP="00281EA7">
            <w:pPr>
              <w:pStyle w:val="TableText"/>
              <w:spacing w:after="40"/>
              <w:rPr>
                <w:rFonts w:cs="Times New Roman"/>
              </w:rPr>
            </w:pPr>
            <w:r w:rsidRPr="00291DA9">
              <w:rPr>
                <w:rFonts w:cs="Times New Roman"/>
              </w:rPr>
              <w:t>.</w:t>
            </w:r>
          </w:p>
        </w:tc>
      </w:tr>
      <w:tr w:rsidR="00281EA7" w:rsidRPr="00D31521" w14:paraId="47E70F6F" w14:textId="77777777" w:rsidTr="00281EA7">
        <w:trPr>
          <w:jc w:val="center"/>
        </w:trPr>
        <w:tc>
          <w:tcPr>
            <w:tcW w:w="6804" w:type="dxa"/>
          </w:tcPr>
          <w:p w14:paraId="4F5252A0"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Недопустимые признаки для исходной </w:t>
            </w:r>
            <w:r w:rsidRPr="00291DA9">
              <w:rPr>
                <w:rFonts w:cs="Times New Roman"/>
              </w:rPr>
              <w:t>SLUA</w:t>
            </w:r>
            <w:r w:rsidRPr="00291DA9">
              <w:rPr>
                <w:rFonts w:cs="Times New Roman"/>
                <w:lang w:val="ru-RU"/>
              </w:rPr>
              <w:t>-картины</w:t>
            </w:r>
          </w:p>
        </w:tc>
        <w:tc>
          <w:tcPr>
            <w:tcW w:w="6804" w:type="dxa"/>
          </w:tcPr>
          <w:p w14:paraId="243892CD" w14:textId="77777777" w:rsidR="00281EA7" w:rsidRPr="00291DA9" w:rsidRDefault="00281EA7" w:rsidP="00281EA7">
            <w:pPr>
              <w:pStyle w:val="TableText"/>
              <w:spacing w:after="40"/>
              <w:rPr>
                <w:rFonts w:cs="Times New Roman"/>
              </w:rPr>
            </w:pPr>
            <w:r w:rsidRPr="00291DA9">
              <w:rPr>
                <w:rFonts w:eastAsia="Consolas" w:cs="Times New Roman"/>
              </w:rPr>
              <w:t>status=enabled</w:t>
            </w:r>
          </w:p>
          <w:p w14:paraId="296491AC" w14:textId="77777777" w:rsidR="00281EA7" w:rsidRPr="00291DA9" w:rsidRDefault="00281EA7" w:rsidP="00281EA7">
            <w:pPr>
              <w:pStyle w:val="TableText"/>
              <w:spacing w:after="40"/>
              <w:rPr>
                <w:rFonts w:cs="Times New Roman"/>
              </w:rPr>
            </w:pPr>
            <w:r w:rsidRPr="00291DA9">
              <w:rPr>
                <w:rFonts w:cs="Times New Roman"/>
              </w:rPr>
              <w:t xml:space="preserve">, </w:t>
            </w:r>
          </w:p>
          <w:p w14:paraId="12354D1A" w14:textId="77777777" w:rsidR="00281EA7" w:rsidRPr="00291DA9" w:rsidRDefault="00281EA7" w:rsidP="00281EA7">
            <w:pPr>
              <w:pStyle w:val="TableText"/>
              <w:spacing w:after="40"/>
              <w:rPr>
                <w:rFonts w:cs="Times New Roman"/>
              </w:rPr>
            </w:pPr>
            <w:r w:rsidRPr="00291DA9">
              <w:rPr>
                <w:rFonts w:eastAsia="Consolas" w:cs="Times New Roman"/>
              </w:rPr>
              <w:t>enabled ghost running</w:t>
            </w:r>
          </w:p>
          <w:p w14:paraId="21DB9B37" w14:textId="77777777" w:rsidR="00281EA7" w:rsidRPr="00291DA9" w:rsidRDefault="00281EA7" w:rsidP="00281EA7">
            <w:pPr>
              <w:pStyle w:val="TableText"/>
              <w:spacing w:after="40"/>
              <w:rPr>
                <w:rFonts w:cs="Times New Roman"/>
              </w:rPr>
            </w:pPr>
            <w:r w:rsidRPr="00291DA9">
              <w:rPr>
                <w:rFonts w:cs="Times New Roman"/>
              </w:rPr>
              <w:t xml:space="preserve">, </w:t>
            </w:r>
          </w:p>
          <w:p w14:paraId="00DE4C60" w14:textId="77777777" w:rsidR="00281EA7" w:rsidRPr="00291DA9" w:rsidRDefault="00281EA7" w:rsidP="00281EA7">
            <w:pPr>
              <w:pStyle w:val="TableText"/>
              <w:spacing w:after="40"/>
              <w:rPr>
                <w:rFonts w:cs="Times New Roman"/>
              </w:rPr>
            </w:pPr>
            <w:r w:rsidRPr="00291DA9">
              <w:rPr>
                <w:rFonts w:eastAsia="Consolas" w:cs="Times New Roman"/>
              </w:rPr>
              <w:t>standby</w:t>
            </w:r>
          </w:p>
          <w:p w14:paraId="6B24A59C" w14:textId="77777777" w:rsidR="00281EA7" w:rsidRPr="00291DA9" w:rsidRDefault="00281EA7" w:rsidP="00281EA7">
            <w:pPr>
              <w:pStyle w:val="TableText"/>
              <w:spacing w:after="40"/>
              <w:rPr>
                <w:rFonts w:cs="Times New Roman"/>
              </w:rPr>
            </w:pPr>
            <w:r w:rsidRPr="00291DA9">
              <w:rPr>
                <w:rFonts w:cs="Times New Roman"/>
              </w:rPr>
              <w:t xml:space="preserve">, </w:t>
            </w:r>
          </w:p>
          <w:p w14:paraId="77F24E5A" w14:textId="77777777" w:rsidR="00281EA7" w:rsidRPr="00291DA9" w:rsidRDefault="00281EA7" w:rsidP="00281EA7">
            <w:pPr>
              <w:pStyle w:val="TableText"/>
              <w:spacing w:after="40"/>
              <w:rPr>
                <w:rFonts w:cs="Times New Roman"/>
              </w:rPr>
            </w:pPr>
            <w:r w:rsidRPr="00291DA9">
              <w:rPr>
                <w:rFonts w:eastAsia="Consolas" w:cs="Times New Roman"/>
              </w:rPr>
              <w:t>active/non-optimized</w:t>
            </w:r>
          </w:p>
          <w:p w14:paraId="25B4C1AB" w14:textId="77777777" w:rsidR="00281EA7" w:rsidRPr="00291DA9" w:rsidRDefault="00281EA7" w:rsidP="00281EA7">
            <w:pPr>
              <w:pStyle w:val="TableText"/>
              <w:spacing w:after="40"/>
              <w:rPr>
                <w:rFonts w:cs="Times New Roman"/>
              </w:rPr>
            </w:pPr>
            <w:r w:rsidRPr="00291DA9">
              <w:rPr>
                <w:rFonts w:cs="Times New Roman"/>
              </w:rPr>
              <w:t xml:space="preserve">, </w:t>
            </w:r>
          </w:p>
          <w:p w14:paraId="2276710C" w14:textId="77777777" w:rsidR="00281EA7" w:rsidRPr="00291DA9" w:rsidRDefault="00281EA7" w:rsidP="00281EA7">
            <w:pPr>
              <w:pStyle w:val="TableText"/>
              <w:spacing w:after="40"/>
              <w:rPr>
                <w:rFonts w:cs="Times New Roman"/>
              </w:rPr>
            </w:pPr>
            <w:r w:rsidRPr="00291DA9">
              <w:rPr>
                <w:rFonts w:eastAsia="Consolas" w:cs="Times New Roman"/>
              </w:rPr>
              <w:t>faulty</w:t>
            </w:r>
          </w:p>
          <w:p w14:paraId="34DBAE7B" w14:textId="77777777" w:rsidR="00281EA7" w:rsidRPr="00291DA9" w:rsidRDefault="00281EA7" w:rsidP="00281EA7">
            <w:pPr>
              <w:pStyle w:val="TableText"/>
              <w:spacing w:after="40"/>
              <w:rPr>
                <w:rFonts w:cs="Times New Roman"/>
              </w:rPr>
            </w:pPr>
            <w:r w:rsidRPr="00291DA9">
              <w:rPr>
                <w:rFonts w:cs="Times New Roman"/>
              </w:rPr>
              <w:t xml:space="preserve">, </w:t>
            </w:r>
          </w:p>
          <w:p w14:paraId="6AC16558" w14:textId="77777777" w:rsidR="00281EA7" w:rsidRPr="00291DA9" w:rsidRDefault="00281EA7" w:rsidP="00281EA7">
            <w:pPr>
              <w:pStyle w:val="TableText"/>
              <w:spacing w:after="40"/>
              <w:rPr>
                <w:rFonts w:cs="Times New Roman"/>
                <w:lang w:val="ru-RU"/>
              </w:rPr>
            </w:pPr>
            <w:r w:rsidRPr="00291DA9">
              <w:rPr>
                <w:rFonts w:eastAsia="Consolas" w:cs="Times New Roman"/>
              </w:rPr>
              <w:t>failed</w:t>
            </w:r>
          </w:p>
          <w:p w14:paraId="1859D7CF"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w:t>
            </w:r>
          </w:p>
          <w:p w14:paraId="49B8D6D2" w14:textId="77777777" w:rsidR="00281EA7" w:rsidRPr="00291DA9" w:rsidRDefault="00281EA7" w:rsidP="00281EA7">
            <w:pPr>
              <w:pStyle w:val="TableText"/>
              <w:spacing w:after="40"/>
              <w:rPr>
                <w:rFonts w:cs="Times New Roman"/>
                <w:lang w:val="ru-RU"/>
              </w:rPr>
            </w:pPr>
            <w:r w:rsidRPr="00291DA9">
              <w:rPr>
                <w:rFonts w:eastAsia="Consolas" w:cs="Times New Roman"/>
              </w:rPr>
              <w:t>offline</w:t>
            </w:r>
          </w:p>
          <w:p w14:paraId="5316201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w:t>
            </w:r>
          </w:p>
          <w:p w14:paraId="12D9D81E" w14:textId="77777777" w:rsidR="00281EA7" w:rsidRPr="00291DA9" w:rsidRDefault="00281EA7" w:rsidP="00281EA7">
            <w:pPr>
              <w:pStyle w:val="TableText"/>
              <w:spacing w:after="40"/>
              <w:rPr>
                <w:rFonts w:cs="Times New Roman"/>
                <w:lang w:val="ru-RU"/>
              </w:rPr>
            </w:pPr>
            <w:r w:rsidRPr="00291DA9">
              <w:rPr>
                <w:rFonts w:eastAsia="Consolas" w:cs="Times New Roman"/>
              </w:rPr>
              <w:t>undef</w:t>
            </w:r>
          </w:p>
          <w:p w14:paraId="4A44AE7F"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без официального пояснения производителя.</w:t>
            </w:r>
          </w:p>
        </w:tc>
      </w:tr>
    </w:tbl>
    <w:p w14:paraId="0647F23D" w14:textId="77777777" w:rsidR="00281EA7" w:rsidRPr="00291DA9" w:rsidRDefault="00281EA7" w:rsidP="00281EA7"/>
    <w:tbl>
      <w:tblPr>
        <w:tblW w:w="0" w:type="auto"/>
        <w:jc w:val="center"/>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Look w:val="04A0" w:firstRow="1" w:lastRow="0" w:firstColumn="1" w:lastColumn="0" w:noHBand="0" w:noVBand="1"/>
      </w:tblPr>
      <w:tblGrid>
        <w:gridCol w:w="14464"/>
      </w:tblGrid>
      <w:tr w:rsidR="00281EA7" w:rsidRPr="00D31521" w14:paraId="4B7E4C5E" w14:textId="77777777" w:rsidTr="00281EA7">
        <w:trPr>
          <w:jc w:val="center"/>
        </w:trPr>
        <w:tc>
          <w:tcPr>
            <w:tcW w:w="14480" w:type="dxa"/>
            <w:shd w:val="clear" w:color="auto" w:fill="FFF7E6"/>
          </w:tcPr>
          <w:p w14:paraId="1124CAA1" w14:textId="77777777" w:rsidR="00281EA7" w:rsidRPr="00291DA9" w:rsidRDefault="00281EA7" w:rsidP="00281EA7">
            <w:r w:rsidRPr="00291DA9">
              <w:rPr>
                <w:b/>
                <w:sz w:val="19"/>
              </w:rPr>
              <w:t>Важно.</w:t>
            </w:r>
            <w:r w:rsidRPr="00291DA9">
              <w:rPr>
                <w:sz w:val="19"/>
              </w:rPr>
              <w:t xml:space="preserve"> Фактическое количество путей и матрица initiator-target фиксируются в журнале испытаний до начала отказных испытаний. Одна active-группа в </w:t>
            </w:r>
            <w:r w:rsidRPr="00291DA9">
              <w:rPr>
                <w:rFonts w:eastAsia="Consolas"/>
                <w:sz w:val="19"/>
              </w:rPr>
              <w:t>multipath -ll</w:t>
            </w:r>
            <w:r w:rsidRPr="00291DA9">
              <w:rPr>
                <w:sz w:val="19"/>
              </w:rPr>
              <w:t xml:space="preserve"> допустима, если в ней присутствуют рабочие пути через оба контроллера с одинаковым/сопоставимым </w:t>
            </w:r>
            <w:r w:rsidRPr="00291DA9">
              <w:rPr>
                <w:rFonts w:eastAsia="Consolas"/>
                <w:sz w:val="19"/>
              </w:rPr>
              <w:t>prio</w:t>
            </w:r>
            <w:r w:rsidRPr="00291DA9">
              <w:rPr>
                <w:sz w:val="19"/>
              </w:rPr>
              <w:t xml:space="preserve"> и все рабочие пути имеют </w:t>
            </w:r>
            <w:r w:rsidRPr="00291DA9">
              <w:rPr>
                <w:rFonts w:eastAsia="Consolas"/>
                <w:sz w:val="19"/>
              </w:rPr>
              <w:t>active ready running</w:t>
            </w:r>
            <w:r w:rsidRPr="00291DA9">
              <w:rPr>
                <w:sz w:val="19"/>
              </w:rPr>
              <w:t>.</w:t>
            </w:r>
          </w:p>
        </w:tc>
      </w:tr>
    </w:tbl>
    <w:p w14:paraId="47448FBC" w14:textId="77777777" w:rsidR="00281EA7" w:rsidRPr="00291DA9" w:rsidRDefault="00281EA7" w:rsidP="00281EA7"/>
    <w:p w14:paraId="2C4AF41E" w14:textId="77777777" w:rsidR="00281EA7" w:rsidRPr="005302D1" w:rsidRDefault="00281EA7" w:rsidP="00281EA7">
      <w:pPr>
        <w:rPr>
          <w:b/>
          <w:bCs/>
          <w:szCs w:val="28"/>
        </w:rPr>
      </w:pPr>
      <w:r w:rsidRPr="005302D1">
        <w:rPr>
          <w:b/>
          <w:bCs/>
          <w:szCs w:val="28"/>
        </w:rPr>
        <w:t>7.4. Допустимые и недопустимые состояния путей для проверки SLUA SLUA / Symmetric Active-Active</w:t>
      </w:r>
    </w:p>
    <w:tbl>
      <w:tblPr>
        <w:tblW w:w="0" w:type="auto"/>
        <w:jc w:val="center"/>
        <w:tblBorders>
          <w:top w:val="single" w:sz="4" w:space="0" w:color="C9D2E3"/>
          <w:left w:val="single" w:sz="4" w:space="0" w:color="C9D2E3"/>
          <w:bottom w:val="single" w:sz="4" w:space="0" w:color="C9D2E3"/>
          <w:right w:val="single" w:sz="4" w:space="0" w:color="C9D2E3"/>
          <w:insideH w:val="single" w:sz="4" w:space="0" w:color="C9D2E3"/>
          <w:insideV w:val="single" w:sz="4" w:space="0" w:color="C9D2E3"/>
        </w:tblBorders>
        <w:tblLook w:val="04A0" w:firstRow="1" w:lastRow="0" w:firstColumn="1" w:lastColumn="0" w:noHBand="0" w:noVBand="1"/>
      </w:tblPr>
      <w:tblGrid>
        <w:gridCol w:w="1814"/>
        <w:gridCol w:w="4252"/>
        <w:gridCol w:w="4252"/>
        <w:gridCol w:w="2268"/>
      </w:tblGrid>
      <w:tr w:rsidR="00281EA7" w:rsidRPr="00291DA9" w14:paraId="33C0CBAD" w14:textId="77777777" w:rsidTr="00281EA7">
        <w:trPr>
          <w:tblHeader/>
          <w:jc w:val="center"/>
        </w:trPr>
        <w:tc>
          <w:tcPr>
            <w:tcW w:w="1814" w:type="dxa"/>
            <w:shd w:val="clear" w:color="auto" w:fill="E9EEF8"/>
          </w:tcPr>
          <w:p w14:paraId="5283EE0D" w14:textId="77777777" w:rsidR="00281EA7" w:rsidRPr="00291DA9" w:rsidRDefault="00281EA7" w:rsidP="00281EA7">
            <w:pPr>
              <w:pStyle w:val="TableText"/>
              <w:spacing w:after="40"/>
              <w:rPr>
                <w:rFonts w:cs="Times New Roman"/>
              </w:rPr>
            </w:pPr>
            <w:r w:rsidRPr="00291DA9">
              <w:rPr>
                <w:rFonts w:cs="Times New Roman"/>
                <w:b/>
              </w:rPr>
              <w:t>Ситуация</w:t>
            </w:r>
          </w:p>
        </w:tc>
        <w:tc>
          <w:tcPr>
            <w:tcW w:w="4252" w:type="dxa"/>
            <w:shd w:val="clear" w:color="auto" w:fill="E9EEF8"/>
          </w:tcPr>
          <w:p w14:paraId="2A5049AE" w14:textId="77777777" w:rsidR="00281EA7" w:rsidRPr="00291DA9" w:rsidRDefault="00281EA7" w:rsidP="00281EA7">
            <w:pPr>
              <w:pStyle w:val="TableText"/>
              <w:spacing w:after="40"/>
              <w:rPr>
                <w:rFonts w:cs="Times New Roman"/>
                <w:lang w:val="ru-RU"/>
              </w:rPr>
            </w:pPr>
            <w:r w:rsidRPr="00291DA9">
              <w:rPr>
                <w:rFonts w:cs="Times New Roman"/>
                <w:b/>
                <w:lang w:val="ru-RU"/>
              </w:rPr>
              <w:t xml:space="preserve">Типовые статусы в </w:t>
            </w:r>
            <w:r w:rsidRPr="00291DA9">
              <w:rPr>
                <w:rFonts w:cs="Times New Roman"/>
                <w:b/>
              </w:rPr>
              <w:t>multipath</w:t>
            </w:r>
            <w:r w:rsidRPr="00291DA9">
              <w:rPr>
                <w:rFonts w:cs="Times New Roman"/>
                <w:b/>
                <w:lang w:val="ru-RU"/>
              </w:rPr>
              <w:t xml:space="preserve"> -</w:t>
            </w:r>
            <w:r w:rsidRPr="00291DA9">
              <w:rPr>
                <w:rFonts w:cs="Times New Roman"/>
                <w:b/>
              </w:rPr>
              <w:t>ll</w:t>
            </w:r>
          </w:p>
        </w:tc>
        <w:tc>
          <w:tcPr>
            <w:tcW w:w="4252" w:type="dxa"/>
            <w:shd w:val="clear" w:color="auto" w:fill="E9EEF8"/>
          </w:tcPr>
          <w:p w14:paraId="652773B2" w14:textId="77777777" w:rsidR="00281EA7" w:rsidRPr="00291DA9" w:rsidRDefault="00281EA7" w:rsidP="00281EA7">
            <w:pPr>
              <w:pStyle w:val="TableText"/>
              <w:spacing w:after="40"/>
              <w:rPr>
                <w:rFonts w:cs="Times New Roman"/>
              </w:rPr>
            </w:pPr>
            <w:r w:rsidRPr="00291DA9">
              <w:rPr>
                <w:rFonts w:cs="Times New Roman"/>
                <w:b/>
              </w:rPr>
              <w:t>Оценка для SLUA</w:t>
            </w:r>
          </w:p>
        </w:tc>
        <w:tc>
          <w:tcPr>
            <w:tcW w:w="2268" w:type="dxa"/>
            <w:shd w:val="clear" w:color="auto" w:fill="E9EEF8"/>
          </w:tcPr>
          <w:p w14:paraId="358E6B8D" w14:textId="77777777" w:rsidR="00281EA7" w:rsidRPr="00291DA9" w:rsidRDefault="00281EA7" w:rsidP="00281EA7">
            <w:pPr>
              <w:pStyle w:val="TableText"/>
              <w:spacing w:after="40"/>
              <w:rPr>
                <w:rFonts w:cs="Times New Roman"/>
              </w:rPr>
            </w:pPr>
            <w:r w:rsidRPr="00291DA9">
              <w:rPr>
                <w:rFonts w:cs="Times New Roman"/>
                <w:b/>
              </w:rPr>
              <w:t>Комментарий</w:t>
            </w:r>
          </w:p>
        </w:tc>
      </w:tr>
      <w:tr w:rsidR="00281EA7" w:rsidRPr="00D31521" w14:paraId="25953627" w14:textId="77777777" w:rsidTr="00281EA7">
        <w:trPr>
          <w:jc w:val="center"/>
        </w:trPr>
        <w:tc>
          <w:tcPr>
            <w:tcW w:w="1814" w:type="dxa"/>
          </w:tcPr>
          <w:p w14:paraId="06528252" w14:textId="77777777" w:rsidR="00281EA7" w:rsidRPr="00291DA9" w:rsidRDefault="00281EA7" w:rsidP="00281EA7">
            <w:pPr>
              <w:pStyle w:val="TableText"/>
              <w:spacing w:after="40"/>
              <w:rPr>
                <w:rFonts w:cs="Times New Roman"/>
                <w:lang w:val="ru-RU"/>
              </w:rPr>
            </w:pPr>
            <w:r w:rsidRPr="00291DA9">
              <w:rPr>
                <w:rFonts w:cs="Times New Roman"/>
                <w:lang w:val="ru-RU"/>
              </w:rPr>
              <w:t>Рабочий путь через каждый контроллер</w:t>
            </w:r>
          </w:p>
        </w:tc>
        <w:tc>
          <w:tcPr>
            <w:tcW w:w="4252" w:type="dxa"/>
          </w:tcPr>
          <w:p w14:paraId="265E286E" w14:textId="77777777" w:rsidR="00281EA7" w:rsidRPr="00291DA9" w:rsidRDefault="00281EA7" w:rsidP="00281EA7">
            <w:pPr>
              <w:pStyle w:val="TableText"/>
              <w:spacing w:after="40"/>
              <w:rPr>
                <w:rFonts w:cs="Times New Roman"/>
                <w:lang w:val="ru-RU"/>
              </w:rPr>
            </w:pPr>
            <w:r w:rsidRPr="00291DA9">
              <w:rPr>
                <w:rFonts w:eastAsia="Consolas" w:cs="Times New Roman"/>
              </w:rPr>
              <w:t>active</w:t>
            </w:r>
            <w:r w:rsidRPr="00291DA9">
              <w:rPr>
                <w:rFonts w:eastAsia="Consolas" w:cs="Times New Roman"/>
                <w:lang w:val="ru-RU"/>
              </w:rPr>
              <w:t xml:space="preserve"> </w:t>
            </w:r>
            <w:r w:rsidRPr="00291DA9">
              <w:rPr>
                <w:rFonts w:eastAsia="Consolas" w:cs="Times New Roman"/>
              </w:rPr>
              <w:t>ready</w:t>
            </w:r>
            <w:r w:rsidRPr="00291DA9">
              <w:rPr>
                <w:rFonts w:eastAsia="Consolas" w:cs="Times New Roman"/>
                <w:lang w:val="ru-RU"/>
              </w:rPr>
              <w:t xml:space="preserve"> </w:t>
            </w:r>
            <w:r w:rsidRPr="00291DA9">
              <w:rPr>
                <w:rFonts w:eastAsia="Consolas" w:cs="Times New Roman"/>
              </w:rPr>
              <w:t>running</w:t>
            </w:r>
          </w:p>
          <w:p w14:paraId="0541D6FC"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либо эквивалентный штатный статус производителя</w:t>
            </w:r>
          </w:p>
        </w:tc>
        <w:tc>
          <w:tcPr>
            <w:tcW w:w="4252" w:type="dxa"/>
          </w:tcPr>
          <w:p w14:paraId="49E13EEA" w14:textId="77777777" w:rsidR="00281EA7" w:rsidRPr="00291DA9" w:rsidRDefault="00281EA7" w:rsidP="00281EA7">
            <w:pPr>
              <w:pStyle w:val="TableText"/>
              <w:spacing w:after="40"/>
              <w:rPr>
                <w:rFonts w:cs="Times New Roman"/>
              </w:rPr>
            </w:pPr>
            <w:r w:rsidRPr="00291DA9">
              <w:rPr>
                <w:rFonts w:cs="Times New Roman"/>
              </w:rPr>
              <w:t>Допустимо</w:t>
            </w:r>
          </w:p>
        </w:tc>
        <w:tc>
          <w:tcPr>
            <w:tcW w:w="2268" w:type="dxa"/>
          </w:tcPr>
          <w:p w14:paraId="613767C7"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Базовое ожидаемое состояние рабочего пути. Для проверки </w:t>
            </w:r>
            <w:r w:rsidRPr="00291DA9">
              <w:rPr>
                <w:rFonts w:cs="Times New Roman"/>
              </w:rPr>
              <w:t>SLUA</w:t>
            </w:r>
            <w:r w:rsidRPr="00291DA9">
              <w:rPr>
                <w:rFonts w:cs="Times New Roman"/>
                <w:lang w:val="ru-RU"/>
              </w:rPr>
              <w:t xml:space="preserve"> рабочие пути должны быть представлены через оба контроллера.</w:t>
            </w:r>
          </w:p>
        </w:tc>
      </w:tr>
      <w:tr w:rsidR="00281EA7" w:rsidRPr="00D31521" w14:paraId="75117D18" w14:textId="77777777" w:rsidTr="00281EA7">
        <w:trPr>
          <w:jc w:val="center"/>
        </w:trPr>
        <w:tc>
          <w:tcPr>
            <w:tcW w:w="1814" w:type="dxa"/>
          </w:tcPr>
          <w:p w14:paraId="684B4F7B" w14:textId="77777777" w:rsidR="00281EA7" w:rsidRPr="00291DA9" w:rsidRDefault="00281EA7" w:rsidP="00281EA7">
            <w:pPr>
              <w:pStyle w:val="TableText"/>
              <w:spacing w:after="40"/>
              <w:rPr>
                <w:rFonts w:cs="Times New Roman"/>
                <w:lang w:val="ru-RU"/>
              </w:rPr>
            </w:pPr>
            <w:r w:rsidRPr="00291DA9">
              <w:rPr>
                <w:rFonts w:cs="Times New Roman"/>
                <w:lang w:val="ru-RU"/>
              </w:rPr>
              <w:t>Путь через один контроллер имеет меньший приоритет</w:t>
            </w:r>
          </w:p>
        </w:tc>
        <w:tc>
          <w:tcPr>
            <w:tcW w:w="4252" w:type="dxa"/>
          </w:tcPr>
          <w:p w14:paraId="2C350F4E" w14:textId="77777777" w:rsidR="00281EA7" w:rsidRPr="00291DA9" w:rsidRDefault="00281EA7" w:rsidP="00281EA7">
            <w:pPr>
              <w:pStyle w:val="TableText"/>
              <w:spacing w:after="40"/>
              <w:rPr>
                <w:rFonts w:cs="Times New Roman"/>
              </w:rPr>
            </w:pPr>
            <w:r w:rsidRPr="00291DA9">
              <w:rPr>
                <w:rFonts w:eastAsia="Consolas" w:cs="Times New Roman"/>
              </w:rPr>
              <w:t>enabled ready running</w:t>
            </w:r>
          </w:p>
          <w:p w14:paraId="0A98F337" w14:textId="77777777" w:rsidR="00281EA7" w:rsidRPr="00291DA9" w:rsidRDefault="00281EA7" w:rsidP="00281EA7">
            <w:pPr>
              <w:pStyle w:val="TableText"/>
              <w:spacing w:after="40"/>
              <w:rPr>
                <w:rFonts w:cs="Times New Roman"/>
              </w:rPr>
            </w:pPr>
            <w:r w:rsidRPr="00291DA9">
              <w:rPr>
                <w:rFonts w:cs="Times New Roman"/>
              </w:rPr>
              <w:t xml:space="preserve"> с меньшим </w:t>
            </w:r>
          </w:p>
          <w:p w14:paraId="28B72A39" w14:textId="77777777" w:rsidR="00281EA7" w:rsidRPr="00291DA9" w:rsidRDefault="00281EA7" w:rsidP="00281EA7">
            <w:pPr>
              <w:pStyle w:val="TableText"/>
              <w:spacing w:after="40"/>
              <w:rPr>
                <w:rFonts w:cs="Times New Roman"/>
              </w:rPr>
            </w:pPr>
            <w:r w:rsidRPr="00291DA9">
              <w:rPr>
                <w:rFonts w:eastAsia="Consolas" w:cs="Times New Roman"/>
              </w:rPr>
              <w:t>prio</w:t>
            </w:r>
          </w:p>
          <w:p w14:paraId="15DB8AC0" w14:textId="77777777" w:rsidR="00281EA7" w:rsidRPr="00291DA9" w:rsidRDefault="00281EA7" w:rsidP="00281EA7">
            <w:pPr>
              <w:pStyle w:val="TableText"/>
              <w:spacing w:after="40"/>
              <w:rPr>
                <w:rFonts w:cs="Times New Roman"/>
              </w:rPr>
            </w:pPr>
            <w:r w:rsidRPr="00291DA9">
              <w:rPr>
                <w:rFonts w:cs="Times New Roman"/>
              </w:rPr>
              <w:t xml:space="preserve">, </w:t>
            </w:r>
          </w:p>
          <w:p w14:paraId="2266AA83" w14:textId="77777777" w:rsidR="00281EA7" w:rsidRPr="00291DA9" w:rsidRDefault="00281EA7" w:rsidP="00281EA7">
            <w:pPr>
              <w:pStyle w:val="TableText"/>
              <w:spacing w:after="40"/>
              <w:rPr>
                <w:rFonts w:cs="Times New Roman"/>
              </w:rPr>
            </w:pPr>
            <w:r w:rsidRPr="00291DA9">
              <w:rPr>
                <w:rFonts w:eastAsia="Consolas" w:cs="Times New Roman"/>
              </w:rPr>
              <w:t>active/non-optimized</w:t>
            </w:r>
          </w:p>
        </w:tc>
        <w:tc>
          <w:tcPr>
            <w:tcW w:w="4252" w:type="dxa"/>
          </w:tcPr>
          <w:p w14:paraId="57A8375C" w14:textId="77777777" w:rsidR="00281EA7" w:rsidRPr="00291DA9" w:rsidRDefault="00281EA7" w:rsidP="00281EA7">
            <w:pPr>
              <w:pStyle w:val="TableText"/>
              <w:spacing w:after="40"/>
              <w:rPr>
                <w:rFonts w:cs="Times New Roman"/>
              </w:rPr>
            </w:pPr>
            <w:r w:rsidRPr="00291DA9">
              <w:rPr>
                <w:rFonts w:cs="Times New Roman"/>
              </w:rPr>
              <w:t>Не является подтверждением SLUA</w:t>
            </w:r>
          </w:p>
        </w:tc>
        <w:tc>
          <w:tcPr>
            <w:tcW w:w="2268" w:type="dxa"/>
          </w:tcPr>
          <w:p w14:paraId="6B60A11B"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Такая картина характерна для </w:t>
            </w:r>
            <w:r w:rsidRPr="00291DA9">
              <w:rPr>
                <w:rFonts w:cs="Times New Roman"/>
              </w:rPr>
              <w:t>ALUA</w:t>
            </w:r>
            <w:r w:rsidRPr="00291DA9">
              <w:rPr>
                <w:rFonts w:cs="Times New Roman"/>
                <w:lang w:val="ru-RU"/>
              </w:rPr>
              <w:t xml:space="preserve"> или иной асимметричной логики выбора путей. Для настоящей проверки требуется пояснение производителя и дополнительное подтверждение, что </w:t>
            </w:r>
            <w:r>
              <w:rPr>
                <w:rFonts w:cs="Times New Roman"/>
              </w:rPr>
              <w:t>LUN</w:t>
            </w:r>
            <w:r w:rsidRPr="00D61DB8">
              <w:rPr>
                <w:rFonts w:cs="Times New Roman"/>
                <w:lang w:val="ru-RU"/>
              </w:rPr>
              <w:t xml:space="preserve"> </w:t>
            </w:r>
            <w:r w:rsidRPr="00291DA9">
              <w:rPr>
                <w:rFonts w:cs="Times New Roman"/>
                <w:lang w:val="ru-RU"/>
              </w:rPr>
              <w:t>не привязан к одному контроллеру.</w:t>
            </w:r>
          </w:p>
        </w:tc>
      </w:tr>
      <w:tr w:rsidR="00281EA7" w:rsidRPr="00D31521" w14:paraId="0E0E829B" w14:textId="77777777" w:rsidTr="00281EA7">
        <w:trPr>
          <w:jc w:val="center"/>
        </w:trPr>
        <w:tc>
          <w:tcPr>
            <w:tcW w:w="1814" w:type="dxa"/>
          </w:tcPr>
          <w:p w14:paraId="3AF8FE53" w14:textId="77777777" w:rsidR="00281EA7" w:rsidRPr="00291DA9" w:rsidRDefault="00281EA7" w:rsidP="00281EA7">
            <w:pPr>
              <w:pStyle w:val="TableText"/>
              <w:spacing w:after="40"/>
              <w:rPr>
                <w:rFonts w:cs="Times New Roman"/>
                <w:lang w:val="ru-RU"/>
              </w:rPr>
            </w:pPr>
            <w:r w:rsidRPr="00291DA9">
              <w:rPr>
                <w:rFonts w:cs="Times New Roman"/>
                <w:lang w:val="ru-RU"/>
              </w:rPr>
              <w:t>Резервная или неактивная группа путей</w:t>
            </w:r>
          </w:p>
        </w:tc>
        <w:tc>
          <w:tcPr>
            <w:tcW w:w="4252" w:type="dxa"/>
          </w:tcPr>
          <w:p w14:paraId="7D4192AF" w14:textId="77777777" w:rsidR="00281EA7" w:rsidRPr="00291DA9" w:rsidRDefault="00281EA7" w:rsidP="00281EA7">
            <w:pPr>
              <w:pStyle w:val="TableText"/>
              <w:spacing w:after="40"/>
              <w:rPr>
                <w:rFonts w:cs="Times New Roman"/>
              </w:rPr>
            </w:pPr>
            <w:r w:rsidRPr="00291DA9">
              <w:rPr>
                <w:rFonts w:cs="Times New Roman"/>
              </w:rPr>
              <w:t>enabled / standby / ghost</w:t>
            </w:r>
          </w:p>
        </w:tc>
        <w:tc>
          <w:tcPr>
            <w:tcW w:w="4252" w:type="dxa"/>
          </w:tcPr>
          <w:p w14:paraId="57A5504A"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Не допускается как штатная картина </w:t>
            </w:r>
            <w:r w:rsidRPr="00291DA9">
              <w:rPr>
                <w:rFonts w:cs="Times New Roman"/>
              </w:rPr>
              <w:t>SLUA</w:t>
            </w:r>
          </w:p>
        </w:tc>
        <w:tc>
          <w:tcPr>
            <w:tcW w:w="2268" w:type="dxa"/>
          </w:tcPr>
          <w:p w14:paraId="7C060584"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Допускается только если производитель письменно подтверждает, что такие статусы являются особенностью отображения и не означают пассивный/резервный доступ к </w:t>
            </w:r>
            <w:r w:rsidRPr="00291DA9">
              <w:rPr>
                <w:rFonts w:cs="Times New Roman"/>
              </w:rPr>
              <w:t>LUN</w:t>
            </w:r>
            <w:r w:rsidRPr="00291DA9">
              <w:rPr>
                <w:rFonts w:cs="Times New Roman"/>
                <w:lang w:val="ru-RU"/>
              </w:rPr>
              <w:t>.</w:t>
            </w:r>
          </w:p>
        </w:tc>
      </w:tr>
      <w:tr w:rsidR="00281EA7" w:rsidRPr="00D31521" w14:paraId="478E22EF" w14:textId="77777777" w:rsidTr="00281EA7">
        <w:trPr>
          <w:jc w:val="center"/>
        </w:trPr>
        <w:tc>
          <w:tcPr>
            <w:tcW w:w="1814" w:type="dxa"/>
          </w:tcPr>
          <w:p w14:paraId="5DB52C47" w14:textId="77777777" w:rsidR="00281EA7" w:rsidRPr="00291DA9" w:rsidRDefault="00281EA7" w:rsidP="00281EA7">
            <w:pPr>
              <w:pStyle w:val="TableText"/>
              <w:spacing w:after="40"/>
              <w:rPr>
                <w:rFonts w:cs="Times New Roman"/>
              </w:rPr>
            </w:pPr>
            <w:r w:rsidRPr="00291DA9">
              <w:rPr>
                <w:rFonts w:cs="Times New Roman"/>
              </w:rPr>
              <w:t>Путь неисправен или потерян</w:t>
            </w:r>
          </w:p>
        </w:tc>
        <w:tc>
          <w:tcPr>
            <w:tcW w:w="4252" w:type="dxa"/>
          </w:tcPr>
          <w:p w14:paraId="0A7093EF" w14:textId="77777777" w:rsidR="00281EA7" w:rsidRPr="00291DA9" w:rsidRDefault="00281EA7" w:rsidP="00281EA7">
            <w:pPr>
              <w:pStyle w:val="TableText"/>
              <w:spacing w:after="40"/>
              <w:rPr>
                <w:rFonts w:cs="Times New Roman"/>
              </w:rPr>
            </w:pPr>
            <w:r w:rsidRPr="00291DA9">
              <w:rPr>
                <w:rFonts w:cs="Times New Roman"/>
              </w:rPr>
              <w:t>faulty / failed / offline / shaky / undef</w:t>
            </w:r>
          </w:p>
        </w:tc>
        <w:tc>
          <w:tcPr>
            <w:tcW w:w="4252" w:type="dxa"/>
          </w:tcPr>
          <w:p w14:paraId="1BE80022" w14:textId="77777777" w:rsidR="00281EA7" w:rsidRPr="00291DA9" w:rsidRDefault="00281EA7" w:rsidP="00281EA7">
            <w:pPr>
              <w:pStyle w:val="TableText"/>
              <w:spacing w:after="40"/>
              <w:rPr>
                <w:rFonts w:cs="Times New Roman"/>
                <w:lang w:val="ru-RU"/>
              </w:rPr>
            </w:pPr>
            <w:r w:rsidRPr="00291DA9">
              <w:rPr>
                <w:rFonts w:cs="Times New Roman"/>
                <w:lang w:val="ru-RU"/>
              </w:rPr>
              <w:t>Не допускается для исходного состояния</w:t>
            </w:r>
          </w:p>
        </w:tc>
        <w:tc>
          <w:tcPr>
            <w:tcW w:w="2268" w:type="dxa"/>
          </w:tcPr>
          <w:p w14:paraId="2E59D6B1" w14:textId="77777777" w:rsidR="00281EA7" w:rsidRPr="00291DA9" w:rsidRDefault="00281EA7" w:rsidP="00281EA7">
            <w:pPr>
              <w:pStyle w:val="TableText"/>
              <w:spacing w:after="40"/>
              <w:rPr>
                <w:rFonts w:cs="Times New Roman"/>
                <w:lang w:val="ru-RU"/>
              </w:rPr>
            </w:pPr>
            <w:r w:rsidRPr="00291DA9">
              <w:rPr>
                <w:rFonts w:cs="Times New Roman"/>
                <w:lang w:val="ru-RU"/>
              </w:rPr>
              <w:t>Допустимо только как ожидаемое временное состояние в отказном сценарии с последующим восстановлением.</w:t>
            </w:r>
          </w:p>
        </w:tc>
      </w:tr>
      <w:tr w:rsidR="00281EA7" w:rsidRPr="00D31521" w14:paraId="34190659" w14:textId="77777777" w:rsidTr="00281EA7">
        <w:trPr>
          <w:jc w:val="center"/>
        </w:trPr>
        <w:tc>
          <w:tcPr>
            <w:tcW w:w="1814" w:type="dxa"/>
          </w:tcPr>
          <w:p w14:paraId="32DF1479" w14:textId="77777777" w:rsidR="00281EA7" w:rsidRPr="00291DA9" w:rsidRDefault="00281EA7" w:rsidP="00281EA7">
            <w:pPr>
              <w:pStyle w:val="TableText"/>
              <w:spacing w:after="40"/>
              <w:rPr>
                <w:rFonts w:cs="Times New Roman"/>
                <w:lang w:val="ru-RU"/>
              </w:rPr>
            </w:pPr>
            <w:r w:rsidRPr="00291DA9">
              <w:rPr>
                <w:rFonts w:cs="Times New Roman"/>
                <w:lang w:val="ru-RU"/>
              </w:rPr>
              <w:t>Количество путей меньше требуемого минимума</w:t>
            </w:r>
          </w:p>
        </w:tc>
        <w:tc>
          <w:tcPr>
            <w:tcW w:w="4252" w:type="dxa"/>
          </w:tcPr>
          <w:p w14:paraId="33214425" w14:textId="77777777" w:rsidR="00281EA7" w:rsidRPr="00291DA9" w:rsidRDefault="00281EA7" w:rsidP="00281EA7">
            <w:pPr>
              <w:pStyle w:val="TableText"/>
              <w:spacing w:after="40"/>
              <w:rPr>
                <w:rFonts w:cs="Times New Roman"/>
              </w:rPr>
            </w:pPr>
            <w:r w:rsidRPr="00291DA9">
              <w:rPr>
                <w:rFonts w:cs="Times New Roman"/>
              </w:rPr>
              <w:t>отсутствует часть путей</w:t>
            </w:r>
          </w:p>
        </w:tc>
        <w:tc>
          <w:tcPr>
            <w:tcW w:w="4252" w:type="dxa"/>
          </w:tcPr>
          <w:p w14:paraId="1E3FFF48" w14:textId="77777777" w:rsidR="00281EA7" w:rsidRPr="00291DA9" w:rsidRDefault="00281EA7" w:rsidP="00281EA7">
            <w:pPr>
              <w:pStyle w:val="TableText"/>
              <w:spacing w:after="40"/>
              <w:rPr>
                <w:rFonts w:cs="Times New Roman"/>
              </w:rPr>
            </w:pPr>
            <w:r w:rsidRPr="00291DA9">
              <w:rPr>
                <w:rFonts w:cs="Times New Roman"/>
              </w:rPr>
              <w:t>Не допускается</w:t>
            </w:r>
          </w:p>
        </w:tc>
        <w:tc>
          <w:tcPr>
            <w:tcW w:w="2268" w:type="dxa"/>
          </w:tcPr>
          <w:p w14:paraId="18313DB5" w14:textId="77777777" w:rsidR="00281EA7" w:rsidRPr="00291DA9" w:rsidRDefault="00281EA7" w:rsidP="00281EA7">
            <w:pPr>
              <w:pStyle w:val="TableText"/>
              <w:spacing w:after="40"/>
              <w:rPr>
                <w:rFonts w:cs="Times New Roman"/>
                <w:lang w:val="ru-RU"/>
              </w:rPr>
            </w:pPr>
            <w:r w:rsidRPr="00291DA9">
              <w:rPr>
                <w:rFonts w:cs="Times New Roman"/>
              </w:rPr>
              <w:t xml:space="preserve">Требуется сверка zoning/masking и карты initiator-target. </w:t>
            </w:r>
            <w:r w:rsidRPr="00291DA9">
              <w:rPr>
                <w:rFonts w:cs="Times New Roman"/>
                <w:lang w:val="ru-RU"/>
              </w:rPr>
              <w:t xml:space="preserve">Минимум — 8 путей на </w:t>
            </w:r>
            <w:r w:rsidRPr="00291DA9">
              <w:rPr>
                <w:rFonts w:cs="Times New Roman"/>
              </w:rPr>
              <w:t>LUN</w:t>
            </w:r>
            <w:r w:rsidRPr="00291DA9">
              <w:rPr>
                <w:rFonts w:cs="Times New Roman"/>
                <w:lang w:val="ru-RU"/>
              </w:rPr>
              <w:t xml:space="preserve"> с распределением через оба контроллера; см. раздел 7.3.</w:t>
            </w:r>
          </w:p>
        </w:tc>
      </w:tr>
    </w:tbl>
    <w:p w14:paraId="3F1543A6" w14:textId="77777777" w:rsidR="00281EA7" w:rsidRPr="00291DA9" w:rsidRDefault="00281EA7" w:rsidP="00281EA7"/>
    <w:tbl>
      <w:tblPr>
        <w:tblW w:w="0" w:type="auto"/>
        <w:jc w:val="center"/>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Look w:val="04A0" w:firstRow="1" w:lastRow="0" w:firstColumn="1" w:lastColumn="0" w:noHBand="0" w:noVBand="1"/>
      </w:tblPr>
      <w:tblGrid>
        <w:gridCol w:w="14464"/>
      </w:tblGrid>
      <w:tr w:rsidR="00281EA7" w:rsidRPr="00D31521" w14:paraId="45978C20" w14:textId="77777777" w:rsidTr="00281EA7">
        <w:trPr>
          <w:jc w:val="center"/>
        </w:trPr>
        <w:tc>
          <w:tcPr>
            <w:tcW w:w="14480" w:type="dxa"/>
            <w:shd w:val="clear" w:color="auto" w:fill="EEF2FF"/>
          </w:tcPr>
          <w:p w14:paraId="2DD0FD70" w14:textId="77777777" w:rsidR="00281EA7" w:rsidRPr="00291DA9" w:rsidRDefault="00281EA7" w:rsidP="00281EA7">
            <w:r w:rsidRPr="00291DA9">
              <w:rPr>
                <w:b/>
                <w:sz w:val="19"/>
              </w:rPr>
              <w:t xml:space="preserve">О поле </w:t>
            </w:r>
            <w:r w:rsidRPr="00291DA9">
              <w:rPr>
                <w:rFonts w:eastAsia="Consolas"/>
                <w:b/>
                <w:sz w:val="19"/>
              </w:rPr>
              <w:t>hwhandler</w:t>
            </w:r>
            <w:r w:rsidRPr="00291DA9">
              <w:rPr>
                <w:b/>
                <w:sz w:val="19"/>
              </w:rPr>
              <w:t>.</w:t>
            </w:r>
            <w:r w:rsidRPr="00291DA9">
              <w:rPr>
                <w:sz w:val="19"/>
              </w:rPr>
              <w:t xml:space="preserve"> Значение </w:t>
            </w:r>
            <w:r w:rsidRPr="00291DA9">
              <w:rPr>
                <w:rFonts w:eastAsia="Consolas"/>
                <w:sz w:val="19"/>
              </w:rPr>
              <w:t>hwhandler='1 alua'</w:t>
            </w:r>
            <w:r w:rsidRPr="00291DA9">
              <w:rPr>
                <w:sz w:val="19"/>
              </w:rPr>
              <w:t xml:space="preserve"> в выводе </w:t>
            </w:r>
            <w:r w:rsidRPr="00291DA9">
              <w:rPr>
                <w:rFonts w:eastAsia="Consolas"/>
                <w:sz w:val="19"/>
              </w:rPr>
              <w:t>multipath -ll</w:t>
            </w:r>
            <w:r w:rsidRPr="00291DA9">
              <w:rPr>
                <w:sz w:val="19"/>
              </w:rPr>
              <w:t xml:space="preserve"> само по себе не является признаком ALUA-картины и не отвергает SLUA. Hardware handler работает с TPG-данными протокола, но фактический режим доступа (симметричный или асимметричный) определяется значениями </w:t>
            </w:r>
            <w:r w:rsidRPr="00291DA9">
              <w:rPr>
                <w:rFonts w:eastAsia="Consolas"/>
                <w:sz w:val="19"/>
              </w:rPr>
              <w:t>prio</w:t>
            </w:r>
            <w:r w:rsidRPr="00291DA9">
              <w:rPr>
                <w:sz w:val="19"/>
              </w:rPr>
              <w:t xml:space="preserve"> и статусами групп путей. SLUA-картина: все отображаемые группы рабочих путей имеют </w:t>
            </w:r>
            <w:r w:rsidRPr="00291DA9">
              <w:rPr>
                <w:rFonts w:eastAsia="Consolas"/>
                <w:sz w:val="19"/>
              </w:rPr>
              <w:t>status=active</w:t>
            </w:r>
            <w:r w:rsidRPr="00291DA9">
              <w:rPr>
                <w:sz w:val="19"/>
              </w:rPr>
              <w:t xml:space="preserve">, </w:t>
            </w:r>
            <w:r w:rsidRPr="00291DA9">
              <w:rPr>
                <w:rFonts w:eastAsia="Consolas"/>
                <w:sz w:val="19"/>
              </w:rPr>
              <w:t>prio</w:t>
            </w:r>
            <w:r w:rsidRPr="00291DA9">
              <w:rPr>
                <w:sz w:val="19"/>
              </w:rPr>
              <w:t xml:space="preserve"> у путей/групп через оба контроллера одинаковый либо сопоставимый; при этом наличие </w:t>
            </w:r>
            <w:r w:rsidRPr="00291DA9">
              <w:rPr>
                <w:rFonts w:eastAsia="Consolas"/>
                <w:sz w:val="19"/>
              </w:rPr>
              <w:t>hwhandler='1 alua'</w:t>
            </w:r>
            <w:r w:rsidRPr="00291DA9">
              <w:rPr>
                <w:sz w:val="19"/>
              </w:rPr>
              <w:t xml:space="preserve"> допустимо и само по себе не означает ALUA-картину.</w:t>
            </w:r>
          </w:p>
        </w:tc>
      </w:tr>
    </w:tbl>
    <w:p w14:paraId="61E78AAE" w14:textId="77777777" w:rsidR="00281EA7" w:rsidRPr="00291DA9" w:rsidRDefault="00281EA7" w:rsidP="00281EA7"/>
    <w:p w14:paraId="0AC01400" w14:textId="77777777" w:rsidR="00281EA7" w:rsidRPr="00281EA7" w:rsidRDefault="00281EA7" w:rsidP="00281EA7">
      <w:pPr>
        <w:rPr>
          <w:b/>
          <w:bCs/>
          <w:szCs w:val="28"/>
          <w:lang w:val="en-US"/>
        </w:rPr>
      </w:pPr>
      <w:r w:rsidRPr="00281EA7">
        <w:rPr>
          <w:b/>
          <w:bCs/>
          <w:szCs w:val="28"/>
          <w:lang w:val="en-US"/>
        </w:rPr>
        <w:t xml:space="preserve">7.5. </w:t>
      </w:r>
      <w:r w:rsidRPr="005302D1">
        <w:rPr>
          <w:b/>
          <w:bCs/>
          <w:szCs w:val="28"/>
        </w:rPr>
        <w:t>Пример</w:t>
      </w:r>
      <w:r w:rsidRPr="00281EA7">
        <w:rPr>
          <w:b/>
          <w:bCs/>
          <w:szCs w:val="28"/>
          <w:lang w:val="en-US"/>
        </w:rPr>
        <w:t xml:space="preserve"> </w:t>
      </w:r>
      <w:r w:rsidRPr="005302D1">
        <w:rPr>
          <w:b/>
          <w:bCs/>
          <w:szCs w:val="28"/>
        </w:rPr>
        <w:t>ожидаемого</w:t>
      </w:r>
      <w:r w:rsidRPr="00281EA7">
        <w:rPr>
          <w:b/>
          <w:bCs/>
          <w:szCs w:val="28"/>
          <w:lang w:val="en-US"/>
        </w:rPr>
        <w:t xml:space="preserve"> </w:t>
      </w:r>
      <w:r w:rsidRPr="005302D1">
        <w:rPr>
          <w:b/>
          <w:bCs/>
          <w:szCs w:val="28"/>
        </w:rPr>
        <w:t>вывода</w:t>
      </w:r>
      <w:r w:rsidRPr="00281EA7">
        <w:rPr>
          <w:b/>
          <w:bCs/>
          <w:szCs w:val="28"/>
          <w:lang w:val="en-US"/>
        </w:rPr>
        <w:t xml:space="preserve"> multipath -ll </w:t>
      </w:r>
      <w:r w:rsidRPr="005302D1">
        <w:rPr>
          <w:b/>
          <w:bCs/>
          <w:szCs w:val="28"/>
        </w:rPr>
        <w:t>для</w:t>
      </w:r>
      <w:r w:rsidRPr="00281EA7">
        <w:rPr>
          <w:b/>
          <w:bCs/>
          <w:szCs w:val="28"/>
          <w:lang w:val="en-US"/>
        </w:rPr>
        <w:t xml:space="preserve"> SLUA SLUA / Symmetric Active-Active</w:t>
      </w:r>
    </w:p>
    <w:p w14:paraId="05CBEEDD" w14:textId="77777777" w:rsidR="00281EA7" w:rsidRPr="008E6C81" w:rsidRDefault="00281EA7" w:rsidP="00281EA7">
      <w:r w:rsidRPr="00291DA9">
        <w:t xml:space="preserve">Пример является иллюстративным и показывает обязательные признаки SLUA в выводе </w:t>
      </w:r>
      <w:r w:rsidRPr="00291DA9">
        <w:rPr>
          <w:rFonts w:eastAsia="Consolas"/>
          <w:sz w:val="17"/>
        </w:rPr>
        <w:t>multipath -ll</w:t>
      </w:r>
      <w:r w:rsidRPr="00291DA9">
        <w:t>. Имена устройств (</w:t>
      </w:r>
      <w:r w:rsidRPr="00291DA9">
        <w:rPr>
          <w:rFonts w:eastAsia="Consolas"/>
          <w:sz w:val="17"/>
        </w:rPr>
        <w:t>sdb</w:t>
      </w:r>
      <w:r w:rsidRPr="00291DA9">
        <w:t xml:space="preserve">, </w:t>
      </w:r>
      <w:r w:rsidRPr="00291DA9">
        <w:rPr>
          <w:rFonts w:eastAsia="Consolas"/>
          <w:sz w:val="17"/>
        </w:rPr>
        <w:t>sdc</w:t>
      </w:r>
      <w:r w:rsidRPr="00291DA9">
        <w:t xml:space="preserve"> и т. д.), номера SCSI-устройств и точное количество путей в каждой группе на реальном стенде будут отличаться. </w:t>
      </w:r>
      <w:r w:rsidRPr="008E6C81">
        <w:t>Ключевые требования к выводу:</w:t>
      </w:r>
    </w:p>
    <w:p w14:paraId="7B9743DC" w14:textId="77777777" w:rsidR="00281EA7" w:rsidRPr="00291DA9" w:rsidRDefault="00281EA7" w:rsidP="00281EA7">
      <w:pPr>
        <w:pStyle w:val="a0"/>
        <w:spacing w:after="200" w:line="276" w:lineRule="auto"/>
        <w:rPr>
          <w:rFonts w:cs="Times New Roman"/>
          <w:lang w:val="ru-RU"/>
        </w:rPr>
      </w:pPr>
      <w:r w:rsidRPr="00291DA9">
        <w:rPr>
          <w:rFonts w:cs="Times New Roman"/>
          <w:lang w:val="ru-RU"/>
        </w:rPr>
        <w:t>Допускается одна или несколько групп путей. Пример ниже показывает две группы как наглядный вариант, но это не единственно допустимое отображение.</w:t>
      </w:r>
    </w:p>
    <w:p w14:paraId="75135C3C" w14:textId="77777777" w:rsidR="00281EA7" w:rsidRPr="00291DA9" w:rsidRDefault="00281EA7" w:rsidP="00281EA7">
      <w:pPr>
        <w:pStyle w:val="a0"/>
        <w:spacing w:after="200" w:line="276" w:lineRule="auto"/>
        <w:rPr>
          <w:rFonts w:cs="Times New Roman"/>
          <w:lang w:val="ru-RU"/>
        </w:rPr>
      </w:pPr>
      <w:r w:rsidRPr="00291DA9">
        <w:rPr>
          <w:rFonts w:cs="Times New Roman"/>
          <w:lang w:val="ru-RU"/>
        </w:rPr>
        <w:t xml:space="preserve">Все рабочие группы имеют </w:t>
      </w:r>
      <w:r w:rsidRPr="00291DA9">
        <w:rPr>
          <w:rFonts w:eastAsia="Consolas" w:cs="Times New Roman"/>
          <w:sz w:val="17"/>
        </w:rPr>
        <w:t>policy</w:t>
      </w:r>
      <w:r w:rsidRPr="00291DA9">
        <w:rPr>
          <w:rFonts w:eastAsia="Consolas" w:cs="Times New Roman"/>
          <w:sz w:val="17"/>
          <w:lang w:val="ru-RU"/>
        </w:rPr>
        <w:t>='</w:t>
      </w:r>
      <w:r w:rsidRPr="00291DA9">
        <w:rPr>
          <w:rFonts w:eastAsia="Consolas" w:cs="Times New Roman"/>
          <w:sz w:val="17"/>
        </w:rPr>
        <w:t>round</w:t>
      </w:r>
      <w:r w:rsidRPr="00291DA9">
        <w:rPr>
          <w:rFonts w:eastAsia="Consolas" w:cs="Times New Roman"/>
          <w:sz w:val="17"/>
          <w:lang w:val="ru-RU"/>
        </w:rPr>
        <w:t>-</w:t>
      </w:r>
      <w:r w:rsidRPr="00291DA9">
        <w:rPr>
          <w:rFonts w:eastAsia="Consolas" w:cs="Times New Roman"/>
          <w:sz w:val="17"/>
        </w:rPr>
        <w:t>robin</w:t>
      </w:r>
      <w:r w:rsidRPr="00291DA9">
        <w:rPr>
          <w:rFonts w:eastAsia="Consolas" w:cs="Times New Roman"/>
          <w:sz w:val="17"/>
          <w:lang w:val="ru-RU"/>
        </w:rPr>
        <w:t xml:space="preserve"> 0'</w:t>
      </w:r>
      <w:r w:rsidRPr="00291DA9">
        <w:rPr>
          <w:rFonts w:cs="Times New Roman"/>
          <w:lang w:val="ru-RU"/>
        </w:rPr>
        <w:t xml:space="preserve">, одинаковый/сопоставимый </w:t>
      </w:r>
      <w:r w:rsidRPr="00291DA9">
        <w:rPr>
          <w:rFonts w:eastAsia="Consolas" w:cs="Times New Roman"/>
          <w:sz w:val="17"/>
        </w:rPr>
        <w:t>prio</w:t>
      </w:r>
      <w:r w:rsidRPr="00291DA9">
        <w:rPr>
          <w:rFonts w:cs="Times New Roman"/>
          <w:lang w:val="ru-RU"/>
        </w:rPr>
        <w:t xml:space="preserve"> и </w:t>
      </w:r>
      <w:r w:rsidRPr="00291DA9">
        <w:rPr>
          <w:rFonts w:eastAsia="Consolas" w:cs="Times New Roman"/>
          <w:sz w:val="17"/>
        </w:rPr>
        <w:t>status</w:t>
      </w:r>
      <w:r w:rsidRPr="00291DA9">
        <w:rPr>
          <w:rFonts w:eastAsia="Consolas" w:cs="Times New Roman"/>
          <w:sz w:val="17"/>
          <w:lang w:val="ru-RU"/>
        </w:rPr>
        <w:t>=</w:t>
      </w:r>
      <w:r w:rsidRPr="00291DA9">
        <w:rPr>
          <w:rFonts w:eastAsia="Consolas" w:cs="Times New Roman"/>
          <w:sz w:val="17"/>
        </w:rPr>
        <w:t>active</w:t>
      </w:r>
      <w:r w:rsidRPr="00291DA9">
        <w:rPr>
          <w:rFonts w:cs="Times New Roman"/>
          <w:lang w:val="ru-RU"/>
        </w:rPr>
        <w:t>.</w:t>
      </w:r>
    </w:p>
    <w:p w14:paraId="02C659D2" w14:textId="77777777" w:rsidR="00281EA7" w:rsidRPr="00291DA9" w:rsidRDefault="00281EA7" w:rsidP="00281EA7">
      <w:pPr>
        <w:pStyle w:val="a0"/>
        <w:spacing w:after="200" w:line="276" w:lineRule="auto"/>
        <w:rPr>
          <w:rFonts w:cs="Times New Roman"/>
          <w:lang w:val="ru-RU"/>
        </w:rPr>
      </w:pPr>
      <w:r w:rsidRPr="00291DA9">
        <w:rPr>
          <w:rFonts w:cs="Times New Roman"/>
          <w:lang w:val="ru-RU"/>
        </w:rPr>
        <w:t xml:space="preserve">Каждый рабочий путь находится в состоянии </w:t>
      </w:r>
      <w:r w:rsidRPr="00291DA9">
        <w:rPr>
          <w:rFonts w:eastAsia="Consolas" w:cs="Times New Roman"/>
          <w:sz w:val="17"/>
        </w:rPr>
        <w:t>active</w:t>
      </w:r>
      <w:r w:rsidRPr="00291DA9">
        <w:rPr>
          <w:rFonts w:eastAsia="Consolas" w:cs="Times New Roman"/>
          <w:sz w:val="17"/>
          <w:lang w:val="ru-RU"/>
        </w:rPr>
        <w:t xml:space="preserve"> </w:t>
      </w:r>
      <w:r w:rsidRPr="00291DA9">
        <w:rPr>
          <w:rFonts w:eastAsia="Consolas" w:cs="Times New Roman"/>
          <w:sz w:val="17"/>
        </w:rPr>
        <w:t>ready</w:t>
      </w:r>
      <w:r w:rsidRPr="00291DA9">
        <w:rPr>
          <w:rFonts w:eastAsia="Consolas" w:cs="Times New Roman"/>
          <w:sz w:val="17"/>
          <w:lang w:val="ru-RU"/>
        </w:rPr>
        <w:t xml:space="preserve"> </w:t>
      </w:r>
      <w:r w:rsidRPr="00291DA9">
        <w:rPr>
          <w:rFonts w:eastAsia="Consolas" w:cs="Times New Roman"/>
          <w:sz w:val="17"/>
        </w:rPr>
        <w:t>running</w:t>
      </w:r>
      <w:r w:rsidRPr="00291DA9">
        <w:rPr>
          <w:rFonts w:cs="Times New Roman"/>
          <w:lang w:val="ru-RU"/>
        </w:rPr>
        <w:t>.</w:t>
      </w:r>
    </w:p>
    <w:p w14:paraId="0E706FAF" w14:textId="77777777" w:rsidR="00281EA7" w:rsidRPr="00291DA9" w:rsidRDefault="00281EA7" w:rsidP="00281EA7">
      <w:pPr>
        <w:pStyle w:val="a0"/>
        <w:spacing w:after="200" w:line="276" w:lineRule="auto"/>
        <w:rPr>
          <w:rFonts w:cs="Times New Roman"/>
          <w:lang w:val="ru-RU"/>
        </w:rPr>
      </w:pPr>
      <w:r w:rsidRPr="00291DA9">
        <w:rPr>
          <w:rFonts w:cs="Times New Roman"/>
          <w:lang w:val="ru-RU"/>
        </w:rPr>
        <w:t xml:space="preserve">Количество путей к одному </w:t>
      </w:r>
      <w:r w:rsidRPr="00291DA9">
        <w:rPr>
          <w:rFonts w:cs="Times New Roman"/>
        </w:rPr>
        <w:t>LUN</w:t>
      </w:r>
      <w:r w:rsidRPr="00291DA9">
        <w:rPr>
          <w:rFonts w:cs="Times New Roman"/>
          <w:lang w:val="ru-RU"/>
        </w:rPr>
        <w:t xml:space="preserve"> на одном сервере — не менее 8 либо иное число, соответствующее согласованной матрице </w:t>
      </w:r>
      <w:r w:rsidRPr="00291DA9">
        <w:rPr>
          <w:rFonts w:cs="Times New Roman"/>
        </w:rPr>
        <w:t>initiator</w:t>
      </w:r>
      <w:r w:rsidRPr="00291DA9">
        <w:rPr>
          <w:rFonts w:cs="Times New Roman"/>
          <w:lang w:val="ru-RU"/>
        </w:rPr>
        <w:t>-</w:t>
      </w:r>
      <w:r w:rsidRPr="00291DA9">
        <w:rPr>
          <w:rFonts w:cs="Times New Roman"/>
        </w:rPr>
        <w:t>target</w:t>
      </w:r>
      <w:r w:rsidRPr="00291DA9">
        <w:rPr>
          <w:rFonts w:cs="Times New Roman"/>
          <w:lang w:val="ru-RU"/>
        </w:rPr>
        <w:t>; пути должны проходить через оба контроллера.</w:t>
      </w:r>
    </w:p>
    <w:p w14:paraId="0A794E5E" w14:textId="77777777" w:rsidR="00281EA7" w:rsidRPr="00291DA9" w:rsidRDefault="00281EA7" w:rsidP="00281EA7">
      <w:pPr>
        <w:pStyle w:val="CodeBlock"/>
        <w:shd w:val="clear" w:color="auto" w:fill="F2F4F7"/>
        <w:rPr>
          <w:rFonts w:ascii="Times New Roman" w:hAnsi="Times New Roman" w:cs="Times New Roman"/>
        </w:rPr>
      </w:pPr>
      <w:r w:rsidRPr="00291DA9">
        <w:rPr>
          <w:rFonts w:ascii="Times New Roman" w:hAnsi="Times New Roman" w:cs="Times New Roman"/>
        </w:rPr>
        <w:t>3600xxxxxxxxxxxxxxxxxxxxxxxxxxxxxxx dm-2 VENDOR,MODEL</w:t>
      </w:r>
      <w:r w:rsidRPr="00291DA9">
        <w:rPr>
          <w:rFonts w:ascii="Times New Roman" w:hAnsi="Times New Roman" w:cs="Times New Roman"/>
        </w:rPr>
        <w:br/>
        <w:t>size=2.0T features='1 queue_if_no_path' hwhandler='1 alua' wp=rw</w:t>
      </w:r>
      <w:r w:rsidRPr="00291DA9">
        <w:rPr>
          <w:rFonts w:ascii="Times New Roman" w:hAnsi="Times New Roman" w:cs="Times New Roman"/>
        </w:rPr>
        <w:br/>
        <w:t>|-+- policy='round-robin 0' prio=50 status=active</w:t>
      </w:r>
      <w:r w:rsidRPr="00291DA9">
        <w:rPr>
          <w:rFonts w:ascii="Times New Roman" w:hAnsi="Times New Roman" w:cs="Times New Roman"/>
        </w:rPr>
        <w:br/>
        <w:t>| |- 1:0:0:1  sdb  8:16   active ready running   # путь через Controller A</w:t>
      </w:r>
      <w:r w:rsidRPr="00291DA9">
        <w:rPr>
          <w:rFonts w:ascii="Times New Roman" w:hAnsi="Times New Roman" w:cs="Times New Roman"/>
        </w:rPr>
        <w:br/>
        <w:t>| |- 1:0:1:1  sdc  8:32   active ready running   # путь через Controller A</w:t>
      </w:r>
      <w:r w:rsidRPr="00291DA9">
        <w:rPr>
          <w:rFonts w:ascii="Times New Roman" w:hAnsi="Times New Roman" w:cs="Times New Roman"/>
        </w:rPr>
        <w:br/>
        <w:t>| |- 2:0:0:1  sdd  8:48   active ready running   # путь через Controller A</w:t>
      </w:r>
      <w:r w:rsidRPr="00291DA9">
        <w:rPr>
          <w:rFonts w:ascii="Times New Roman" w:hAnsi="Times New Roman" w:cs="Times New Roman"/>
        </w:rPr>
        <w:br/>
        <w:t>| `- 2:0:1:1  sde  8:64   active ready running   # путь через Controller A</w:t>
      </w:r>
      <w:r w:rsidRPr="00291DA9">
        <w:rPr>
          <w:rFonts w:ascii="Times New Roman" w:hAnsi="Times New Roman" w:cs="Times New Roman"/>
        </w:rPr>
        <w:br/>
        <w:t>`-+- policy='round-robin 0' prio=50 status=active</w:t>
      </w:r>
      <w:r w:rsidRPr="00291DA9">
        <w:rPr>
          <w:rFonts w:ascii="Times New Roman" w:hAnsi="Times New Roman" w:cs="Times New Roman"/>
        </w:rPr>
        <w:br/>
        <w:t xml:space="preserve">  |- 1:0:2:1  sdf  8:80   active ready running   # путь через Controller B</w:t>
      </w:r>
      <w:r w:rsidRPr="00291DA9">
        <w:rPr>
          <w:rFonts w:ascii="Times New Roman" w:hAnsi="Times New Roman" w:cs="Times New Roman"/>
        </w:rPr>
        <w:br/>
        <w:t xml:space="preserve">  |- 1:0:3:1  sdg  8:96   active ready running   # путь через Controller B</w:t>
      </w:r>
      <w:r w:rsidRPr="00291DA9">
        <w:rPr>
          <w:rFonts w:ascii="Times New Roman" w:hAnsi="Times New Roman" w:cs="Times New Roman"/>
        </w:rPr>
        <w:br/>
        <w:t xml:space="preserve">  |- 2:0:2:1  sdh  8:112  active ready running   # путь через Controller B</w:t>
      </w:r>
      <w:r w:rsidRPr="00291DA9">
        <w:rPr>
          <w:rFonts w:ascii="Times New Roman" w:hAnsi="Times New Roman" w:cs="Times New Roman"/>
        </w:rPr>
        <w:br/>
        <w:t xml:space="preserve">  `- 2:0:3:1  sdi  8:128  active ready running   # путь через Controller B</w:t>
      </w:r>
    </w:p>
    <w:tbl>
      <w:tblPr>
        <w:tblW w:w="0" w:type="auto"/>
        <w:jc w:val="center"/>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Look w:val="04A0" w:firstRow="1" w:lastRow="0" w:firstColumn="1" w:lastColumn="0" w:noHBand="0" w:noVBand="1"/>
      </w:tblPr>
      <w:tblGrid>
        <w:gridCol w:w="14464"/>
      </w:tblGrid>
      <w:tr w:rsidR="00281EA7" w:rsidRPr="00D31521" w14:paraId="67FFE97E" w14:textId="77777777" w:rsidTr="00281EA7">
        <w:trPr>
          <w:jc w:val="center"/>
        </w:trPr>
        <w:tc>
          <w:tcPr>
            <w:tcW w:w="14480" w:type="dxa"/>
            <w:shd w:val="clear" w:color="auto" w:fill="EEF2FF"/>
          </w:tcPr>
          <w:p w14:paraId="6AC022B2" w14:textId="77777777" w:rsidR="00281EA7" w:rsidRPr="00291DA9" w:rsidRDefault="00281EA7" w:rsidP="00281EA7">
            <w:r w:rsidRPr="00291DA9">
              <w:rPr>
                <w:b/>
                <w:sz w:val="19"/>
              </w:rPr>
              <w:t>Допустимое альтернативное отображение.</w:t>
            </w:r>
            <w:r w:rsidRPr="00291DA9">
              <w:rPr>
                <w:sz w:val="19"/>
              </w:rPr>
              <w:t xml:space="preserve"> Если при одинаковом </w:t>
            </w:r>
            <w:r w:rsidRPr="00291DA9">
              <w:rPr>
                <w:rFonts w:eastAsia="Consolas"/>
                <w:sz w:val="19"/>
              </w:rPr>
              <w:t>prio</w:t>
            </w:r>
            <w:r w:rsidRPr="00291DA9">
              <w:rPr>
                <w:sz w:val="19"/>
              </w:rPr>
              <w:t xml:space="preserve"> DM-Multipath собирает все пути в одну группу </w:t>
            </w:r>
            <w:r w:rsidRPr="00291DA9">
              <w:rPr>
                <w:rFonts w:eastAsia="Consolas"/>
                <w:sz w:val="19"/>
              </w:rPr>
              <w:t>status=active</w:t>
            </w:r>
            <w:r w:rsidRPr="00291DA9">
              <w:rPr>
                <w:sz w:val="19"/>
              </w:rPr>
              <w:t xml:space="preserve">, это не является основанием для отказа, если в группе присутствуют пути через оба контроллера и каждый рабочий путь имеет </w:t>
            </w:r>
            <w:r w:rsidRPr="00291DA9">
              <w:rPr>
                <w:rFonts w:eastAsia="Consolas"/>
                <w:sz w:val="19"/>
              </w:rPr>
              <w:t>active ready running</w:t>
            </w:r>
            <w:r w:rsidRPr="00291DA9">
              <w:rPr>
                <w:sz w:val="19"/>
              </w:rPr>
              <w:t>.</w:t>
            </w:r>
          </w:p>
        </w:tc>
      </w:tr>
    </w:tbl>
    <w:p w14:paraId="5FAD7704" w14:textId="77777777" w:rsidR="00281EA7" w:rsidRPr="00291DA9" w:rsidRDefault="00281EA7" w:rsidP="00281EA7"/>
    <w:p w14:paraId="1CBBB20B" w14:textId="77777777" w:rsidR="00281EA7" w:rsidRPr="00291DA9" w:rsidRDefault="00281EA7" w:rsidP="00281EA7">
      <w:pPr>
        <w:pStyle w:val="CodeBlock"/>
        <w:shd w:val="clear" w:color="auto" w:fill="F2F4F7"/>
        <w:rPr>
          <w:rFonts w:ascii="Times New Roman" w:hAnsi="Times New Roman" w:cs="Times New Roman"/>
        </w:rPr>
      </w:pPr>
      <w:r w:rsidRPr="00291DA9">
        <w:rPr>
          <w:rFonts w:ascii="Times New Roman" w:hAnsi="Times New Roman" w:cs="Times New Roman"/>
        </w:rPr>
        <w:t>3600xxxxxxxxxxxxxxxxxxxxxxxxxxxxxxx dm-2 VENDOR,MODEL</w:t>
      </w:r>
      <w:r w:rsidRPr="00291DA9">
        <w:rPr>
          <w:rFonts w:ascii="Times New Roman" w:hAnsi="Times New Roman" w:cs="Times New Roman"/>
        </w:rPr>
        <w:br/>
        <w:t>size=2.0T features='1 queue_if_no_path' hwhandler='1 alua' wp=rw</w:t>
      </w:r>
      <w:r w:rsidRPr="00291DA9">
        <w:rPr>
          <w:rFonts w:ascii="Times New Roman" w:hAnsi="Times New Roman" w:cs="Times New Roman"/>
        </w:rPr>
        <w:br/>
        <w:t>`-+- policy='round-robin 0' prio=50 status=active</w:t>
      </w:r>
      <w:r w:rsidRPr="00291DA9">
        <w:rPr>
          <w:rFonts w:ascii="Times New Roman" w:hAnsi="Times New Roman" w:cs="Times New Roman"/>
        </w:rPr>
        <w:br/>
        <w:t xml:space="preserve">  |- 1:0:0:1  sdb  8:16   active ready running   # путь через Controller A</w:t>
      </w:r>
      <w:r w:rsidRPr="00291DA9">
        <w:rPr>
          <w:rFonts w:ascii="Times New Roman" w:hAnsi="Times New Roman" w:cs="Times New Roman"/>
        </w:rPr>
        <w:br/>
        <w:t xml:space="preserve">  |- 1:0:1:1  sdc  8:32   active ready running   # путь через Controller A</w:t>
      </w:r>
      <w:r w:rsidRPr="00291DA9">
        <w:rPr>
          <w:rFonts w:ascii="Times New Roman" w:hAnsi="Times New Roman" w:cs="Times New Roman"/>
        </w:rPr>
        <w:br/>
        <w:t xml:space="preserve">  |- 1:0:2:1  sdf  8:80   active ready running   # путь через Controller B</w:t>
      </w:r>
      <w:r w:rsidRPr="00291DA9">
        <w:rPr>
          <w:rFonts w:ascii="Times New Roman" w:hAnsi="Times New Roman" w:cs="Times New Roman"/>
        </w:rPr>
        <w:br/>
        <w:t xml:space="preserve">  `- 1:0:3:1  sdg  8:96   active ready running   # путь через Controller B</w:t>
      </w:r>
    </w:p>
    <w:p w14:paraId="67A9FE73" w14:textId="77777777" w:rsidR="00281EA7" w:rsidRPr="00291DA9" w:rsidRDefault="00281EA7" w:rsidP="00281EA7">
      <w:r w:rsidRPr="00291DA9">
        <w:t xml:space="preserve">Ниже — пример картины, которая </w:t>
      </w:r>
      <w:r w:rsidRPr="00291DA9">
        <w:rPr>
          <w:b/>
        </w:rPr>
        <w:t>не</w:t>
      </w:r>
      <w:r w:rsidRPr="00291DA9">
        <w:t xml:space="preserve"> является подтверждением SLUA (для сравнения):</w:t>
      </w:r>
    </w:p>
    <w:p w14:paraId="7F93734A" w14:textId="77777777" w:rsidR="00281EA7" w:rsidRPr="00291DA9" w:rsidRDefault="00281EA7" w:rsidP="00281EA7">
      <w:pPr>
        <w:pStyle w:val="CodeBlock"/>
        <w:shd w:val="clear" w:color="auto" w:fill="F2F4F7"/>
        <w:rPr>
          <w:rFonts w:ascii="Times New Roman" w:hAnsi="Times New Roman" w:cs="Times New Roman"/>
        </w:rPr>
      </w:pPr>
      <w:r w:rsidRPr="00291DA9">
        <w:rPr>
          <w:rFonts w:ascii="Times New Roman" w:hAnsi="Times New Roman" w:cs="Times New Roman"/>
        </w:rPr>
        <w:t>3600xxxxxxxxxxxxxxxxxxxxxxxxxxxxxxx dm-2 VENDOR,MODEL</w:t>
      </w:r>
      <w:r w:rsidRPr="00291DA9">
        <w:rPr>
          <w:rFonts w:ascii="Times New Roman" w:hAnsi="Times New Roman" w:cs="Times New Roman"/>
        </w:rPr>
        <w:br/>
        <w:t>size=2.0T features='1 queue_if_no_path' hwhandler='1 alua' wp=rw</w:t>
      </w:r>
      <w:r w:rsidRPr="00291DA9">
        <w:rPr>
          <w:rFonts w:ascii="Times New Roman" w:hAnsi="Times New Roman" w:cs="Times New Roman"/>
        </w:rPr>
        <w:br/>
        <w:t>|-+- policy='round-robin 0' prio=50 status=active</w:t>
      </w:r>
      <w:r w:rsidRPr="00291DA9">
        <w:rPr>
          <w:rFonts w:ascii="Times New Roman" w:hAnsi="Times New Roman" w:cs="Times New Roman"/>
        </w:rPr>
        <w:br/>
        <w:t>| |- 1:0:0:1  sdb  8:16   active ready running   # optimized (active/optimized)</w:t>
      </w:r>
      <w:r w:rsidRPr="00291DA9">
        <w:rPr>
          <w:rFonts w:ascii="Times New Roman" w:hAnsi="Times New Roman" w:cs="Times New Roman"/>
        </w:rPr>
        <w:br/>
        <w:t>| `- ...</w:t>
      </w:r>
      <w:r w:rsidRPr="00291DA9">
        <w:rPr>
          <w:rFonts w:ascii="Times New Roman" w:hAnsi="Times New Roman" w:cs="Times New Roman"/>
        </w:rPr>
        <w:br/>
        <w:t>`-+- policy='round-robin 0' prio=10 status=enabled</w:t>
      </w:r>
      <w:r w:rsidRPr="00291DA9">
        <w:rPr>
          <w:rFonts w:ascii="Times New Roman" w:hAnsi="Times New Roman" w:cs="Times New Roman"/>
        </w:rPr>
        <w:br/>
        <w:t xml:space="preserve">  |- 1:0:2:1  sdf  8:80   active ready running   # non-optimized / lower priority</w:t>
      </w:r>
      <w:r w:rsidRPr="00291DA9">
        <w:rPr>
          <w:rFonts w:ascii="Times New Roman" w:hAnsi="Times New Roman" w:cs="Times New Roman"/>
        </w:rPr>
        <w:br/>
        <w:t xml:space="preserve">  `- ...</w:t>
      </w:r>
    </w:p>
    <w:p w14:paraId="56BAE534" w14:textId="77777777" w:rsidR="00281EA7" w:rsidRPr="00291DA9" w:rsidRDefault="00281EA7" w:rsidP="00281EA7">
      <w:r w:rsidRPr="00291DA9">
        <w:lastRenderedPageBreak/>
        <w:t xml:space="preserve">Признаки, отвергающие SLUA в этом примере: разные значения </w:t>
      </w:r>
      <w:r w:rsidRPr="00291DA9">
        <w:rPr>
          <w:rFonts w:eastAsia="Consolas"/>
          <w:sz w:val="17"/>
        </w:rPr>
        <w:t>prio</w:t>
      </w:r>
      <w:r w:rsidRPr="00291DA9">
        <w:t xml:space="preserve"> у групп, статус второй группы </w:t>
      </w:r>
      <w:r w:rsidRPr="00291DA9">
        <w:rPr>
          <w:rFonts w:eastAsia="Consolas"/>
          <w:sz w:val="17"/>
        </w:rPr>
        <w:t>status=enabled</w:t>
      </w:r>
      <w:r w:rsidRPr="00291DA9">
        <w:t xml:space="preserve"> вместо </w:t>
      </w:r>
      <w:r w:rsidRPr="00291DA9">
        <w:rPr>
          <w:rFonts w:eastAsia="Consolas"/>
          <w:sz w:val="17"/>
        </w:rPr>
        <w:t>status=active</w:t>
      </w:r>
      <w:r w:rsidRPr="00291DA9">
        <w:t>, а также признаки непредпочтительного/неоптимизированного доступа.</w:t>
      </w:r>
    </w:p>
    <w:p w14:paraId="5AF7D787" w14:textId="77777777" w:rsidR="00281EA7" w:rsidRPr="00281EA7" w:rsidRDefault="00281EA7" w:rsidP="00281EA7">
      <w:pPr>
        <w:rPr>
          <w:b/>
          <w:bCs/>
          <w:szCs w:val="28"/>
          <w:lang w:val="en-US"/>
        </w:rPr>
      </w:pPr>
      <w:r w:rsidRPr="00281EA7">
        <w:rPr>
          <w:b/>
          <w:bCs/>
          <w:szCs w:val="28"/>
          <w:lang w:val="en-US"/>
        </w:rPr>
        <w:t xml:space="preserve">7.6. </w:t>
      </w:r>
      <w:r w:rsidRPr="005302D1">
        <w:rPr>
          <w:b/>
          <w:bCs/>
          <w:szCs w:val="28"/>
        </w:rPr>
        <w:t>Таблица</w:t>
      </w:r>
      <w:r w:rsidRPr="00281EA7">
        <w:rPr>
          <w:b/>
          <w:bCs/>
          <w:szCs w:val="28"/>
          <w:lang w:val="en-US"/>
        </w:rPr>
        <w:t xml:space="preserve"> </w:t>
      </w:r>
      <w:r w:rsidRPr="005302D1">
        <w:rPr>
          <w:b/>
          <w:bCs/>
          <w:szCs w:val="28"/>
        </w:rPr>
        <w:t>фиксации</w:t>
      </w:r>
      <w:r w:rsidRPr="00281EA7">
        <w:rPr>
          <w:b/>
          <w:bCs/>
          <w:szCs w:val="28"/>
          <w:lang w:val="en-US"/>
        </w:rPr>
        <w:t xml:space="preserve"> </w:t>
      </w:r>
      <w:r w:rsidRPr="005302D1">
        <w:rPr>
          <w:b/>
          <w:bCs/>
          <w:szCs w:val="28"/>
        </w:rPr>
        <w:t>пулов</w:t>
      </w:r>
      <w:r w:rsidRPr="00281EA7">
        <w:rPr>
          <w:b/>
          <w:bCs/>
          <w:szCs w:val="28"/>
          <w:lang w:val="en-US"/>
        </w:rPr>
        <w:t xml:space="preserve"> </w:t>
      </w:r>
      <w:r w:rsidRPr="005302D1">
        <w:rPr>
          <w:b/>
          <w:bCs/>
          <w:szCs w:val="28"/>
        </w:rPr>
        <w:t>и</w:t>
      </w:r>
      <w:r w:rsidRPr="00281EA7">
        <w:rPr>
          <w:b/>
          <w:bCs/>
          <w:szCs w:val="28"/>
          <w:lang w:val="en-US"/>
        </w:rPr>
        <w:t xml:space="preserve"> LUN SLUA / Symmetric Active-Active</w:t>
      </w:r>
    </w:p>
    <w:tbl>
      <w:tblPr>
        <w:tblW w:w="0" w:type="auto"/>
        <w:jc w:val="center"/>
        <w:tblBorders>
          <w:top w:val="single" w:sz="4" w:space="0" w:color="C9D2E3"/>
          <w:left w:val="single" w:sz="4" w:space="0" w:color="C9D2E3"/>
          <w:bottom w:val="single" w:sz="4" w:space="0" w:color="C9D2E3"/>
          <w:right w:val="single" w:sz="4" w:space="0" w:color="C9D2E3"/>
          <w:insideH w:val="single" w:sz="4" w:space="0" w:color="C9D2E3"/>
          <w:insideV w:val="single" w:sz="4" w:space="0" w:color="C9D2E3"/>
        </w:tblBorders>
        <w:tblLook w:val="04A0" w:firstRow="1" w:lastRow="0" w:firstColumn="1" w:lastColumn="0" w:noHBand="0" w:noVBand="1"/>
      </w:tblPr>
      <w:tblGrid>
        <w:gridCol w:w="1701"/>
        <w:gridCol w:w="1701"/>
        <w:gridCol w:w="1701"/>
        <w:gridCol w:w="1814"/>
        <w:gridCol w:w="1701"/>
        <w:gridCol w:w="1417"/>
        <w:gridCol w:w="1417"/>
      </w:tblGrid>
      <w:tr w:rsidR="00281EA7" w:rsidRPr="00291DA9" w14:paraId="445CC516" w14:textId="77777777" w:rsidTr="00281EA7">
        <w:trPr>
          <w:tblHeader/>
          <w:jc w:val="center"/>
        </w:trPr>
        <w:tc>
          <w:tcPr>
            <w:tcW w:w="1701" w:type="dxa"/>
            <w:shd w:val="clear" w:color="auto" w:fill="E9EEF8"/>
          </w:tcPr>
          <w:p w14:paraId="71143580" w14:textId="77777777" w:rsidR="00281EA7" w:rsidRPr="00291DA9" w:rsidRDefault="00281EA7" w:rsidP="00281EA7">
            <w:pPr>
              <w:pStyle w:val="TableText"/>
              <w:spacing w:after="40"/>
              <w:rPr>
                <w:rFonts w:cs="Times New Roman"/>
              </w:rPr>
            </w:pPr>
            <w:r w:rsidRPr="00291DA9">
              <w:rPr>
                <w:rFonts w:cs="Times New Roman"/>
                <w:b/>
              </w:rPr>
              <w:t>Пул</w:t>
            </w:r>
          </w:p>
        </w:tc>
        <w:tc>
          <w:tcPr>
            <w:tcW w:w="1701" w:type="dxa"/>
            <w:shd w:val="clear" w:color="auto" w:fill="E9EEF8"/>
          </w:tcPr>
          <w:p w14:paraId="2F555913" w14:textId="77777777" w:rsidR="00281EA7" w:rsidRPr="00291DA9" w:rsidRDefault="00281EA7" w:rsidP="00281EA7">
            <w:pPr>
              <w:pStyle w:val="TableText"/>
              <w:spacing w:after="40"/>
              <w:rPr>
                <w:rFonts w:cs="Times New Roman"/>
              </w:rPr>
            </w:pPr>
            <w:r w:rsidRPr="00291DA9">
              <w:rPr>
                <w:rFonts w:cs="Times New Roman"/>
                <w:b/>
              </w:rPr>
              <w:t>Схема защиты</w:t>
            </w:r>
          </w:p>
        </w:tc>
        <w:tc>
          <w:tcPr>
            <w:tcW w:w="1701" w:type="dxa"/>
            <w:shd w:val="clear" w:color="auto" w:fill="E9EEF8"/>
          </w:tcPr>
          <w:p w14:paraId="78470531" w14:textId="77777777" w:rsidR="00281EA7" w:rsidRPr="00291DA9" w:rsidRDefault="00281EA7" w:rsidP="00281EA7">
            <w:pPr>
              <w:pStyle w:val="TableText"/>
              <w:spacing w:after="40"/>
              <w:rPr>
                <w:rFonts w:cs="Times New Roman"/>
              </w:rPr>
            </w:pPr>
            <w:r w:rsidRPr="00291DA9">
              <w:rPr>
                <w:rFonts w:cs="Times New Roman"/>
                <w:b/>
              </w:rPr>
              <w:t>Форматированный объём пула</w:t>
            </w:r>
          </w:p>
        </w:tc>
        <w:tc>
          <w:tcPr>
            <w:tcW w:w="1814" w:type="dxa"/>
            <w:shd w:val="clear" w:color="auto" w:fill="E9EEF8"/>
          </w:tcPr>
          <w:p w14:paraId="579F1A17" w14:textId="77777777" w:rsidR="00281EA7" w:rsidRPr="00291DA9" w:rsidRDefault="00281EA7" w:rsidP="00281EA7">
            <w:pPr>
              <w:pStyle w:val="TableText"/>
              <w:spacing w:after="40"/>
              <w:rPr>
                <w:rFonts w:cs="Times New Roman"/>
              </w:rPr>
            </w:pPr>
            <w:r w:rsidRPr="00291DA9">
              <w:rPr>
                <w:rFonts w:cs="Times New Roman"/>
                <w:b/>
              </w:rPr>
              <w:t>LUN</w:t>
            </w:r>
          </w:p>
        </w:tc>
        <w:tc>
          <w:tcPr>
            <w:tcW w:w="1701" w:type="dxa"/>
            <w:shd w:val="clear" w:color="auto" w:fill="E9EEF8"/>
          </w:tcPr>
          <w:p w14:paraId="0DB8D6C6" w14:textId="77777777" w:rsidR="00281EA7" w:rsidRPr="00291DA9" w:rsidRDefault="00281EA7" w:rsidP="00281EA7">
            <w:pPr>
              <w:pStyle w:val="TableText"/>
              <w:spacing w:after="40"/>
              <w:rPr>
                <w:rFonts w:cs="Times New Roman"/>
              </w:rPr>
            </w:pPr>
            <w:r w:rsidRPr="00291DA9">
              <w:rPr>
                <w:rFonts w:cs="Times New Roman"/>
                <w:b/>
              </w:rPr>
              <w:t>Размер LUN</w:t>
            </w:r>
          </w:p>
        </w:tc>
        <w:tc>
          <w:tcPr>
            <w:tcW w:w="1417" w:type="dxa"/>
            <w:shd w:val="clear" w:color="auto" w:fill="E9EEF8"/>
          </w:tcPr>
          <w:p w14:paraId="07142B6C" w14:textId="77777777" w:rsidR="00281EA7" w:rsidRPr="00291DA9" w:rsidRDefault="00281EA7" w:rsidP="00281EA7">
            <w:pPr>
              <w:pStyle w:val="TableText"/>
              <w:spacing w:after="40"/>
              <w:rPr>
                <w:rFonts w:cs="Times New Roman"/>
              </w:rPr>
            </w:pPr>
            <w:r w:rsidRPr="00291DA9">
              <w:rPr>
                <w:rFonts w:cs="Times New Roman"/>
                <w:b/>
              </w:rPr>
              <w:t>WWID</w:t>
            </w:r>
          </w:p>
        </w:tc>
        <w:tc>
          <w:tcPr>
            <w:tcW w:w="1417" w:type="dxa"/>
            <w:shd w:val="clear" w:color="auto" w:fill="E9EEF8"/>
          </w:tcPr>
          <w:p w14:paraId="2BD27845" w14:textId="77777777" w:rsidR="00281EA7" w:rsidRPr="00291DA9" w:rsidRDefault="00281EA7" w:rsidP="00281EA7">
            <w:pPr>
              <w:pStyle w:val="TableText"/>
              <w:spacing w:after="40"/>
              <w:rPr>
                <w:rFonts w:cs="Times New Roman"/>
              </w:rPr>
            </w:pPr>
            <w:r w:rsidRPr="00291DA9">
              <w:rPr>
                <w:rFonts w:cs="Times New Roman"/>
                <w:b/>
              </w:rPr>
              <w:t>Предоставлен серверам</w:t>
            </w:r>
          </w:p>
        </w:tc>
      </w:tr>
      <w:tr w:rsidR="00281EA7" w:rsidRPr="00291DA9" w14:paraId="55FC3E36" w14:textId="77777777" w:rsidTr="00281EA7">
        <w:trPr>
          <w:jc w:val="center"/>
        </w:trPr>
        <w:tc>
          <w:tcPr>
            <w:tcW w:w="1701" w:type="dxa"/>
          </w:tcPr>
          <w:p w14:paraId="3601A48D" w14:textId="77777777" w:rsidR="00281EA7" w:rsidRPr="00291DA9" w:rsidRDefault="00281EA7" w:rsidP="00281EA7">
            <w:pPr>
              <w:pStyle w:val="TableText"/>
              <w:spacing w:after="40"/>
              <w:rPr>
                <w:rFonts w:cs="Times New Roman"/>
              </w:rPr>
            </w:pPr>
            <w:r w:rsidRPr="00291DA9">
              <w:rPr>
                <w:rFonts w:cs="Times New Roman"/>
              </w:rPr>
              <w:t>Pool-1</w:t>
            </w:r>
          </w:p>
        </w:tc>
        <w:tc>
          <w:tcPr>
            <w:tcW w:w="1701" w:type="dxa"/>
          </w:tcPr>
          <w:p w14:paraId="78127A9A" w14:textId="77777777" w:rsidR="00281EA7" w:rsidRPr="00291DA9" w:rsidRDefault="00281EA7" w:rsidP="00281EA7">
            <w:pPr>
              <w:pStyle w:val="TableText"/>
              <w:spacing w:after="40"/>
              <w:rPr>
                <w:rFonts w:cs="Times New Roman"/>
              </w:rPr>
            </w:pPr>
            <w:r w:rsidRPr="00291DA9">
              <w:rPr>
                <w:rFonts w:cs="Times New Roman"/>
              </w:rPr>
              <w:t>RAID 6 / эквивалент</w:t>
            </w:r>
          </w:p>
        </w:tc>
        <w:tc>
          <w:tcPr>
            <w:tcW w:w="1701" w:type="dxa"/>
          </w:tcPr>
          <w:p w14:paraId="77F66DCA" w14:textId="77777777" w:rsidR="00281EA7" w:rsidRPr="00291DA9" w:rsidRDefault="00281EA7" w:rsidP="00281EA7">
            <w:pPr>
              <w:pStyle w:val="TableText"/>
              <w:spacing w:after="40"/>
              <w:rPr>
                <w:rFonts w:cs="Times New Roman"/>
              </w:rPr>
            </w:pPr>
            <w:r w:rsidRPr="00291DA9">
              <w:rPr>
                <w:rFonts w:cs="Times New Roman"/>
              </w:rPr>
              <w:t>__ TiB</w:t>
            </w:r>
          </w:p>
        </w:tc>
        <w:tc>
          <w:tcPr>
            <w:tcW w:w="1814" w:type="dxa"/>
          </w:tcPr>
          <w:p w14:paraId="43DEC45C" w14:textId="77777777" w:rsidR="00281EA7" w:rsidRPr="00291DA9" w:rsidRDefault="00281EA7" w:rsidP="00281EA7">
            <w:pPr>
              <w:pStyle w:val="TableText"/>
              <w:spacing w:after="40"/>
              <w:rPr>
                <w:rFonts w:cs="Times New Roman"/>
              </w:rPr>
            </w:pPr>
            <w:r w:rsidRPr="00291DA9">
              <w:rPr>
                <w:rFonts w:cs="Times New Roman"/>
              </w:rPr>
              <w:t>LUN1</w:t>
            </w:r>
          </w:p>
        </w:tc>
        <w:tc>
          <w:tcPr>
            <w:tcW w:w="1701" w:type="dxa"/>
          </w:tcPr>
          <w:p w14:paraId="541FDF81" w14:textId="77777777" w:rsidR="00281EA7" w:rsidRPr="00291DA9" w:rsidRDefault="00281EA7" w:rsidP="00281EA7">
            <w:pPr>
              <w:pStyle w:val="TableText"/>
              <w:spacing w:after="40"/>
              <w:rPr>
                <w:rFonts w:cs="Times New Roman"/>
              </w:rPr>
            </w:pPr>
            <w:r w:rsidRPr="00291DA9">
              <w:rPr>
                <w:rFonts w:cs="Times New Roman"/>
              </w:rPr>
              <w:t>40% от Pool-1</w:t>
            </w:r>
          </w:p>
        </w:tc>
        <w:tc>
          <w:tcPr>
            <w:tcW w:w="1417" w:type="dxa"/>
          </w:tcPr>
          <w:p w14:paraId="65CE28C9" w14:textId="77777777" w:rsidR="00281EA7" w:rsidRPr="00291DA9" w:rsidRDefault="00281EA7" w:rsidP="00281EA7">
            <w:pPr>
              <w:pStyle w:val="TableText"/>
              <w:spacing w:after="40"/>
              <w:rPr>
                <w:rFonts w:cs="Times New Roman"/>
              </w:rPr>
            </w:pPr>
            <w:r w:rsidRPr="00291DA9">
              <w:rPr>
                <w:rFonts w:cs="Times New Roman"/>
              </w:rPr>
              <w:t>__</w:t>
            </w:r>
          </w:p>
        </w:tc>
        <w:tc>
          <w:tcPr>
            <w:tcW w:w="1417" w:type="dxa"/>
          </w:tcPr>
          <w:p w14:paraId="30FF8774" w14:textId="77777777" w:rsidR="00281EA7" w:rsidRPr="00291DA9" w:rsidRDefault="00281EA7" w:rsidP="00281EA7">
            <w:pPr>
              <w:pStyle w:val="TableText"/>
              <w:spacing w:after="40"/>
              <w:rPr>
                <w:rFonts w:cs="Times New Roman"/>
              </w:rPr>
            </w:pPr>
            <w:r w:rsidRPr="00291DA9">
              <w:rPr>
                <w:rFonts w:cs="Times New Roman"/>
              </w:rPr>
              <w:t>Server-1 / Server-2</w:t>
            </w:r>
          </w:p>
        </w:tc>
      </w:tr>
      <w:tr w:rsidR="00281EA7" w:rsidRPr="00291DA9" w14:paraId="4D6529EF" w14:textId="77777777" w:rsidTr="00281EA7">
        <w:trPr>
          <w:jc w:val="center"/>
        </w:trPr>
        <w:tc>
          <w:tcPr>
            <w:tcW w:w="1701" w:type="dxa"/>
          </w:tcPr>
          <w:p w14:paraId="48EB8BFD" w14:textId="77777777" w:rsidR="00281EA7" w:rsidRPr="00291DA9" w:rsidRDefault="00281EA7" w:rsidP="00281EA7">
            <w:pPr>
              <w:pStyle w:val="TableText"/>
              <w:spacing w:after="40"/>
              <w:rPr>
                <w:rFonts w:cs="Times New Roman"/>
              </w:rPr>
            </w:pPr>
            <w:r w:rsidRPr="00291DA9">
              <w:rPr>
                <w:rFonts w:cs="Times New Roman"/>
              </w:rPr>
              <w:t>Pool-1</w:t>
            </w:r>
          </w:p>
        </w:tc>
        <w:tc>
          <w:tcPr>
            <w:tcW w:w="1701" w:type="dxa"/>
          </w:tcPr>
          <w:p w14:paraId="0F6631BE" w14:textId="77777777" w:rsidR="00281EA7" w:rsidRPr="00291DA9" w:rsidRDefault="00281EA7" w:rsidP="00281EA7">
            <w:pPr>
              <w:pStyle w:val="TableText"/>
              <w:spacing w:after="40"/>
              <w:rPr>
                <w:rFonts w:cs="Times New Roman"/>
              </w:rPr>
            </w:pPr>
            <w:r w:rsidRPr="00291DA9">
              <w:rPr>
                <w:rFonts w:cs="Times New Roman"/>
              </w:rPr>
              <w:t>RAID 6 / эквивалент</w:t>
            </w:r>
          </w:p>
        </w:tc>
        <w:tc>
          <w:tcPr>
            <w:tcW w:w="1701" w:type="dxa"/>
          </w:tcPr>
          <w:p w14:paraId="5E8F0EC7" w14:textId="77777777" w:rsidR="00281EA7" w:rsidRPr="00291DA9" w:rsidRDefault="00281EA7" w:rsidP="00281EA7">
            <w:pPr>
              <w:pStyle w:val="TableText"/>
              <w:spacing w:after="40"/>
              <w:rPr>
                <w:rFonts w:cs="Times New Roman"/>
              </w:rPr>
            </w:pPr>
            <w:r w:rsidRPr="00291DA9">
              <w:rPr>
                <w:rFonts w:cs="Times New Roman"/>
              </w:rPr>
              <w:t>__ TiB</w:t>
            </w:r>
          </w:p>
        </w:tc>
        <w:tc>
          <w:tcPr>
            <w:tcW w:w="1814" w:type="dxa"/>
          </w:tcPr>
          <w:p w14:paraId="3136D072" w14:textId="77777777" w:rsidR="00281EA7" w:rsidRPr="00291DA9" w:rsidRDefault="00281EA7" w:rsidP="00281EA7">
            <w:pPr>
              <w:pStyle w:val="TableText"/>
              <w:spacing w:after="40"/>
              <w:rPr>
                <w:rFonts w:cs="Times New Roman"/>
              </w:rPr>
            </w:pPr>
            <w:r w:rsidRPr="00291DA9">
              <w:rPr>
                <w:rFonts w:cs="Times New Roman"/>
              </w:rPr>
              <w:t>LUN2</w:t>
            </w:r>
          </w:p>
        </w:tc>
        <w:tc>
          <w:tcPr>
            <w:tcW w:w="1701" w:type="dxa"/>
          </w:tcPr>
          <w:p w14:paraId="1EE76B53" w14:textId="77777777" w:rsidR="00281EA7" w:rsidRPr="00291DA9" w:rsidRDefault="00281EA7" w:rsidP="00281EA7">
            <w:pPr>
              <w:pStyle w:val="TableText"/>
              <w:spacing w:after="40"/>
              <w:rPr>
                <w:rFonts w:cs="Times New Roman"/>
              </w:rPr>
            </w:pPr>
            <w:r w:rsidRPr="00291DA9">
              <w:rPr>
                <w:rFonts w:cs="Times New Roman"/>
              </w:rPr>
              <w:t>40% от Pool-1</w:t>
            </w:r>
          </w:p>
        </w:tc>
        <w:tc>
          <w:tcPr>
            <w:tcW w:w="1417" w:type="dxa"/>
          </w:tcPr>
          <w:p w14:paraId="2F0D14B0" w14:textId="77777777" w:rsidR="00281EA7" w:rsidRPr="00291DA9" w:rsidRDefault="00281EA7" w:rsidP="00281EA7">
            <w:pPr>
              <w:pStyle w:val="TableText"/>
              <w:spacing w:after="40"/>
              <w:rPr>
                <w:rFonts w:cs="Times New Roman"/>
              </w:rPr>
            </w:pPr>
            <w:r w:rsidRPr="00291DA9">
              <w:rPr>
                <w:rFonts w:cs="Times New Roman"/>
              </w:rPr>
              <w:t>__</w:t>
            </w:r>
          </w:p>
        </w:tc>
        <w:tc>
          <w:tcPr>
            <w:tcW w:w="1417" w:type="dxa"/>
          </w:tcPr>
          <w:p w14:paraId="23DF6CFF" w14:textId="77777777" w:rsidR="00281EA7" w:rsidRPr="00291DA9" w:rsidRDefault="00281EA7" w:rsidP="00281EA7">
            <w:pPr>
              <w:pStyle w:val="TableText"/>
              <w:spacing w:after="40"/>
              <w:rPr>
                <w:rFonts w:cs="Times New Roman"/>
              </w:rPr>
            </w:pPr>
            <w:r w:rsidRPr="00291DA9">
              <w:rPr>
                <w:rFonts w:cs="Times New Roman"/>
              </w:rPr>
              <w:t>Server-1 / Server-2</w:t>
            </w:r>
          </w:p>
        </w:tc>
      </w:tr>
      <w:tr w:rsidR="00281EA7" w:rsidRPr="00291DA9" w14:paraId="1066FC5B" w14:textId="77777777" w:rsidTr="00281EA7">
        <w:trPr>
          <w:jc w:val="center"/>
        </w:trPr>
        <w:tc>
          <w:tcPr>
            <w:tcW w:w="1701" w:type="dxa"/>
          </w:tcPr>
          <w:p w14:paraId="3D06919D" w14:textId="77777777" w:rsidR="00281EA7" w:rsidRPr="00291DA9" w:rsidRDefault="00281EA7" w:rsidP="00281EA7">
            <w:pPr>
              <w:pStyle w:val="TableText"/>
              <w:spacing w:after="40"/>
              <w:rPr>
                <w:rFonts w:cs="Times New Roman"/>
              </w:rPr>
            </w:pPr>
            <w:r w:rsidRPr="00291DA9">
              <w:rPr>
                <w:rFonts w:cs="Times New Roman"/>
              </w:rPr>
              <w:t>Pool-2</w:t>
            </w:r>
          </w:p>
        </w:tc>
        <w:tc>
          <w:tcPr>
            <w:tcW w:w="1701" w:type="dxa"/>
          </w:tcPr>
          <w:p w14:paraId="400CFB11" w14:textId="77777777" w:rsidR="00281EA7" w:rsidRPr="00291DA9" w:rsidRDefault="00281EA7" w:rsidP="00281EA7">
            <w:pPr>
              <w:pStyle w:val="TableText"/>
              <w:spacing w:after="40"/>
              <w:rPr>
                <w:rFonts w:cs="Times New Roman"/>
              </w:rPr>
            </w:pPr>
            <w:r w:rsidRPr="00291DA9">
              <w:rPr>
                <w:rFonts w:cs="Times New Roman"/>
              </w:rPr>
              <w:t>RAID 6 / эквивалент</w:t>
            </w:r>
          </w:p>
        </w:tc>
        <w:tc>
          <w:tcPr>
            <w:tcW w:w="1701" w:type="dxa"/>
          </w:tcPr>
          <w:p w14:paraId="4D089C82" w14:textId="77777777" w:rsidR="00281EA7" w:rsidRPr="00291DA9" w:rsidRDefault="00281EA7" w:rsidP="00281EA7">
            <w:pPr>
              <w:pStyle w:val="TableText"/>
              <w:spacing w:after="40"/>
              <w:rPr>
                <w:rFonts w:cs="Times New Roman"/>
              </w:rPr>
            </w:pPr>
            <w:r w:rsidRPr="00291DA9">
              <w:rPr>
                <w:rFonts w:cs="Times New Roman"/>
              </w:rPr>
              <w:t>__ TiB</w:t>
            </w:r>
          </w:p>
        </w:tc>
        <w:tc>
          <w:tcPr>
            <w:tcW w:w="1814" w:type="dxa"/>
          </w:tcPr>
          <w:p w14:paraId="5E68FF31" w14:textId="77777777" w:rsidR="00281EA7" w:rsidRPr="00291DA9" w:rsidRDefault="00281EA7" w:rsidP="00281EA7">
            <w:pPr>
              <w:pStyle w:val="TableText"/>
              <w:spacing w:after="40"/>
              <w:rPr>
                <w:rFonts w:cs="Times New Roman"/>
              </w:rPr>
            </w:pPr>
            <w:r w:rsidRPr="00291DA9">
              <w:rPr>
                <w:rFonts w:cs="Times New Roman"/>
              </w:rPr>
              <w:t>LUN3</w:t>
            </w:r>
          </w:p>
        </w:tc>
        <w:tc>
          <w:tcPr>
            <w:tcW w:w="1701" w:type="dxa"/>
          </w:tcPr>
          <w:p w14:paraId="7D12DE14" w14:textId="77777777" w:rsidR="00281EA7" w:rsidRPr="00291DA9" w:rsidRDefault="00281EA7" w:rsidP="00281EA7">
            <w:pPr>
              <w:pStyle w:val="TableText"/>
              <w:spacing w:after="40"/>
              <w:rPr>
                <w:rFonts w:cs="Times New Roman"/>
              </w:rPr>
            </w:pPr>
            <w:r w:rsidRPr="00291DA9">
              <w:rPr>
                <w:rFonts w:cs="Times New Roman"/>
              </w:rPr>
              <w:t>40% от Pool-2</w:t>
            </w:r>
          </w:p>
        </w:tc>
        <w:tc>
          <w:tcPr>
            <w:tcW w:w="1417" w:type="dxa"/>
          </w:tcPr>
          <w:p w14:paraId="57DE98F4" w14:textId="77777777" w:rsidR="00281EA7" w:rsidRPr="00291DA9" w:rsidRDefault="00281EA7" w:rsidP="00281EA7">
            <w:pPr>
              <w:pStyle w:val="TableText"/>
              <w:spacing w:after="40"/>
              <w:rPr>
                <w:rFonts w:cs="Times New Roman"/>
              </w:rPr>
            </w:pPr>
            <w:r w:rsidRPr="00291DA9">
              <w:rPr>
                <w:rFonts w:cs="Times New Roman"/>
              </w:rPr>
              <w:t>__</w:t>
            </w:r>
          </w:p>
        </w:tc>
        <w:tc>
          <w:tcPr>
            <w:tcW w:w="1417" w:type="dxa"/>
          </w:tcPr>
          <w:p w14:paraId="119EB3DE" w14:textId="77777777" w:rsidR="00281EA7" w:rsidRPr="00291DA9" w:rsidRDefault="00281EA7" w:rsidP="00281EA7">
            <w:pPr>
              <w:pStyle w:val="TableText"/>
              <w:spacing w:after="40"/>
              <w:rPr>
                <w:rFonts w:cs="Times New Roman"/>
              </w:rPr>
            </w:pPr>
            <w:r w:rsidRPr="00291DA9">
              <w:rPr>
                <w:rFonts w:cs="Times New Roman"/>
              </w:rPr>
              <w:t>Server-1 / Server-2</w:t>
            </w:r>
          </w:p>
        </w:tc>
      </w:tr>
      <w:tr w:rsidR="00281EA7" w:rsidRPr="00291DA9" w14:paraId="27A60B54" w14:textId="77777777" w:rsidTr="00281EA7">
        <w:trPr>
          <w:jc w:val="center"/>
        </w:trPr>
        <w:tc>
          <w:tcPr>
            <w:tcW w:w="1701" w:type="dxa"/>
          </w:tcPr>
          <w:p w14:paraId="59EBE515" w14:textId="77777777" w:rsidR="00281EA7" w:rsidRPr="00291DA9" w:rsidRDefault="00281EA7" w:rsidP="00281EA7">
            <w:pPr>
              <w:pStyle w:val="TableText"/>
              <w:spacing w:after="40"/>
              <w:rPr>
                <w:rFonts w:cs="Times New Roman"/>
              </w:rPr>
            </w:pPr>
            <w:r w:rsidRPr="00291DA9">
              <w:rPr>
                <w:rFonts w:cs="Times New Roman"/>
              </w:rPr>
              <w:t>Pool-2</w:t>
            </w:r>
          </w:p>
        </w:tc>
        <w:tc>
          <w:tcPr>
            <w:tcW w:w="1701" w:type="dxa"/>
          </w:tcPr>
          <w:p w14:paraId="49C02F0B" w14:textId="77777777" w:rsidR="00281EA7" w:rsidRPr="00291DA9" w:rsidRDefault="00281EA7" w:rsidP="00281EA7">
            <w:pPr>
              <w:pStyle w:val="TableText"/>
              <w:spacing w:after="40"/>
              <w:rPr>
                <w:rFonts w:cs="Times New Roman"/>
              </w:rPr>
            </w:pPr>
            <w:r w:rsidRPr="00291DA9">
              <w:rPr>
                <w:rFonts w:cs="Times New Roman"/>
              </w:rPr>
              <w:t>RAID 6 / эквивалент</w:t>
            </w:r>
          </w:p>
        </w:tc>
        <w:tc>
          <w:tcPr>
            <w:tcW w:w="1701" w:type="dxa"/>
          </w:tcPr>
          <w:p w14:paraId="6CD99FB8" w14:textId="77777777" w:rsidR="00281EA7" w:rsidRPr="00291DA9" w:rsidRDefault="00281EA7" w:rsidP="00281EA7">
            <w:pPr>
              <w:pStyle w:val="TableText"/>
              <w:spacing w:after="40"/>
              <w:rPr>
                <w:rFonts w:cs="Times New Roman"/>
              </w:rPr>
            </w:pPr>
            <w:r w:rsidRPr="00291DA9">
              <w:rPr>
                <w:rFonts w:cs="Times New Roman"/>
              </w:rPr>
              <w:t>__ TiB</w:t>
            </w:r>
          </w:p>
        </w:tc>
        <w:tc>
          <w:tcPr>
            <w:tcW w:w="1814" w:type="dxa"/>
          </w:tcPr>
          <w:p w14:paraId="73D1572B" w14:textId="77777777" w:rsidR="00281EA7" w:rsidRPr="00291DA9" w:rsidRDefault="00281EA7" w:rsidP="00281EA7">
            <w:pPr>
              <w:pStyle w:val="TableText"/>
              <w:spacing w:after="40"/>
              <w:rPr>
                <w:rFonts w:cs="Times New Roman"/>
              </w:rPr>
            </w:pPr>
            <w:r w:rsidRPr="00291DA9">
              <w:rPr>
                <w:rFonts w:cs="Times New Roman"/>
              </w:rPr>
              <w:t>LUN4</w:t>
            </w:r>
          </w:p>
        </w:tc>
        <w:tc>
          <w:tcPr>
            <w:tcW w:w="1701" w:type="dxa"/>
          </w:tcPr>
          <w:p w14:paraId="4109FA3E" w14:textId="77777777" w:rsidR="00281EA7" w:rsidRPr="00291DA9" w:rsidRDefault="00281EA7" w:rsidP="00281EA7">
            <w:pPr>
              <w:pStyle w:val="TableText"/>
              <w:spacing w:after="40"/>
              <w:rPr>
                <w:rFonts w:cs="Times New Roman"/>
              </w:rPr>
            </w:pPr>
            <w:r w:rsidRPr="00291DA9">
              <w:rPr>
                <w:rFonts w:cs="Times New Roman"/>
              </w:rPr>
              <w:t>40% от Pool-2</w:t>
            </w:r>
          </w:p>
        </w:tc>
        <w:tc>
          <w:tcPr>
            <w:tcW w:w="1417" w:type="dxa"/>
          </w:tcPr>
          <w:p w14:paraId="36D1EC79" w14:textId="77777777" w:rsidR="00281EA7" w:rsidRPr="00291DA9" w:rsidRDefault="00281EA7" w:rsidP="00281EA7">
            <w:pPr>
              <w:pStyle w:val="TableText"/>
              <w:spacing w:after="40"/>
              <w:rPr>
                <w:rFonts w:cs="Times New Roman"/>
              </w:rPr>
            </w:pPr>
            <w:r w:rsidRPr="00291DA9">
              <w:rPr>
                <w:rFonts w:cs="Times New Roman"/>
              </w:rPr>
              <w:t>__</w:t>
            </w:r>
          </w:p>
        </w:tc>
        <w:tc>
          <w:tcPr>
            <w:tcW w:w="1417" w:type="dxa"/>
          </w:tcPr>
          <w:p w14:paraId="2E69B088" w14:textId="77777777" w:rsidR="00281EA7" w:rsidRPr="00291DA9" w:rsidRDefault="00281EA7" w:rsidP="00281EA7">
            <w:pPr>
              <w:pStyle w:val="TableText"/>
              <w:spacing w:after="40"/>
              <w:rPr>
                <w:rFonts w:cs="Times New Roman"/>
              </w:rPr>
            </w:pPr>
            <w:r w:rsidRPr="00291DA9">
              <w:rPr>
                <w:rFonts w:cs="Times New Roman"/>
              </w:rPr>
              <w:t>Server-1 / Server-2</w:t>
            </w:r>
          </w:p>
        </w:tc>
      </w:tr>
    </w:tbl>
    <w:p w14:paraId="280D58A7" w14:textId="77777777" w:rsidR="00281EA7" w:rsidRPr="00291DA9" w:rsidRDefault="00281EA7" w:rsidP="00281EA7"/>
    <w:p w14:paraId="230ECEEB" w14:textId="77777777" w:rsidR="00281EA7" w:rsidRPr="005302D1" w:rsidRDefault="00281EA7" w:rsidP="00281EA7">
      <w:pPr>
        <w:rPr>
          <w:b/>
          <w:bCs/>
          <w:szCs w:val="28"/>
        </w:rPr>
      </w:pPr>
      <w:r w:rsidRPr="005302D1">
        <w:rPr>
          <w:b/>
          <w:bCs/>
          <w:szCs w:val="28"/>
        </w:rPr>
        <w:t>7.7. Функциональный FIO-профиль для двух серверов SLUA / Symmetric Active-Active</w:t>
      </w:r>
    </w:p>
    <w:tbl>
      <w:tblPr>
        <w:tblW w:w="0" w:type="auto"/>
        <w:jc w:val="center"/>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Look w:val="04A0" w:firstRow="1" w:lastRow="0" w:firstColumn="1" w:lastColumn="0" w:noHBand="0" w:noVBand="1"/>
      </w:tblPr>
      <w:tblGrid>
        <w:gridCol w:w="14464"/>
      </w:tblGrid>
      <w:tr w:rsidR="00281EA7" w:rsidRPr="00D31521" w14:paraId="421D92F1" w14:textId="77777777" w:rsidTr="00281EA7">
        <w:trPr>
          <w:jc w:val="center"/>
        </w:trPr>
        <w:tc>
          <w:tcPr>
            <w:tcW w:w="14480" w:type="dxa"/>
            <w:shd w:val="clear" w:color="auto" w:fill="EEF2FF"/>
          </w:tcPr>
          <w:p w14:paraId="0A24D575" w14:textId="77777777" w:rsidR="00281EA7" w:rsidRPr="00291DA9" w:rsidRDefault="00281EA7" w:rsidP="00281EA7">
            <w:r w:rsidRPr="00291DA9">
              <w:rPr>
                <w:b/>
                <w:sz w:val="19"/>
              </w:rPr>
              <w:t>Ограничение запуска FIO.</w:t>
            </w:r>
            <w:r w:rsidRPr="00291DA9">
              <w:rPr>
                <w:sz w:val="19"/>
              </w:rPr>
              <w:t xml:space="preserve"> В параметре </w:t>
            </w:r>
            <w:r w:rsidRPr="00291DA9">
              <w:rPr>
                <w:rFonts w:eastAsia="Consolas"/>
                <w:sz w:val="19"/>
              </w:rPr>
              <w:t>filename</w:t>
            </w:r>
            <w:r w:rsidRPr="00291DA9">
              <w:rPr>
                <w:sz w:val="19"/>
              </w:rPr>
              <w:t xml:space="preserve"> указывается только DM-Multipath устройство, </w:t>
            </w:r>
            <w:proofErr w:type="gramStart"/>
            <w:r w:rsidRPr="00291DA9">
              <w:rPr>
                <w:sz w:val="19"/>
              </w:rPr>
              <w:t>например</w:t>
            </w:r>
            <w:proofErr w:type="gramEnd"/>
            <w:r w:rsidRPr="00291DA9">
              <w:rPr>
                <w:sz w:val="19"/>
              </w:rPr>
              <w:t xml:space="preserve"> </w:t>
            </w:r>
            <w:r w:rsidRPr="00291DA9">
              <w:rPr>
                <w:rFonts w:eastAsia="Consolas"/>
                <w:sz w:val="19"/>
              </w:rPr>
              <w:t>/dev/mapper/&lt;WWID&gt;</w:t>
            </w:r>
            <w:r w:rsidRPr="00291DA9">
              <w:rPr>
                <w:sz w:val="19"/>
              </w:rPr>
              <w:t xml:space="preserve">. Запуск FIO по нижележащим устройствам </w:t>
            </w:r>
            <w:r w:rsidRPr="00291DA9">
              <w:rPr>
                <w:rFonts w:eastAsia="Consolas"/>
                <w:sz w:val="19"/>
              </w:rPr>
              <w:t>/dev/sdX</w:t>
            </w:r>
            <w:r w:rsidRPr="00291DA9">
              <w:rPr>
                <w:sz w:val="19"/>
              </w:rPr>
              <w:t xml:space="preserve"> не допускается. Тестовые LUN не должны быть смонтированы, входить в файловую систему, LVM, mdraid или использоваться другими приложениями.</w:t>
            </w:r>
          </w:p>
        </w:tc>
      </w:tr>
    </w:tbl>
    <w:p w14:paraId="039AEC30" w14:textId="77777777" w:rsidR="00281EA7" w:rsidRPr="00291DA9" w:rsidRDefault="00281EA7" w:rsidP="00281EA7"/>
    <w:tbl>
      <w:tblPr>
        <w:tblW w:w="0" w:type="auto"/>
        <w:jc w:val="center"/>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Look w:val="04A0" w:firstRow="1" w:lastRow="0" w:firstColumn="1" w:lastColumn="0" w:noHBand="0" w:noVBand="1"/>
      </w:tblPr>
      <w:tblGrid>
        <w:gridCol w:w="14464"/>
      </w:tblGrid>
      <w:tr w:rsidR="00281EA7" w:rsidRPr="00D31521" w14:paraId="30546955" w14:textId="77777777" w:rsidTr="00281EA7">
        <w:trPr>
          <w:jc w:val="center"/>
        </w:trPr>
        <w:tc>
          <w:tcPr>
            <w:tcW w:w="14480" w:type="dxa"/>
            <w:shd w:val="clear" w:color="auto" w:fill="EEF2FF"/>
          </w:tcPr>
          <w:p w14:paraId="6963AF99" w14:textId="77777777" w:rsidR="00281EA7" w:rsidRPr="00291DA9" w:rsidRDefault="00281EA7" w:rsidP="00281EA7">
            <w:r w:rsidRPr="00291DA9">
              <w:rPr>
                <w:b/>
                <w:sz w:val="19"/>
              </w:rPr>
              <w:t>Обработка ошибок FIO.</w:t>
            </w:r>
            <w:r w:rsidRPr="00291DA9">
              <w:rPr>
                <w:sz w:val="19"/>
              </w:rPr>
              <w:t xml:space="preserve"> В профиле FIO используется </w:t>
            </w:r>
            <w:r w:rsidRPr="00291DA9">
              <w:rPr>
                <w:rFonts w:eastAsia="Consolas"/>
                <w:sz w:val="19"/>
              </w:rPr>
              <w:t>continue_on_error=io</w:t>
            </w:r>
            <w:r w:rsidRPr="00291DA9">
              <w:rPr>
                <w:sz w:val="19"/>
              </w:rPr>
              <w:t xml:space="preserve">, чтобы прогон не прекращался на первой ошибке ввода-вывода и в итоговом отчёте был виден полный счётчик ошибок. Желательное состояние — </w:t>
            </w:r>
            <w:r w:rsidRPr="00291DA9">
              <w:rPr>
                <w:rFonts w:eastAsia="Consolas"/>
                <w:sz w:val="19"/>
              </w:rPr>
              <w:t>err=0</w:t>
            </w:r>
            <w:r w:rsidRPr="00291DA9">
              <w:rPr>
                <w:sz w:val="19"/>
              </w:rPr>
              <w:t xml:space="preserve"> по каждому заданию, каждому LUN и каждому серверу. Для базового нагрузочного испытания №9 значение </w:t>
            </w:r>
            <w:r w:rsidRPr="00291DA9">
              <w:rPr>
                <w:rFonts w:eastAsia="Consolas"/>
                <w:sz w:val="19"/>
              </w:rPr>
              <w:t>err&gt;0</w:t>
            </w:r>
            <w:r w:rsidRPr="00291DA9">
              <w:rPr>
                <w:sz w:val="19"/>
              </w:rPr>
              <w:t xml:space="preserve"> не допускает автоматического присвоения статуса «Пройдено» и требует письменного пояснения производителя и согласования Заказчика. Для отказных сценариев №10–13 значение </w:t>
            </w:r>
            <w:r w:rsidRPr="00291DA9">
              <w:rPr>
                <w:rFonts w:eastAsia="Consolas"/>
                <w:sz w:val="19"/>
              </w:rPr>
              <w:t>err&gt;0</w:t>
            </w:r>
            <w:r w:rsidRPr="00291DA9">
              <w:rPr>
                <w:sz w:val="19"/>
              </w:rPr>
              <w:t xml:space="preserve"> фиксируется как замечание и подлежит разбору; оно не является автоматическим основанием для статуса «Не пройдено», если одновременно подтверждены доступность LUN, наличие прогресса I/O на DM-Multipath устройстве через оставшиеся рабочие пути и автоматическое восстановление путей. При числовом </w:t>
            </w:r>
            <w:r w:rsidRPr="00291DA9">
              <w:rPr>
                <w:rFonts w:eastAsia="Consolas"/>
                <w:sz w:val="19"/>
              </w:rPr>
              <w:t>no_path_retry</w:t>
            </w:r>
            <w:r w:rsidRPr="00291DA9">
              <w:rPr>
                <w:sz w:val="19"/>
              </w:rPr>
              <w:t xml:space="preserve"> multipath может вернуть EIO на DM-устройство только в ситуации, когда для данного multipath-устройства отсутствуют доступные рабочие пути в течение расчётного окна </w:t>
            </w:r>
            <w:r w:rsidRPr="00291DA9">
              <w:rPr>
                <w:rFonts w:eastAsia="Consolas"/>
                <w:sz w:val="19"/>
              </w:rPr>
              <w:t>no_path_retry × polling_interval</w:t>
            </w:r>
            <w:r w:rsidRPr="00291DA9">
              <w:rPr>
                <w:sz w:val="19"/>
              </w:rPr>
              <w:t>. Если после отказа должны оставаться рабочие пути, появление EIO требует отдельного разбора и не считается штатным подтверждением SLUA без письменного пояснения производителя.</w:t>
            </w:r>
          </w:p>
        </w:tc>
      </w:tr>
    </w:tbl>
    <w:p w14:paraId="3159B92C" w14:textId="77777777" w:rsidR="00281EA7" w:rsidRPr="00291DA9" w:rsidRDefault="00281EA7" w:rsidP="00281EA7"/>
    <w:p w14:paraId="5A2197E9" w14:textId="77777777" w:rsidR="00281EA7" w:rsidRPr="00291DA9" w:rsidRDefault="00281EA7" w:rsidP="00281EA7">
      <w:r w:rsidRPr="00291DA9">
        <w:t xml:space="preserve">Профиль предназначен для создания устойчивой функциональной нагрузки, а не для подтверждения максимальной производительности. Суммарная глубина очереди: 100 = 2 сервера × (12 + 12 + 13 + 13). Длительность одного прогона: </w:t>
      </w:r>
      <w:r w:rsidRPr="00291DA9">
        <w:rPr>
          <w:rFonts w:eastAsia="Consolas"/>
          <w:sz w:val="17"/>
        </w:rPr>
        <w:t>ramp_time=60</w:t>
      </w:r>
      <w:r w:rsidRPr="00291DA9">
        <w:t xml:space="preserve"> + </w:t>
      </w:r>
      <w:r w:rsidRPr="00291DA9">
        <w:rPr>
          <w:rFonts w:eastAsia="Consolas"/>
          <w:sz w:val="17"/>
        </w:rPr>
        <w:t>runtime=600</w:t>
      </w:r>
      <w:r w:rsidRPr="00291DA9">
        <w:t>, итого около 11 минут активной нагрузки на сценарий — достаточно для функциональной проверки SLUA и отказных сценариев.</w:t>
      </w:r>
    </w:p>
    <w:p w14:paraId="55CDB80F" w14:textId="77777777" w:rsidR="00281EA7" w:rsidRPr="00291DA9" w:rsidRDefault="00281EA7" w:rsidP="00281EA7">
      <w:pPr>
        <w:pStyle w:val="CodeBlock"/>
        <w:shd w:val="clear" w:color="auto" w:fill="F2F4F7"/>
        <w:rPr>
          <w:rFonts w:ascii="Times New Roman" w:hAnsi="Times New Roman" w:cs="Times New Roman"/>
        </w:rPr>
      </w:pPr>
      <w:r w:rsidRPr="00291DA9">
        <w:rPr>
          <w:rFonts w:ascii="Times New Roman" w:hAnsi="Times New Roman" w:cs="Times New Roman"/>
        </w:rPr>
        <w:t># На server-1</w:t>
      </w:r>
      <w:r w:rsidRPr="00291DA9">
        <w:rPr>
          <w:rFonts w:ascii="Times New Roman" w:hAnsi="Times New Roman" w:cs="Times New Roman"/>
        </w:rPr>
        <w:br/>
        <w:t># mkdir -p /var/tmp/pmi_slua/profiles /var/tmp/pmi_slua/results</w:t>
      </w:r>
      <w:r w:rsidRPr="00291DA9">
        <w:rPr>
          <w:rFonts w:ascii="Times New Roman" w:hAnsi="Times New Roman" w:cs="Times New Roman"/>
        </w:rPr>
        <w:br/>
      </w:r>
      <w:r w:rsidRPr="00291DA9">
        <w:rPr>
          <w:rFonts w:ascii="Times New Roman" w:hAnsi="Times New Roman" w:cs="Times New Roman"/>
        </w:rPr>
        <w:br/>
        <w:t># cat &gt;/var/tmp/pmi_slua/profiles/slua_host1.fio &lt;&lt;'EOF'</w:t>
      </w:r>
      <w:r w:rsidRPr="00291DA9">
        <w:rPr>
          <w:rFonts w:ascii="Times New Roman" w:hAnsi="Times New Roman" w:cs="Times New Roman"/>
        </w:rPr>
        <w:br/>
        <w:t>[global]</w:t>
      </w:r>
      <w:r w:rsidRPr="00291DA9">
        <w:rPr>
          <w:rFonts w:ascii="Times New Roman" w:hAnsi="Times New Roman" w:cs="Times New Roman"/>
        </w:rPr>
        <w:br/>
        <w:t>direct=1</w:t>
      </w:r>
      <w:r w:rsidRPr="00291DA9">
        <w:rPr>
          <w:rFonts w:ascii="Times New Roman" w:hAnsi="Times New Roman" w:cs="Times New Roman"/>
        </w:rPr>
        <w:br/>
      </w:r>
      <w:r w:rsidRPr="00291DA9">
        <w:rPr>
          <w:rFonts w:ascii="Times New Roman" w:hAnsi="Times New Roman" w:cs="Times New Roman"/>
        </w:rPr>
        <w:lastRenderedPageBreak/>
        <w:t>ioengine=libaio</w:t>
      </w:r>
      <w:r w:rsidRPr="00291DA9">
        <w:rPr>
          <w:rFonts w:ascii="Times New Roman" w:hAnsi="Times New Roman" w:cs="Times New Roman"/>
        </w:rPr>
        <w:br/>
      </w:r>
      <w:r w:rsidRPr="00291DA9">
        <w:rPr>
          <w:rFonts w:ascii="Times New Roman" w:hAnsi="Times New Roman" w:cs="Times New Roman"/>
        </w:rPr>
        <w:br/>
        <w:t>continue_on_error=io</w:t>
      </w:r>
      <w:r w:rsidRPr="00291DA9">
        <w:rPr>
          <w:rFonts w:ascii="Times New Roman" w:hAnsi="Times New Roman" w:cs="Times New Roman"/>
        </w:rPr>
        <w:br/>
      </w:r>
      <w:r w:rsidRPr="00291DA9">
        <w:rPr>
          <w:rFonts w:ascii="Times New Roman" w:hAnsi="Times New Roman" w:cs="Times New Roman"/>
        </w:rPr>
        <w:br/>
        <w:t>group_reporting=1</w:t>
      </w:r>
      <w:r w:rsidRPr="00291DA9">
        <w:rPr>
          <w:rFonts w:ascii="Times New Roman" w:hAnsi="Times New Roman" w:cs="Times New Roman"/>
        </w:rPr>
        <w:br/>
        <w:t>randrepeat=0</w:t>
      </w:r>
      <w:r w:rsidRPr="00291DA9">
        <w:rPr>
          <w:rFonts w:ascii="Times New Roman" w:hAnsi="Times New Roman" w:cs="Times New Roman"/>
        </w:rPr>
        <w:br/>
        <w:t>rw=randrw</w:t>
      </w:r>
      <w:r w:rsidRPr="00291DA9">
        <w:rPr>
          <w:rFonts w:ascii="Times New Roman" w:hAnsi="Times New Roman" w:cs="Times New Roman"/>
        </w:rPr>
        <w:br/>
        <w:t>blocksize=64k</w:t>
      </w:r>
      <w:r w:rsidRPr="00291DA9">
        <w:rPr>
          <w:rFonts w:ascii="Times New Roman" w:hAnsi="Times New Roman" w:cs="Times New Roman"/>
        </w:rPr>
        <w:br/>
        <w:t>rwmixread=70</w:t>
      </w:r>
      <w:r w:rsidRPr="00291DA9">
        <w:rPr>
          <w:rFonts w:ascii="Times New Roman" w:hAnsi="Times New Roman" w:cs="Times New Roman"/>
        </w:rPr>
        <w:br/>
        <w:t>time_based=1</w:t>
      </w:r>
      <w:r w:rsidRPr="00291DA9">
        <w:rPr>
          <w:rFonts w:ascii="Times New Roman" w:hAnsi="Times New Roman" w:cs="Times New Roman"/>
        </w:rPr>
        <w:br/>
        <w:t>ramp_time=60</w:t>
      </w:r>
      <w:r w:rsidRPr="00291DA9">
        <w:rPr>
          <w:rFonts w:ascii="Times New Roman" w:hAnsi="Times New Roman" w:cs="Times New Roman"/>
        </w:rPr>
        <w:br/>
        <w:t>runtime=600</w:t>
      </w:r>
      <w:r w:rsidRPr="00291DA9">
        <w:rPr>
          <w:rFonts w:ascii="Times New Roman" w:hAnsi="Times New Roman" w:cs="Times New Roman"/>
        </w:rPr>
        <w:br/>
      </w:r>
      <w:r w:rsidRPr="00291DA9">
        <w:rPr>
          <w:rFonts w:ascii="Times New Roman" w:hAnsi="Times New Roman" w:cs="Times New Roman"/>
        </w:rPr>
        <w:br/>
        <w:t>[lun1]</w:t>
      </w:r>
      <w:r w:rsidRPr="00291DA9">
        <w:rPr>
          <w:rFonts w:ascii="Times New Roman" w:hAnsi="Times New Roman" w:cs="Times New Roman"/>
        </w:rPr>
        <w:br/>
        <w:t>filename=&lt;LUN1_PATH_SERVER1&gt;</w:t>
      </w:r>
      <w:r w:rsidRPr="00291DA9">
        <w:rPr>
          <w:rFonts w:ascii="Times New Roman" w:hAnsi="Times New Roman" w:cs="Times New Roman"/>
        </w:rPr>
        <w:br/>
        <w:t>numjobs=1</w:t>
      </w:r>
      <w:r w:rsidRPr="00291DA9">
        <w:rPr>
          <w:rFonts w:ascii="Times New Roman" w:hAnsi="Times New Roman" w:cs="Times New Roman"/>
        </w:rPr>
        <w:br/>
        <w:t>iodepth=12</w:t>
      </w:r>
      <w:r w:rsidRPr="00291DA9">
        <w:rPr>
          <w:rFonts w:ascii="Times New Roman" w:hAnsi="Times New Roman" w:cs="Times New Roman"/>
        </w:rPr>
        <w:br/>
      </w:r>
      <w:r w:rsidRPr="00291DA9">
        <w:rPr>
          <w:rFonts w:ascii="Times New Roman" w:hAnsi="Times New Roman" w:cs="Times New Roman"/>
        </w:rPr>
        <w:br/>
        <w:t>[lun2]</w:t>
      </w:r>
      <w:r w:rsidRPr="00291DA9">
        <w:rPr>
          <w:rFonts w:ascii="Times New Roman" w:hAnsi="Times New Roman" w:cs="Times New Roman"/>
        </w:rPr>
        <w:br/>
        <w:t>filename=&lt;LUN2_PATH_SERVER1&gt;</w:t>
      </w:r>
      <w:r w:rsidRPr="00291DA9">
        <w:rPr>
          <w:rFonts w:ascii="Times New Roman" w:hAnsi="Times New Roman" w:cs="Times New Roman"/>
        </w:rPr>
        <w:br/>
        <w:t>numjobs=1</w:t>
      </w:r>
      <w:r w:rsidRPr="00291DA9">
        <w:rPr>
          <w:rFonts w:ascii="Times New Roman" w:hAnsi="Times New Roman" w:cs="Times New Roman"/>
        </w:rPr>
        <w:br/>
        <w:t>iodepth=12</w:t>
      </w:r>
      <w:r w:rsidRPr="00291DA9">
        <w:rPr>
          <w:rFonts w:ascii="Times New Roman" w:hAnsi="Times New Roman" w:cs="Times New Roman"/>
        </w:rPr>
        <w:br/>
      </w:r>
      <w:r w:rsidRPr="00291DA9">
        <w:rPr>
          <w:rFonts w:ascii="Times New Roman" w:hAnsi="Times New Roman" w:cs="Times New Roman"/>
        </w:rPr>
        <w:br/>
        <w:t>[lun3]</w:t>
      </w:r>
      <w:r w:rsidRPr="00291DA9">
        <w:rPr>
          <w:rFonts w:ascii="Times New Roman" w:hAnsi="Times New Roman" w:cs="Times New Roman"/>
        </w:rPr>
        <w:br/>
        <w:t>filename=&lt;LUN3_PATH_SERVER1&gt;</w:t>
      </w:r>
      <w:r w:rsidRPr="00291DA9">
        <w:rPr>
          <w:rFonts w:ascii="Times New Roman" w:hAnsi="Times New Roman" w:cs="Times New Roman"/>
        </w:rPr>
        <w:br/>
        <w:t>numjobs=1</w:t>
      </w:r>
      <w:r w:rsidRPr="00291DA9">
        <w:rPr>
          <w:rFonts w:ascii="Times New Roman" w:hAnsi="Times New Roman" w:cs="Times New Roman"/>
        </w:rPr>
        <w:br/>
        <w:t>iodepth=13</w:t>
      </w:r>
      <w:r w:rsidRPr="00291DA9">
        <w:rPr>
          <w:rFonts w:ascii="Times New Roman" w:hAnsi="Times New Roman" w:cs="Times New Roman"/>
        </w:rPr>
        <w:br/>
      </w:r>
      <w:r w:rsidRPr="00291DA9">
        <w:rPr>
          <w:rFonts w:ascii="Times New Roman" w:hAnsi="Times New Roman" w:cs="Times New Roman"/>
        </w:rPr>
        <w:br/>
        <w:t>[lun4]</w:t>
      </w:r>
      <w:r w:rsidRPr="00291DA9">
        <w:rPr>
          <w:rFonts w:ascii="Times New Roman" w:hAnsi="Times New Roman" w:cs="Times New Roman"/>
        </w:rPr>
        <w:br/>
        <w:t>filename=&lt;LUN4_PATH_SERVER1&gt;</w:t>
      </w:r>
      <w:r w:rsidRPr="00291DA9">
        <w:rPr>
          <w:rFonts w:ascii="Times New Roman" w:hAnsi="Times New Roman" w:cs="Times New Roman"/>
        </w:rPr>
        <w:br/>
        <w:t>numjobs=1</w:t>
      </w:r>
      <w:r w:rsidRPr="00291DA9">
        <w:rPr>
          <w:rFonts w:ascii="Times New Roman" w:hAnsi="Times New Roman" w:cs="Times New Roman"/>
        </w:rPr>
        <w:br/>
        <w:t>iodepth=13</w:t>
      </w:r>
      <w:r w:rsidRPr="00291DA9">
        <w:rPr>
          <w:rFonts w:ascii="Times New Roman" w:hAnsi="Times New Roman" w:cs="Times New Roman"/>
        </w:rPr>
        <w:br/>
        <w:t>EOF</w:t>
      </w:r>
      <w:r w:rsidRPr="00291DA9">
        <w:rPr>
          <w:rFonts w:ascii="Times New Roman" w:hAnsi="Times New Roman" w:cs="Times New Roman"/>
        </w:rPr>
        <w:br/>
      </w:r>
      <w:r w:rsidRPr="00291DA9">
        <w:rPr>
          <w:rFonts w:ascii="Times New Roman" w:hAnsi="Times New Roman" w:cs="Times New Roman"/>
        </w:rPr>
        <w:br/>
        <w:t># На server-2</w:t>
      </w:r>
      <w:r w:rsidRPr="00291DA9">
        <w:rPr>
          <w:rFonts w:ascii="Times New Roman" w:hAnsi="Times New Roman" w:cs="Times New Roman"/>
        </w:rPr>
        <w:br/>
        <w:t># mkdir -p /var/tmp/pmi_slua/profiles /var/tmp/pmi_slua/results</w:t>
      </w:r>
      <w:r w:rsidRPr="00291DA9">
        <w:rPr>
          <w:rFonts w:ascii="Times New Roman" w:hAnsi="Times New Roman" w:cs="Times New Roman"/>
        </w:rPr>
        <w:br/>
      </w:r>
      <w:r w:rsidRPr="00291DA9">
        <w:rPr>
          <w:rFonts w:ascii="Times New Roman" w:hAnsi="Times New Roman" w:cs="Times New Roman"/>
        </w:rPr>
        <w:br/>
        <w:t># cat &gt;/var/tmp/pmi_slua/profiles/slua_host2.fio &lt;&lt;'EOF'</w:t>
      </w:r>
      <w:r w:rsidRPr="00291DA9">
        <w:rPr>
          <w:rFonts w:ascii="Times New Roman" w:hAnsi="Times New Roman" w:cs="Times New Roman"/>
        </w:rPr>
        <w:br/>
        <w:t>[global]</w:t>
      </w:r>
      <w:r w:rsidRPr="00291DA9">
        <w:rPr>
          <w:rFonts w:ascii="Times New Roman" w:hAnsi="Times New Roman" w:cs="Times New Roman"/>
        </w:rPr>
        <w:br/>
        <w:t>direct=1</w:t>
      </w:r>
      <w:r w:rsidRPr="00291DA9">
        <w:rPr>
          <w:rFonts w:ascii="Times New Roman" w:hAnsi="Times New Roman" w:cs="Times New Roman"/>
        </w:rPr>
        <w:br/>
        <w:t>ioengine=libaio</w:t>
      </w:r>
      <w:r w:rsidRPr="00291DA9">
        <w:rPr>
          <w:rFonts w:ascii="Times New Roman" w:hAnsi="Times New Roman" w:cs="Times New Roman"/>
        </w:rPr>
        <w:br/>
      </w:r>
      <w:r w:rsidRPr="00291DA9">
        <w:rPr>
          <w:rFonts w:ascii="Times New Roman" w:hAnsi="Times New Roman" w:cs="Times New Roman"/>
        </w:rPr>
        <w:br/>
        <w:t>continue_on_error=io</w:t>
      </w:r>
      <w:r w:rsidRPr="00291DA9">
        <w:rPr>
          <w:rFonts w:ascii="Times New Roman" w:hAnsi="Times New Roman" w:cs="Times New Roman"/>
        </w:rPr>
        <w:br/>
      </w:r>
      <w:r w:rsidRPr="00291DA9">
        <w:rPr>
          <w:rFonts w:ascii="Times New Roman" w:hAnsi="Times New Roman" w:cs="Times New Roman"/>
        </w:rPr>
        <w:br/>
        <w:t>group_reporting=1</w:t>
      </w:r>
      <w:r w:rsidRPr="00291DA9">
        <w:rPr>
          <w:rFonts w:ascii="Times New Roman" w:hAnsi="Times New Roman" w:cs="Times New Roman"/>
        </w:rPr>
        <w:br/>
        <w:t>randrepeat=0</w:t>
      </w:r>
      <w:r w:rsidRPr="00291DA9">
        <w:rPr>
          <w:rFonts w:ascii="Times New Roman" w:hAnsi="Times New Roman" w:cs="Times New Roman"/>
        </w:rPr>
        <w:br/>
        <w:t>rw=randrw</w:t>
      </w:r>
      <w:r w:rsidRPr="00291DA9">
        <w:rPr>
          <w:rFonts w:ascii="Times New Roman" w:hAnsi="Times New Roman" w:cs="Times New Roman"/>
        </w:rPr>
        <w:br/>
        <w:t>blocksize=64k</w:t>
      </w:r>
      <w:r w:rsidRPr="00291DA9">
        <w:rPr>
          <w:rFonts w:ascii="Times New Roman" w:hAnsi="Times New Roman" w:cs="Times New Roman"/>
        </w:rPr>
        <w:br/>
        <w:t>rwmixread=70</w:t>
      </w:r>
      <w:r w:rsidRPr="00291DA9">
        <w:rPr>
          <w:rFonts w:ascii="Times New Roman" w:hAnsi="Times New Roman" w:cs="Times New Roman"/>
        </w:rPr>
        <w:br/>
        <w:t>time_based=1</w:t>
      </w:r>
      <w:r w:rsidRPr="00291DA9">
        <w:rPr>
          <w:rFonts w:ascii="Times New Roman" w:hAnsi="Times New Roman" w:cs="Times New Roman"/>
        </w:rPr>
        <w:br/>
        <w:t>ramp_time=60</w:t>
      </w:r>
      <w:r w:rsidRPr="00291DA9">
        <w:rPr>
          <w:rFonts w:ascii="Times New Roman" w:hAnsi="Times New Roman" w:cs="Times New Roman"/>
        </w:rPr>
        <w:br/>
        <w:t>runtime=600</w:t>
      </w:r>
      <w:r w:rsidRPr="00291DA9">
        <w:rPr>
          <w:rFonts w:ascii="Times New Roman" w:hAnsi="Times New Roman" w:cs="Times New Roman"/>
        </w:rPr>
        <w:br/>
      </w:r>
      <w:r w:rsidRPr="00291DA9">
        <w:rPr>
          <w:rFonts w:ascii="Times New Roman" w:hAnsi="Times New Roman" w:cs="Times New Roman"/>
        </w:rPr>
        <w:br/>
        <w:t>[lun1]</w:t>
      </w:r>
      <w:r w:rsidRPr="00291DA9">
        <w:rPr>
          <w:rFonts w:ascii="Times New Roman" w:hAnsi="Times New Roman" w:cs="Times New Roman"/>
        </w:rPr>
        <w:br/>
        <w:t>filename=&lt;LUN1_PATH_SERVER2&gt;</w:t>
      </w:r>
      <w:r w:rsidRPr="00291DA9">
        <w:rPr>
          <w:rFonts w:ascii="Times New Roman" w:hAnsi="Times New Roman" w:cs="Times New Roman"/>
        </w:rPr>
        <w:br/>
        <w:t>numjobs=1</w:t>
      </w:r>
      <w:r w:rsidRPr="00291DA9">
        <w:rPr>
          <w:rFonts w:ascii="Times New Roman" w:hAnsi="Times New Roman" w:cs="Times New Roman"/>
        </w:rPr>
        <w:br/>
        <w:t>iodepth=12</w:t>
      </w:r>
      <w:r w:rsidRPr="00291DA9">
        <w:rPr>
          <w:rFonts w:ascii="Times New Roman" w:hAnsi="Times New Roman" w:cs="Times New Roman"/>
        </w:rPr>
        <w:br/>
      </w:r>
      <w:r w:rsidRPr="00291DA9">
        <w:rPr>
          <w:rFonts w:ascii="Times New Roman" w:hAnsi="Times New Roman" w:cs="Times New Roman"/>
        </w:rPr>
        <w:br/>
        <w:t>[lun2]</w:t>
      </w:r>
      <w:r w:rsidRPr="00291DA9">
        <w:rPr>
          <w:rFonts w:ascii="Times New Roman" w:hAnsi="Times New Roman" w:cs="Times New Roman"/>
        </w:rPr>
        <w:br/>
      </w:r>
      <w:r w:rsidRPr="00291DA9">
        <w:rPr>
          <w:rFonts w:ascii="Times New Roman" w:hAnsi="Times New Roman" w:cs="Times New Roman"/>
        </w:rPr>
        <w:lastRenderedPageBreak/>
        <w:t>filename=&lt;LUN2_PATH_SERVER2&gt;</w:t>
      </w:r>
      <w:r w:rsidRPr="00291DA9">
        <w:rPr>
          <w:rFonts w:ascii="Times New Roman" w:hAnsi="Times New Roman" w:cs="Times New Roman"/>
        </w:rPr>
        <w:br/>
        <w:t>numjobs=1</w:t>
      </w:r>
      <w:r w:rsidRPr="00291DA9">
        <w:rPr>
          <w:rFonts w:ascii="Times New Roman" w:hAnsi="Times New Roman" w:cs="Times New Roman"/>
        </w:rPr>
        <w:br/>
        <w:t>iodepth=12</w:t>
      </w:r>
      <w:r w:rsidRPr="00291DA9">
        <w:rPr>
          <w:rFonts w:ascii="Times New Roman" w:hAnsi="Times New Roman" w:cs="Times New Roman"/>
        </w:rPr>
        <w:br/>
      </w:r>
      <w:r w:rsidRPr="00291DA9">
        <w:rPr>
          <w:rFonts w:ascii="Times New Roman" w:hAnsi="Times New Roman" w:cs="Times New Roman"/>
        </w:rPr>
        <w:br/>
        <w:t>[lun3]</w:t>
      </w:r>
      <w:r w:rsidRPr="00291DA9">
        <w:rPr>
          <w:rFonts w:ascii="Times New Roman" w:hAnsi="Times New Roman" w:cs="Times New Roman"/>
        </w:rPr>
        <w:br/>
        <w:t>filename=&lt;LUN3_PATH_SERVER2&gt;</w:t>
      </w:r>
      <w:r w:rsidRPr="00291DA9">
        <w:rPr>
          <w:rFonts w:ascii="Times New Roman" w:hAnsi="Times New Roman" w:cs="Times New Roman"/>
        </w:rPr>
        <w:br/>
        <w:t>numjobs=1</w:t>
      </w:r>
      <w:r w:rsidRPr="00291DA9">
        <w:rPr>
          <w:rFonts w:ascii="Times New Roman" w:hAnsi="Times New Roman" w:cs="Times New Roman"/>
        </w:rPr>
        <w:br/>
        <w:t>iodepth=13</w:t>
      </w:r>
      <w:r w:rsidRPr="00291DA9">
        <w:rPr>
          <w:rFonts w:ascii="Times New Roman" w:hAnsi="Times New Roman" w:cs="Times New Roman"/>
        </w:rPr>
        <w:br/>
      </w:r>
      <w:r w:rsidRPr="00291DA9">
        <w:rPr>
          <w:rFonts w:ascii="Times New Roman" w:hAnsi="Times New Roman" w:cs="Times New Roman"/>
        </w:rPr>
        <w:br/>
        <w:t>[lun4]</w:t>
      </w:r>
      <w:r w:rsidRPr="00291DA9">
        <w:rPr>
          <w:rFonts w:ascii="Times New Roman" w:hAnsi="Times New Roman" w:cs="Times New Roman"/>
        </w:rPr>
        <w:br/>
        <w:t>filename=&lt;LUN4_PATH_SERVER2&gt;</w:t>
      </w:r>
      <w:r w:rsidRPr="00291DA9">
        <w:rPr>
          <w:rFonts w:ascii="Times New Roman" w:hAnsi="Times New Roman" w:cs="Times New Roman"/>
        </w:rPr>
        <w:br/>
        <w:t>numjobs=1</w:t>
      </w:r>
      <w:r w:rsidRPr="00291DA9">
        <w:rPr>
          <w:rFonts w:ascii="Times New Roman" w:hAnsi="Times New Roman" w:cs="Times New Roman"/>
        </w:rPr>
        <w:br/>
        <w:t>iodepth=13</w:t>
      </w:r>
      <w:r w:rsidRPr="00291DA9">
        <w:rPr>
          <w:rFonts w:ascii="Times New Roman" w:hAnsi="Times New Roman" w:cs="Times New Roman"/>
        </w:rPr>
        <w:br/>
        <w:t>EOF</w:t>
      </w:r>
    </w:p>
    <w:p w14:paraId="501AFF4D" w14:textId="77777777" w:rsidR="00281EA7" w:rsidRPr="00281EA7" w:rsidRDefault="00281EA7" w:rsidP="00281EA7">
      <w:pPr>
        <w:rPr>
          <w:b/>
          <w:bCs/>
          <w:szCs w:val="28"/>
          <w:lang w:val="en-US"/>
        </w:rPr>
      </w:pPr>
      <w:r w:rsidRPr="00281EA7">
        <w:rPr>
          <w:b/>
          <w:bCs/>
          <w:szCs w:val="28"/>
          <w:lang w:val="en-US"/>
        </w:rPr>
        <w:t xml:space="preserve">7.8. </w:t>
      </w:r>
      <w:r w:rsidRPr="005302D1">
        <w:rPr>
          <w:b/>
          <w:bCs/>
          <w:szCs w:val="28"/>
        </w:rPr>
        <w:t>Запуск</w:t>
      </w:r>
      <w:r w:rsidRPr="00281EA7">
        <w:rPr>
          <w:b/>
          <w:bCs/>
          <w:szCs w:val="28"/>
          <w:lang w:val="en-US"/>
        </w:rPr>
        <w:t xml:space="preserve"> FIO </w:t>
      </w:r>
      <w:r w:rsidRPr="005302D1">
        <w:rPr>
          <w:b/>
          <w:bCs/>
          <w:szCs w:val="28"/>
        </w:rPr>
        <w:t>с</w:t>
      </w:r>
      <w:r w:rsidRPr="00281EA7">
        <w:rPr>
          <w:b/>
          <w:bCs/>
          <w:szCs w:val="28"/>
          <w:lang w:val="en-US"/>
        </w:rPr>
        <w:t xml:space="preserve"> </w:t>
      </w:r>
      <w:r w:rsidRPr="005302D1">
        <w:rPr>
          <w:b/>
          <w:bCs/>
          <w:szCs w:val="28"/>
        </w:rPr>
        <w:t>двух</w:t>
      </w:r>
      <w:r w:rsidRPr="00281EA7">
        <w:rPr>
          <w:b/>
          <w:bCs/>
          <w:szCs w:val="28"/>
          <w:lang w:val="en-US"/>
        </w:rPr>
        <w:t xml:space="preserve"> </w:t>
      </w:r>
      <w:r w:rsidRPr="005302D1">
        <w:rPr>
          <w:b/>
          <w:bCs/>
          <w:szCs w:val="28"/>
        </w:rPr>
        <w:t>источников</w:t>
      </w:r>
      <w:r w:rsidRPr="00281EA7">
        <w:rPr>
          <w:b/>
          <w:bCs/>
          <w:szCs w:val="28"/>
          <w:lang w:val="en-US"/>
        </w:rPr>
        <w:t xml:space="preserve"> </w:t>
      </w:r>
      <w:r w:rsidRPr="005302D1">
        <w:rPr>
          <w:b/>
          <w:bCs/>
          <w:szCs w:val="28"/>
        </w:rPr>
        <w:t>нагрузки</w:t>
      </w:r>
      <w:r w:rsidRPr="00281EA7">
        <w:rPr>
          <w:b/>
          <w:bCs/>
          <w:szCs w:val="28"/>
          <w:lang w:val="en-US"/>
        </w:rPr>
        <w:t xml:space="preserve"> SLUA / Symmetric Active-Active</w:t>
      </w:r>
    </w:p>
    <w:p w14:paraId="36C0FD5F" w14:textId="77777777" w:rsidR="00281EA7" w:rsidRPr="00291DA9" w:rsidRDefault="00281EA7" w:rsidP="00281EA7">
      <w:r w:rsidRPr="00291DA9">
        <w:t xml:space="preserve">Запуск выполняется с обоих серверов в согласованное время. Отчёт FIO сохраняется только в формате normal. Оперативная динамика во время отказов фиксируется отдельным сбором </w:t>
      </w:r>
      <w:r w:rsidRPr="00291DA9">
        <w:rPr>
          <w:rFonts w:eastAsia="Consolas"/>
          <w:sz w:val="17"/>
        </w:rPr>
        <w:t>iostat -t -dxm 1</w:t>
      </w:r>
      <w:r w:rsidRPr="00291DA9">
        <w:t>, так как вывод FIO не предназначен для такой же наглядной online-картины, как Vdbench.</w:t>
      </w:r>
    </w:p>
    <w:p w14:paraId="24C4FB88" w14:textId="77777777" w:rsidR="00281EA7" w:rsidRPr="00291DA9" w:rsidRDefault="00281EA7" w:rsidP="00281EA7">
      <w:pPr>
        <w:pStyle w:val="CodeBlock"/>
        <w:shd w:val="clear" w:color="auto" w:fill="F2F4F7"/>
        <w:rPr>
          <w:rFonts w:ascii="Times New Roman" w:hAnsi="Times New Roman" w:cs="Times New Roman"/>
        </w:rPr>
      </w:pPr>
      <w:r w:rsidRPr="00291DA9">
        <w:rPr>
          <w:rFonts w:ascii="Times New Roman" w:hAnsi="Times New Roman" w:cs="Times New Roman"/>
        </w:rPr>
        <w:t># На server-1</w:t>
      </w:r>
      <w:r w:rsidRPr="00291DA9">
        <w:rPr>
          <w:rFonts w:ascii="Times New Roman" w:hAnsi="Times New Roman" w:cs="Times New Roman"/>
        </w:rPr>
        <w:br/>
        <w:t># RUN_ID=slua_$(date +%F_%H%M%S)</w:t>
      </w:r>
      <w:r w:rsidRPr="00291DA9">
        <w:rPr>
          <w:rFonts w:ascii="Times New Roman" w:hAnsi="Times New Roman" w:cs="Times New Roman"/>
        </w:rPr>
        <w:br/>
        <w:t># RUN_DIR=/var/tmp/pmi_slua/results/$RUN_ID</w:t>
      </w:r>
      <w:r w:rsidRPr="00291DA9">
        <w:rPr>
          <w:rFonts w:ascii="Times New Roman" w:hAnsi="Times New Roman" w:cs="Times New Roman"/>
        </w:rPr>
        <w:br/>
        <w:t># mkdir -p "$RUN_DIR"</w:t>
      </w:r>
      <w:r w:rsidRPr="00291DA9">
        <w:rPr>
          <w:rFonts w:ascii="Times New Roman" w:hAnsi="Times New Roman" w:cs="Times New Roman"/>
        </w:rPr>
        <w:br/>
        <w:t># fio /var/tmp/pmi_slua/profiles/slua_host1.fio   --output="$RUN_DIR/fio_slua_host1_normal.txt"   --output-format=normal</w:t>
      </w:r>
      <w:r w:rsidRPr="00291DA9">
        <w:rPr>
          <w:rFonts w:ascii="Times New Roman" w:hAnsi="Times New Roman" w:cs="Times New Roman"/>
        </w:rPr>
        <w:br/>
        <w:t># dmesg -T &gt; "$RUN_DIR/dmesg_after_test.log"</w:t>
      </w:r>
      <w:r w:rsidRPr="00291DA9">
        <w:rPr>
          <w:rFonts w:ascii="Times New Roman" w:hAnsi="Times New Roman" w:cs="Times New Roman"/>
        </w:rPr>
        <w:br/>
        <w:t># multipath -ll &gt; "$RUN_DIR/multipath_after_test.log"</w:t>
      </w:r>
      <w:r w:rsidRPr="00291DA9">
        <w:rPr>
          <w:rFonts w:ascii="Times New Roman" w:hAnsi="Times New Roman" w:cs="Times New Roman"/>
        </w:rPr>
        <w:br/>
        <w:t># iostat -t -dxm 1 60 &gt; "$RUN_DIR/iostat_1s_after_test.log"</w:t>
      </w:r>
      <w:r w:rsidRPr="00291DA9">
        <w:rPr>
          <w:rFonts w:ascii="Times New Roman" w:hAnsi="Times New Roman" w:cs="Times New Roman"/>
        </w:rPr>
        <w:br/>
      </w:r>
      <w:r w:rsidRPr="00291DA9">
        <w:rPr>
          <w:rFonts w:ascii="Times New Roman" w:hAnsi="Times New Roman" w:cs="Times New Roman"/>
        </w:rPr>
        <w:br/>
        <w:t># На server-2</w:t>
      </w:r>
      <w:r w:rsidRPr="00291DA9">
        <w:rPr>
          <w:rFonts w:ascii="Times New Roman" w:hAnsi="Times New Roman" w:cs="Times New Roman"/>
        </w:rPr>
        <w:br/>
        <w:t># RUN_ID=&lt;тот же RUN_ID, что на server-1&gt;</w:t>
      </w:r>
      <w:r w:rsidRPr="00291DA9">
        <w:rPr>
          <w:rFonts w:ascii="Times New Roman" w:hAnsi="Times New Roman" w:cs="Times New Roman"/>
        </w:rPr>
        <w:br/>
        <w:t># RUN_DIR=/var/tmp/pmi_slua/results/$RUN_ID</w:t>
      </w:r>
      <w:r w:rsidRPr="00291DA9">
        <w:rPr>
          <w:rFonts w:ascii="Times New Roman" w:hAnsi="Times New Roman" w:cs="Times New Roman"/>
        </w:rPr>
        <w:br/>
        <w:t># mkdir -p "$RUN_DIR"</w:t>
      </w:r>
      <w:r w:rsidRPr="00291DA9">
        <w:rPr>
          <w:rFonts w:ascii="Times New Roman" w:hAnsi="Times New Roman" w:cs="Times New Roman"/>
        </w:rPr>
        <w:br/>
        <w:t># fio /var/tmp/pmi_slua/profiles/slua_host2.fio   --output="$RUN_DIR/fio_slua_host2_normal.txt"   --output-format=normal</w:t>
      </w:r>
      <w:r w:rsidRPr="00291DA9">
        <w:rPr>
          <w:rFonts w:ascii="Times New Roman" w:hAnsi="Times New Roman" w:cs="Times New Roman"/>
        </w:rPr>
        <w:br/>
        <w:t># dmesg -T &gt; "$RUN_DIR/dmesg_after_test.log"</w:t>
      </w:r>
      <w:r w:rsidRPr="00291DA9">
        <w:rPr>
          <w:rFonts w:ascii="Times New Roman" w:hAnsi="Times New Roman" w:cs="Times New Roman"/>
        </w:rPr>
        <w:br/>
        <w:t># multipath -ll &gt; "$RUN_DIR/multipath_after_test.log"</w:t>
      </w:r>
      <w:r w:rsidRPr="00291DA9">
        <w:rPr>
          <w:rFonts w:ascii="Times New Roman" w:hAnsi="Times New Roman" w:cs="Times New Roman"/>
        </w:rPr>
        <w:br/>
        <w:t># iostat -t -dxm 1 60 &gt; "$RUN_DIR/iostat_1s_after_test.log"</w:t>
      </w:r>
    </w:p>
    <w:p w14:paraId="33F257F7" w14:textId="77777777" w:rsidR="00281EA7" w:rsidRPr="00281EA7" w:rsidRDefault="00281EA7" w:rsidP="00281EA7">
      <w:pPr>
        <w:rPr>
          <w:b/>
          <w:bCs/>
          <w:szCs w:val="28"/>
          <w:lang w:val="en-US"/>
        </w:rPr>
      </w:pPr>
      <w:r w:rsidRPr="00281EA7">
        <w:rPr>
          <w:b/>
          <w:bCs/>
          <w:szCs w:val="28"/>
          <w:lang w:val="en-US"/>
        </w:rPr>
        <w:t xml:space="preserve">7.9. </w:t>
      </w:r>
      <w:r w:rsidRPr="005302D1">
        <w:rPr>
          <w:b/>
          <w:bCs/>
          <w:szCs w:val="28"/>
        </w:rPr>
        <w:t>Непрерывный</w:t>
      </w:r>
      <w:r w:rsidRPr="00281EA7">
        <w:rPr>
          <w:b/>
          <w:bCs/>
          <w:szCs w:val="28"/>
          <w:lang w:val="en-US"/>
        </w:rPr>
        <w:t xml:space="preserve"> </w:t>
      </w:r>
      <w:r w:rsidRPr="005302D1">
        <w:rPr>
          <w:b/>
          <w:bCs/>
          <w:szCs w:val="28"/>
        </w:rPr>
        <w:t>сбор</w:t>
      </w:r>
      <w:r w:rsidRPr="00281EA7">
        <w:rPr>
          <w:b/>
          <w:bCs/>
          <w:szCs w:val="28"/>
          <w:lang w:val="en-US"/>
        </w:rPr>
        <w:t xml:space="preserve"> iostat </w:t>
      </w:r>
      <w:r w:rsidRPr="005302D1">
        <w:rPr>
          <w:b/>
          <w:bCs/>
          <w:szCs w:val="28"/>
        </w:rPr>
        <w:t>при</w:t>
      </w:r>
      <w:r w:rsidRPr="00281EA7">
        <w:rPr>
          <w:b/>
          <w:bCs/>
          <w:szCs w:val="28"/>
          <w:lang w:val="en-US"/>
        </w:rPr>
        <w:t xml:space="preserve"> </w:t>
      </w:r>
      <w:r w:rsidRPr="005302D1">
        <w:rPr>
          <w:b/>
          <w:bCs/>
          <w:szCs w:val="28"/>
        </w:rPr>
        <w:t>отказах</w:t>
      </w:r>
      <w:r w:rsidRPr="00281EA7">
        <w:rPr>
          <w:b/>
          <w:bCs/>
          <w:szCs w:val="28"/>
          <w:lang w:val="en-US"/>
        </w:rPr>
        <w:t xml:space="preserve"> SLUA / Symmetric Active-Active</w:t>
      </w:r>
    </w:p>
    <w:p w14:paraId="7325641C" w14:textId="77777777" w:rsidR="00281EA7" w:rsidRPr="00291DA9" w:rsidRDefault="00281EA7" w:rsidP="00281EA7">
      <w:r w:rsidRPr="00291DA9">
        <w:t>Перед выполнением каждого отказного сценария запускается секундный сбор статистики. Он фиксирует, что происходит с DM-устройствами и нижележащими путями в момент отказа и восстановления. Примеры ожидаемой картины до отказа, после отказа и после восстановления приведены в разделе 7.10.</w:t>
      </w:r>
    </w:p>
    <w:p w14:paraId="7C7E8E03" w14:textId="77777777" w:rsidR="00281EA7" w:rsidRPr="00291DA9" w:rsidRDefault="00281EA7" w:rsidP="00281EA7">
      <w:pPr>
        <w:pStyle w:val="CodeBlock"/>
        <w:shd w:val="clear" w:color="auto" w:fill="F2F4F7"/>
        <w:rPr>
          <w:rFonts w:ascii="Times New Roman" w:hAnsi="Times New Roman" w:cs="Times New Roman"/>
          <w:lang w:val="ru-RU"/>
        </w:rPr>
      </w:pPr>
      <w:r w:rsidRPr="00291DA9">
        <w:rPr>
          <w:rFonts w:ascii="Times New Roman" w:hAnsi="Times New Roman" w:cs="Times New Roman"/>
        </w:rPr>
        <w:t># Запуск перед отказом</w:t>
      </w:r>
      <w:r w:rsidRPr="00291DA9">
        <w:rPr>
          <w:rFonts w:ascii="Times New Roman" w:hAnsi="Times New Roman" w:cs="Times New Roman"/>
        </w:rPr>
        <w:br/>
        <w:t># RUN_DIR=/var/tmp/pmi_slua/results/&lt;RUN_ID&gt;</w:t>
      </w:r>
      <w:r w:rsidRPr="00291DA9">
        <w:rPr>
          <w:rFonts w:ascii="Times New Roman" w:hAnsi="Times New Roman" w:cs="Times New Roman"/>
        </w:rPr>
        <w:br/>
        <w:t># iostat -t -dxm 1 &gt; "$RUN_DIR/iostat_1s_during_failure.log" &amp;</w:t>
      </w:r>
      <w:r w:rsidRPr="00291DA9">
        <w:rPr>
          <w:rFonts w:ascii="Times New Roman" w:hAnsi="Times New Roman" w:cs="Times New Roman"/>
        </w:rPr>
        <w:br/>
        <w:t># IOSTAT_PID=$!</w:t>
      </w:r>
      <w:r w:rsidRPr="00291DA9">
        <w:rPr>
          <w:rFonts w:ascii="Times New Roman" w:hAnsi="Times New Roman" w:cs="Times New Roman"/>
        </w:rPr>
        <w:br/>
      </w:r>
      <w:r w:rsidRPr="00291DA9">
        <w:rPr>
          <w:rFonts w:ascii="Times New Roman" w:hAnsi="Times New Roman" w:cs="Times New Roman"/>
        </w:rPr>
        <w:br/>
      </w:r>
      <w:r w:rsidRPr="00291DA9">
        <w:rPr>
          <w:rFonts w:ascii="Times New Roman" w:hAnsi="Times New Roman" w:cs="Times New Roman"/>
          <w:lang w:val="ru-RU"/>
        </w:rPr>
        <w:t># После стабилизации и восстановления</w:t>
      </w:r>
      <w:r w:rsidRPr="00291DA9">
        <w:rPr>
          <w:rFonts w:ascii="Times New Roman" w:hAnsi="Times New Roman" w:cs="Times New Roman"/>
          <w:lang w:val="ru-RU"/>
        </w:rPr>
        <w:br/>
        <w:t xml:space="preserve"># </w:t>
      </w:r>
      <w:r w:rsidRPr="00291DA9">
        <w:rPr>
          <w:rFonts w:ascii="Times New Roman" w:hAnsi="Times New Roman" w:cs="Times New Roman"/>
        </w:rPr>
        <w:t>kill</w:t>
      </w:r>
      <w:r w:rsidRPr="00291DA9">
        <w:rPr>
          <w:rFonts w:ascii="Times New Roman" w:hAnsi="Times New Roman" w:cs="Times New Roman"/>
          <w:lang w:val="ru-RU"/>
        </w:rPr>
        <w:t xml:space="preserve"> $</w:t>
      </w:r>
      <w:r w:rsidRPr="00291DA9">
        <w:rPr>
          <w:rFonts w:ascii="Times New Roman" w:hAnsi="Times New Roman" w:cs="Times New Roman"/>
        </w:rPr>
        <w:t>IOSTAT</w:t>
      </w:r>
      <w:r w:rsidRPr="00291DA9">
        <w:rPr>
          <w:rFonts w:ascii="Times New Roman" w:hAnsi="Times New Roman" w:cs="Times New Roman"/>
          <w:lang w:val="ru-RU"/>
        </w:rPr>
        <w:t>_</w:t>
      </w:r>
      <w:r w:rsidRPr="00291DA9">
        <w:rPr>
          <w:rFonts w:ascii="Times New Roman" w:hAnsi="Times New Roman" w:cs="Times New Roman"/>
        </w:rPr>
        <w:t>PID</w:t>
      </w:r>
      <w:r w:rsidRPr="00291DA9">
        <w:rPr>
          <w:rFonts w:ascii="Times New Roman" w:hAnsi="Times New Roman" w:cs="Times New Roman"/>
          <w:lang w:val="ru-RU"/>
        </w:rPr>
        <w:br/>
      </w:r>
      <w:r w:rsidRPr="00291DA9">
        <w:rPr>
          <w:rFonts w:ascii="Times New Roman" w:hAnsi="Times New Roman" w:cs="Times New Roman"/>
          <w:lang w:val="ru-RU"/>
        </w:rPr>
        <w:br/>
        <w:t># Быстрый контроль в интерактивном режиме</w:t>
      </w:r>
      <w:r w:rsidRPr="00291DA9">
        <w:rPr>
          <w:rFonts w:ascii="Times New Roman" w:hAnsi="Times New Roman" w:cs="Times New Roman"/>
          <w:lang w:val="ru-RU"/>
        </w:rPr>
        <w:br/>
        <w:t xml:space="preserve">$ </w:t>
      </w:r>
      <w:r w:rsidRPr="00291DA9">
        <w:rPr>
          <w:rFonts w:ascii="Times New Roman" w:hAnsi="Times New Roman" w:cs="Times New Roman"/>
        </w:rPr>
        <w:t>iostat</w:t>
      </w:r>
      <w:r w:rsidRPr="00291DA9">
        <w:rPr>
          <w:rFonts w:ascii="Times New Roman" w:hAnsi="Times New Roman" w:cs="Times New Roman"/>
          <w:lang w:val="ru-RU"/>
        </w:rPr>
        <w:t xml:space="preserve"> -</w:t>
      </w:r>
      <w:r w:rsidRPr="00291DA9">
        <w:rPr>
          <w:rFonts w:ascii="Times New Roman" w:hAnsi="Times New Roman" w:cs="Times New Roman"/>
        </w:rPr>
        <w:t>t</w:t>
      </w:r>
      <w:r w:rsidRPr="00291DA9">
        <w:rPr>
          <w:rFonts w:ascii="Times New Roman" w:hAnsi="Times New Roman" w:cs="Times New Roman"/>
          <w:lang w:val="ru-RU"/>
        </w:rPr>
        <w:t xml:space="preserve"> -</w:t>
      </w:r>
      <w:r w:rsidRPr="00291DA9">
        <w:rPr>
          <w:rFonts w:ascii="Times New Roman" w:hAnsi="Times New Roman" w:cs="Times New Roman"/>
        </w:rPr>
        <w:t>dxm</w:t>
      </w:r>
      <w:r w:rsidRPr="00291DA9">
        <w:rPr>
          <w:rFonts w:ascii="Times New Roman" w:hAnsi="Times New Roman" w:cs="Times New Roman"/>
          <w:lang w:val="ru-RU"/>
        </w:rPr>
        <w:t xml:space="preserve"> 1</w:t>
      </w:r>
    </w:p>
    <w:p w14:paraId="1E1B156F" w14:textId="77777777" w:rsidR="00281EA7" w:rsidRPr="005302D1" w:rsidRDefault="00281EA7" w:rsidP="00281EA7">
      <w:pPr>
        <w:rPr>
          <w:b/>
          <w:bCs/>
          <w:szCs w:val="28"/>
        </w:rPr>
      </w:pPr>
      <w:r w:rsidRPr="005302D1">
        <w:rPr>
          <w:b/>
          <w:bCs/>
          <w:szCs w:val="28"/>
        </w:rPr>
        <w:lastRenderedPageBreak/>
        <w:t>7.10. Примеры iostat до отказа, после отказа и после восстановления SLUA / Symmetric Active-Active</w:t>
      </w:r>
    </w:p>
    <w:p w14:paraId="1011FF0C" w14:textId="77777777" w:rsidR="00281EA7" w:rsidRPr="00291DA9" w:rsidRDefault="00281EA7" w:rsidP="00281EA7">
      <w:r w:rsidRPr="00291DA9">
        <w:t>Примеры являются иллюстративными и приведены для краткости на 4 представительных устройствах из общего набора путей одного LUN (по два пути на каждый контроллер). Фактические имена устройств, скорость и задержка будут отличаться на реальном стенде. Для ПМИ важна сама динамика: DM-устройство продолжает обслуживать ввод-вывод, отказавший путь перестаёт принимать нагрузку, оставшиеся пути продолжают работать, а после восстановления путь возвращается в рабочую картину без ручного переназначения владельца LUN.</w:t>
      </w:r>
    </w:p>
    <w:p w14:paraId="1D7219EC" w14:textId="77777777" w:rsidR="00281EA7" w:rsidRPr="00291DA9" w:rsidRDefault="00281EA7" w:rsidP="00281EA7">
      <w:pPr>
        <w:pStyle w:val="CodeBlock"/>
        <w:shd w:val="clear" w:color="auto" w:fill="F2F4F7"/>
        <w:rPr>
          <w:rFonts w:ascii="Times New Roman" w:hAnsi="Times New Roman" w:cs="Times New Roman"/>
          <w:lang w:val="ru-RU"/>
        </w:rPr>
      </w:pPr>
      <w:r w:rsidRPr="00291DA9">
        <w:rPr>
          <w:rFonts w:ascii="Times New Roman" w:hAnsi="Times New Roman" w:cs="Times New Roman"/>
          <w:lang w:val="ru-RU"/>
        </w:rPr>
        <w:t xml:space="preserve">Пример до отказа одного </w:t>
      </w:r>
      <w:r w:rsidRPr="00291DA9">
        <w:rPr>
          <w:rFonts w:ascii="Times New Roman" w:hAnsi="Times New Roman" w:cs="Times New Roman"/>
        </w:rPr>
        <w:t>FC</w:t>
      </w:r>
      <w:r w:rsidRPr="00291DA9">
        <w:rPr>
          <w:rFonts w:ascii="Times New Roman" w:hAnsi="Times New Roman" w:cs="Times New Roman"/>
          <w:lang w:val="ru-RU"/>
        </w:rPr>
        <w:t>-пути:</w:t>
      </w:r>
      <w:r w:rsidRPr="00291DA9">
        <w:rPr>
          <w:rFonts w:ascii="Times New Roman" w:hAnsi="Times New Roman" w:cs="Times New Roman"/>
          <w:lang w:val="ru-RU"/>
        </w:rPr>
        <w:br/>
      </w:r>
      <w:r w:rsidRPr="00291DA9">
        <w:rPr>
          <w:rFonts w:ascii="Times New Roman" w:hAnsi="Times New Roman" w:cs="Times New Roman"/>
        </w:rPr>
        <w:t>Device</w:t>
      </w:r>
      <w:r w:rsidRPr="00291DA9">
        <w:rPr>
          <w:rFonts w:ascii="Times New Roman" w:hAnsi="Times New Roman" w:cs="Times New Roman"/>
          <w:lang w:val="ru-RU"/>
        </w:rPr>
        <w:t xml:space="preserve">             </w:t>
      </w:r>
      <w:r w:rsidRPr="00291DA9">
        <w:rPr>
          <w:rFonts w:ascii="Times New Roman" w:hAnsi="Times New Roman" w:cs="Times New Roman"/>
        </w:rPr>
        <w:t>r</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w</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rMB</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wMB</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aqu</w:t>
      </w:r>
      <w:r w:rsidRPr="00291DA9">
        <w:rPr>
          <w:rFonts w:ascii="Times New Roman" w:hAnsi="Times New Roman" w:cs="Times New Roman"/>
          <w:lang w:val="ru-RU"/>
        </w:rPr>
        <w:t>-</w:t>
      </w:r>
      <w:r w:rsidRPr="00291DA9">
        <w:rPr>
          <w:rFonts w:ascii="Times New Roman" w:hAnsi="Times New Roman" w:cs="Times New Roman"/>
        </w:rPr>
        <w:t>sz</w:t>
      </w:r>
      <w:r w:rsidRPr="00291DA9">
        <w:rPr>
          <w:rFonts w:ascii="Times New Roman" w:hAnsi="Times New Roman" w:cs="Times New Roman"/>
          <w:lang w:val="ru-RU"/>
        </w:rPr>
        <w:t xml:space="preserve">  </w:t>
      </w:r>
      <w:r w:rsidRPr="00291DA9">
        <w:rPr>
          <w:rFonts w:ascii="Times New Roman" w:hAnsi="Times New Roman" w:cs="Times New Roman"/>
        </w:rPr>
        <w:t>await</w:t>
      </w:r>
      <w:r w:rsidRPr="00291DA9">
        <w:rPr>
          <w:rFonts w:ascii="Times New Roman" w:hAnsi="Times New Roman" w:cs="Times New Roman"/>
          <w:lang w:val="ru-RU"/>
        </w:rPr>
        <w:t xml:space="preserve">  %</w:t>
      </w:r>
      <w:r w:rsidRPr="00291DA9">
        <w:rPr>
          <w:rFonts w:ascii="Times New Roman" w:hAnsi="Times New Roman" w:cs="Times New Roman"/>
        </w:rPr>
        <w:t>util</w:t>
      </w:r>
      <w:r w:rsidRPr="00291DA9">
        <w:rPr>
          <w:rFonts w:ascii="Times New Roman" w:hAnsi="Times New Roman" w:cs="Times New Roman"/>
          <w:lang w:val="ru-RU"/>
        </w:rPr>
        <w:br/>
      </w:r>
      <w:r w:rsidRPr="00291DA9">
        <w:rPr>
          <w:rFonts w:ascii="Times New Roman" w:hAnsi="Times New Roman" w:cs="Times New Roman"/>
        </w:rPr>
        <w:t>dm</w:t>
      </w:r>
      <w:r w:rsidRPr="00291DA9">
        <w:rPr>
          <w:rFonts w:ascii="Times New Roman" w:hAnsi="Times New Roman" w:cs="Times New Roman"/>
          <w:lang w:val="ru-RU"/>
        </w:rPr>
        <w:t>-2            8200.0  3500.0    512.0    218.0   30.0    2.6   72.0</w:t>
      </w:r>
      <w:r w:rsidRPr="00291DA9">
        <w:rPr>
          <w:rFonts w:ascii="Times New Roman" w:hAnsi="Times New Roman" w:cs="Times New Roman"/>
          <w:lang w:val="ru-RU"/>
        </w:rPr>
        <w:br/>
      </w:r>
      <w:r w:rsidRPr="00291DA9">
        <w:rPr>
          <w:rFonts w:ascii="Times New Roman" w:hAnsi="Times New Roman" w:cs="Times New Roman"/>
        </w:rPr>
        <w:t>sdb</w:t>
      </w:r>
      <w:r w:rsidRPr="00291DA9">
        <w:rPr>
          <w:rFonts w:ascii="Times New Roman" w:hAnsi="Times New Roman" w:cs="Times New Roman"/>
          <w:lang w:val="ru-RU"/>
        </w:rPr>
        <w:t xml:space="preserve">             1030.0   440.0     64.0     27.0    3.5    2.4   18.0  # путь через </w:t>
      </w:r>
      <w:r w:rsidRPr="00291DA9">
        <w:rPr>
          <w:rFonts w:ascii="Times New Roman" w:hAnsi="Times New Roman" w:cs="Times New Roman"/>
        </w:rPr>
        <w:t>Controller</w:t>
      </w:r>
      <w:r w:rsidRPr="00291DA9">
        <w:rPr>
          <w:rFonts w:ascii="Times New Roman" w:hAnsi="Times New Roman" w:cs="Times New Roman"/>
          <w:lang w:val="ru-RU"/>
        </w:rPr>
        <w:t xml:space="preserve"> </w:t>
      </w:r>
      <w:r w:rsidRPr="00291DA9">
        <w:rPr>
          <w:rFonts w:ascii="Times New Roman" w:hAnsi="Times New Roman" w:cs="Times New Roman"/>
        </w:rPr>
        <w:t>A</w:t>
      </w:r>
      <w:r w:rsidRPr="00291DA9">
        <w:rPr>
          <w:rFonts w:ascii="Times New Roman" w:hAnsi="Times New Roman" w:cs="Times New Roman"/>
          <w:lang w:val="ru-RU"/>
        </w:rPr>
        <w:br/>
      </w:r>
      <w:r w:rsidRPr="00291DA9">
        <w:rPr>
          <w:rFonts w:ascii="Times New Roman" w:hAnsi="Times New Roman" w:cs="Times New Roman"/>
        </w:rPr>
        <w:t>sdd</w:t>
      </w:r>
      <w:r w:rsidRPr="00291DA9">
        <w:rPr>
          <w:rFonts w:ascii="Times New Roman" w:hAnsi="Times New Roman" w:cs="Times New Roman"/>
          <w:lang w:val="ru-RU"/>
        </w:rPr>
        <w:t xml:space="preserve">             1010.0   430.0     63.0     26.0    3.4    2.3   17.0  # путь через </w:t>
      </w:r>
      <w:r w:rsidRPr="00291DA9">
        <w:rPr>
          <w:rFonts w:ascii="Times New Roman" w:hAnsi="Times New Roman" w:cs="Times New Roman"/>
        </w:rPr>
        <w:t>Controller</w:t>
      </w:r>
      <w:r w:rsidRPr="00291DA9">
        <w:rPr>
          <w:rFonts w:ascii="Times New Roman" w:hAnsi="Times New Roman" w:cs="Times New Roman"/>
          <w:lang w:val="ru-RU"/>
        </w:rPr>
        <w:t xml:space="preserve"> </w:t>
      </w:r>
      <w:r w:rsidRPr="00291DA9">
        <w:rPr>
          <w:rFonts w:ascii="Times New Roman" w:hAnsi="Times New Roman" w:cs="Times New Roman"/>
        </w:rPr>
        <w:t>A</w:t>
      </w:r>
      <w:r w:rsidRPr="00291DA9">
        <w:rPr>
          <w:rFonts w:ascii="Times New Roman" w:hAnsi="Times New Roman" w:cs="Times New Roman"/>
          <w:lang w:val="ru-RU"/>
        </w:rPr>
        <w:br/>
      </w:r>
      <w:r w:rsidRPr="00291DA9">
        <w:rPr>
          <w:rFonts w:ascii="Times New Roman" w:hAnsi="Times New Roman" w:cs="Times New Roman"/>
        </w:rPr>
        <w:t>sdf</w:t>
      </w:r>
      <w:r w:rsidRPr="00291DA9">
        <w:rPr>
          <w:rFonts w:ascii="Times New Roman" w:hAnsi="Times New Roman" w:cs="Times New Roman"/>
          <w:lang w:val="ru-RU"/>
        </w:rPr>
        <w:t xml:space="preserve">             1025.0   445.0     64.0     27.5    3.5    2.4   18.0  # путь через </w:t>
      </w:r>
      <w:r w:rsidRPr="00291DA9">
        <w:rPr>
          <w:rFonts w:ascii="Times New Roman" w:hAnsi="Times New Roman" w:cs="Times New Roman"/>
        </w:rPr>
        <w:t>Controller</w:t>
      </w:r>
      <w:r w:rsidRPr="00291DA9">
        <w:rPr>
          <w:rFonts w:ascii="Times New Roman" w:hAnsi="Times New Roman" w:cs="Times New Roman"/>
          <w:lang w:val="ru-RU"/>
        </w:rPr>
        <w:t xml:space="preserve"> </w:t>
      </w:r>
      <w:r w:rsidRPr="00291DA9">
        <w:rPr>
          <w:rFonts w:ascii="Times New Roman" w:hAnsi="Times New Roman" w:cs="Times New Roman"/>
        </w:rPr>
        <w:t>B</w:t>
      </w:r>
      <w:r w:rsidRPr="00291DA9">
        <w:rPr>
          <w:rFonts w:ascii="Times New Roman" w:hAnsi="Times New Roman" w:cs="Times New Roman"/>
          <w:lang w:val="ru-RU"/>
        </w:rPr>
        <w:br/>
      </w:r>
      <w:r w:rsidRPr="00291DA9">
        <w:rPr>
          <w:rFonts w:ascii="Times New Roman" w:hAnsi="Times New Roman" w:cs="Times New Roman"/>
        </w:rPr>
        <w:t>sdh</w:t>
      </w:r>
      <w:r w:rsidRPr="00291DA9">
        <w:rPr>
          <w:rFonts w:ascii="Times New Roman" w:hAnsi="Times New Roman" w:cs="Times New Roman"/>
          <w:lang w:val="ru-RU"/>
        </w:rPr>
        <w:t xml:space="preserve">             1005.0   435.0     62.8     27.0    3.4    2.3   17.0  # путь через </w:t>
      </w:r>
      <w:r w:rsidRPr="00291DA9">
        <w:rPr>
          <w:rFonts w:ascii="Times New Roman" w:hAnsi="Times New Roman" w:cs="Times New Roman"/>
        </w:rPr>
        <w:t>Controller</w:t>
      </w:r>
      <w:r w:rsidRPr="00291DA9">
        <w:rPr>
          <w:rFonts w:ascii="Times New Roman" w:hAnsi="Times New Roman" w:cs="Times New Roman"/>
          <w:lang w:val="ru-RU"/>
        </w:rPr>
        <w:t xml:space="preserve"> </w:t>
      </w:r>
      <w:r w:rsidRPr="00291DA9">
        <w:rPr>
          <w:rFonts w:ascii="Times New Roman" w:hAnsi="Times New Roman" w:cs="Times New Roman"/>
        </w:rPr>
        <w:t>B</w:t>
      </w:r>
      <w:r w:rsidRPr="00291DA9">
        <w:rPr>
          <w:rFonts w:ascii="Times New Roman" w:hAnsi="Times New Roman" w:cs="Times New Roman"/>
          <w:lang w:val="ru-RU"/>
        </w:rPr>
        <w:br/>
      </w:r>
      <w:r w:rsidRPr="00291DA9">
        <w:rPr>
          <w:rFonts w:ascii="Times New Roman" w:hAnsi="Times New Roman" w:cs="Times New Roman"/>
          <w:lang w:val="ru-RU"/>
        </w:rPr>
        <w:br/>
        <w:t xml:space="preserve">Пример после отказа одного </w:t>
      </w:r>
      <w:r w:rsidRPr="00291DA9">
        <w:rPr>
          <w:rFonts w:ascii="Times New Roman" w:hAnsi="Times New Roman" w:cs="Times New Roman"/>
        </w:rPr>
        <w:t>FC</w:t>
      </w:r>
      <w:r w:rsidRPr="00291DA9">
        <w:rPr>
          <w:rFonts w:ascii="Times New Roman" w:hAnsi="Times New Roman" w:cs="Times New Roman"/>
          <w:lang w:val="ru-RU"/>
        </w:rPr>
        <w:t xml:space="preserve">-пути, путь </w:t>
      </w:r>
      <w:r w:rsidRPr="00291DA9">
        <w:rPr>
          <w:rFonts w:ascii="Times New Roman" w:hAnsi="Times New Roman" w:cs="Times New Roman"/>
        </w:rPr>
        <w:t>sdb</w:t>
      </w:r>
      <w:r w:rsidRPr="00291DA9">
        <w:rPr>
          <w:rFonts w:ascii="Times New Roman" w:hAnsi="Times New Roman" w:cs="Times New Roman"/>
          <w:lang w:val="ru-RU"/>
        </w:rPr>
        <w:t xml:space="preserve"> потерян, </w:t>
      </w:r>
      <w:r w:rsidRPr="00291DA9">
        <w:rPr>
          <w:rFonts w:ascii="Times New Roman" w:hAnsi="Times New Roman" w:cs="Times New Roman"/>
        </w:rPr>
        <w:t>I</w:t>
      </w:r>
      <w:r w:rsidRPr="00291DA9">
        <w:rPr>
          <w:rFonts w:ascii="Times New Roman" w:hAnsi="Times New Roman" w:cs="Times New Roman"/>
          <w:lang w:val="ru-RU"/>
        </w:rPr>
        <w:t>/</w:t>
      </w:r>
      <w:r w:rsidRPr="00291DA9">
        <w:rPr>
          <w:rFonts w:ascii="Times New Roman" w:hAnsi="Times New Roman" w:cs="Times New Roman"/>
        </w:rPr>
        <w:t>O</w:t>
      </w:r>
      <w:r w:rsidRPr="00291DA9">
        <w:rPr>
          <w:rFonts w:ascii="Times New Roman" w:hAnsi="Times New Roman" w:cs="Times New Roman"/>
          <w:lang w:val="ru-RU"/>
        </w:rPr>
        <w:t xml:space="preserve"> продолжается:</w:t>
      </w:r>
      <w:r w:rsidRPr="00291DA9">
        <w:rPr>
          <w:rFonts w:ascii="Times New Roman" w:hAnsi="Times New Roman" w:cs="Times New Roman"/>
          <w:lang w:val="ru-RU"/>
        </w:rPr>
        <w:br/>
      </w:r>
      <w:r w:rsidRPr="00291DA9">
        <w:rPr>
          <w:rFonts w:ascii="Times New Roman" w:hAnsi="Times New Roman" w:cs="Times New Roman"/>
        </w:rPr>
        <w:t>Device</w:t>
      </w:r>
      <w:r w:rsidRPr="00291DA9">
        <w:rPr>
          <w:rFonts w:ascii="Times New Roman" w:hAnsi="Times New Roman" w:cs="Times New Roman"/>
          <w:lang w:val="ru-RU"/>
        </w:rPr>
        <w:t xml:space="preserve">             </w:t>
      </w:r>
      <w:r w:rsidRPr="00291DA9">
        <w:rPr>
          <w:rFonts w:ascii="Times New Roman" w:hAnsi="Times New Roman" w:cs="Times New Roman"/>
        </w:rPr>
        <w:t>r</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w</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rMB</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wMB</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aqu</w:t>
      </w:r>
      <w:r w:rsidRPr="00291DA9">
        <w:rPr>
          <w:rFonts w:ascii="Times New Roman" w:hAnsi="Times New Roman" w:cs="Times New Roman"/>
          <w:lang w:val="ru-RU"/>
        </w:rPr>
        <w:t>-</w:t>
      </w:r>
      <w:r w:rsidRPr="00291DA9">
        <w:rPr>
          <w:rFonts w:ascii="Times New Roman" w:hAnsi="Times New Roman" w:cs="Times New Roman"/>
        </w:rPr>
        <w:t>sz</w:t>
      </w:r>
      <w:r w:rsidRPr="00291DA9">
        <w:rPr>
          <w:rFonts w:ascii="Times New Roman" w:hAnsi="Times New Roman" w:cs="Times New Roman"/>
          <w:lang w:val="ru-RU"/>
        </w:rPr>
        <w:t xml:space="preserve">  </w:t>
      </w:r>
      <w:r w:rsidRPr="00291DA9">
        <w:rPr>
          <w:rFonts w:ascii="Times New Roman" w:hAnsi="Times New Roman" w:cs="Times New Roman"/>
        </w:rPr>
        <w:t>await</w:t>
      </w:r>
      <w:r w:rsidRPr="00291DA9">
        <w:rPr>
          <w:rFonts w:ascii="Times New Roman" w:hAnsi="Times New Roman" w:cs="Times New Roman"/>
          <w:lang w:val="ru-RU"/>
        </w:rPr>
        <w:t xml:space="preserve">  %</w:t>
      </w:r>
      <w:r w:rsidRPr="00291DA9">
        <w:rPr>
          <w:rFonts w:ascii="Times New Roman" w:hAnsi="Times New Roman" w:cs="Times New Roman"/>
        </w:rPr>
        <w:t>util</w:t>
      </w:r>
      <w:r w:rsidRPr="00291DA9">
        <w:rPr>
          <w:rFonts w:ascii="Times New Roman" w:hAnsi="Times New Roman" w:cs="Times New Roman"/>
          <w:lang w:val="ru-RU"/>
        </w:rPr>
        <w:br/>
      </w:r>
      <w:r w:rsidRPr="00291DA9">
        <w:rPr>
          <w:rFonts w:ascii="Times New Roman" w:hAnsi="Times New Roman" w:cs="Times New Roman"/>
        </w:rPr>
        <w:t>dm</w:t>
      </w:r>
      <w:r w:rsidRPr="00291DA9">
        <w:rPr>
          <w:rFonts w:ascii="Times New Roman" w:hAnsi="Times New Roman" w:cs="Times New Roman"/>
          <w:lang w:val="ru-RU"/>
        </w:rPr>
        <w:t>-2            8050.0  3420.0    503.0    214.0   31.0    2.7   73.0</w:t>
      </w:r>
      <w:r w:rsidRPr="00291DA9">
        <w:rPr>
          <w:rFonts w:ascii="Times New Roman" w:hAnsi="Times New Roman" w:cs="Times New Roman"/>
          <w:lang w:val="ru-RU"/>
        </w:rPr>
        <w:br/>
      </w:r>
      <w:r w:rsidRPr="00291DA9">
        <w:rPr>
          <w:rFonts w:ascii="Times New Roman" w:hAnsi="Times New Roman" w:cs="Times New Roman"/>
        </w:rPr>
        <w:t>sdb</w:t>
      </w:r>
      <w:r w:rsidRPr="00291DA9">
        <w:rPr>
          <w:rFonts w:ascii="Times New Roman" w:hAnsi="Times New Roman" w:cs="Times New Roman"/>
          <w:lang w:val="ru-RU"/>
        </w:rPr>
        <w:t xml:space="preserve">                0.0     0.0      0.0      0.0    0.0    0.0    0.0  # отказавший путь</w:t>
      </w:r>
      <w:r w:rsidRPr="00291DA9">
        <w:rPr>
          <w:rFonts w:ascii="Times New Roman" w:hAnsi="Times New Roman" w:cs="Times New Roman"/>
          <w:lang w:val="ru-RU"/>
        </w:rPr>
        <w:br/>
      </w:r>
      <w:r w:rsidRPr="00291DA9">
        <w:rPr>
          <w:rFonts w:ascii="Times New Roman" w:hAnsi="Times New Roman" w:cs="Times New Roman"/>
        </w:rPr>
        <w:t>sdd</w:t>
      </w:r>
      <w:r w:rsidRPr="00291DA9">
        <w:rPr>
          <w:rFonts w:ascii="Times New Roman" w:hAnsi="Times New Roman" w:cs="Times New Roman"/>
          <w:lang w:val="ru-RU"/>
        </w:rPr>
        <w:t xml:space="preserve">             1335.0   570.0     83.5     35.5    4.5    2.6   24.0  # путь через </w:t>
      </w:r>
      <w:r w:rsidRPr="00291DA9">
        <w:rPr>
          <w:rFonts w:ascii="Times New Roman" w:hAnsi="Times New Roman" w:cs="Times New Roman"/>
        </w:rPr>
        <w:t>Controller</w:t>
      </w:r>
      <w:r w:rsidRPr="00291DA9">
        <w:rPr>
          <w:rFonts w:ascii="Times New Roman" w:hAnsi="Times New Roman" w:cs="Times New Roman"/>
          <w:lang w:val="ru-RU"/>
        </w:rPr>
        <w:t xml:space="preserve"> </w:t>
      </w:r>
      <w:r w:rsidRPr="00291DA9">
        <w:rPr>
          <w:rFonts w:ascii="Times New Roman" w:hAnsi="Times New Roman" w:cs="Times New Roman"/>
        </w:rPr>
        <w:t>A</w:t>
      </w:r>
      <w:r w:rsidRPr="00291DA9">
        <w:rPr>
          <w:rFonts w:ascii="Times New Roman" w:hAnsi="Times New Roman" w:cs="Times New Roman"/>
          <w:lang w:val="ru-RU"/>
        </w:rPr>
        <w:br/>
      </w:r>
      <w:r w:rsidRPr="00291DA9">
        <w:rPr>
          <w:rFonts w:ascii="Times New Roman" w:hAnsi="Times New Roman" w:cs="Times New Roman"/>
        </w:rPr>
        <w:t>sdf</w:t>
      </w:r>
      <w:r w:rsidRPr="00291DA9">
        <w:rPr>
          <w:rFonts w:ascii="Times New Roman" w:hAnsi="Times New Roman" w:cs="Times New Roman"/>
          <w:lang w:val="ru-RU"/>
        </w:rPr>
        <w:t xml:space="preserve">             1340.0   575.0     84.0     36.0    4.6    2.6   24.0  # путь через </w:t>
      </w:r>
      <w:r w:rsidRPr="00291DA9">
        <w:rPr>
          <w:rFonts w:ascii="Times New Roman" w:hAnsi="Times New Roman" w:cs="Times New Roman"/>
        </w:rPr>
        <w:t>Controller</w:t>
      </w:r>
      <w:r w:rsidRPr="00291DA9">
        <w:rPr>
          <w:rFonts w:ascii="Times New Roman" w:hAnsi="Times New Roman" w:cs="Times New Roman"/>
          <w:lang w:val="ru-RU"/>
        </w:rPr>
        <w:t xml:space="preserve"> </w:t>
      </w:r>
      <w:r w:rsidRPr="00291DA9">
        <w:rPr>
          <w:rFonts w:ascii="Times New Roman" w:hAnsi="Times New Roman" w:cs="Times New Roman"/>
        </w:rPr>
        <w:t>B</w:t>
      </w:r>
      <w:r w:rsidRPr="00291DA9">
        <w:rPr>
          <w:rFonts w:ascii="Times New Roman" w:hAnsi="Times New Roman" w:cs="Times New Roman"/>
          <w:lang w:val="ru-RU"/>
        </w:rPr>
        <w:br/>
      </w:r>
      <w:r w:rsidRPr="00291DA9">
        <w:rPr>
          <w:rFonts w:ascii="Times New Roman" w:hAnsi="Times New Roman" w:cs="Times New Roman"/>
        </w:rPr>
        <w:t>sdh</w:t>
      </w:r>
      <w:r w:rsidRPr="00291DA9">
        <w:rPr>
          <w:rFonts w:ascii="Times New Roman" w:hAnsi="Times New Roman" w:cs="Times New Roman"/>
          <w:lang w:val="ru-RU"/>
        </w:rPr>
        <w:t xml:space="preserve">             1325.0   565.0     82.8     35.3    4.5    2.6   23.0  # путь через </w:t>
      </w:r>
      <w:r w:rsidRPr="00291DA9">
        <w:rPr>
          <w:rFonts w:ascii="Times New Roman" w:hAnsi="Times New Roman" w:cs="Times New Roman"/>
        </w:rPr>
        <w:t>Controller</w:t>
      </w:r>
      <w:r w:rsidRPr="00291DA9">
        <w:rPr>
          <w:rFonts w:ascii="Times New Roman" w:hAnsi="Times New Roman" w:cs="Times New Roman"/>
          <w:lang w:val="ru-RU"/>
        </w:rPr>
        <w:t xml:space="preserve"> </w:t>
      </w:r>
      <w:r w:rsidRPr="00291DA9">
        <w:rPr>
          <w:rFonts w:ascii="Times New Roman" w:hAnsi="Times New Roman" w:cs="Times New Roman"/>
        </w:rPr>
        <w:t>B</w:t>
      </w:r>
      <w:r w:rsidRPr="00291DA9">
        <w:rPr>
          <w:rFonts w:ascii="Times New Roman" w:hAnsi="Times New Roman" w:cs="Times New Roman"/>
          <w:lang w:val="ru-RU"/>
        </w:rPr>
        <w:br/>
      </w:r>
      <w:r w:rsidRPr="00291DA9">
        <w:rPr>
          <w:rFonts w:ascii="Times New Roman" w:hAnsi="Times New Roman" w:cs="Times New Roman"/>
          <w:lang w:val="ru-RU"/>
        </w:rPr>
        <w:br/>
        <w:t xml:space="preserve">Пример после восстановления </w:t>
      </w:r>
      <w:r w:rsidRPr="00291DA9">
        <w:rPr>
          <w:rFonts w:ascii="Times New Roman" w:hAnsi="Times New Roman" w:cs="Times New Roman"/>
        </w:rPr>
        <w:t>FC</w:t>
      </w:r>
      <w:r w:rsidRPr="00291DA9">
        <w:rPr>
          <w:rFonts w:ascii="Times New Roman" w:hAnsi="Times New Roman" w:cs="Times New Roman"/>
          <w:lang w:val="ru-RU"/>
        </w:rPr>
        <w:t>-пути:</w:t>
      </w:r>
      <w:r w:rsidRPr="00291DA9">
        <w:rPr>
          <w:rFonts w:ascii="Times New Roman" w:hAnsi="Times New Roman" w:cs="Times New Roman"/>
          <w:lang w:val="ru-RU"/>
        </w:rPr>
        <w:br/>
      </w:r>
      <w:r w:rsidRPr="00291DA9">
        <w:rPr>
          <w:rFonts w:ascii="Times New Roman" w:hAnsi="Times New Roman" w:cs="Times New Roman"/>
        </w:rPr>
        <w:t>Device</w:t>
      </w:r>
      <w:r w:rsidRPr="00291DA9">
        <w:rPr>
          <w:rFonts w:ascii="Times New Roman" w:hAnsi="Times New Roman" w:cs="Times New Roman"/>
          <w:lang w:val="ru-RU"/>
        </w:rPr>
        <w:t xml:space="preserve">             </w:t>
      </w:r>
      <w:r w:rsidRPr="00291DA9">
        <w:rPr>
          <w:rFonts w:ascii="Times New Roman" w:hAnsi="Times New Roman" w:cs="Times New Roman"/>
        </w:rPr>
        <w:t>r</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w</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rMB</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wMB</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aqu</w:t>
      </w:r>
      <w:r w:rsidRPr="00291DA9">
        <w:rPr>
          <w:rFonts w:ascii="Times New Roman" w:hAnsi="Times New Roman" w:cs="Times New Roman"/>
          <w:lang w:val="ru-RU"/>
        </w:rPr>
        <w:t>-</w:t>
      </w:r>
      <w:r w:rsidRPr="00291DA9">
        <w:rPr>
          <w:rFonts w:ascii="Times New Roman" w:hAnsi="Times New Roman" w:cs="Times New Roman"/>
        </w:rPr>
        <w:t>sz</w:t>
      </w:r>
      <w:r w:rsidRPr="00291DA9">
        <w:rPr>
          <w:rFonts w:ascii="Times New Roman" w:hAnsi="Times New Roman" w:cs="Times New Roman"/>
          <w:lang w:val="ru-RU"/>
        </w:rPr>
        <w:t xml:space="preserve">  </w:t>
      </w:r>
      <w:r w:rsidRPr="00291DA9">
        <w:rPr>
          <w:rFonts w:ascii="Times New Roman" w:hAnsi="Times New Roman" w:cs="Times New Roman"/>
        </w:rPr>
        <w:t>await</w:t>
      </w:r>
      <w:r w:rsidRPr="00291DA9">
        <w:rPr>
          <w:rFonts w:ascii="Times New Roman" w:hAnsi="Times New Roman" w:cs="Times New Roman"/>
          <w:lang w:val="ru-RU"/>
        </w:rPr>
        <w:t xml:space="preserve">  %</w:t>
      </w:r>
      <w:r w:rsidRPr="00291DA9">
        <w:rPr>
          <w:rFonts w:ascii="Times New Roman" w:hAnsi="Times New Roman" w:cs="Times New Roman"/>
        </w:rPr>
        <w:t>util</w:t>
      </w:r>
      <w:r w:rsidRPr="00291DA9">
        <w:rPr>
          <w:rFonts w:ascii="Times New Roman" w:hAnsi="Times New Roman" w:cs="Times New Roman"/>
          <w:lang w:val="ru-RU"/>
        </w:rPr>
        <w:br/>
      </w:r>
      <w:r w:rsidRPr="00291DA9">
        <w:rPr>
          <w:rFonts w:ascii="Times New Roman" w:hAnsi="Times New Roman" w:cs="Times New Roman"/>
        </w:rPr>
        <w:t>dm</w:t>
      </w:r>
      <w:r w:rsidRPr="00291DA9">
        <w:rPr>
          <w:rFonts w:ascii="Times New Roman" w:hAnsi="Times New Roman" w:cs="Times New Roman"/>
          <w:lang w:val="ru-RU"/>
        </w:rPr>
        <w:t>-2            8180.0  3480.0    511.0    217.0   30.0    2.6   72.0</w:t>
      </w:r>
      <w:r w:rsidRPr="00291DA9">
        <w:rPr>
          <w:rFonts w:ascii="Times New Roman" w:hAnsi="Times New Roman" w:cs="Times New Roman"/>
          <w:lang w:val="ru-RU"/>
        </w:rPr>
        <w:br/>
      </w:r>
      <w:r w:rsidRPr="00291DA9">
        <w:rPr>
          <w:rFonts w:ascii="Times New Roman" w:hAnsi="Times New Roman" w:cs="Times New Roman"/>
        </w:rPr>
        <w:t>sdb</w:t>
      </w:r>
      <w:r w:rsidRPr="00291DA9">
        <w:rPr>
          <w:rFonts w:ascii="Times New Roman" w:hAnsi="Times New Roman" w:cs="Times New Roman"/>
          <w:lang w:val="ru-RU"/>
        </w:rPr>
        <w:t xml:space="preserve">             1015.0   435.0     63.4     27.1    3.4    2.4   17.0  # восстановленный путь</w:t>
      </w:r>
      <w:r w:rsidRPr="00291DA9">
        <w:rPr>
          <w:rFonts w:ascii="Times New Roman" w:hAnsi="Times New Roman" w:cs="Times New Roman"/>
          <w:lang w:val="ru-RU"/>
        </w:rPr>
        <w:br/>
      </w:r>
      <w:r w:rsidRPr="00291DA9">
        <w:rPr>
          <w:rFonts w:ascii="Times New Roman" w:hAnsi="Times New Roman" w:cs="Times New Roman"/>
        </w:rPr>
        <w:t>sdd</w:t>
      </w:r>
      <w:r w:rsidRPr="00291DA9">
        <w:rPr>
          <w:rFonts w:ascii="Times New Roman" w:hAnsi="Times New Roman" w:cs="Times New Roman"/>
          <w:lang w:val="ru-RU"/>
        </w:rPr>
        <w:t xml:space="preserve">             1020.0   440.0     63.8     27.5    3.5    2.4   18.0  # рабочий путь</w:t>
      </w:r>
      <w:r w:rsidRPr="00291DA9">
        <w:rPr>
          <w:rFonts w:ascii="Times New Roman" w:hAnsi="Times New Roman" w:cs="Times New Roman"/>
          <w:lang w:val="ru-RU"/>
        </w:rPr>
        <w:br/>
      </w:r>
      <w:r w:rsidRPr="00291DA9">
        <w:rPr>
          <w:rFonts w:ascii="Times New Roman" w:hAnsi="Times New Roman" w:cs="Times New Roman"/>
        </w:rPr>
        <w:t>sdf</w:t>
      </w:r>
      <w:r w:rsidRPr="00291DA9">
        <w:rPr>
          <w:rFonts w:ascii="Times New Roman" w:hAnsi="Times New Roman" w:cs="Times New Roman"/>
          <w:lang w:val="ru-RU"/>
        </w:rPr>
        <w:t xml:space="preserve">             1030.0   440.0     64.4     27.5    3.5    2.4   18.0  # рабочий путь</w:t>
      </w:r>
      <w:r w:rsidRPr="00291DA9">
        <w:rPr>
          <w:rFonts w:ascii="Times New Roman" w:hAnsi="Times New Roman" w:cs="Times New Roman"/>
          <w:lang w:val="ru-RU"/>
        </w:rPr>
        <w:br/>
      </w:r>
      <w:r w:rsidRPr="00291DA9">
        <w:rPr>
          <w:rFonts w:ascii="Times New Roman" w:hAnsi="Times New Roman" w:cs="Times New Roman"/>
        </w:rPr>
        <w:t>sdh</w:t>
      </w:r>
      <w:r w:rsidRPr="00291DA9">
        <w:rPr>
          <w:rFonts w:ascii="Times New Roman" w:hAnsi="Times New Roman" w:cs="Times New Roman"/>
          <w:lang w:val="ru-RU"/>
        </w:rPr>
        <w:t xml:space="preserve">             1010.0   430.0     63.1     26.8    3.4    2.4   17.0  # рабочий путь</w:t>
      </w:r>
    </w:p>
    <w:p w14:paraId="3D592CCE" w14:textId="77777777" w:rsidR="00281EA7" w:rsidRPr="005302D1" w:rsidRDefault="00281EA7" w:rsidP="00281EA7">
      <w:pPr>
        <w:rPr>
          <w:b/>
          <w:bCs/>
          <w:szCs w:val="28"/>
        </w:rPr>
      </w:pPr>
      <w:r w:rsidRPr="005302D1">
        <w:rPr>
          <w:b/>
          <w:bCs/>
          <w:szCs w:val="28"/>
        </w:rPr>
        <w:t>8. Требования к приложениям и материалам испытаний SLUA / Symmetric Active-Active</w:t>
      </w:r>
    </w:p>
    <w:tbl>
      <w:tblPr>
        <w:tblW w:w="5000" w:type="pct"/>
        <w:jc w:val="center"/>
        <w:tblBorders>
          <w:top w:val="single" w:sz="4" w:space="0" w:color="C9D2E3"/>
          <w:left w:val="single" w:sz="4" w:space="0" w:color="C9D2E3"/>
          <w:bottom w:val="single" w:sz="4" w:space="0" w:color="C9D2E3"/>
          <w:right w:val="single" w:sz="4" w:space="0" w:color="C9D2E3"/>
          <w:insideH w:val="single" w:sz="4" w:space="0" w:color="C9D2E3"/>
          <w:insideV w:val="single" w:sz="4" w:space="0" w:color="C9D2E3"/>
        </w:tblBorders>
        <w:tblLook w:val="04A0" w:firstRow="1" w:lastRow="0" w:firstColumn="1" w:lastColumn="0" w:noHBand="0" w:noVBand="1"/>
      </w:tblPr>
      <w:tblGrid>
        <w:gridCol w:w="2412"/>
        <w:gridCol w:w="6029"/>
        <w:gridCol w:w="6029"/>
      </w:tblGrid>
      <w:tr w:rsidR="00281EA7" w:rsidRPr="00291DA9" w14:paraId="4D864341" w14:textId="77777777" w:rsidTr="00281EA7">
        <w:trPr>
          <w:tblHeader/>
          <w:jc w:val="center"/>
        </w:trPr>
        <w:tc>
          <w:tcPr>
            <w:tcW w:w="833" w:type="pct"/>
            <w:shd w:val="clear" w:color="auto" w:fill="E9EEF8"/>
          </w:tcPr>
          <w:p w14:paraId="2118ABE9" w14:textId="77777777" w:rsidR="00281EA7" w:rsidRPr="00291DA9" w:rsidRDefault="00281EA7" w:rsidP="00281EA7">
            <w:pPr>
              <w:pStyle w:val="TableText"/>
              <w:spacing w:after="40"/>
              <w:rPr>
                <w:rFonts w:cs="Times New Roman"/>
              </w:rPr>
            </w:pPr>
            <w:r w:rsidRPr="00291DA9">
              <w:rPr>
                <w:rFonts w:cs="Times New Roman"/>
                <w:b/>
              </w:rPr>
              <w:t>Материал</w:t>
            </w:r>
          </w:p>
        </w:tc>
        <w:tc>
          <w:tcPr>
            <w:tcW w:w="2083" w:type="pct"/>
            <w:shd w:val="clear" w:color="auto" w:fill="E9EEF8"/>
          </w:tcPr>
          <w:p w14:paraId="4A87D1A6" w14:textId="77777777" w:rsidR="00281EA7" w:rsidRPr="00291DA9" w:rsidRDefault="00281EA7" w:rsidP="00281EA7">
            <w:pPr>
              <w:pStyle w:val="TableText"/>
              <w:spacing w:after="40"/>
              <w:rPr>
                <w:rFonts w:cs="Times New Roman"/>
              </w:rPr>
            </w:pPr>
            <w:r w:rsidRPr="00291DA9">
              <w:rPr>
                <w:rFonts w:cs="Times New Roman"/>
                <w:b/>
              </w:rPr>
              <w:t>Содержание</w:t>
            </w:r>
          </w:p>
        </w:tc>
        <w:tc>
          <w:tcPr>
            <w:tcW w:w="2083" w:type="pct"/>
            <w:shd w:val="clear" w:color="auto" w:fill="E9EEF8"/>
          </w:tcPr>
          <w:p w14:paraId="5782BC7F" w14:textId="77777777" w:rsidR="00281EA7" w:rsidRPr="00291DA9" w:rsidRDefault="00281EA7" w:rsidP="00281EA7">
            <w:pPr>
              <w:pStyle w:val="TableText"/>
              <w:spacing w:after="40"/>
              <w:rPr>
                <w:rFonts w:cs="Times New Roman"/>
              </w:rPr>
            </w:pPr>
            <w:r w:rsidRPr="00291DA9">
              <w:rPr>
                <w:rFonts w:cs="Times New Roman"/>
                <w:b/>
              </w:rPr>
              <w:t>Когда собирается</w:t>
            </w:r>
          </w:p>
        </w:tc>
      </w:tr>
      <w:tr w:rsidR="00281EA7" w:rsidRPr="00D31521" w14:paraId="6E0E5A97" w14:textId="77777777" w:rsidTr="00281EA7">
        <w:trPr>
          <w:jc w:val="center"/>
        </w:trPr>
        <w:tc>
          <w:tcPr>
            <w:tcW w:w="833" w:type="pct"/>
          </w:tcPr>
          <w:p w14:paraId="32CEFCC4"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Скриншоты или выгрузки </w:t>
            </w:r>
            <w:r w:rsidRPr="00291DA9">
              <w:rPr>
                <w:rFonts w:cs="Times New Roman"/>
              </w:rPr>
              <w:t>CLI</w:t>
            </w:r>
            <w:r w:rsidRPr="00291DA9">
              <w:rPr>
                <w:rFonts w:cs="Times New Roman"/>
                <w:lang w:val="ru-RU"/>
              </w:rPr>
              <w:t xml:space="preserve"> СХД</w:t>
            </w:r>
          </w:p>
        </w:tc>
        <w:tc>
          <w:tcPr>
            <w:tcW w:w="2083" w:type="pct"/>
          </w:tcPr>
          <w:p w14:paraId="49C3B11C"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Состояние контроллеров, </w:t>
            </w:r>
            <w:r w:rsidRPr="00291DA9">
              <w:rPr>
                <w:rFonts w:cs="Times New Roman"/>
              </w:rPr>
              <w:t>front</w:t>
            </w:r>
            <w:r w:rsidRPr="00291DA9">
              <w:rPr>
                <w:rFonts w:cs="Times New Roman"/>
                <w:lang w:val="ru-RU"/>
              </w:rPr>
              <w:t>-</w:t>
            </w:r>
            <w:r w:rsidRPr="00291DA9">
              <w:rPr>
                <w:rFonts w:cs="Times New Roman"/>
              </w:rPr>
              <w:t>end</w:t>
            </w:r>
            <w:r w:rsidRPr="00291DA9">
              <w:rPr>
                <w:rFonts w:cs="Times New Roman"/>
                <w:lang w:val="ru-RU"/>
              </w:rPr>
              <w:t xml:space="preserve"> портов, </w:t>
            </w:r>
            <w:r w:rsidRPr="00291DA9">
              <w:rPr>
                <w:rFonts w:cs="Times New Roman"/>
              </w:rPr>
              <w:t>LUN</w:t>
            </w:r>
            <w:r w:rsidRPr="00291DA9">
              <w:rPr>
                <w:rFonts w:cs="Times New Roman"/>
                <w:lang w:val="ru-RU"/>
              </w:rPr>
              <w:t>, пулов, событий, счётчики производительности по контроллерам и портам.</w:t>
            </w:r>
          </w:p>
        </w:tc>
        <w:tc>
          <w:tcPr>
            <w:tcW w:w="2083" w:type="pct"/>
          </w:tcPr>
          <w:p w14:paraId="736E6B11" w14:textId="77777777" w:rsidR="00281EA7" w:rsidRPr="00291DA9" w:rsidRDefault="00281EA7" w:rsidP="00281EA7">
            <w:pPr>
              <w:pStyle w:val="TableText"/>
              <w:spacing w:after="40"/>
              <w:rPr>
                <w:rFonts w:cs="Times New Roman"/>
                <w:lang w:val="ru-RU"/>
              </w:rPr>
            </w:pPr>
            <w:r w:rsidRPr="00291DA9">
              <w:rPr>
                <w:rFonts w:cs="Times New Roman"/>
                <w:lang w:val="ru-RU"/>
              </w:rPr>
              <w:t>До отказа, в момент отказа, после стабилизации, после восстановления.</w:t>
            </w:r>
          </w:p>
        </w:tc>
      </w:tr>
      <w:tr w:rsidR="00281EA7" w:rsidRPr="00291DA9" w14:paraId="20C44754" w14:textId="77777777" w:rsidTr="00281EA7">
        <w:trPr>
          <w:jc w:val="center"/>
        </w:trPr>
        <w:tc>
          <w:tcPr>
            <w:tcW w:w="833" w:type="pct"/>
          </w:tcPr>
          <w:p w14:paraId="37B656F4" w14:textId="77777777" w:rsidR="00281EA7" w:rsidRPr="00291DA9" w:rsidRDefault="00281EA7" w:rsidP="00281EA7">
            <w:pPr>
              <w:pStyle w:val="TableText"/>
              <w:spacing w:after="40"/>
              <w:rPr>
                <w:rFonts w:cs="Times New Roman"/>
              </w:rPr>
            </w:pPr>
            <w:r w:rsidRPr="00291DA9">
              <w:rPr>
                <w:rFonts w:cs="Times New Roman"/>
              </w:rPr>
              <w:t>Схема SAN и zoning</w:t>
            </w:r>
          </w:p>
        </w:tc>
        <w:tc>
          <w:tcPr>
            <w:tcW w:w="2083" w:type="pct"/>
          </w:tcPr>
          <w:p w14:paraId="6932B178" w14:textId="77777777" w:rsidR="00281EA7" w:rsidRPr="00291DA9" w:rsidRDefault="00281EA7" w:rsidP="00281EA7">
            <w:pPr>
              <w:pStyle w:val="TableText"/>
              <w:spacing w:after="40"/>
              <w:rPr>
                <w:rFonts w:cs="Times New Roman"/>
              </w:rPr>
            </w:pPr>
            <w:r w:rsidRPr="00291DA9">
              <w:rPr>
                <w:rFonts w:cs="Times New Roman"/>
              </w:rPr>
              <w:t>WWPN инициаторов, WWPN target-портов, принадлежность target-портов к контроллерам, zoning/masking, схема двух FC-фабрик.</w:t>
            </w:r>
          </w:p>
        </w:tc>
        <w:tc>
          <w:tcPr>
            <w:tcW w:w="2083" w:type="pct"/>
          </w:tcPr>
          <w:p w14:paraId="58CF38D6" w14:textId="77777777" w:rsidR="00281EA7" w:rsidRPr="00291DA9" w:rsidRDefault="00281EA7" w:rsidP="00281EA7">
            <w:pPr>
              <w:pStyle w:val="TableText"/>
              <w:spacing w:after="40"/>
              <w:rPr>
                <w:rFonts w:cs="Times New Roman"/>
              </w:rPr>
            </w:pPr>
            <w:r w:rsidRPr="00291DA9">
              <w:rPr>
                <w:rFonts w:cs="Times New Roman"/>
              </w:rPr>
              <w:t>До начала отказных испытаний.</w:t>
            </w:r>
          </w:p>
        </w:tc>
      </w:tr>
      <w:tr w:rsidR="00281EA7" w:rsidRPr="00291DA9" w14:paraId="584A7ECA" w14:textId="77777777" w:rsidTr="00281EA7">
        <w:trPr>
          <w:jc w:val="center"/>
        </w:trPr>
        <w:tc>
          <w:tcPr>
            <w:tcW w:w="833" w:type="pct"/>
          </w:tcPr>
          <w:p w14:paraId="24F13656" w14:textId="77777777" w:rsidR="00281EA7" w:rsidRPr="00291DA9" w:rsidRDefault="00281EA7" w:rsidP="00281EA7">
            <w:pPr>
              <w:pStyle w:val="TableText"/>
              <w:spacing w:after="40"/>
              <w:rPr>
                <w:rFonts w:cs="Times New Roman"/>
              </w:rPr>
            </w:pPr>
            <w:r w:rsidRPr="00291DA9">
              <w:rPr>
                <w:rFonts w:cs="Times New Roman"/>
              </w:rPr>
              <w:t>FIO normal</w:t>
            </w:r>
          </w:p>
        </w:tc>
        <w:tc>
          <w:tcPr>
            <w:tcW w:w="2083" w:type="pct"/>
          </w:tcPr>
          <w:p w14:paraId="54BE4C65"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Отчёт </w:t>
            </w:r>
            <w:r w:rsidRPr="00291DA9">
              <w:rPr>
                <w:rFonts w:cs="Times New Roman"/>
              </w:rPr>
              <w:t>FIO</w:t>
            </w:r>
            <w:r w:rsidRPr="00291DA9">
              <w:rPr>
                <w:rFonts w:cs="Times New Roman"/>
                <w:lang w:val="ru-RU"/>
              </w:rPr>
              <w:t xml:space="preserve"> по каждому серверу: профиль, </w:t>
            </w:r>
            <w:r w:rsidRPr="00291DA9">
              <w:rPr>
                <w:rFonts w:cs="Times New Roman"/>
              </w:rPr>
              <w:t>IOPS</w:t>
            </w:r>
            <w:r w:rsidRPr="00291DA9">
              <w:rPr>
                <w:rFonts w:cs="Times New Roman"/>
                <w:lang w:val="ru-RU"/>
              </w:rPr>
              <w:t>, задержка, состояние заданий, ошибки выполнения, параметры фактического запуска.</w:t>
            </w:r>
          </w:p>
        </w:tc>
        <w:tc>
          <w:tcPr>
            <w:tcW w:w="2083" w:type="pct"/>
          </w:tcPr>
          <w:p w14:paraId="23859FA7" w14:textId="77777777" w:rsidR="00281EA7" w:rsidRPr="00291DA9" w:rsidRDefault="00281EA7" w:rsidP="00281EA7">
            <w:pPr>
              <w:pStyle w:val="TableText"/>
              <w:spacing w:after="40"/>
              <w:rPr>
                <w:rFonts w:cs="Times New Roman"/>
              </w:rPr>
            </w:pPr>
            <w:r w:rsidRPr="00291DA9">
              <w:rPr>
                <w:rFonts w:cs="Times New Roman"/>
              </w:rPr>
              <w:t>По каждому прогону.</w:t>
            </w:r>
          </w:p>
        </w:tc>
      </w:tr>
      <w:tr w:rsidR="00281EA7" w:rsidRPr="00D31521" w14:paraId="6E70DF05" w14:textId="77777777" w:rsidTr="00281EA7">
        <w:trPr>
          <w:jc w:val="center"/>
        </w:trPr>
        <w:tc>
          <w:tcPr>
            <w:tcW w:w="833" w:type="pct"/>
          </w:tcPr>
          <w:p w14:paraId="3CEF0345" w14:textId="77777777" w:rsidR="00281EA7" w:rsidRPr="00291DA9" w:rsidRDefault="00281EA7" w:rsidP="00281EA7">
            <w:pPr>
              <w:pStyle w:val="TableText"/>
              <w:spacing w:after="40"/>
              <w:rPr>
                <w:rFonts w:cs="Times New Roman"/>
              </w:rPr>
            </w:pPr>
            <w:r w:rsidRPr="00291DA9">
              <w:rPr>
                <w:rFonts w:cs="Times New Roman"/>
              </w:rPr>
              <w:t>dmesg / journalctl / messages</w:t>
            </w:r>
          </w:p>
        </w:tc>
        <w:tc>
          <w:tcPr>
            <w:tcW w:w="2083" w:type="pct"/>
          </w:tcPr>
          <w:p w14:paraId="385D3985"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Сообщения ядра и ОС, относящиеся к </w:t>
            </w:r>
            <w:r w:rsidRPr="00291DA9">
              <w:rPr>
                <w:rFonts w:cs="Times New Roman"/>
              </w:rPr>
              <w:t>FC</w:t>
            </w:r>
            <w:r w:rsidRPr="00291DA9">
              <w:rPr>
                <w:rFonts w:cs="Times New Roman"/>
                <w:lang w:val="ru-RU"/>
              </w:rPr>
              <w:t xml:space="preserve">, </w:t>
            </w:r>
            <w:r w:rsidRPr="00291DA9">
              <w:rPr>
                <w:rFonts w:cs="Times New Roman"/>
              </w:rPr>
              <w:t>SCSI</w:t>
            </w:r>
            <w:r w:rsidRPr="00291DA9">
              <w:rPr>
                <w:rFonts w:cs="Times New Roman"/>
                <w:lang w:val="ru-RU"/>
              </w:rPr>
              <w:t xml:space="preserve">, </w:t>
            </w:r>
            <w:r w:rsidRPr="00291DA9">
              <w:rPr>
                <w:rFonts w:cs="Times New Roman"/>
              </w:rPr>
              <w:t>multipath</w:t>
            </w:r>
            <w:r w:rsidRPr="00291DA9">
              <w:rPr>
                <w:rFonts w:cs="Times New Roman"/>
                <w:lang w:val="ru-RU"/>
              </w:rPr>
              <w:t>, ошибкам путей и блочным устройствам.</w:t>
            </w:r>
          </w:p>
        </w:tc>
        <w:tc>
          <w:tcPr>
            <w:tcW w:w="2083" w:type="pct"/>
          </w:tcPr>
          <w:p w14:paraId="6B7479C8" w14:textId="77777777" w:rsidR="00281EA7" w:rsidRPr="00291DA9" w:rsidRDefault="00281EA7" w:rsidP="00281EA7">
            <w:pPr>
              <w:pStyle w:val="TableText"/>
              <w:spacing w:after="40"/>
              <w:rPr>
                <w:rFonts w:cs="Times New Roman"/>
                <w:lang w:val="ru-RU"/>
              </w:rPr>
            </w:pPr>
            <w:r w:rsidRPr="00291DA9">
              <w:rPr>
                <w:rFonts w:cs="Times New Roman"/>
                <w:lang w:val="ru-RU"/>
              </w:rPr>
              <w:t>До и после каждого отказного сценария.</w:t>
            </w:r>
          </w:p>
        </w:tc>
      </w:tr>
      <w:tr w:rsidR="00281EA7" w:rsidRPr="00D31521" w14:paraId="54E90A36" w14:textId="77777777" w:rsidTr="00281EA7">
        <w:trPr>
          <w:jc w:val="center"/>
        </w:trPr>
        <w:tc>
          <w:tcPr>
            <w:tcW w:w="833" w:type="pct"/>
          </w:tcPr>
          <w:p w14:paraId="7B28BC46" w14:textId="77777777" w:rsidR="00281EA7" w:rsidRPr="00291DA9" w:rsidRDefault="00281EA7" w:rsidP="00281EA7">
            <w:pPr>
              <w:pStyle w:val="TableText"/>
              <w:spacing w:after="40"/>
              <w:rPr>
                <w:rFonts w:cs="Times New Roman"/>
              </w:rPr>
            </w:pPr>
            <w:r w:rsidRPr="00291DA9">
              <w:rPr>
                <w:rFonts w:cs="Times New Roman"/>
              </w:rPr>
              <w:t>multipath -ll</w:t>
            </w:r>
          </w:p>
        </w:tc>
        <w:tc>
          <w:tcPr>
            <w:tcW w:w="2083" w:type="pct"/>
          </w:tcPr>
          <w:p w14:paraId="64CBB433"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Состояние </w:t>
            </w:r>
            <w:r w:rsidRPr="00291DA9">
              <w:rPr>
                <w:rFonts w:cs="Times New Roman"/>
              </w:rPr>
              <w:t>DM</w:t>
            </w:r>
            <w:r w:rsidRPr="00291DA9">
              <w:rPr>
                <w:rFonts w:cs="Times New Roman"/>
                <w:lang w:val="ru-RU"/>
              </w:rPr>
              <w:t>-</w:t>
            </w:r>
            <w:r w:rsidRPr="00291DA9">
              <w:rPr>
                <w:rFonts w:cs="Times New Roman"/>
              </w:rPr>
              <w:t>multipath</w:t>
            </w:r>
            <w:r w:rsidRPr="00291DA9">
              <w:rPr>
                <w:rFonts w:cs="Times New Roman"/>
                <w:lang w:val="ru-RU"/>
              </w:rPr>
              <w:t xml:space="preserve"> устройств, группы путей, статусы путей, число путей.</w:t>
            </w:r>
          </w:p>
        </w:tc>
        <w:tc>
          <w:tcPr>
            <w:tcW w:w="2083" w:type="pct"/>
          </w:tcPr>
          <w:p w14:paraId="75CD0295" w14:textId="77777777" w:rsidR="00281EA7" w:rsidRPr="00291DA9" w:rsidRDefault="00281EA7" w:rsidP="00281EA7">
            <w:pPr>
              <w:pStyle w:val="TableText"/>
              <w:spacing w:after="40"/>
              <w:rPr>
                <w:rFonts w:cs="Times New Roman"/>
                <w:lang w:val="ru-RU"/>
              </w:rPr>
            </w:pPr>
            <w:r w:rsidRPr="00291DA9">
              <w:rPr>
                <w:rFonts w:cs="Times New Roman"/>
                <w:lang w:val="ru-RU"/>
              </w:rPr>
              <w:t>До нагрузки, во время отказа, после восстановления.</w:t>
            </w:r>
          </w:p>
        </w:tc>
      </w:tr>
      <w:tr w:rsidR="00281EA7" w:rsidRPr="00D31521" w14:paraId="37EEEFCC" w14:textId="77777777" w:rsidTr="00281EA7">
        <w:trPr>
          <w:jc w:val="center"/>
        </w:trPr>
        <w:tc>
          <w:tcPr>
            <w:tcW w:w="833" w:type="pct"/>
          </w:tcPr>
          <w:p w14:paraId="0B398BAB" w14:textId="77777777" w:rsidR="00281EA7" w:rsidRPr="00291DA9" w:rsidRDefault="00281EA7" w:rsidP="00281EA7">
            <w:pPr>
              <w:pStyle w:val="TableText"/>
              <w:spacing w:after="40"/>
              <w:rPr>
                <w:rFonts w:cs="Times New Roman"/>
              </w:rPr>
            </w:pPr>
            <w:r w:rsidRPr="00291DA9">
              <w:rPr>
                <w:rFonts w:cs="Times New Roman"/>
              </w:rPr>
              <w:t>multipathd show config / multipathd show paths</w:t>
            </w:r>
          </w:p>
        </w:tc>
        <w:tc>
          <w:tcPr>
            <w:tcW w:w="2083" w:type="pct"/>
          </w:tcPr>
          <w:p w14:paraId="39AFCEA0"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Активная итоговая конфигурация </w:t>
            </w:r>
            <w:r w:rsidRPr="00291DA9">
              <w:rPr>
                <w:rFonts w:cs="Times New Roman"/>
              </w:rPr>
              <w:t>multipath</w:t>
            </w:r>
            <w:r w:rsidRPr="00291DA9">
              <w:rPr>
                <w:rFonts w:cs="Times New Roman"/>
                <w:lang w:val="ru-RU"/>
              </w:rPr>
              <w:t xml:space="preserve"> (сверка с разделом 7.0) и подробный список путей с дополнительными полями для разбора нештатных ситуаций.</w:t>
            </w:r>
          </w:p>
        </w:tc>
        <w:tc>
          <w:tcPr>
            <w:tcW w:w="2083" w:type="pct"/>
          </w:tcPr>
          <w:p w14:paraId="2896B01C" w14:textId="77777777" w:rsidR="00281EA7" w:rsidRPr="00291DA9" w:rsidRDefault="00281EA7" w:rsidP="00281EA7">
            <w:pPr>
              <w:pStyle w:val="TableText"/>
              <w:spacing w:after="40"/>
              <w:rPr>
                <w:rFonts w:cs="Times New Roman"/>
                <w:lang w:val="ru-RU"/>
              </w:rPr>
            </w:pPr>
            <w:r w:rsidRPr="00291DA9">
              <w:rPr>
                <w:rFonts w:cs="Times New Roman"/>
                <w:lang w:val="ru-RU"/>
              </w:rPr>
              <w:t>До начала нагрузочных испытаний и при разборе замечаний.</w:t>
            </w:r>
          </w:p>
        </w:tc>
      </w:tr>
      <w:tr w:rsidR="00281EA7" w:rsidRPr="00D31521" w14:paraId="4244BB5D" w14:textId="77777777" w:rsidTr="00281EA7">
        <w:trPr>
          <w:jc w:val="center"/>
        </w:trPr>
        <w:tc>
          <w:tcPr>
            <w:tcW w:w="833" w:type="pct"/>
          </w:tcPr>
          <w:p w14:paraId="647245D7" w14:textId="77777777" w:rsidR="00281EA7" w:rsidRPr="00291DA9" w:rsidRDefault="00281EA7" w:rsidP="00281EA7">
            <w:pPr>
              <w:pStyle w:val="TableText"/>
              <w:spacing w:after="40"/>
              <w:rPr>
                <w:rFonts w:cs="Times New Roman"/>
              </w:rPr>
            </w:pPr>
            <w:r w:rsidRPr="00291DA9">
              <w:rPr>
                <w:rFonts w:cs="Times New Roman"/>
              </w:rPr>
              <w:t>iostat</w:t>
            </w:r>
          </w:p>
        </w:tc>
        <w:tc>
          <w:tcPr>
            <w:tcW w:w="2083" w:type="pct"/>
          </w:tcPr>
          <w:p w14:paraId="0EEE360E" w14:textId="77777777" w:rsidR="00281EA7" w:rsidRPr="00291DA9" w:rsidRDefault="00281EA7" w:rsidP="00281EA7">
            <w:pPr>
              <w:pStyle w:val="TableText"/>
              <w:spacing w:after="40"/>
              <w:rPr>
                <w:rFonts w:cs="Times New Roman"/>
              </w:rPr>
            </w:pPr>
            <w:r w:rsidRPr="00291DA9">
              <w:rPr>
                <w:rFonts w:cs="Times New Roman"/>
                <w:lang w:val="ru-RU"/>
              </w:rPr>
              <w:t xml:space="preserve">Активность по </w:t>
            </w:r>
            <w:r w:rsidRPr="00291DA9">
              <w:rPr>
                <w:rFonts w:cs="Times New Roman"/>
              </w:rPr>
              <w:t>DM</w:t>
            </w:r>
            <w:r w:rsidRPr="00291DA9">
              <w:rPr>
                <w:rFonts w:cs="Times New Roman"/>
                <w:lang w:val="ru-RU"/>
              </w:rPr>
              <w:t xml:space="preserve">-устройствам и нижележащим путям, загрузка и задержка на хосте. </w:t>
            </w:r>
            <w:r w:rsidRPr="00291DA9">
              <w:rPr>
                <w:rFonts w:cs="Times New Roman"/>
              </w:rPr>
              <w:t xml:space="preserve">Для отказных сценариев используется секундный сбор </w:t>
            </w:r>
          </w:p>
          <w:p w14:paraId="639C6E9B" w14:textId="77777777" w:rsidR="00281EA7" w:rsidRPr="00291DA9" w:rsidRDefault="00281EA7" w:rsidP="00281EA7">
            <w:pPr>
              <w:pStyle w:val="TableText"/>
              <w:spacing w:after="40"/>
              <w:rPr>
                <w:rFonts w:cs="Times New Roman"/>
              </w:rPr>
            </w:pPr>
            <w:r w:rsidRPr="00291DA9">
              <w:rPr>
                <w:rFonts w:eastAsia="Consolas" w:cs="Times New Roman"/>
              </w:rPr>
              <w:t>iostat -t -dxm 1</w:t>
            </w:r>
          </w:p>
          <w:p w14:paraId="034C2101" w14:textId="77777777" w:rsidR="00281EA7" w:rsidRPr="00291DA9" w:rsidRDefault="00281EA7" w:rsidP="00281EA7">
            <w:pPr>
              <w:pStyle w:val="TableText"/>
              <w:spacing w:after="40"/>
              <w:rPr>
                <w:rFonts w:cs="Times New Roman"/>
              </w:rPr>
            </w:pPr>
            <w:r w:rsidRPr="00291DA9">
              <w:rPr>
                <w:rFonts w:cs="Times New Roman"/>
              </w:rPr>
              <w:t>.</w:t>
            </w:r>
          </w:p>
        </w:tc>
        <w:tc>
          <w:tcPr>
            <w:tcW w:w="2083" w:type="pct"/>
          </w:tcPr>
          <w:p w14:paraId="1A9ADE09" w14:textId="77777777" w:rsidR="00281EA7" w:rsidRPr="00291DA9" w:rsidRDefault="00281EA7" w:rsidP="00281EA7">
            <w:pPr>
              <w:pStyle w:val="TableText"/>
              <w:spacing w:after="40"/>
              <w:rPr>
                <w:rFonts w:cs="Times New Roman"/>
                <w:lang w:val="ru-RU"/>
              </w:rPr>
            </w:pPr>
            <w:r w:rsidRPr="00291DA9">
              <w:rPr>
                <w:rFonts w:cs="Times New Roman"/>
                <w:lang w:val="ru-RU"/>
              </w:rPr>
              <w:t>Во время базовой нагрузки и отказных сценариев.</w:t>
            </w:r>
          </w:p>
        </w:tc>
      </w:tr>
      <w:tr w:rsidR="00281EA7" w:rsidRPr="00291DA9" w14:paraId="6C7A0350" w14:textId="77777777" w:rsidTr="00281EA7">
        <w:trPr>
          <w:jc w:val="center"/>
        </w:trPr>
        <w:tc>
          <w:tcPr>
            <w:tcW w:w="833" w:type="pct"/>
          </w:tcPr>
          <w:p w14:paraId="61D4C330" w14:textId="77777777" w:rsidR="00281EA7" w:rsidRPr="00291DA9" w:rsidRDefault="00281EA7" w:rsidP="00281EA7">
            <w:pPr>
              <w:pStyle w:val="TableText"/>
              <w:spacing w:after="40"/>
              <w:rPr>
                <w:rFonts w:cs="Times New Roman"/>
              </w:rPr>
            </w:pPr>
            <w:r w:rsidRPr="00291DA9">
              <w:rPr>
                <w:rFonts w:cs="Times New Roman"/>
              </w:rPr>
              <w:t>Журнал испытаний</w:t>
            </w:r>
          </w:p>
        </w:tc>
        <w:tc>
          <w:tcPr>
            <w:tcW w:w="2083" w:type="pct"/>
          </w:tcPr>
          <w:p w14:paraId="3A50F190" w14:textId="77777777" w:rsidR="00281EA7" w:rsidRPr="00291DA9" w:rsidRDefault="00281EA7" w:rsidP="00281EA7">
            <w:pPr>
              <w:pStyle w:val="TableText"/>
              <w:spacing w:after="40"/>
              <w:rPr>
                <w:rFonts w:cs="Times New Roman"/>
                <w:lang w:val="ru-RU"/>
              </w:rPr>
            </w:pPr>
            <w:r w:rsidRPr="00291DA9">
              <w:rPr>
                <w:rFonts w:cs="Times New Roman"/>
                <w:lang w:val="ru-RU"/>
              </w:rPr>
              <w:t>Время действий, фактический результат, ссылка на файлы логов, вывод о прохождении испытания.</w:t>
            </w:r>
          </w:p>
        </w:tc>
        <w:tc>
          <w:tcPr>
            <w:tcW w:w="2083" w:type="pct"/>
          </w:tcPr>
          <w:p w14:paraId="4E4FF515" w14:textId="77777777" w:rsidR="00281EA7" w:rsidRPr="00291DA9" w:rsidRDefault="00281EA7" w:rsidP="00281EA7">
            <w:pPr>
              <w:pStyle w:val="TableText"/>
              <w:spacing w:after="40"/>
              <w:rPr>
                <w:rFonts w:cs="Times New Roman"/>
              </w:rPr>
            </w:pPr>
            <w:r w:rsidRPr="00291DA9">
              <w:rPr>
                <w:rFonts w:cs="Times New Roman"/>
              </w:rPr>
              <w:t>Заполняется по каждому испытанию.</w:t>
            </w:r>
          </w:p>
        </w:tc>
      </w:tr>
    </w:tbl>
    <w:p w14:paraId="1FDE085A" w14:textId="77777777" w:rsidR="00281EA7" w:rsidRPr="00291DA9" w:rsidRDefault="00281EA7" w:rsidP="00281EA7"/>
    <w:p w14:paraId="23F33AF1" w14:textId="77777777" w:rsidR="00281EA7" w:rsidRPr="00281EA7" w:rsidRDefault="00281EA7" w:rsidP="00281EA7">
      <w:pPr>
        <w:rPr>
          <w:b/>
          <w:bCs/>
          <w:szCs w:val="28"/>
          <w:lang w:val="en-US"/>
        </w:rPr>
      </w:pPr>
      <w:r w:rsidRPr="00281EA7">
        <w:rPr>
          <w:b/>
          <w:bCs/>
          <w:szCs w:val="28"/>
          <w:lang w:val="en-US"/>
        </w:rPr>
        <w:lastRenderedPageBreak/>
        <w:t xml:space="preserve">9. </w:t>
      </w:r>
      <w:r w:rsidRPr="005302D1">
        <w:rPr>
          <w:b/>
          <w:bCs/>
          <w:szCs w:val="28"/>
        </w:rPr>
        <w:t>Журнал</w:t>
      </w:r>
      <w:r w:rsidRPr="00281EA7">
        <w:rPr>
          <w:b/>
          <w:bCs/>
          <w:szCs w:val="28"/>
          <w:lang w:val="en-US"/>
        </w:rPr>
        <w:t xml:space="preserve"> </w:t>
      </w:r>
      <w:r w:rsidRPr="005302D1">
        <w:rPr>
          <w:b/>
          <w:bCs/>
          <w:szCs w:val="28"/>
        </w:rPr>
        <w:t>испытаний</w:t>
      </w:r>
      <w:r w:rsidRPr="00281EA7">
        <w:rPr>
          <w:b/>
          <w:bCs/>
          <w:szCs w:val="28"/>
          <w:lang w:val="en-US"/>
        </w:rPr>
        <w:t xml:space="preserve"> SLUA / Symmetric Active-Active</w:t>
      </w:r>
    </w:p>
    <w:tbl>
      <w:tblPr>
        <w:tblW w:w="0" w:type="auto"/>
        <w:jc w:val="center"/>
        <w:tblBorders>
          <w:top w:val="single" w:sz="4" w:space="0" w:color="C9D2E3"/>
          <w:left w:val="single" w:sz="4" w:space="0" w:color="C9D2E3"/>
          <w:bottom w:val="single" w:sz="4" w:space="0" w:color="C9D2E3"/>
          <w:right w:val="single" w:sz="4" w:space="0" w:color="C9D2E3"/>
          <w:insideH w:val="single" w:sz="4" w:space="0" w:color="C9D2E3"/>
          <w:insideV w:val="single" w:sz="4" w:space="0" w:color="C9D2E3"/>
        </w:tblBorders>
        <w:tblLook w:val="04A0" w:firstRow="1" w:lastRow="0" w:firstColumn="1" w:lastColumn="0" w:noHBand="0" w:noVBand="1"/>
      </w:tblPr>
      <w:tblGrid>
        <w:gridCol w:w="1026"/>
        <w:gridCol w:w="1417"/>
        <w:gridCol w:w="1701"/>
        <w:gridCol w:w="3061"/>
        <w:gridCol w:w="3572"/>
        <w:gridCol w:w="3572"/>
      </w:tblGrid>
      <w:tr w:rsidR="00281EA7" w:rsidRPr="00291DA9" w14:paraId="6E069360" w14:textId="77777777" w:rsidTr="00281EA7">
        <w:trPr>
          <w:tblHeader/>
          <w:jc w:val="center"/>
        </w:trPr>
        <w:tc>
          <w:tcPr>
            <w:tcW w:w="567" w:type="dxa"/>
            <w:shd w:val="clear" w:color="auto" w:fill="E9EEF8"/>
          </w:tcPr>
          <w:p w14:paraId="4528E5A6" w14:textId="77777777" w:rsidR="00281EA7" w:rsidRPr="00291DA9" w:rsidRDefault="00281EA7" w:rsidP="00281EA7">
            <w:pPr>
              <w:pStyle w:val="TableText"/>
              <w:spacing w:after="40"/>
              <w:rPr>
                <w:rFonts w:cs="Times New Roman"/>
              </w:rPr>
            </w:pPr>
            <w:r w:rsidRPr="00291DA9">
              <w:rPr>
                <w:rFonts w:cs="Times New Roman"/>
                <w:b/>
              </w:rPr>
              <w:t>№ испытания</w:t>
            </w:r>
          </w:p>
        </w:tc>
        <w:tc>
          <w:tcPr>
            <w:tcW w:w="1417" w:type="dxa"/>
            <w:shd w:val="clear" w:color="auto" w:fill="E9EEF8"/>
          </w:tcPr>
          <w:p w14:paraId="4CFEF0B0" w14:textId="77777777" w:rsidR="00281EA7" w:rsidRPr="00291DA9" w:rsidRDefault="00281EA7" w:rsidP="00281EA7">
            <w:pPr>
              <w:pStyle w:val="TableText"/>
              <w:spacing w:after="40"/>
              <w:rPr>
                <w:rFonts w:cs="Times New Roman"/>
              </w:rPr>
            </w:pPr>
            <w:r w:rsidRPr="00291DA9">
              <w:rPr>
                <w:rFonts w:cs="Times New Roman"/>
                <w:b/>
              </w:rPr>
              <w:t>Название испытания</w:t>
            </w:r>
          </w:p>
        </w:tc>
        <w:tc>
          <w:tcPr>
            <w:tcW w:w="1701" w:type="dxa"/>
            <w:shd w:val="clear" w:color="auto" w:fill="E9EEF8"/>
          </w:tcPr>
          <w:p w14:paraId="6B64728A" w14:textId="77777777" w:rsidR="00281EA7" w:rsidRPr="00291DA9" w:rsidRDefault="00281EA7" w:rsidP="00281EA7">
            <w:pPr>
              <w:pStyle w:val="TableText"/>
              <w:spacing w:after="40"/>
              <w:rPr>
                <w:rFonts w:cs="Times New Roman"/>
              </w:rPr>
            </w:pPr>
            <w:r w:rsidRPr="00291DA9">
              <w:rPr>
                <w:rFonts w:cs="Times New Roman"/>
                <w:b/>
              </w:rPr>
              <w:t>Дата/время</w:t>
            </w:r>
          </w:p>
        </w:tc>
        <w:tc>
          <w:tcPr>
            <w:tcW w:w="3061" w:type="dxa"/>
            <w:shd w:val="clear" w:color="auto" w:fill="E9EEF8"/>
          </w:tcPr>
          <w:p w14:paraId="078B19D6" w14:textId="77777777" w:rsidR="00281EA7" w:rsidRPr="00291DA9" w:rsidRDefault="00281EA7" w:rsidP="00281EA7">
            <w:pPr>
              <w:pStyle w:val="TableText"/>
              <w:spacing w:after="40"/>
              <w:rPr>
                <w:rFonts w:cs="Times New Roman"/>
              </w:rPr>
            </w:pPr>
            <w:r w:rsidRPr="00291DA9">
              <w:rPr>
                <w:rFonts w:cs="Times New Roman"/>
                <w:b/>
              </w:rPr>
              <w:t>Результат</w:t>
            </w:r>
          </w:p>
        </w:tc>
        <w:tc>
          <w:tcPr>
            <w:tcW w:w="3572" w:type="dxa"/>
            <w:shd w:val="clear" w:color="auto" w:fill="E9EEF8"/>
          </w:tcPr>
          <w:p w14:paraId="7E6AEA66" w14:textId="77777777" w:rsidR="00281EA7" w:rsidRPr="00291DA9" w:rsidRDefault="00281EA7" w:rsidP="00281EA7">
            <w:pPr>
              <w:pStyle w:val="TableText"/>
              <w:spacing w:after="40"/>
              <w:rPr>
                <w:rFonts w:cs="Times New Roman"/>
                <w:lang w:val="ru-RU"/>
              </w:rPr>
            </w:pPr>
            <w:r w:rsidRPr="00291DA9">
              <w:rPr>
                <w:rFonts w:cs="Times New Roman"/>
                <w:b/>
                <w:lang w:val="ru-RU"/>
              </w:rPr>
              <w:t>Фактический результат / ссылки на логи</w:t>
            </w:r>
          </w:p>
        </w:tc>
        <w:tc>
          <w:tcPr>
            <w:tcW w:w="3572" w:type="dxa"/>
            <w:shd w:val="clear" w:color="auto" w:fill="E9EEF8"/>
          </w:tcPr>
          <w:p w14:paraId="66AF4C14" w14:textId="77777777" w:rsidR="00281EA7" w:rsidRPr="00291DA9" w:rsidRDefault="00281EA7" w:rsidP="00281EA7">
            <w:pPr>
              <w:pStyle w:val="TableText"/>
              <w:spacing w:after="40"/>
              <w:rPr>
                <w:rFonts w:cs="Times New Roman"/>
              </w:rPr>
            </w:pPr>
            <w:r w:rsidRPr="00291DA9">
              <w:rPr>
                <w:rFonts w:cs="Times New Roman"/>
                <w:b/>
              </w:rPr>
              <w:t>Ответственный</w:t>
            </w:r>
          </w:p>
        </w:tc>
      </w:tr>
      <w:tr w:rsidR="00281EA7" w:rsidRPr="00291DA9" w14:paraId="44A4885E" w14:textId="77777777" w:rsidTr="00281EA7">
        <w:trPr>
          <w:jc w:val="center"/>
        </w:trPr>
        <w:tc>
          <w:tcPr>
            <w:tcW w:w="567" w:type="dxa"/>
          </w:tcPr>
          <w:p w14:paraId="0D50AA3C" w14:textId="77777777" w:rsidR="00281EA7" w:rsidRPr="00291DA9" w:rsidRDefault="00281EA7" w:rsidP="00281EA7">
            <w:pPr>
              <w:pStyle w:val="TableText"/>
              <w:spacing w:after="40"/>
              <w:rPr>
                <w:rFonts w:cs="Times New Roman"/>
              </w:rPr>
            </w:pPr>
            <w:r w:rsidRPr="00291DA9">
              <w:rPr>
                <w:rFonts w:cs="Times New Roman"/>
              </w:rPr>
              <w:t>1</w:t>
            </w:r>
          </w:p>
        </w:tc>
        <w:tc>
          <w:tcPr>
            <w:tcW w:w="1417" w:type="dxa"/>
          </w:tcPr>
          <w:p w14:paraId="6A9F8A0C" w14:textId="77777777" w:rsidR="00281EA7" w:rsidRPr="00291DA9" w:rsidRDefault="00281EA7" w:rsidP="00281EA7">
            <w:pPr>
              <w:pStyle w:val="TableText"/>
              <w:spacing w:after="40"/>
              <w:rPr>
                <w:rFonts w:cs="Times New Roman"/>
                <w:lang w:val="ru-RU"/>
              </w:rPr>
            </w:pPr>
            <w:r w:rsidRPr="00291DA9">
              <w:rPr>
                <w:rFonts w:cs="Times New Roman"/>
                <w:lang w:val="ru-RU"/>
              </w:rPr>
              <w:t>Проверка аппаратного состава стенда и схемы подключения</w:t>
            </w:r>
          </w:p>
        </w:tc>
        <w:tc>
          <w:tcPr>
            <w:tcW w:w="1701" w:type="dxa"/>
          </w:tcPr>
          <w:p w14:paraId="057FEECA" w14:textId="77777777" w:rsidR="00281EA7" w:rsidRPr="00291DA9" w:rsidRDefault="00281EA7" w:rsidP="00281EA7">
            <w:pPr>
              <w:pStyle w:val="TableText"/>
              <w:spacing w:after="40"/>
              <w:rPr>
                <w:rFonts w:cs="Times New Roman"/>
              </w:rPr>
            </w:pPr>
            <w:r w:rsidRPr="00291DA9">
              <w:rPr>
                <w:rFonts w:cs="Times New Roman"/>
              </w:rPr>
              <w:t>__</w:t>
            </w:r>
          </w:p>
        </w:tc>
        <w:tc>
          <w:tcPr>
            <w:tcW w:w="3061" w:type="dxa"/>
          </w:tcPr>
          <w:p w14:paraId="17F87B99" w14:textId="77777777" w:rsidR="00281EA7" w:rsidRPr="00291DA9" w:rsidRDefault="00281EA7" w:rsidP="00281EA7">
            <w:pPr>
              <w:pStyle w:val="TableText"/>
              <w:spacing w:after="40"/>
              <w:rPr>
                <w:rFonts w:cs="Times New Roman"/>
                <w:lang w:val="ru-RU"/>
              </w:rPr>
            </w:pPr>
            <w:r w:rsidRPr="00291DA9">
              <w:rPr>
                <w:rFonts w:cs="Times New Roman"/>
                <w:lang w:val="ru-RU"/>
              </w:rPr>
              <w:t>□ Пройдено □ Не пройдено □ Не выполнялось</w:t>
            </w:r>
          </w:p>
        </w:tc>
        <w:tc>
          <w:tcPr>
            <w:tcW w:w="3572" w:type="dxa"/>
          </w:tcPr>
          <w:p w14:paraId="32AA699C" w14:textId="77777777" w:rsidR="00281EA7" w:rsidRPr="00982986" w:rsidRDefault="00281EA7" w:rsidP="00281EA7">
            <w:pPr>
              <w:pStyle w:val="TableText"/>
              <w:spacing w:after="40"/>
              <w:rPr>
                <w:rFonts w:cs="Times New Roman"/>
                <w:lang w:val="ru-RU"/>
              </w:rPr>
            </w:pPr>
            <w:r w:rsidRPr="00291DA9">
              <w:rPr>
                <w:rFonts w:cs="Times New Roman"/>
              </w:rPr>
              <w:t>__</w:t>
            </w:r>
          </w:p>
        </w:tc>
        <w:tc>
          <w:tcPr>
            <w:tcW w:w="3572" w:type="dxa"/>
          </w:tcPr>
          <w:p w14:paraId="4EA25505" w14:textId="77777777" w:rsidR="00281EA7" w:rsidRPr="00291DA9" w:rsidRDefault="00281EA7" w:rsidP="00281EA7">
            <w:pPr>
              <w:pStyle w:val="TableText"/>
              <w:spacing w:after="40"/>
              <w:rPr>
                <w:rFonts w:cs="Times New Roman"/>
              </w:rPr>
            </w:pPr>
            <w:r w:rsidRPr="00291DA9">
              <w:rPr>
                <w:rFonts w:cs="Times New Roman"/>
              </w:rPr>
              <w:t>__</w:t>
            </w:r>
          </w:p>
        </w:tc>
      </w:tr>
      <w:tr w:rsidR="00281EA7" w:rsidRPr="00291DA9" w14:paraId="233A3E26" w14:textId="77777777" w:rsidTr="00281EA7">
        <w:trPr>
          <w:jc w:val="center"/>
        </w:trPr>
        <w:tc>
          <w:tcPr>
            <w:tcW w:w="567" w:type="dxa"/>
          </w:tcPr>
          <w:p w14:paraId="77105909" w14:textId="77777777" w:rsidR="00281EA7" w:rsidRPr="00291DA9" w:rsidRDefault="00281EA7" w:rsidP="00281EA7">
            <w:pPr>
              <w:pStyle w:val="TableText"/>
              <w:spacing w:after="40"/>
              <w:rPr>
                <w:rFonts w:cs="Times New Roman"/>
              </w:rPr>
            </w:pPr>
            <w:r w:rsidRPr="00291DA9">
              <w:rPr>
                <w:rFonts w:cs="Times New Roman"/>
              </w:rPr>
              <w:t>2</w:t>
            </w:r>
          </w:p>
        </w:tc>
        <w:tc>
          <w:tcPr>
            <w:tcW w:w="1417" w:type="dxa"/>
          </w:tcPr>
          <w:p w14:paraId="493494C5"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Установка обязательных пакетов и запуск </w:t>
            </w:r>
            <w:r w:rsidRPr="00291DA9">
              <w:rPr>
                <w:rFonts w:cs="Times New Roman"/>
              </w:rPr>
              <w:t>multipathd</w:t>
            </w:r>
          </w:p>
        </w:tc>
        <w:tc>
          <w:tcPr>
            <w:tcW w:w="1701" w:type="dxa"/>
          </w:tcPr>
          <w:p w14:paraId="013C35FE" w14:textId="77777777" w:rsidR="00281EA7" w:rsidRPr="00291DA9" w:rsidRDefault="00281EA7" w:rsidP="00281EA7">
            <w:pPr>
              <w:pStyle w:val="TableText"/>
              <w:spacing w:after="40"/>
              <w:rPr>
                <w:rFonts w:cs="Times New Roman"/>
              </w:rPr>
            </w:pPr>
            <w:r w:rsidRPr="00291DA9">
              <w:rPr>
                <w:rFonts w:cs="Times New Roman"/>
              </w:rPr>
              <w:t>__</w:t>
            </w:r>
          </w:p>
        </w:tc>
        <w:tc>
          <w:tcPr>
            <w:tcW w:w="3061" w:type="dxa"/>
          </w:tcPr>
          <w:p w14:paraId="7DEFFE60" w14:textId="77777777" w:rsidR="00281EA7" w:rsidRPr="00291DA9" w:rsidRDefault="00281EA7" w:rsidP="00281EA7">
            <w:pPr>
              <w:pStyle w:val="TableText"/>
              <w:spacing w:after="40"/>
              <w:rPr>
                <w:rFonts w:cs="Times New Roman"/>
                <w:lang w:val="ru-RU"/>
              </w:rPr>
            </w:pPr>
            <w:r w:rsidRPr="00291DA9">
              <w:rPr>
                <w:rFonts w:cs="Times New Roman"/>
                <w:lang w:val="ru-RU"/>
              </w:rPr>
              <w:t>□ Пройдено □ Не пройдено □ Не выполнялось</w:t>
            </w:r>
          </w:p>
        </w:tc>
        <w:tc>
          <w:tcPr>
            <w:tcW w:w="3572" w:type="dxa"/>
          </w:tcPr>
          <w:p w14:paraId="7AFEB66A" w14:textId="77777777" w:rsidR="00281EA7" w:rsidRPr="00291DA9" w:rsidRDefault="00281EA7" w:rsidP="00281EA7">
            <w:pPr>
              <w:pStyle w:val="TableText"/>
              <w:spacing w:after="40"/>
              <w:rPr>
                <w:rFonts w:cs="Times New Roman"/>
              </w:rPr>
            </w:pPr>
            <w:r w:rsidRPr="00291DA9">
              <w:rPr>
                <w:rFonts w:cs="Times New Roman"/>
              </w:rPr>
              <w:t>__</w:t>
            </w:r>
          </w:p>
        </w:tc>
        <w:tc>
          <w:tcPr>
            <w:tcW w:w="3572" w:type="dxa"/>
          </w:tcPr>
          <w:p w14:paraId="18A8EA89" w14:textId="77777777" w:rsidR="00281EA7" w:rsidRPr="00291DA9" w:rsidRDefault="00281EA7" w:rsidP="00281EA7">
            <w:pPr>
              <w:pStyle w:val="TableText"/>
              <w:spacing w:after="40"/>
              <w:rPr>
                <w:rFonts w:cs="Times New Roman"/>
              </w:rPr>
            </w:pPr>
            <w:r w:rsidRPr="00291DA9">
              <w:rPr>
                <w:rFonts w:cs="Times New Roman"/>
              </w:rPr>
              <w:t>__</w:t>
            </w:r>
          </w:p>
        </w:tc>
      </w:tr>
      <w:tr w:rsidR="00281EA7" w:rsidRPr="00291DA9" w14:paraId="71D9BFA6" w14:textId="77777777" w:rsidTr="00281EA7">
        <w:trPr>
          <w:jc w:val="center"/>
        </w:trPr>
        <w:tc>
          <w:tcPr>
            <w:tcW w:w="567" w:type="dxa"/>
          </w:tcPr>
          <w:p w14:paraId="0C6EEA03" w14:textId="77777777" w:rsidR="00281EA7" w:rsidRPr="00291DA9" w:rsidRDefault="00281EA7" w:rsidP="00281EA7">
            <w:pPr>
              <w:pStyle w:val="TableText"/>
              <w:spacing w:after="40"/>
              <w:rPr>
                <w:rFonts w:cs="Times New Roman"/>
              </w:rPr>
            </w:pPr>
            <w:r w:rsidRPr="00291DA9">
              <w:rPr>
                <w:rFonts w:cs="Times New Roman"/>
              </w:rPr>
              <w:t>3</w:t>
            </w:r>
          </w:p>
        </w:tc>
        <w:tc>
          <w:tcPr>
            <w:tcW w:w="1417" w:type="dxa"/>
          </w:tcPr>
          <w:p w14:paraId="16141D0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Настройка </w:t>
            </w:r>
            <w:r w:rsidRPr="00291DA9">
              <w:rPr>
                <w:rFonts w:cs="Times New Roman"/>
              </w:rPr>
              <w:t>FC</w:t>
            </w:r>
            <w:r w:rsidRPr="00291DA9">
              <w:rPr>
                <w:rFonts w:cs="Times New Roman"/>
                <w:lang w:val="ru-RU"/>
              </w:rPr>
              <w:t xml:space="preserve"> </w:t>
            </w:r>
            <w:r w:rsidRPr="00291DA9">
              <w:rPr>
                <w:rFonts w:cs="Times New Roman"/>
              </w:rPr>
              <w:t>HBA</w:t>
            </w:r>
            <w:r w:rsidRPr="00291DA9">
              <w:rPr>
                <w:rFonts w:cs="Times New Roman"/>
                <w:lang w:val="ru-RU"/>
              </w:rPr>
              <w:t xml:space="preserve"> </w:t>
            </w:r>
            <w:r w:rsidRPr="00291DA9">
              <w:rPr>
                <w:rFonts w:cs="Times New Roman"/>
              </w:rPr>
              <w:t>qla</w:t>
            </w:r>
            <w:r w:rsidRPr="00291DA9">
              <w:rPr>
                <w:rFonts w:cs="Times New Roman"/>
                <w:lang w:val="ru-RU"/>
              </w:rPr>
              <w:t>2</w:t>
            </w:r>
            <w:r w:rsidRPr="00291DA9">
              <w:rPr>
                <w:rFonts w:cs="Times New Roman"/>
              </w:rPr>
              <w:t>xxx</w:t>
            </w:r>
            <w:r w:rsidRPr="00291DA9">
              <w:rPr>
                <w:rFonts w:cs="Times New Roman"/>
                <w:lang w:val="ru-RU"/>
              </w:rPr>
              <w:t xml:space="preserve"> для испытаний</w:t>
            </w:r>
          </w:p>
        </w:tc>
        <w:tc>
          <w:tcPr>
            <w:tcW w:w="1701" w:type="dxa"/>
          </w:tcPr>
          <w:p w14:paraId="1CAA6844" w14:textId="77777777" w:rsidR="00281EA7" w:rsidRPr="00291DA9" w:rsidRDefault="00281EA7" w:rsidP="00281EA7">
            <w:pPr>
              <w:pStyle w:val="TableText"/>
              <w:spacing w:after="40"/>
              <w:rPr>
                <w:rFonts w:cs="Times New Roman"/>
              </w:rPr>
            </w:pPr>
            <w:r w:rsidRPr="00291DA9">
              <w:rPr>
                <w:rFonts w:cs="Times New Roman"/>
              </w:rPr>
              <w:t>__</w:t>
            </w:r>
          </w:p>
        </w:tc>
        <w:tc>
          <w:tcPr>
            <w:tcW w:w="3061" w:type="dxa"/>
          </w:tcPr>
          <w:p w14:paraId="506EC08F" w14:textId="77777777" w:rsidR="00281EA7" w:rsidRPr="00291DA9" w:rsidRDefault="00281EA7" w:rsidP="00281EA7">
            <w:pPr>
              <w:pStyle w:val="TableText"/>
              <w:spacing w:after="40"/>
              <w:rPr>
                <w:rFonts w:cs="Times New Roman"/>
                <w:lang w:val="ru-RU"/>
              </w:rPr>
            </w:pPr>
            <w:r w:rsidRPr="00291DA9">
              <w:rPr>
                <w:rFonts w:cs="Times New Roman"/>
                <w:lang w:val="ru-RU"/>
              </w:rPr>
              <w:t>□ Пройдено □ Не пройдено □ Не выполнялось</w:t>
            </w:r>
          </w:p>
        </w:tc>
        <w:tc>
          <w:tcPr>
            <w:tcW w:w="3572" w:type="dxa"/>
          </w:tcPr>
          <w:p w14:paraId="43DE0F35" w14:textId="77777777" w:rsidR="00281EA7" w:rsidRPr="00291DA9" w:rsidRDefault="00281EA7" w:rsidP="00281EA7">
            <w:pPr>
              <w:pStyle w:val="TableText"/>
              <w:spacing w:after="40"/>
              <w:rPr>
                <w:rFonts w:cs="Times New Roman"/>
              </w:rPr>
            </w:pPr>
            <w:r w:rsidRPr="00291DA9">
              <w:rPr>
                <w:rFonts w:cs="Times New Roman"/>
              </w:rPr>
              <w:t>__</w:t>
            </w:r>
          </w:p>
        </w:tc>
        <w:tc>
          <w:tcPr>
            <w:tcW w:w="3572" w:type="dxa"/>
          </w:tcPr>
          <w:p w14:paraId="38FA3541" w14:textId="77777777" w:rsidR="00281EA7" w:rsidRPr="00291DA9" w:rsidRDefault="00281EA7" w:rsidP="00281EA7">
            <w:pPr>
              <w:pStyle w:val="TableText"/>
              <w:spacing w:after="40"/>
              <w:rPr>
                <w:rFonts w:cs="Times New Roman"/>
              </w:rPr>
            </w:pPr>
            <w:r w:rsidRPr="00291DA9">
              <w:rPr>
                <w:rFonts w:cs="Times New Roman"/>
              </w:rPr>
              <w:t>__</w:t>
            </w:r>
          </w:p>
        </w:tc>
      </w:tr>
      <w:tr w:rsidR="00281EA7" w:rsidRPr="00291DA9" w14:paraId="73BC6847" w14:textId="77777777" w:rsidTr="00281EA7">
        <w:trPr>
          <w:jc w:val="center"/>
        </w:trPr>
        <w:tc>
          <w:tcPr>
            <w:tcW w:w="567" w:type="dxa"/>
          </w:tcPr>
          <w:p w14:paraId="499A369E" w14:textId="77777777" w:rsidR="00281EA7" w:rsidRPr="00291DA9" w:rsidRDefault="00281EA7" w:rsidP="00281EA7">
            <w:pPr>
              <w:pStyle w:val="TableText"/>
              <w:spacing w:after="40"/>
              <w:rPr>
                <w:rFonts w:cs="Times New Roman"/>
              </w:rPr>
            </w:pPr>
            <w:r w:rsidRPr="00291DA9">
              <w:rPr>
                <w:rFonts w:cs="Times New Roman"/>
              </w:rPr>
              <w:t>4</w:t>
            </w:r>
          </w:p>
        </w:tc>
        <w:tc>
          <w:tcPr>
            <w:tcW w:w="1417" w:type="dxa"/>
          </w:tcPr>
          <w:p w14:paraId="3C2E3A3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Базовый тюнинг блочного стека </w:t>
            </w:r>
            <w:r w:rsidRPr="00291DA9">
              <w:rPr>
                <w:rFonts w:cs="Times New Roman"/>
              </w:rPr>
              <w:t>Linux</w:t>
            </w:r>
            <w:r w:rsidRPr="00291DA9">
              <w:rPr>
                <w:rFonts w:cs="Times New Roman"/>
                <w:lang w:val="ru-RU"/>
              </w:rPr>
              <w:t xml:space="preserve"> и </w:t>
            </w:r>
            <w:r w:rsidRPr="00291DA9">
              <w:rPr>
                <w:rFonts w:cs="Times New Roman"/>
              </w:rPr>
              <w:t>multipath</w:t>
            </w:r>
          </w:p>
        </w:tc>
        <w:tc>
          <w:tcPr>
            <w:tcW w:w="1701" w:type="dxa"/>
          </w:tcPr>
          <w:p w14:paraId="547C429F" w14:textId="77777777" w:rsidR="00281EA7" w:rsidRPr="00291DA9" w:rsidRDefault="00281EA7" w:rsidP="00281EA7">
            <w:pPr>
              <w:pStyle w:val="TableText"/>
              <w:spacing w:after="40"/>
              <w:rPr>
                <w:rFonts w:cs="Times New Roman"/>
              </w:rPr>
            </w:pPr>
            <w:r w:rsidRPr="00291DA9">
              <w:rPr>
                <w:rFonts w:cs="Times New Roman"/>
              </w:rPr>
              <w:t>__</w:t>
            </w:r>
          </w:p>
        </w:tc>
        <w:tc>
          <w:tcPr>
            <w:tcW w:w="3061" w:type="dxa"/>
          </w:tcPr>
          <w:p w14:paraId="3E14A428" w14:textId="77777777" w:rsidR="00281EA7" w:rsidRPr="00291DA9" w:rsidRDefault="00281EA7" w:rsidP="00281EA7">
            <w:pPr>
              <w:pStyle w:val="TableText"/>
              <w:spacing w:after="40"/>
              <w:rPr>
                <w:rFonts w:cs="Times New Roman"/>
                <w:lang w:val="ru-RU"/>
              </w:rPr>
            </w:pPr>
            <w:r w:rsidRPr="00291DA9">
              <w:rPr>
                <w:rFonts w:cs="Times New Roman"/>
                <w:lang w:val="ru-RU"/>
              </w:rPr>
              <w:t>□ Пройдено □ Не пройдено □ Не выполнялось</w:t>
            </w:r>
          </w:p>
        </w:tc>
        <w:tc>
          <w:tcPr>
            <w:tcW w:w="3572" w:type="dxa"/>
          </w:tcPr>
          <w:p w14:paraId="38EA5691" w14:textId="77777777" w:rsidR="00281EA7" w:rsidRPr="00291DA9" w:rsidRDefault="00281EA7" w:rsidP="00281EA7">
            <w:pPr>
              <w:pStyle w:val="TableText"/>
              <w:spacing w:after="40"/>
              <w:rPr>
                <w:rFonts w:cs="Times New Roman"/>
              </w:rPr>
            </w:pPr>
            <w:r w:rsidRPr="00291DA9">
              <w:rPr>
                <w:rFonts w:cs="Times New Roman"/>
              </w:rPr>
              <w:t>__</w:t>
            </w:r>
          </w:p>
        </w:tc>
        <w:tc>
          <w:tcPr>
            <w:tcW w:w="3572" w:type="dxa"/>
          </w:tcPr>
          <w:p w14:paraId="1107CFD2" w14:textId="77777777" w:rsidR="00281EA7" w:rsidRPr="00291DA9" w:rsidRDefault="00281EA7" w:rsidP="00281EA7">
            <w:pPr>
              <w:pStyle w:val="TableText"/>
              <w:spacing w:after="40"/>
              <w:rPr>
                <w:rFonts w:cs="Times New Roman"/>
              </w:rPr>
            </w:pPr>
            <w:r w:rsidRPr="00291DA9">
              <w:rPr>
                <w:rFonts w:cs="Times New Roman"/>
              </w:rPr>
              <w:t>__</w:t>
            </w:r>
          </w:p>
        </w:tc>
      </w:tr>
      <w:tr w:rsidR="00281EA7" w:rsidRPr="00291DA9" w14:paraId="44CF7BB3" w14:textId="77777777" w:rsidTr="00281EA7">
        <w:trPr>
          <w:jc w:val="center"/>
        </w:trPr>
        <w:tc>
          <w:tcPr>
            <w:tcW w:w="567" w:type="dxa"/>
          </w:tcPr>
          <w:p w14:paraId="1DF96674" w14:textId="77777777" w:rsidR="00281EA7" w:rsidRPr="00291DA9" w:rsidRDefault="00281EA7" w:rsidP="00281EA7">
            <w:pPr>
              <w:pStyle w:val="TableText"/>
              <w:spacing w:after="40"/>
              <w:rPr>
                <w:rFonts w:cs="Times New Roman"/>
              </w:rPr>
            </w:pPr>
            <w:r w:rsidRPr="00291DA9">
              <w:rPr>
                <w:rFonts w:cs="Times New Roman"/>
              </w:rPr>
              <w:t>5</w:t>
            </w:r>
          </w:p>
        </w:tc>
        <w:tc>
          <w:tcPr>
            <w:tcW w:w="1417" w:type="dxa"/>
          </w:tcPr>
          <w:p w14:paraId="03DC30F5" w14:textId="77777777" w:rsidR="00281EA7" w:rsidRPr="00291DA9" w:rsidRDefault="00281EA7" w:rsidP="00281EA7">
            <w:pPr>
              <w:pStyle w:val="TableText"/>
              <w:spacing w:after="40"/>
              <w:rPr>
                <w:rFonts w:cs="Times New Roman"/>
                <w:lang w:val="ru-RU"/>
              </w:rPr>
            </w:pPr>
            <w:r w:rsidRPr="00291DA9">
              <w:rPr>
                <w:rFonts w:cs="Times New Roman"/>
                <w:lang w:val="ru-RU"/>
              </w:rPr>
              <w:t>Подтверждение исходных условий после настройки хостов</w:t>
            </w:r>
          </w:p>
        </w:tc>
        <w:tc>
          <w:tcPr>
            <w:tcW w:w="1701" w:type="dxa"/>
          </w:tcPr>
          <w:p w14:paraId="314EDF0D" w14:textId="77777777" w:rsidR="00281EA7" w:rsidRPr="00291DA9" w:rsidRDefault="00281EA7" w:rsidP="00281EA7">
            <w:pPr>
              <w:pStyle w:val="TableText"/>
              <w:spacing w:after="40"/>
              <w:rPr>
                <w:rFonts w:cs="Times New Roman"/>
              </w:rPr>
            </w:pPr>
            <w:r w:rsidRPr="00291DA9">
              <w:rPr>
                <w:rFonts w:cs="Times New Roman"/>
              </w:rPr>
              <w:t>__</w:t>
            </w:r>
          </w:p>
        </w:tc>
        <w:tc>
          <w:tcPr>
            <w:tcW w:w="3061" w:type="dxa"/>
          </w:tcPr>
          <w:p w14:paraId="39CFCA78" w14:textId="77777777" w:rsidR="00281EA7" w:rsidRPr="00291DA9" w:rsidRDefault="00281EA7" w:rsidP="00281EA7">
            <w:pPr>
              <w:pStyle w:val="TableText"/>
              <w:spacing w:after="40"/>
              <w:rPr>
                <w:rFonts w:cs="Times New Roman"/>
                <w:lang w:val="ru-RU"/>
              </w:rPr>
            </w:pPr>
            <w:r w:rsidRPr="00291DA9">
              <w:rPr>
                <w:rFonts w:cs="Times New Roman"/>
                <w:lang w:val="ru-RU"/>
              </w:rPr>
              <w:t>□ Пройдено □ Не пройдено □ Не выполнялось</w:t>
            </w:r>
          </w:p>
        </w:tc>
        <w:tc>
          <w:tcPr>
            <w:tcW w:w="3572" w:type="dxa"/>
          </w:tcPr>
          <w:p w14:paraId="739721C7" w14:textId="77777777" w:rsidR="00281EA7" w:rsidRPr="00291DA9" w:rsidRDefault="00281EA7" w:rsidP="00281EA7">
            <w:pPr>
              <w:pStyle w:val="TableText"/>
              <w:spacing w:after="40"/>
              <w:rPr>
                <w:rFonts w:cs="Times New Roman"/>
              </w:rPr>
            </w:pPr>
            <w:r w:rsidRPr="00291DA9">
              <w:rPr>
                <w:rFonts w:cs="Times New Roman"/>
              </w:rPr>
              <w:t>__</w:t>
            </w:r>
          </w:p>
        </w:tc>
        <w:tc>
          <w:tcPr>
            <w:tcW w:w="3572" w:type="dxa"/>
          </w:tcPr>
          <w:p w14:paraId="07F7B460" w14:textId="77777777" w:rsidR="00281EA7" w:rsidRPr="00291DA9" w:rsidRDefault="00281EA7" w:rsidP="00281EA7">
            <w:pPr>
              <w:pStyle w:val="TableText"/>
              <w:spacing w:after="40"/>
              <w:rPr>
                <w:rFonts w:cs="Times New Roman"/>
              </w:rPr>
            </w:pPr>
            <w:r w:rsidRPr="00291DA9">
              <w:rPr>
                <w:rFonts w:cs="Times New Roman"/>
              </w:rPr>
              <w:t>__</w:t>
            </w:r>
          </w:p>
        </w:tc>
      </w:tr>
      <w:tr w:rsidR="00281EA7" w:rsidRPr="00291DA9" w14:paraId="63D12567" w14:textId="77777777" w:rsidTr="00281EA7">
        <w:trPr>
          <w:jc w:val="center"/>
        </w:trPr>
        <w:tc>
          <w:tcPr>
            <w:tcW w:w="567" w:type="dxa"/>
          </w:tcPr>
          <w:p w14:paraId="66C95E0A" w14:textId="77777777" w:rsidR="00281EA7" w:rsidRPr="00291DA9" w:rsidRDefault="00281EA7" w:rsidP="00281EA7">
            <w:pPr>
              <w:pStyle w:val="TableText"/>
              <w:spacing w:after="40"/>
              <w:rPr>
                <w:rFonts w:cs="Times New Roman"/>
              </w:rPr>
            </w:pPr>
            <w:r w:rsidRPr="00291DA9">
              <w:rPr>
                <w:rFonts w:cs="Times New Roman"/>
              </w:rPr>
              <w:t>6</w:t>
            </w:r>
          </w:p>
        </w:tc>
        <w:tc>
          <w:tcPr>
            <w:tcW w:w="1417" w:type="dxa"/>
          </w:tcPr>
          <w:p w14:paraId="5629819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Создание двух тестовых пулов и четырёх </w:t>
            </w:r>
            <w:r w:rsidRPr="00291DA9">
              <w:rPr>
                <w:rFonts w:cs="Times New Roman"/>
              </w:rPr>
              <w:t>LUN</w:t>
            </w:r>
          </w:p>
        </w:tc>
        <w:tc>
          <w:tcPr>
            <w:tcW w:w="1701" w:type="dxa"/>
          </w:tcPr>
          <w:p w14:paraId="115C9303" w14:textId="77777777" w:rsidR="00281EA7" w:rsidRPr="00291DA9" w:rsidRDefault="00281EA7" w:rsidP="00281EA7">
            <w:pPr>
              <w:pStyle w:val="TableText"/>
              <w:spacing w:after="40"/>
              <w:rPr>
                <w:rFonts w:cs="Times New Roman"/>
              </w:rPr>
            </w:pPr>
            <w:r w:rsidRPr="00291DA9">
              <w:rPr>
                <w:rFonts w:cs="Times New Roman"/>
              </w:rPr>
              <w:t>__</w:t>
            </w:r>
          </w:p>
        </w:tc>
        <w:tc>
          <w:tcPr>
            <w:tcW w:w="3061" w:type="dxa"/>
          </w:tcPr>
          <w:p w14:paraId="27808CD1" w14:textId="77777777" w:rsidR="00281EA7" w:rsidRPr="00291DA9" w:rsidRDefault="00281EA7" w:rsidP="00281EA7">
            <w:pPr>
              <w:pStyle w:val="TableText"/>
              <w:spacing w:after="40"/>
              <w:rPr>
                <w:rFonts w:cs="Times New Roman"/>
                <w:lang w:val="ru-RU"/>
              </w:rPr>
            </w:pPr>
            <w:r w:rsidRPr="00291DA9">
              <w:rPr>
                <w:rFonts w:cs="Times New Roman"/>
                <w:lang w:val="ru-RU"/>
              </w:rPr>
              <w:t>□ Пройдено □ Не пройдено □ Не выполнялось</w:t>
            </w:r>
          </w:p>
        </w:tc>
        <w:tc>
          <w:tcPr>
            <w:tcW w:w="3572" w:type="dxa"/>
          </w:tcPr>
          <w:p w14:paraId="09A706A5" w14:textId="77777777" w:rsidR="00281EA7" w:rsidRPr="00291DA9" w:rsidRDefault="00281EA7" w:rsidP="00281EA7">
            <w:pPr>
              <w:pStyle w:val="TableText"/>
              <w:spacing w:after="40"/>
              <w:rPr>
                <w:rFonts w:cs="Times New Roman"/>
              </w:rPr>
            </w:pPr>
            <w:r w:rsidRPr="00291DA9">
              <w:rPr>
                <w:rFonts w:cs="Times New Roman"/>
              </w:rPr>
              <w:t>__</w:t>
            </w:r>
          </w:p>
        </w:tc>
        <w:tc>
          <w:tcPr>
            <w:tcW w:w="3572" w:type="dxa"/>
          </w:tcPr>
          <w:p w14:paraId="67B69DD0" w14:textId="77777777" w:rsidR="00281EA7" w:rsidRPr="00291DA9" w:rsidRDefault="00281EA7" w:rsidP="00281EA7">
            <w:pPr>
              <w:pStyle w:val="TableText"/>
              <w:spacing w:after="40"/>
              <w:rPr>
                <w:rFonts w:cs="Times New Roman"/>
              </w:rPr>
            </w:pPr>
            <w:r w:rsidRPr="00291DA9">
              <w:rPr>
                <w:rFonts w:cs="Times New Roman"/>
              </w:rPr>
              <w:t>__</w:t>
            </w:r>
          </w:p>
        </w:tc>
      </w:tr>
      <w:tr w:rsidR="00281EA7" w:rsidRPr="00291DA9" w14:paraId="43D4843F" w14:textId="77777777" w:rsidTr="00281EA7">
        <w:trPr>
          <w:jc w:val="center"/>
        </w:trPr>
        <w:tc>
          <w:tcPr>
            <w:tcW w:w="567" w:type="dxa"/>
          </w:tcPr>
          <w:p w14:paraId="6994CF62" w14:textId="77777777" w:rsidR="00281EA7" w:rsidRPr="00291DA9" w:rsidRDefault="00281EA7" w:rsidP="00281EA7">
            <w:pPr>
              <w:pStyle w:val="TableText"/>
              <w:spacing w:after="40"/>
              <w:rPr>
                <w:rFonts w:cs="Times New Roman"/>
              </w:rPr>
            </w:pPr>
            <w:r w:rsidRPr="00291DA9">
              <w:rPr>
                <w:rFonts w:cs="Times New Roman"/>
              </w:rPr>
              <w:t>7</w:t>
            </w:r>
          </w:p>
        </w:tc>
        <w:tc>
          <w:tcPr>
            <w:tcW w:w="1417" w:type="dxa"/>
          </w:tcPr>
          <w:p w14:paraId="0CE4E32F"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Обнаружение 4 </w:t>
            </w:r>
            <w:r w:rsidRPr="00291DA9">
              <w:rPr>
                <w:rFonts w:cs="Times New Roman"/>
              </w:rPr>
              <w:t>LUN</w:t>
            </w:r>
            <w:r w:rsidRPr="00291DA9">
              <w:rPr>
                <w:rFonts w:cs="Times New Roman"/>
                <w:lang w:val="ru-RU"/>
              </w:rPr>
              <w:t xml:space="preserve"> на хостах и проверка многопутевого доступа </w:t>
            </w:r>
            <w:r w:rsidRPr="00291DA9">
              <w:rPr>
                <w:rFonts w:cs="Times New Roman"/>
              </w:rPr>
              <w:t>SLUA</w:t>
            </w:r>
          </w:p>
        </w:tc>
        <w:tc>
          <w:tcPr>
            <w:tcW w:w="1701" w:type="dxa"/>
          </w:tcPr>
          <w:p w14:paraId="43EC29DC" w14:textId="77777777" w:rsidR="00281EA7" w:rsidRPr="00291DA9" w:rsidRDefault="00281EA7" w:rsidP="00281EA7">
            <w:pPr>
              <w:pStyle w:val="TableText"/>
              <w:spacing w:after="40"/>
              <w:rPr>
                <w:rFonts w:cs="Times New Roman"/>
              </w:rPr>
            </w:pPr>
            <w:r w:rsidRPr="00291DA9">
              <w:rPr>
                <w:rFonts w:cs="Times New Roman"/>
              </w:rPr>
              <w:t>__</w:t>
            </w:r>
          </w:p>
        </w:tc>
        <w:tc>
          <w:tcPr>
            <w:tcW w:w="3061" w:type="dxa"/>
          </w:tcPr>
          <w:p w14:paraId="560EC811" w14:textId="77777777" w:rsidR="00281EA7" w:rsidRPr="00291DA9" w:rsidRDefault="00281EA7" w:rsidP="00281EA7">
            <w:pPr>
              <w:pStyle w:val="TableText"/>
              <w:spacing w:after="40"/>
              <w:rPr>
                <w:rFonts w:cs="Times New Roman"/>
                <w:lang w:val="ru-RU"/>
              </w:rPr>
            </w:pPr>
            <w:r w:rsidRPr="00291DA9">
              <w:rPr>
                <w:rFonts w:cs="Times New Roman"/>
                <w:lang w:val="ru-RU"/>
              </w:rPr>
              <w:t>□ Пройдено □ Не пройдено □ Не выполнялось</w:t>
            </w:r>
          </w:p>
        </w:tc>
        <w:tc>
          <w:tcPr>
            <w:tcW w:w="3572" w:type="dxa"/>
          </w:tcPr>
          <w:p w14:paraId="101E2AA4" w14:textId="77777777" w:rsidR="00281EA7" w:rsidRPr="00291DA9" w:rsidRDefault="00281EA7" w:rsidP="00281EA7">
            <w:pPr>
              <w:pStyle w:val="TableText"/>
              <w:spacing w:after="40"/>
              <w:rPr>
                <w:rFonts w:cs="Times New Roman"/>
              </w:rPr>
            </w:pPr>
            <w:r w:rsidRPr="00291DA9">
              <w:rPr>
                <w:rFonts w:cs="Times New Roman"/>
              </w:rPr>
              <w:t>__</w:t>
            </w:r>
          </w:p>
        </w:tc>
        <w:tc>
          <w:tcPr>
            <w:tcW w:w="3572" w:type="dxa"/>
          </w:tcPr>
          <w:p w14:paraId="70568FB8" w14:textId="77777777" w:rsidR="00281EA7" w:rsidRPr="00291DA9" w:rsidRDefault="00281EA7" w:rsidP="00281EA7">
            <w:pPr>
              <w:pStyle w:val="TableText"/>
              <w:spacing w:after="40"/>
              <w:rPr>
                <w:rFonts w:cs="Times New Roman"/>
              </w:rPr>
            </w:pPr>
            <w:r w:rsidRPr="00291DA9">
              <w:rPr>
                <w:rFonts w:cs="Times New Roman"/>
              </w:rPr>
              <w:t>__</w:t>
            </w:r>
          </w:p>
        </w:tc>
      </w:tr>
      <w:tr w:rsidR="00281EA7" w:rsidRPr="00291DA9" w14:paraId="63596A63" w14:textId="77777777" w:rsidTr="00281EA7">
        <w:trPr>
          <w:jc w:val="center"/>
        </w:trPr>
        <w:tc>
          <w:tcPr>
            <w:tcW w:w="567" w:type="dxa"/>
          </w:tcPr>
          <w:p w14:paraId="4AE24F36" w14:textId="77777777" w:rsidR="00281EA7" w:rsidRPr="00291DA9" w:rsidRDefault="00281EA7" w:rsidP="00281EA7">
            <w:pPr>
              <w:pStyle w:val="TableText"/>
              <w:spacing w:after="40"/>
              <w:rPr>
                <w:rFonts w:cs="Times New Roman"/>
              </w:rPr>
            </w:pPr>
            <w:r w:rsidRPr="00291DA9">
              <w:rPr>
                <w:rFonts w:cs="Times New Roman"/>
              </w:rPr>
              <w:t>8</w:t>
            </w:r>
          </w:p>
        </w:tc>
        <w:tc>
          <w:tcPr>
            <w:tcW w:w="1417" w:type="dxa"/>
          </w:tcPr>
          <w:p w14:paraId="67059ACA" w14:textId="77777777" w:rsidR="00281EA7" w:rsidRPr="00F61CF4" w:rsidRDefault="00281EA7" w:rsidP="00281EA7">
            <w:pPr>
              <w:pStyle w:val="TableText"/>
              <w:spacing w:after="40"/>
              <w:rPr>
                <w:rFonts w:cs="Times New Roman"/>
                <w:lang w:val="ru-RU"/>
              </w:rPr>
            </w:pPr>
            <w:r w:rsidRPr="00291DA9">
              <w:rPr>
                <w:rFonts w:cs="Times New Roman"/>
                <w:lang w:val="ru-RU"/>
              </w:rPr>
              <w:t xml:space="preserve">Проверка отсутствия обязательного владельца </w:t>
            </w:r>
            <w:r>
              <w:rPr>
                <w:rFonts w:cs="Times New Roman"/>
              </w:rPr>
              <w:t>LUN</w:t>
            </w:r>
          </w:p>
        </w:tc>
        <w:tc>
          <w:tcPr>
            <w:tcW w:w="1701" w:type="dxa"/>
          </w:tcPr>
          <w:p w14:paraId="5D101EDB" w14:textId="77777777" w:rsidR="00281EA7" w:rsidRPr="00291DA9" w:rsidRDefault="00281EA7" w:rsidP="00281EA7">
            <w:pPr>
              <w:pStyle w:val="TableText"/>
              <w:spacing w:after="40"/>
              <w:rPr>
                <w:rFonts w:cs="Times New Roman"/>
              </w:rPr>
            </w:pPr>
            <w:r w:rsidRPr="00291DA9">
              <w:rPr>
                <w:rFonts w:cs="Times New Roman"/>
              </w:rPr>
              <w:t>__</w:t>
            </w:r>
          </w:p>
        </w:tc>
        <w:tc>
          <w:tcPr>
            <w:tcW w:w="3061" w:type="dxa"/>
          </w:tcPr>
          <w:p w14:paraId="4E7CB1D7" w14:textId="77777777" w:rsidR="00281EA7" w:rsidRPr="00291DA9" w:rsidRDefault="00281EA7" w:rsidP="00281EA7">
            <w:pPr>
              <w:pStyle w:val="TableText"/>
              <w:spacing w:after="40"/>
              <w:rPr>
                <w:rFonts w:cs="Times New Roman"/>
                <w:lang w:val="ru-RU"/>
              </w:rPr>
            </w:pPr>
            <w:r w:rsidRPr="00291DA9">
              <w:rPr>
                <w:rFonts w:cs="Times New Roman"/>
                <w:lang w:val="ru-RU"/>
              </w:rPr>
              <w:t>□ Пройдено □ Не пройдено □ Не выполнялось</w:t>
            </w:r>
          </w:p>
        </w:tc>
        <w:tc>
          <w:tcPr>
            <w:tcW w:w="3572" w:type="dxa"/>
          </w:tcPr>
          <w:p w14:paraId="20BF6FBB" w14:textId="77777777" w:rsidR="00281EA7" w:rsidRPr="00291DA9" w:rsidRDefault="00281EA7" w:rsidP="00281EA7">
            <w:pPr>
              <w:pStyle w:val="TableText"/>
              <w:spacing w:after="40"/>
              <w:rPr>
                <w:rFonts w:cs="Times New Roman"/>
              </w:rPr>
            </w:pPr>
            <w:r w:rsidRPr="00291DA9">
              <w:rPr>
                <w:rFonts w:cs="Times New Roman"/>
              </w:rPr>
              <w:t>__</w:t>
            </w:r>
          </w:p>
        </w:tc>
        <w:tc>
          <w:tcPr>
            <w:tcW w:w="3572" w:type="dxa"/>
          </w:tcPr>
          <w:p w14:paraId="6B2E1E9D" w14:textId="77777777" w:rsidR="00281EA7" w:rsidRPr="00291DA9" w:rsidRDefault="00281EA7" w:rsidP="00281EA7">
            <w:pPr>
              <w:pStyle w:val="TableText"/>
              <w:spacing w:after="40"/>
              <w:rPr>
                <w:rFonts w:cs="Times New Roman"/>
              </w:rPr>
            </w:pPr>
            <w:r w:rsidRPr="00291DA9">
              <w:rPr>
                <w:rFonts w:cs="Times New Roman"/>
              </w:rPr>
              <w:t>__</w:t>
            </w:r>
          </w:p>
        </w:tc>
      </w:tr>
      <w:tr w:rsidR="00281EA7" w:rsidRPr="00291DA9" w14:paraId="2FC9DF45" w14:textId="77777777" w:rsidTr="00281EA7">
        <w:trPr>
          <w:jc w:val="center"/>
        </w:trPr>
        <w:tc>
          <w:tcPr>
            <w:tcW w:w="567" w:type="dxa"/>
          </w:tcPr>
          <w:p w14:paraId="785353D1" w14:textId="77777777" w:rsidR="00281EA7" w:rsidRPr="00291DA9" w:rsidRDefault="00281EA7" w:rsidP="00281EA7">
            <w:pPr>
              <w:pStyle w:val="TableText"/>
              <w:spacing w:after="40"/>
              <w:rPr>
                <w:rFonts w:cs="Times New Roman"/>
              </w:rPr>
            </w:pPr>
            <w:r w:rsidRPr="00291DA9">
              <w:rPr>
                <w:rFonts w:cs="Times New Roman"/>
              </w:rPr>
              <w:t>9</w:t>
            </w:r>
          </w:p>
        </w:tc>
        <w:tc>
          <w:tcPr>
            <w:tcW w:w="1417" w:type="dxa"/>
          </w:tcPr>
          <w:p w14:paraId="2FC382CC" w14:textId="77777777" w:rsidR="00281EA7" w:rsidRPr="00291DA9" w:rsidRDefault="00281EA7" w:rsidP="00281EA7">
            <w:pPr>
              <w:pStyle w:val="TableText"/>
              <w:spacing w:after="40"/>
              <w:rPr>
                <w:rFonts w:cs="Times New Roman"/>
                <w:lang w:val="ru-RU"/>
              </w:rPr>
            </w:pPr>
            <w:r w:rsidRPr="00291DA9">
              <w:rPr>
                <w:rFonts w:cs="Times New Roman"/>
                <w:lang w:val="ru-RU"/>
              </w:rPr>
              <w:t>Базовая нагрузка, равномерность путей и активность обоих контроллеров</w:t>
            </w:r>
          </w:p>
        </w:tc>
        <w:tc>
          <w:tcPr>
            <w:tcW w:w="1701" w:type="dxa"/>
          </w:tcPr>
          <w:p w14:paraId="7A7D87F9" w14:textId="77777777" w:rsidR="00281EA7" w:rsidRPr="00291DA9" w:rsidRDefault="00281EA7" w:rsidP="00281EA7">
            <w:pPr>
              <w:pStyle w:val="TableText"/>
              <w:spacing w:after="40"/>
              <w:rPr>
                <w:rFonts w:cs="Times New Roman"/>
              </w:rPr>
            </w:pPr>
            <w:r w:rsidRPr="00291DA9">
              <w:rPr>
                <w:rFonts w:cs="Times New Roman"/>
              </w:rPr>
              <w:t>__</w:t>
            </w:r>
          </w:p>
        </w:tc>
        <w:tc>
          <w:tcPr>
            <w:tcW w:w="3061" w:type="dxa"/>
          </w:tcPr>
          <w:p w14:paraId="3CD660AE" w14:textId="77777777" w:rsidR="00281EA7" w:rsidRPr="00291DA9" w:rsidRDefault="00281EA7" w:rsidP="00281EA7">
            <w:pPr>
              <w:pStyle w:val="TableText"/>
              <w:spacing w:after="40"/>
              <w:rPr>
                <w:rFonts w:cs="Times New Roman"/>
                <w:lang w:val="ru-RU"/>
              </w:rPr>
            </w:pPr>
            <w:r w:rsidRPr="00291DA9">
              <w:rPr>
                <w:rFonts w:cs="Times New Roman"/>
                <w:lang w:val="ru-RU"/>
              </w:rPr>
              <w:t>□ Пройдено □ Не пройдено □ Не выполнялось</w:t>
            </w:r>
          </w:p>
        </w:tc>
        <w:tc>
          <w:tcPr>
            <w:tcW w:w="3572" w:type="dxa"/>
          </w:tcPr>
          <w:p w14:paraId="0747CB8E" w14:textId="77777777" w:rsidR="00281EA7" w:rsidRPr="00291DA9" w:rsidRDefault="00281EA7" w:rsidP="00281EA7">
            <w:pPr>
              <w:pStyle w:val="TableText"/>
              <w:spacing w:after="40"/>
              <w:rPr>
                <w:rFonts w:cs="Times New Roman"/>
              </w:rPr>
            </w:pPr>
            <w:r w:rsidRPr="00291DA9">
              <w:rPr>
                <w:rFonts w:cs="Times New Roman"/>
              </w:rPr>
              <w:t>__</w:t>
            </w:r>
          </w:p>
        </w:tc>
        <w:tc>
          <w:tcPr>
            <w:tcW w:w="3572" w:type="dxa"/>
          </w:tcPr>
          <w:p w14:paraId="6858BFFB" w14:textId="77777777" w:rsidR="00281EA7" w:rsidRPr="00291DA9" w:rsidRDefault="00281EA7" w:rsidP="00281EA7">
            <w:pPr>
              <w:pStyle w:val="TableText"/>
              <w:spacing w:after="40"/>
              <w:rPr>
                <w:rFonts w:cs="Times New Roman"/>
              </w:rPr>
            </w:pPr>
            <w:r w:rsidRPr="00291DA9">
              <w:rPr>
                <w:rFonts w:cs="Times New Roman"/>
              </w:rPr>
              <w:t>__</w:t>
            </w:r>
          </w:p>
        </w:tc>
      </w:tr>
      <w:tr w:rsidR="00281EA7" w:rsidRPr="00291DA9" w14:paraId="15B3E9C2" w14:textId="77777777" w:rsidTr="00281EA7">
        <w:trPr>
          <w:jc w:val="center"/>
        </w:trPr>
        <w:tc>
          <w:tcPr>
            <w:tcW w:w="567" w:type="dxa"/>
          </w:tcPr>
          <w:p w14:paraId="6E8720CC" w14:textId="77777777" w:rsidR="00281EA7" w:rsidRPr="00291DA9" w:rsidRDefault="00281EA7" w:rsidP="00281EA7">
            <w:pPr>
              <w:pStyle w:val="TableText"/>
              <w:spacing w:after="40"/>
              <w:rPr>
                <w:rFonts w:cs="Times New Roman"/>
              </w:rPr>
            </w:pPr>
            <w:r w:rsidRPr="00291DA9">
              <w:rPr>
                <w:rFonts w:cs="Times New Roman"/>
              </w:rPr>
              <w:t>10</w:t>
            </w:r>
          </w:p>
        </w:tc>
        <w:tc>
          <w:tcPr>
            <w:tcW w:w="1417" w:type="dxa"/>
          </w:tcPr>
          <w:p w14:paraId="51021DEE" w14:textId="77777777" w:rsidR="00281EA7" w:rsidRPr="00291DA9" w:rsidRDefault="00281EA7" w:rsidP="00281EA7">
            <w:pPr>
              <w:pStyle w:val="TableText"/>
              <w:spacing w:after="40"/>
              <w:rPr>
                <w:rFonts w:cs="Times New Roman"/>
              </w:rPr>
            </w:pPr>
            <w:r w:rsidRPr="00291DA9">
              <w:rPr>
                <w:rFonts w:cs="Times New Roman"/>
              </w:rPr>
              <w:t>Отказ одного FC-пути</w:t>
            </w:r>
          </w:p>
        </w:tc>
        <w:tc>
          <w:tcPr>
            <w:tcW w:w="1701" w:type="dxa"/>
          </w:tcPr>
          <w:p w14:paraId="59431BFC" w14:textId="77777777" w:rsidR="00281EA7" w:rsidRPr="00291DA9" w:rsidRDefault="00281EA7" w:rsidP="00281EA7">
            <w:pPr>
              <w:pStyle w:val="TableText"/>
              <w:spacing w:after="40"/>
              <w:rPr>
                <w:rFonts w:cs="Times New Roman"/>
              </w:rPr>
            </w:pPr>
            <w:r w:rsidRPr="00291DA9">
              <w:rPr>
                <w:rFonts w:cs="Times New Roman"/>
              </w:rPr>
              <w:t>__</w:t>
            </w:r>
          </w:p>
        </w:tc>
        <w:tc>
          <w:tcPr>
            <w:tcW w:w="3061" w:type="dxa"/>
          </w:tcPr>
          <w:p w14:paraId="7E957B4B" w14:textId="77777777" w:rsidR="00281EA7" w:rsidRPr="00291DA9" w:rsidRDefault="00281EA7" w:rsidP="00281EA7">
            <w:pPr>
              <w:pStyle w:val="TableText"/>
              <w:spacing w:after="40"/>
              <w:rPr>
                <w:rFonts w:cs="Times New Roman"/>
                <w:lang w:val="ru-RU"/>
              </w:rPr>
            </w:pPr>
            <w:r w:rsidRPr="00291DA9">
              <w:rPr>
                <w:rFonts w:cs="Times New Roman"/>
                <w:lang w:val="ru-RU"/>
              </w:rPr>
              <w:t>□ Пройдено □ Не пройдено □ Не выполнялось</w:t>
            </w:r>
          </w:p>
        </w:tc>
        <w:tc>
          <w:tcPr>
            <w:tcW w:w="3572" w:type="dxa"/>
          </w:tcPr>
          <w:p w14:paraId="47A7E9E7" w14:textId="77777777" w:rsidR="00281EA7" w:rsidRPr="00291DA9" w:rsidRDefault="00281EA7" w:rsidP="00281EA7">
            <w:pPr>
              <w:pStyle w:val="TableText"/>
              <w:spacing w:after="40"/>
              <w:rPr>
                <w:rFonts w:cs="Times New Roman"/>
              </w:rPr>
            </w:pPr>
            <w:r w:rsidRPr="00291DA9">
              <w:rPr>
                <w:rFonts w:cs="Times New Roman"/>
              </w:rPr>
              <w:t>__</w:t>
            </w:r>
          </w:p>
        </w:tc>
        <w:tc>
          <w:tcPr>
            <w:tcW w:w="3572" w:type="dxa"/>
          </w:tcPr>
          <w:p w14:paraId="0FC50DED" w14:textId="77777777" w:rsidR="00281EA7" w:rsidRPr="00291DA9" w:rsidRDefault="00281EA7" w:rsidP="00281EA7">
            <w:pPr>
              <w:pStyle w:val="TableText"/>
              <w:spacing w:after="40"/>
              <w:rPr>
                <w:rFonts w:cs="Times New Roman"/>
              </w:rPr>
            </w:pPr>
            <w:r w:rsidRPr="00291DA9">
              <w:rPr>
                <w:rFonts w:cs="Times New Roman"/>
              </w:rPr>
              <w:t>__</w:t>
            </w:r>
          </w:p>
        </w:tc>
      </w:tr>
      <w:tr w:rsidR="00281EA7" w:rsidRPr="00291DA9" w14:paraId="4EDDCE76" w14:textId="77777777" w:rsidTr="00281EA7">
        <w:trPr>
          <w:jc w:val="center"/>
        </w:trPr>
        <w:tc>
          <w:tcPr>
            <w:tcW w:w="567" w:type="dxa"/>
          </w:tcPr>
          <w:p w14:paraId="321B74D8" w14:textId="77777777" w:rsidR="00281EA7" w:rsidRPr="00291DA9" w:rsidRDefault="00281EA7" w:rsidP="00281EA7">
            <w:pPr>
              <w:pStyle w:val="TableText"/>
              <w:spacing w:after="40"/>
              <w:rPr>
                <w:rFonts w:cs="Times New Roman"/>
              </w:rPr>
            </w:pPr>
            <w:r w:rsidRPr="00291DA9">
              <w:rPr>
                <w:rFonts w:cs="Times New Roman"/>
              </w:rPr>
              <w:t>11</w:t>
            </w:r>
          </w:p>
        </w:tc>
        <w:tc>
          <w:tcPr>
            <w:tcW w:w="1417" w:type="dxa"/>
          </w:tcPr>
          <w:p w14:paraId="625E533D"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Отказ всех </w:t>
            </w:r>
            <w:r w:rsidRPr="00291DA9">
              <w:rPr>
                <w:rFonts w:cs="Times New Roman"/>
              </w:rPr>
              <w:t>FC</w:t>
            </w:r>
            <w:r w:rsidRPr="00291DA9">
              <w:rPr>
                <w:rFonts w:cs="Times New Roman"/>
                <w:lang w:val="ru-RU"/>
              </w:rPr>
              <w:t xml:space="preserve"> </w:t>
            </w:r>
            <w:r w:rsidRPr="00291DA9">
              <w:rPr>
                <w:rFonts w:cs="Times New Roman"/>
              </w:rPr>
              <w:t>front</w:t>
            </w:r>
            <w:r w:rsidRPr="00291DA9">
              <w:rPr>
                <w:rFonts w:cs="Times New Roman"/>
                <w:lang w:val="ru-RU"/>
              </w:rPr>
              <w:t>-</w:t>
            </w:r>
            <w:r w:rsidRPr="00291DA9">
              <w:rPr>
                <w:rFonts w:cs="Times New Roman"/>
              </w:rPr>
              <w:t>end</w:t>
            </w:r>
            <w:r w:rsidRPr="00291DA9">
              <w:rPr>
                <w:rFonts w:cs="Times New Roman"/>
                <w:lang w:val="ru-RU"/>
              </w:rPr>
              <w:t xml:space="preserve"> портов одного контроллера СХД</w:t>
            </w:r>
          </w:p>
        </w:tc>
        <w:tc>
          <w:tcPr>
            <w:tcW w:w="1701" w:type="dxa"/>
          </w:tcPr>
          <w:p w14:paraId="57AC4405" w14:textId="77777777" w:rsidR="00281EA7" w:rsidRPr="00291DA9" w:rsidRDefault="00281EA7" w:rsidP="00281EA7">
            <w:pPr>
              <w:pStyle w:val="TableText"/>
              <w:spacing w:after="40"/>
              <w:rPr>
                <w:rFonts w:cs="Times New Roman"/>
              </w:rPr>
            </w:pPr>
            <w:r w:rsidRPr="00291DA9">
              <w:rPr>
                <w:rFonts w:cs="Times New Roman"/>
              </w:rPr>
              <w:t>__</w:t>
            </w:r>
          </w:p>
        </w:tc>
        <w:tc>
          <w:tcPr>
            <w:tcW w:w="3061" w:type="dxa"/>
          </w:tcPr>
          <w:p w14:paraId="06BA4D22" w14:textId="77777777" w:rsidR="00281EA7" w:rsidRPr="00291DA9" w:rsidRDefault="00281EA7" w:rsidP="00281EA7">
            <w:pPr>
              <w:pStyle w:val="TableText"/>
              <w:spacing w:after="40"/>
              <w:rPr>
                <w:rFonts w:cs="Times New Roman"/>
                <w:lang w:val="ru-RU"/>
              </w:rPr>
            </w:pPr>
            <w:r w:rsidRPr="00291DA9">
              <w:rPr>
                <w:rFonts w:cs="Times New Roman"/>
                <w:lang w:val="ru-RU"/>
              </w:rPr>
              <w:t>□ Пройдено □ Не пройдено □ Не выполнялось</w:t>
            </w:r>
          </w:p>
        </w:tc>
        <w:tc>
          <w:tcPr>
            <w:tcW w:w="3572" w:type="dxa"/>
          </w:tcPr>
          <w:p w14:paraId="342DD89C" w14:textId="77777777" w:rsidR="00281EA7" w:rsidRPr="00291DA9" w:rsidRDefault="00281EA7" w:rsidP="00281EA7">
            <w:pPr>
              <w:pStyle w:val="TableText"/>
              <w:spacing w:after="40"/>
              <w:rPr>
                <w:rFonts w:cs="Times New Roman"/>
              </w:rPr>
            </w:pPr>
            <w:r w:rsidRPr="00291DA9">
              <w:rPr>
                <w:rFonts w:cs="Times New Roman"/>
              </w:rPr>
              <w:t>__</w:t>
            </w:r>
          </w:p>
        </w:tc>
        <w:tc>
          <w:tcPr>
            <w:tcW w:w="3572" w:type="dxa"/>
          </w:tcPr>
          <w:p w14:paraId="5DDBA88B" w14:textId="77777777" w:rsidR="00281EA7" w:rsidRPr="00291DA9" w:rsidRDefault="00281EA7" w:rsidP="00281EA7">
            <w:pPr>
              <w:pStyle w:val="TableText"/>
              <w:spacing w:after="40"/>
              <w:rPr>
                <w:rFonts w:cs="Times New Roman"/>
              </w:rPr>
            </w:pPr>
            <w:r w:rsidRPr="00291DA9">
              <w:rPr>
                <w:rFonts w:cs="Times New Roman"/>
              </w:rPr>
              <w:t>__</w:t>
            </w:r>
          </w:p>
        </w:tc>
      </w:tr>
      <w:tr w:rsidR="00281EA7" w:rsidRPr="00291DA9" w14:paraId="181C2DB4" w14:textId="77777777" w:rsidTr="00281EA7">
        <w:trPr>
          <w:jc w:val="center"/>
        </w:trPr>
        <w:tc>
          <w:tcPr>
            <w:tcW w:w="567" w:type="dxa"/>
          </w:tcPr>
          <w:p w14:paraId="2E466946" w14:textId="77777777" w:rsidR="00281EA7" w:rsidRPr="00291DA9" w:rsidRDefault="00281EA7" w:rsidP="00281EA7">
            <w:pPr>
              <w:pStyle w:val="TableText"/>
              <w:spacing w:after="40"/>
              <w:rPr>
                <w:rFonts w:cs="Times New Roman"/>
              </w:rPr>
            </w:pPr>
            <w:r w:rsidRPr="00291DA9">
              <w:rPr>
                <w:rFonts w:cs="Times New Roman"/>
              </w:rPr>
              <w:t>12</w:t>
            </w:r>
          </w:p>
        </w:tc>
        <w:tc>
          <w:tcPr>
            <w:tcW w:w="1417" w:type="dxa"/>
          </w:tcPr>
          <w:p w14:paraId="5E416530" w14:textId="77777777" w:rsidR="00281EA7" w:rsidRPr="00291DA9" w:rsidRDefault="00281EA7" w:rsidP="00281EA7">
            <w:pPr>
              <w:pStyle w:val="TableText"/>
              <w:spacing w:after="40"/>
              <w:rPr>
                <w:rFonts w:cs="Times New Roman"/>
              </w:rPr>
            </w:pPr>
            <w:r w:rsidRPr="00291DA9">
              <w:rPr>
                <w:rFonts w:cs="Times New Roman"/>
              </w:rPr>
              <w:t>Отказ одной FC-фабрики</w:t>
            </w:r>
          </w:p>
        </w:tc>
        <w:tc>
          <w:tcPr>
            <w:tcW w:w="1701" w:type="dxa"/>
          </w:tcPr>
          <w:p w14:paraId="0DD3DC93" w14:textId="77777777" w:rsidR="00281EA7" w:rsidRPr="00291DA9" w:rsidRDefault="00281EA7" w:rsidP="00281EA7">
            <w:pPr>
              <w:pStyle w:val="TableText"/>
              <w:spacing w:after="40"/>
              <w:rPr>
                <w:rFonts w:cs="Times New Roman"/>
              </w:rPr>
            </w:pPr>
            <w:r w:rsidRPr="00291DA9">
              <w:rPr>
                <w:rFonts w:cs="Times New Roman"/>
              </w:rPr>
              <w:t>__</w:t>
            </w:r>
          </w:p>
        </w:tc>
        <w:tc>
          <w:tcPr>
            <w:tcW w:w="3061" w:type="dxa"/>
          </w:tcPr>
          <w:p w14:paraId="13C1A9BA" w14:textId="77777777" w:rsidR="00281EA7" w:rsidRPr="00291DA9" w:rsidRDefault="00281EA7" w:rsidP="00281EA7">
            <w:pPr>
              <w:pStyle w:val="TableText"/>
              <w:spacing w:after="40"/>
              <w:rPr>
                <w:rFonts w:cs="Times New Roman"/>
                <w:lang w:val="ru-RU"/>
              </w:rPr>
            </w:pPr>
            <w:r w:rsidRPr="00291DA9">
              <w:rPr>
                <w:rFonts w:cs="Times New Roman"/>
                <w:lang w:val="ru-RU"/>
              </w:rPr>
              <w:t>□ Пройдено □ Не пройдено □ Не выполнялось</w:t>
            </w:r>
          </w:p>
        </w:tc>
        <w:tc>
          <w:tcPr>
            <w:tcW w:w="3572" w:type="dxa"/>
          </w:tcPr>
          <w:p w14:paraId="07991280" w14:textId="77777777" w:rsidR="00281EA7" w:rsidRPr="00291DA9" w:rsidRDefault="00281EA7" w:rsidP="00281EA7">
            <w:pPr>
              <w:pStyle w:val="TableText"/>
              <w:spacing w:after="40"/>
              <w:rPr>
                <w:rFonts w:cs="Times New Roman"/>
              </w:rPr>
            </w:pPr>
            <w:r w:rsidRPr="00291DA9">
              <w:rPr>
                <w:rFonts w:cs="Times New Roman"/>
              </w:rPr>
              <w:t>__</w:t>
            </w:r>
          </w:p>
        </w:tc>
        <w:tc>
          <w:tcPr>
            <w:tcW w:w="3572" w:type="dxa"/>
          </w:tcPr>
          <w:p w14:paraId="16676862" w14:textId="77777777" w:rsidR="00281EA7" w:rsidRPr="00291DA9" w:rsidRDefault="00281EA7" w:rsidP="00281EA7">
            <w:pPr>
              <w:pStyle w:val="TableText"/>
              <w:spacing w:after="40"/>
              <w:rPr>
                <w:rFonts w:cs="Times New Roman"/>
              </w:rPr>
            </w:pPr>
            <w:r w:rsidRPr="00291DA9">
              <w:rPr>
                <w:rFonts w:cs="Times New Roman"/>
              </w:rPr>
              <w:t>__</w:t>
            </w:r>
          </w:p>
        </w:tc>
      </w:tr>
      <w:tr w:rsidR="00281EA7" w:rsidRPr="00291DA9" w14:paraId="06AF865C" w14:textId="77777777" w:rsidTr="00281EA7">
        <w:trPr>
          <w:jc w:val="center"/>
        </w:trPr>
        <w:tc>
          <w:tcPr>
            <w:tcW w:w="567" w:type="dxa"/>
          </w:tcPr>
          <w:p w14:paraId="0C120B6A" w14:textId="77777777" w:rsidR="00281EA7" w:rsidRPr="00291DA9" w:rsidRDefault="00281EA7" w:rsidP="00281EA7">
            <w:pPr>
              <w:pStyle w:val="TableText"/>
              <w:spacing w:after="40"/>
              <w:rPr>
                <w:rFonts w:cs="Times New Roman"/>
              </w:rPr>
            </w:pPr>
            <w:r w:rsidRPr="00291DA9">
              <w:rPr>
                <w:rFonts w:cs="Times New Roman"/>
              </w:rPr>
              <w:t>13</w:t>
            </w:r>
          </w:p>
        </w:tc>
        <w:tc>
          <w:tcPr>
            <w:tcW w:w="1417" w:type="dxa"/>
          </w:tcPr>
          <w:p w14:paraId="2B4C9DC0"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Отказ или перезапуск одного </w:t>
            </w:r>
            <w:r w:rsidRPr="00291DA9">
              <w:rPr>
                <w:rFonts w:cs="Times New Roman"/>
                <w:lang w:val="ru-RU"/>
              </w:rPr>
              <w:lastRenderedPageBreak/>
              <w:t>контроллера СХД</w:t>
            </w:r>
          </w:p>
        </w:tc>
        <w:tc>
          <w:tcPr>
            <w:tcW w:w="1701" w:type="dxa"/>
          </w:tcPr>
          <w:p w14:paraId="354CAA17" w14:textId="77777777" w:rsidR="00281EA7" w:rsidRPr="00291DA9" w:rsidRDefault="00281EA7" w:rsidP="00281EA7">
            <w:pPr>
              <w:pStyle w:val="TableText"/>
              <w:spacing w:after="40"/>
              <w:rPr>
                <w:rFonts w:cs="Times New Roman"/>
              </w:rPr>
            </w:pPr>
            <w:r w:rsidRPr="00291DA9">
              <w:rPr>
                <w:rFonts w:cs="Times New Roman"/>
              </w:rPr>
              <w:lastRenderedPageBreak/>
              <w:t>__</w:t>
            </w:r>
          </w:p>
        </w:tc>
        <w:tc>
          <w:tcPr>
            <w:tcW w:w="3061" w:type="dxa"/>
          </w:tcPr>
          <w:p w14:paraId="5925F7F1" w14:textId="77777777" w:rsidR="00281EA7" w:rsidRPr="00291DA9" w:rsidRDefault="00281EA7" w:rsidP="00281EA7">
            <w:pPr>
              <w:pStyle w:val="TableText"/>
              <w:spacing w:after="40"/>
              <w:rPr>
                <w:rFonts w:cs="Times New Roman"/>
                <w:lang w:val="ru-RU"/>
              </w:rPr>
            </w:pPr>
            <w:r w:rsidRPr="00291DA9">
              <w:rPr>
                <w:rFonts w:cs="Times New Roman"/>
                <w:lang w:val="ru-RU"/>
              </w:rPr>
              <w:t>□ Пройдено □ Не пройдено □ Не выполнялось</w:t>
            </w:r>
          </w:p>
        </w:tc>
        <w:tc>
          <w:tcPr>
            <w:tcW w:w="3572" w:type="dxa"/>
          </w:tcPr>
          <w:p w14:paraId="20A5AC3F" w14:textId="77777777" w:rsidR="00281EA7" w:rsidRPr="00291DA9" w:rsidRDefault="00281EA7" w:rsidP="00281EA7">
            <w:pPr>
              <w:pStyle w:val="TableText"/>
              <w:spacing w:after="40"/>
              <w:rPr>
                <w:rFonts w:cs="Times New Roman"/>
              </w:rPr>
            </w:pPr>
            <w:r w:rsidRPr="00291DA9">
              <w:rPr>
                <w:rFonts w:cs="Times New Roman"/>
              </w:rPr>
              <w:t>__</w:t>
            </w:r>
          </w:p>
        </w:tc>
        <w:tc>
          <w:tcPr>
            <w:tcW w:w="3572" w:type="dxa"/>
          </w:tcPr>
          <w:p w14:paraId="0ECDC29C" w14:textId="77777777" w:rsidR="00281EA7" w:rsidRPr="00291DA9" w:rsidRDefault="00281EA7" w:rsidP="00281EA7">
            <w:pPr>
              <w:pStyle w:val="TableText"/>
              <w:spacing w:after="40"/>
              <w:rPr>
                <w:rFonts w:cs="Times New Roman"/>
              </w:rPr>
            </w:pPr>
            <w:r w:rsidRPr="00291DA9">
              <w:rPr>
                <w:rFonts w:cs="Times New Roman"/>
              </w:rPr>
              <w:t>__</w:t>
            </w:r>
          </w:p>
        </w:tc>
      </w:tr>
      <w:tr w:rsidR="00281EA7" w:rsidRPr="00291DA9" w14:paraId="3DDC1043" w14:textId="77777777" w:rsidTr="00281EA7">
        <w:trPr>
          <w:jc w:val="center"/>
        </w:trPr>
        <w:tc>
          <w:tcPr>
            <w:tcW w:w="567" w:type="dxa"/>
          </w:tcPr>
          <w:p w14:paraId="16C226EE" w14:textId="77777777" w:rsidR="00281EA7" w:rsidRPr="00291DA9" w:rsidRDefault="00281EA7" w:rsidP="00281EA7">
            <w:pPr>
              <w:pStyle w:val="TableText"/>
              <w:spacing w:after="40"/>
              <w:rPr>
                <w:rFonts w:cs="Times New Roman"/>
              </w:rPr>
            </w:pPr>
            <w:r w:rsidRPr="00291DA9">
              <w:rPr>
                <w:rFonts w:cs="Times New Roman"/>
              </w:rPr>
              <w:t>14</w:t>
            </w:r>
          </w:p>
        </w:tc>
        <w:tc>
          <w:tcPr>
            <w:tcW w:w="1417" w:type="dxa"/>
          </w:tcPr>
          <w:p w14:paraId="315C3215"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Контроль доступности </w:t>
            </w:r>
            <w:r w:rsidRPr="00291DA9">
              <w:rPr>
                <w:rFonts w:cs="Times New Roman"/>
              </w:rPr>
              <w:t>LUN</w:t>
            </w:r>
            <w:r w:rsidRPr="00291DA9">
              <w:rPr>
                <w:rFonts w:cs="Times New Roman"/>
                <w:lang w:val="ru-RU"/>
              </w:rPr>
              <w:t xml:space="preserve"> и комплектности материалов испытаний</w:t>
            </w:r>
          </w:p>
        </w:tc>
        <w:tc>
          <w:tcPr>
            <w:tcW w:w="1701" w:type="dxa"/>
          </w:tcPr>
          <w:p w14:paraId="38FA1D41" w14:textId="77777777" w:rsidR="00281EA7" w:rsidRPr="00291DA9" w:rsidRDefault="00281EA7" w:rsidP="00281EA7">
            <w:pPr>
              <w:pStyle w:val="TableText"/>
              <w:spacing w:after="40"/>
              <w:rPr>
                <w:rFonts w:cs="Times New Roman"/>
              </w:rPr>
            </w:pPr>
            <w:r w:rsidRPr="00291DA9">
              <w:rPr>
                <w:rFonts w:cs="Times New Roman"/>
              </w:rPr>
              <w:t>__</w:t>
            </w:r>
          </w:p>
        </w:tc>
        <w:tc>
          <w:tcPr>
            <w:tcW w:w="3061" w:type="dxa"/>
          </w:tcPr>
          <w:p w14:paraId="6E412758" w14:textId="77777777" w:rsidR="00281EA7" w:rsidRPr="00291DA9" w:rsidRDefault="00281EA7" w:rsidP="00281EA7">
            <w:pPr>
              <w:pStyle w:val="TableText"/>
              <w:spacing w:after="40"/>
              <w:rPr>
                <w:rFonts w:cs="Times New Roman"/>
                <w:lang w:val="ru-RU"/>
              </w:rPr>
            </w:pPr>
            <w:r w:rsidRPr="00291DA9">
              <w:rPr>
                <w:rFonts w:cs="Times New Roman"/>
                <w:lang w:val="ru-RU"/>
              </w:rPr>
              <w:t>□ Пройдено □ Не пройдено □ Не выполнялось</w:t>
            </w:r>
          </w:p>
        </w:tc>
        <w:tc>
          <w:tcPr>
            <w:tcW w:w="3572" w:type="dxa"/>
          </w:tcPr>
          <w:p w14:paraId="548F47EA" w14:textId="77777777" w:rsidR="00281EA7" w:rsidRPr="00291DA9" w:rsidRDefault="00281EA7" w:rsidP="00281EA7">
            <w:pPr>
              <w:pStyle w:val="TableText"/>
              <w:spacing w:after="40"/>
              <w:rPr>
                <w:rFonts w:cs="Times New Roman"/>
              </w:rPr>
            </w:pPr>
            <w:r w:rsidRPr="00291DA9">
              <w:rPr>
                <w:rFonts w:cs="Times New Roman"/>
              </w:rPr>
              <w:t>__</w:t>
            </w:r>
          </w:p>
        </w:tc>
        <w:tc>
          <w:tcPr>
            <w:tcW w:w="3572" w:type="dxa"/>
          </w:tcPr>
          <w:p w14:paraId="17C6BA0C" w14:textId="77777777" w:rsidR="00281EA7" w:rsidRPr="00291DA9" w:rsidRDefault="00281EA7" w:rsidP="00281EA7">
            <w:pPr>
              <w:pStyle w:val="TableText"/>
              <w:spacing w:after="40"/>
              <w:rPr>
                <w:rFonts w:cs="Times New Roman"/>
              </w:rPr>
            </w:pPr>
            <w:r w:rsidRPr="00291DA9">
              <w:rPr>
                <w:rFonts w:cs="Times New Roman"/>
              </w:rPr>
              <w:t>__</w:t>
            </w:r>
          </w:p>
        </w:tc>
      </w:tr>
    </w:tbl>
    <w:p w14:paraId="3E68B321" w14:textId="77777777" w:rsidR="00281EA7" w:rsidRDefault="00281EA7" w:rsidP="00281EA7"/>
    <w:p w14:paraId="51ACDC31" w14:textId="77777777" w:rsidR="00281EA7" w:rsidRDefault="00281EA7" w:rsidP="00281EA7">
      <w:r>
        <w:br w:type="page"/>
      </w:r>
    </w:p>
    <w:p w14:paraId="6F883085" w14:textId="77777777" w:rsidR="00281EA7" w:rsidRPr="002366F0" w:rsidRDefault="00281EA7" w:rsidP="00281EA7">
      <w:pPr>
        <w:rPr>
          <w:b/>
          <w:bCs/>
          <w:szCs w:val="28"/>
        </w:rPr>
      </w:pPr>
      <w:r>
        <w:rPr>
          <w:b/>
          <w:bCs/>
          <w:szCs w:val="28"/>
        </w:rPr>
        <w:lastRenderedPageBreak/>
        <w:t>10</w:t>
      </w:r>
      <w:r w:rsidRPr="002366F0">
        <w:rPr>
          <w:b/>
          <w:bCs/>
          <w:szCs w:val="28"/>
        </w:rPr>
        <w:t xml:space="preserve">. </w:t>
      </w:r>
      <w:r w:rsidRPr="005302D1">
        <w:rPr>
          <w:b/>
          <w:bCs/>
          <w:szCs w:val="28"/>
        </w:rPr>
        <w:t>Методика</w:t>
      </w:r>
      <w:r w:rsidRPr="002366F0">
        <w:rPr>
          <w:b/>
          <w:bCs/>
          <w:szCs w:val="28"/>
        </w:rPr>
        <w:t xml:space="preserve"> </w:t>
      </w:r>
      <w:r w:rsidRPr="005302D1">
        <w:rPr>
          <w:b/>
          <w:bCs/>
          <w:szCs w:val="28"/>
        </w:rPr>
        <w:t>выполнения</w:t>
      </w:r>
      <w:r w:rsidRPr="002366F0">
        <w:rPr>
          <w:b/>
          <w:bCs/>
          <w:szCs w:val="28"/>
        </w:rPr>
        <w:t xml:space="preserve"> </w:t>
      </w:r>
      <w:r w:rsidRPr="005302D1">
        <w:rPr>
          <w:b/>
          <w:bCs/>
          <w:szCs w:val="28"/>
        </w:rPr>
        <w:t>испытаний</w:t>
      </w:r>
      <w:r w:rsidRPr="002366F0">
        <w:rPr>
          <w:b/>
          <w:bCs/>
          <w:szCs w:val="28"/>
        </w:rPr>
        <w:t xml:space="preserve"> </w:t>
      </w:r>
      <w:r>
        <w:rPr>
          <w:b/>
          <w:bCs/>
          <w:szCs w:val="28"/>
        </w:rPr>
        <w:t>производительности</w:t>
      </w:r>
    </w:p>
    <w:p w14:paraId="56BA4DA9" w14:textId="77777777" w:rsidR="00281EA7" w:rsidRPr="002366F0" w:rsidRDefault="00281EA7" w:rsidP="00281EA7">
      <w:pPr>
        <w:rPr>
          <w:b/>
          <w:bCs/>
          <w:szCs w:val="28"/>
        </w:rPr>
      </w:pPr>
      <w:r>
        <w:rPr>
          <w:b/>
          <w:bCs/>
          <w:szCs w:val="28"/>
        </w:rPr>
        <w:t>10</w:t>
      </w:r>
      <w:r w:rsidRPr="002366F0">
        <w:rPr>
          <w:b/>
          <w:bCs/>
          <w:szCs w:val="28"/>
        </w:rPr>
        <w:t>.</w:t>
      </w:r>
      <w:r>
        <w:rPr>
          <w:b/>
          <w:bCs/>
          <w:szCs w:val="28"/>
        </w:rPr>
        <w:t>1</w:t>
      </w:r>
      <w:r w:rsidRPr="002366F0">
        <w:rPr>
          <w:b/>
          <w:bCs/>
          <w:szCs w:val="28"/>
        </w:rPr>
        <w:t xml:space="preserve"> </w:t>
      </w:r>
      <w:r>
        <w:rPr>
          <w:b/>
          <w:bCs/>
          <w:szCs w:val="28"/>
        </w:rPr>
        <w:t>Общие настройки стенда</w:t>
      </w:r>
    </w:p>
    <w:p w14:paraId="4442233D" w14:textId="77777777" w:rsidR="00281EA7" w:rsidRPr="002366F0" w:rsidRDefault="00281EA7" w:rsidP="00281EA7"/>
    <w:tbl>
      <w:tblPr>
        <w:tblW w:w="5000" w:type="pct"/>
        <w:tblLayout w:type="fixed"/>
        <w:tblLook w:val="0420" w:firstRow="1" w:lastRow="0" w:firstColumn="0" w:lastColumn="0" w:noHBand="0" w:noVBand="1"/>
      </w:tblPr>
      <w:tblGrid>
        <w:gridCol w:w="484"/>
        <w:gridCol w:w="1846"/>
        <w:gridCol w:w="2132"/>
        <w:gridCol w:w="2301"/>
        <w:gridCol w:w="3874"/>
        <w:gridCol w:w="3843"/>
      </w:tblGrid>
      <w:tr w:rsidR="00281EA7" w:rsidRPr="00D31521" w14:paraId="5CBC8F25" w14:textId="77777777" w:rsidTr="00281EA7">
        <w:trPr>
          <w:tblHeader/>
        </w:trPr>
        <w:tc>
          <w:tcPr>
            <w:tcW w:w="502" w:type="dxa"/>
            <w:shd w:val="clear" w:color="auto" w:fill="DEEAF6" w:themeFill="accent1" w:themeFillTint="33"/>
          </w:tcPr>
          <w:p w14:paraId="384EA2A4" w14:textId="77777777" w:rsidR="00281EA7" w:rsidRPr="002366F0" w:rsidRDefault="00281EA7" w:rsidP="00281EA7">
            <w:pPr>
              <w:spacing w:after="0"/>
              <w:jc w:val="center"/>
              <w:rPr>
                <w:b/>
                <w:bCs/>
                <w:sz w:val="16"/>
                <w:szCs w:val="16"/>
              </w:rPr>
            </w:pPr>
            <w:r w:rsidRPr="002366F0">
              <w:rPr>
                <w:b/>
                <w:bCs/>
                <w:sz w:val="16"/>
                <w:szCs w:val="16"/>
              </w:rPr>
              <w:t>№ п/п</w:t>
            </w:r>
          </w:p>
        </w:tc>
        <w:tc>
          <w:tcPr>
            <w:tcW w:w="1969" w:type="dxa"/>
            <w:shd w:val="clear" w:color="auto" w:fill="DEEAF6" w:themeFill="accent1" w:themeFillTint="33"/>
          </w:tcPr>
          <w:p w14:paraId="3BC2525B" w14:textId="77777777" w:rsidR="00281EA7" w:rsidRPr="002366F0" w:rsidRDefault="00281EA7" w:rsidP="00281EA7">
            <w:pPr>
              <w:spacing w:after="0"/>
              <w:jc w:val="center"/>
              <w:rPr>
                <w:b/>
                <w:bCs/>
                <w:sz w:val="16"/>
                <w:szCs w:val="16"/>
              </w:rPr>
            </w:pPr>
            <w:r w:rsidRPr="002366F0">
              <w:rPr>
                <w:b/>
                <w:bCs/>
                <w:sz w:val="16"/>
                <w:szCs w:val="16"/>
              </w:rPr>
              <w:t>Группа функций</w:t>
            </w:r>
          </w:p>
        </w:tc>
        <w:tc>
          <w:tcPr>
            <w:tcW w:w="2277" w:type="dxa"/>
            <w:shd w:val="clear" w:color="auto" w:fill="DEEAF6" w:themeFill="accent1" w:themeFillTint="33"/>
          </w:tcPr>
          <w:p w14:paraId="28DE52AA" w14:textId="77777777" w:rsidR="00281EA7" w:rsidRPr="002366F0" w:rsidRDefault="00281EA7" w:rsidP="00281EA7">
            <w:pPr>
              <w:spacing w:after="0"/>
              <w:jc w:val="center"/>
              <w:rPr>
                <w:b/>
                <w:bCs/>
                <w:sz w:val="16"/>
                <w:szCs w:val="16"/>
              </w:rPr>
            </w:pPr>
            <w:r w:rsidRPr="002366F0">
              <w:rPr>
                <w:b/>
                <w:bCs/>
                <w:sz w:val="16"/>
                <w:szCs w:val="16"/>
              </w:rPr>
              <w:t>Название испытания</w:t>
            </w:r>
          </w:p>
        </w:tc>
        <w:tc>
          <w:tcPr>
            <w:tcW w:w="2459" w:type="dxa"/>
            <w:shd w:val="clear" w:color="auto" w:fill="DEEAF6" w:themeFill="accent1" w:themeFillTint="33"/>
          </w:tcPr>
          <w:p w14:paraId="741602EB" w14:textId="77777777" w:rsidR="00281EA7" w:rsidRPr="002366F0" w:rsidRDefault="00281EA7" w:rsidP="00281EA7">
            <w:pPr>
              <w:spacing w:after="0"/>
              <w:jc w:val="center"/>
              <w:rPr>
                <w:b/>
                <w:bCs/>
                <w:sz w:val="16"/>
                <w:szCs w:val="16"/>
              </w:rPr>
            </w:pPr>
            <w:r w:rsidRPr="002366F0">
              <w:rPr>
                <w:b/>
                <w:bCs/>
                <w:sz w:val="16"/>
                <w:szCs w:val="16"/>
              </w:rPr>
              <w:t>Эталонные значения</w:t>
            </w:r>
          </w:p>
        </w:tc>
        <w:tc>
          <w:tcPr>
            <w:tcW w:w="4152" w:type="dxa"/>
            <w:shd w:val="clear" w:color="auto" w:fill="DEEAF6" w:themeFill="accent1" w:themeFillTint="33"/>
          </w:tcPr>
          <w:p w14:paraId="0B7AF64C" w14:textId="77777777" w:rsidR="00281EA7" w:rsidRPr="002366F0" w:rsidRDefault="00281EA7" w:rsidP="00281EA7">
            <w:pPr>
              <w:spacing w:after="0"/>
              <w:jc w:val="center"/>
              <w:rPr>
                <w:b/>
                <w:bCs/>
                <w:sz w:val="16"/>
                <w:szCs w:val="16"/>
              </w:rPr>
            </w:pPr>
            <w:r w:rsidRPr="002366F0">
              <w:rPr>
                <w:b/>
                <w:bCs/>
                <w:sz w:val="16"/>
                <w:szCs w:val="16"/>
              </w:rPr>
              <w:t>Сценарий испытания</w:t>
            </w:r>
          </w:p>
        </w:tc>
        <w:tc>
          <w:tcPr>
            <w:tcW w:w="4119" w:type="dxa"/>
            <w:shd w:val="clear" w:color="auto" w:fill="DEEAF6" w:themeFill="accent1" w:themeFillTint="33"/>
          </w:tcPr>
          <w:p w14:paraId="07477E15" w14:textId="77777777" w:rsidR="00281EA7" w:rsidRPr="002366F0" w:rsidRDefault="00281EA7" w:rsidP="00281EA7">
            <w:pPr>
              <w:spacing w:after="0"/>
              <w:jc w:val="center"/>
              <w:rPr>
                <w:b/>
                <w:bCs/>
                <w:sz w:val="16"/>
                <w:szCs w:val="16"/>
              </w:rPr>
            </w:pPr>
            <w:r w:rsidRPr="002366F0">
              <w:rPr>
                <w:b/>
                <w:bCs/>
                <w:sz w:val="16"/>
                <w:szCs w:val="16"/>
              </w:rPr>
              <w:t>Критерии оценки успешного выполнения испытания</w:t>
            </w:r>
          </w:p>
        </w:tc>
      </w:tr>
      <w:tr w:rsidR="00281EA7" w:rsidRPr="003E0862" w14:paraId="44932C58" w14:textId="77777777" w:rsidTr="00281EA7">
        <w:tc>
          <w:tcPr>
            <w:tcW w:w="502" w:type="dxa"/>
          </w:tcPr>
          <w:p w14:paraId="48CC5C07" w14:textId="77777777" w:rsidR="00281EA7" w:rsidRPr="002366F0" w:rsidRDefault="00281EA7" w:rsidP="00281EA7">
            <w:pPr>
              <w:spacing w:after="0"/>
              <w:jc w:val="center"/>
              <w:rPr>
                <w:sz w:val="16"/>
                <w:szCs w:val="16"/>
              </w:rPr>
            </w:pPr>
            <w:r w:rsidRPr="002366F0">
              <w:rPr>
                <w:b/>
                <w:color w:val="1F1F1F"/>
                <w:sz w:val="16"/>
                <w:szCs w:val="16"/>
              </w:rPr>
              <w:t>1</w:t>
            </w:r>
          </w:p>
        </w:tc>
        <w:tc>
          <w:tcPr>
            <w:tcW w:w="1969" w:type="dxa"/>
          </w:tcPr>
          <w:p w14:paraId="62F34D5C" w14:textId="77777777" w:rsidR="00281EA7" w:rsidRPr="002366F0" w:rsidRDefault="00281EA7" w:rsidP="00281EA7">
            <w:pPr>
              <w:spacing w:after="0"/>
              <w:rPr>
                <w:sz w:val="16"/>
                <w:szCs w:val="16"/>
              </w:rPr>
            </w:pPr>
            <w:r w:rsidRPr="002366F0">
              <w:rPr>
                <w:color w:val="1F1F1F"/>
                <w:sz w:val="16"/>
                <w:szCs w:val="16"/>
              </w:rPr>
              <w:t>Подготовка стенда</w:t>
            </w:r>
          </w:p>
        </w:tc>
        <w:tc>
          <w:tcPr>
            <w:tcW w:w="2277" w:type="dxa"/>
          </w:tcPr>
          <w:p w14:paraId="2AEBB3F1" w14:textId="77777777" w:rsidR="00281EA7" w:rsidRPr="002366F0" w:rsidRDefault="00281EA7" w:rsidP="00281EA7">
            <w:pPr>
              <w:spacing w:after="0"/>
              <w:rPr>
                <w:sz w:val="16"/>
                <w:szCs w:val="16"/>
              </w:rPr>
            </w:pPr>
            <w:r w:rsidRPr="002366F0">
              <w:rPr>
                <w:color w:val="1F1F1F"/>
                <w:sz w:val="16"/>
                <w:szCs w:val="16"/>
              </w:rPr>
              <w:t>Проверка аппаратного состава стенда и схемы подключения</w:t>
            </w:r>
          </w:p>
        </w:tc>
        <w:tc>
          <w:tcPr>
            <w:tcW w:w="2459" w:type="dxa"/>
          </w:tcPr>
          <w:p w14:paraId="2F62DF25" w14:textId="77777777" w:rsidR="00281EA7" w:rsidRPr="002366F0" w:rsidRDefault="00281EA7" w:rsidP="00281EA7">
            <w:pPr>
              <w:spacing w:after="0"/>
              <w:rPr>
                <w:sz w:val="16"/>
                <w:szCs w:val="16"/>
              </w:rPr>
            </w:pPr>
            <w:r w:rsidRPr="002366F0">
              <w:rPr>
                <w:color w:val="1F1F1F"/>
                <w:sz w:val="16"/>
                <w:szCs w:val="16"/>
              </w:rPr>
              <w:t>Доступен стенд из 2 серверов-нагружаторов; на каждом сервере установлена RedOS 7.3; установлена FC HBA 32G; схема подключения через FC-фабрику</w:t>
            </w:r>
          </w:p>
        </w:tc>
        <w:tc>
          <w:tcPr>
            <w:tcW w:w="4152" w:type="dxa"/>
          </w:tcPr>
          <w:p w14:paraId="7F1769ED" w14:textId="77777777" w:rsidR="00281EA7" w:rsidRPr="002366F0" w:rsidRDefault="00281EA7" w:rsidP="00281EA7">
            <w:pPr>
              <w:spacing w:after="0"/>
              <w:rPr>
                <w:sz w:val="16"/>
                <w:szCs w:val="16"/>
              </w:rPr>
            </w:pPr>
            <w:r w:rsidRPr="002366F0">
              <w:rPr>
                <w:sz w:val="16"/>
                <w:szCs w:val="16"/>
              </w:rPr>
              <w:t>1) На обоих серверах выполнить</w:t>
            </w:r>
          </w:p>
          <w:p w14:paraId="4047A0FC" w14:textId="77777777" w:rsidR="00281EA7" w:rsidRPr="002366F0" w:rsidRDefault="00281EA7" w:rsidP="00281EA7">
            <w:pPr>
              <w:spacing w:after="0"/>
              <w:ind w:left="11"/>
              <w:rPr>
                <w:sz w:val="16"/>
                <w:szCs w:val="16"/>
              </w:rPr>
            </w:pPr>
            <w:r w:rsidRPr="002366F0">
              <w:rPr>
                <w:sz w:val="16"/>
                <w:szCs w:val="16"/>
                <w:shd w:val="clear" w:color="auto" w:fill="EEF2F6"/>
              </w:rPr>
              <w:t>$ hostnamectl</w:t>
            </w:r>
          </w:p>
          <w:p w14:paraId="16F7AF01" w14:textId="77777777" w:rsidR="00281EA7" w:rsidRPr="002366F0" w:rsidRDefault="00281EA7" w:rsidP="00281EA7">
            <w:pPr>
              <w:spacing w:after="0"/>
              <w:ind w:left="11"/>
              <w:rPr>
                <w:sz w:val="16"/>
                <w:szCs w:val="16"/>
              </w:rPr>
            </w:pPr>
            <w:r w:rsidRPr="002366F0">
              <w:rPr>
                <w:sz w:val="16"/>
                <w:szCs w:val="16"/>
                <w:shd w:val="clear" w:color="auto" w:fill="EEF2F6"/>
              </w:rPr>
              <w:t>$ cat /etc/redos-release</w:t>
            </w:r>
          </w:p>
          <w:p w14:paraId="37016978" w14:textId="77777777" w:rsidR="00281EA7" w:rsidRPr="002366F0" w:rsidRDefault="00281EA7" w:rsidP="00281EA7">
            <w:pPr>
              <w:spacing w:after="0"/>
              <w:ind w:left="11"/>
              <w:rPr>
                <w:sz w:val="16"/>
                <w:szCs w:val="16"/>
                <w:shd w:val="clear" w:color="auto" w:fill="EEF2F6"/>
              </w:rPr>
            </w:pPr>
            <w:r w:rsidRPr="002366F0">
              <w:rPr>
                <w:sz w:val="16"/>
                <w:szCs w:val="16"/>
                <w:shd w:val="clear" w:color="auto" w:fill="EEF2F6"/>
              </w:rPr>
              <w:t>$ uname -r</w:t>
            </w:r>
          </w:p>
          <w:p w14:paraId="4C37EB99" w14:textId="77777777" w:rsidR="00281EA7" w:rsidRPr="002366F0" w:rsidRDefault="00281EA7" w:rsidP="00281EA7">
            <w:pPr>
              <w:spacing w:after="0"/>
              <w:rPr>
                <w:sz w:val="16"/>
                <w:szCs w:val="16"/>
              </w:rPr>
            </w:pPr>
            <w:r w:rsidRPr="002366F0">
              <w:rPr>
                <w:sz w:val="16"/>
                <w:szCs w:val="16"/>
              </w:rPr>
              <w:t>2) На обоих серверах выполнить</w:t>
            </w:r>
          </w:p>
          <w:p w14:paraId="18561F9B" w14:textId="77777777" w:rsidR="00281EA7" w:rsidRPr="00D20A87" w:rsidRDefault="00281EA7" w:rsidP="00281EA7">
            <w:pPr>
              <w:spacing w:after="0"/>
              <w:ind w:left="11"/>
              <w:rPr>
                <w:sz w:val="16"/>
                <w:szCs w:val="16"/>
              </w:rPr>
            </w:pPr>
            <w:r w:rsidRPr="00D20A87">
              <w:rPr>
                <w:sz w:val="16"/>
                <w:szCs w:val="16"/>
                <w:shd w:val="clear" w:color="auto" w:fill="EEF2F6"/>
              </w:rPr>
              <w:t xml:space="preserve">$ </w:t>
            </w:r>
            <w:r w:rsidRPr="00092C9E">
              <w:rPr>
                <w:sz w:val="16"/>
                <w:szCs w:val="16"/>
                <w:shd w:val="clear" w:color="auto" w:fill="EEF2F6"/>
              </w:rPr>
              <w:t>lspci</w:t>
            </w:r>
            <w:r w:rsidRPr="00D20A87">
              <w:rPr>
                <w:sz w:val="16"/>
                <w:szCs w:val="16"/>
                <w:shd w:val="clear" w:color="auto" w:fill="EEF2F6"/>
              </w:rPr>
              <w:t xml:space="preserve"> | </w:t>
            </w:r>
            <w:r w:rsidRPr="00092C9E">
              <w:rPr>
                <w:sz w:val="16"/>
                <w:szCs w:val="16"/>
                <w:shd w:val="clear" w:color="auto" w:fill="EEF2F6"/>
              </w:rPr>
              <w:t>grep</w:t>
            </w:r>
            <w:r w:rsidRPr="00D20A87">
              <w:rPr>
                <w:sz w:val="16"/>
                <w:szCs w:val="16"/>
                <w:shd w:val="clear" w:color="auto" w:fill="EEF2F6"/>
              </w:rPr>
              <w:t xml:space="preserve"> -</w:t>
            </w:r>
            <w:r w:rsidRPr="00092C9E">
              <w:rPr>
                <w:sz w:val="16"/>
                <w:szCs w:val="16"/>
                <w:shd w:val="clear" w:color="auto" w:fill="EEF2F6"/>
              </w:rPr>
              <w:t>Ei</w:t>
            </w:r>
            <w:r w:rsidRPr="00D20A87">
              <w:rPr>
                <w:sz w:val="16"/>
                <w:szCs w:val="16"/>
                <w:shd w:val="clear" w:color="auto" w:fill="EEF2F6"/>
              </w:rPr>
              <w:t xml:space="preserve"> "</w:t>
            </w:r>
            <w:r w:rsidRPr="00092C9E">
              <w:rPr>
                <w:sz w:val="16"/>
                <w:szCs w:val="16"/>
                <w:shd w:val="clear" w:color="auto" w:fill="EEF2F6"/>
              </w:rPr>
              <w:t>Fibre</w:t>
            </w:r>
            <w:r w:rsidRPr="00D20A87">
              <w:rPr>
                <w:sz w:val="16"/>
                <w:szCs w:val="16"/>
                <w:shd w:val="clear" w:color="auto" w:fill="EEF2F6"/>
              </w:rPr>
              <w:t>|</w:t>
            </w:r>
            <w:r w:rsidRPr="00092C9E">
              <w:rPr>
                <w:sz w:val="16"/>
                <w:szCs w:val="16"/>
                <w:shd w:val="clear" w:color="auto" w:fill="EEF2F6"/>
              </w:rPr>
              <w:t>hba</w:t>
            </w:r>
            <w:r w:rsidRPr="00D20A87">
              <w:rPr>
                <w:sz w:val="16"/>
                <w:szCs w:val="16"/>
                <w:shd w:val="clear" w:color="auto" w:fill="EEF2F6"/>
              </w:rPr>
              <w:t>|</w:t>
            </w:r>
            <w:r w:rsidRPr="00092C9E">
              <w:rPr>
                <w:sz w:val="16"/>
                <w:szCs w:val="16"/>
                <w:shd w:val="clear" w:color="auto" w:fill="EEF2F6"/>
              </w:rPr>
              <w:t>HBA</w:t>
            </w:r>
            <w:r w:rsidRPr="00D20A87">
              <w:rPr>
                <w:sz w:val="16"/>
                <w:szCs w:val="16"/>
                <w:shd w:val="clear" w:color="auto" w:fill="EEF2F6"/>
              </w:rPr>
              <w:t>|</w:t>
            </w:r>
            <w:r w:rsidRPr="00092C9E">
              <w:rPr>
                <w:sz w:val="16"/>
                <w:szCs w:val="16"/>
                <w:shd w:val="clear" w:color="auto" w:fill="EEF2F6"/>
              </w:rPr>
              <w:t>QLogic</w:t>
            </w:r>
            <w:r w:rsidRPr="00D20A87">
              <w:rPr>
                <w:sz w:val="16"/>
                <w:szCs w:val="16"/>
                <w:shd w:val="clear" w:color="auto" w:fill="EEF2F6"/>
              </w:rPr>
              <w:t>|</w:t>
            </w:r>
            <w:r w:rsidRPr="00092C9E">
              <w:rPr>
                <w:sz w:val="16"/>
                <w:szCs w:val="16"/>
                <w:shd w:val="clear" w:color="auto" w:fill="EEF2F6"/>
              </w:rPr>
              <w:t>Emulex</w:t>
            </w:r>
            <w:r w:rsidRPr="00D20A87">
              <w:rPr>
                <w:sz w:val="16"/>
                <w:szCs w:val="16"/>
                <w:shd w:val="clear" w:color="auto" w:fill="EEF2F6"/>
              </w:rPr>
              <w:t>"</w:t>
            </w:r>
          </w:p>
          <w:p w14:paraId="3B073AAD" w14:textId="77777777" w:rsidR="00281EA7" w:rsidRPr="00ED1D20" w:rsidRDefault="00281EA7" w:rsidP="00281EA7">
            <w:pPr>
              <w:spacing w:after="0"/>
              <w:rPr>
                <w:sz w:val="16"/>
                <w:szCs w:val="16"/>
                <w:lang w:val="en-US"/>
              </w:rPr>
            </w:pPr>
            <w:r w:rsidRPr="00ED1D20">
              <w:rPr>
                <w:sz w:val="16"/>
                <w:szCs w:val="16"/>
                <w:lang w:val="en-US"/>
              </w:rPr>
              <w:t xml:space="preserve">3) </w:t>
            </w:r>
            <w:r w:rsidRPr="002366F0">
              <w:rPr>
                <w:sz w:val="16"/>
                <w:szCs w:val="16"/>
              </w:rPr>
              <w:t>На</w:t>
            </w:r>
            <w:r w:rsidRPr="00ED1D20">
              <w:rPr>
                <w:sz w:val="16"/>
                <w:szCs w:val="16"/>
                <w:lang w:val="en-US"/>
              </w:rPr>
              <w:t xml:space="preserve"> </w:t>
            </w:r>
            <w:r w:rsidRPr="002366F0">
              <w:rPr>
                <w:sz w:val="16"/>
                <w:szCs w:val="16"/>
              </w:rPr>
              <w:t>обоих</w:t>
            </w:r>
            <w:r w:rsidRPr="00ED1D20">
              <w:rPr>
                <w:sz w:val="16"/>
                <w:szCs w:val="16"/>
                <w:lang w:val="en-US"/>
              </w:rPr>
              <w:t xml:space="preserve"> </w:t>
            </w:r>
            <w:r w:rsidRPr="002366F0">
              <w:rPr>
                <w:sz w:val="16"/>
                <w:szCs w:val="16"/>
              </w:rPr>
              <w:t>серверах</w:t>
            </w:r>
            <w:r w:rsidRPr="00ED1D20">
              <w:rPr>
                <w:sz w:val="16"/>
                <w:szCs w:val="16"/>
                <w:lang w:val="en-US"/>
              </w:rPr>
              <w:t xml:space="preserve"> </w:t>
            </w:r>
            <w:r w:rsidRPr="002366F0">
              <w:rPr>
                <w:sz w:val="16"/>
                <w:szCs w:val="16"/>
              </w:rPr>
              <w:t>выполнить</w:t>
            </w:r>
          </w:p>
          <w:p w14:paraId="1F62CF9F"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cat /sys/class/fc_host/host*/port_name</w:t>
            </w:r>
          </w:p>
          <w:p w14:paraId="2CC3D942"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cat /sys/class/fc_host/host*/port_state</w:t>
            </w:r>
          </w:p>
          <w:p w14:paraId="7072924A"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cat /sys/class/fc_host/host*/speed</w:t>
            </w:r>
          </w:p>
          <w:p w14:paraId="76630E80" w14:textId="77777777" w:rsidR="00281EA7" w:rsidRPr="002366F0" w:rsidRDefault="00281EA7" w:rsidP="00281EA7">
            <w:pPr>
              <w:spacing w:after="0"/>
              <w:rPr>
                <w:sz w:val="16"/>
                <w:szCs w:val="16"/>
              </w:rPr>
            </w:pPr>
            <w:r w:rsidRPr="002366F0">
              <w:rPr>
                <w:sz w:val="16"/>
                <w:szCs w:val="16"/>
              </w:rPr>
              <w:t>4) Зафиксировать WWPN инициаторов, количество активных FC-портов, схему подключения к портам СХД и факт использования FC-фабрики</w:t>
            </w:r>
          </w:p>
          <w:p w14:paraId="51303AD0" w14:textId="77777777" w:rsidR="00281EA7" w:rsidRPr="002366F0" w:rsidRDefault="00281EA7" w:rsidP="00281EA7">
            <w:pPr>
              <w:spacing w:after="0"/>
              <w:rPr>
                <w:sz w:val="16"/>
                <w:szCs w:val="16"/>
              </w:rPr>
            </w:pPr>
            <w:r w:rsidRPr="002366F0">
              <w:rPr>
                <w:sz w:val="16"/>
                <w:szCs w:val="16"/>
              </w:rPr>
              <w:t>5) Сохранить данные в журнал испытаний</w:t>
            </w:r>
          </w:p>
        </w:tc>
        <w:tc>
          <w:tcPr>
            <w:tcW w:w="4119" w:type="dxa"/>
          </w:tcPr>
          <w:p w14:paraId="424D1035" w14:textId="77777777" w:rsidR="00281EA7" w:rsidRPr="002366F0" w:rsidRDefault="00281EA7" w:rsidP="00281EA7">
            <w:pPr>
              <w:spacing w:after="0"/>
              <w:rPr>
                <w:sz w:val="16"/>
                <w:szCs w:val="16"/>
              </w:rPr>
            </w:pPr>
            <w:r w:rsidRPr="002366F0">
              <w:rPr>
                <w:b/>
                <w:sz w:val="16"/>
                <w:szCs w:val="16"/>
              </w:rPr>
              <w:t>Испытание считается успешным, если одновременно выполнены условия:</w:t>
            </w:r>
          </w:p>
          <w:p w14:paraId="2173A882" w14:textId="77777777" w:rsidR="00281EA7" w:rsidRPr="002366F0" w:rsidRDefault="00281EA7" w:rsidP="00281EA7">
            <w:pPr>
              <w:spacing w:after="0"/>
              <w:rPr>
                <w:sz w:val="16"/>
                <w:szCs w:val="16"/>
              </w:rPr>
            </w:pPr>
            <w:r w:rsidRPr="002366F0">
              <w:rPr>
                <w:sz w:val="16"/>
                <w:szCs w:val="16"/>
              </w:rPr>
              <w:t>1) На обоих серверах подтверждена установленная ОС RedOS 7.3 и корректно определяется версия ядра Linux, и в журнале испытаний зафиксированы версии ядра ОС.</w:t>
            </w:r>
          </w:p>
          <w:p w14:paraId="6D14423D" w14:textId="77777777" w:rsidR="00281EA7" w:rsidRPr="002366F0" w:rsidRDefault="00281EA7" w:rsidP="00281EA7">
            <w:pPr>
              <w:spacing w:after="0"/>
              <w:rPr>
                <w:sz w:val="16"/>
                <w:szCs w:val="16"/>
              </w:rPr>
            </w:pPr>
            <w:r w:rsidRPr="002366F0">
              <w:rPr>
                <w:sz w:val="16"/>
                <w:szCs w:val="16"/>
              </w:rPr>
              <w:t xml:space="preserve"> (на 01.04.2026 актуальными версиями являются </w:t>
            </w:r>
            <w:r w:rsidRPr="002366F0">
              <w:rPr>
                <w:rStyle w:val="translatable-message"/>
                <w:sz w:val="16"/>
                <w:szCs w:val="16"/>
              </w:rPr>
              <w:t>6.1.110 или 6.1.162</w:t>
            </w:r>
            <w:r w:rsidRPr="002366F0">
              <w:rPr>
                <w:sz w:val="16"/>
                <w:szCs w:val="16"/>
              </w:rPr>
              <w:t xml:space="preserve">, в случае применения других версий, необходимо подтверждение от RedOS о смене версий ядер ОС)2) </w:t>
            </w:r>
            <w:proofErr w:type="gramStart"/>
            <w:r w:rsidRPr="002366F0">
              <w:rPr>
                <w:sz w:val="16"/>
                <w:szCs w:val="16"/>
              </w:rPr>
              <w:t>В</w:t>
            </w:r>
            <w:proofErr w:type="gramEnd"/>
            <w:r w:rsidRPr="002366F0">
              <w:rPr>
                <w:sz w:val="16"/>
                <w:szCs w:val="16"/>
              </w:rPr>
              <w:t xml:space="preserve"> составе оборудования каждого сервера определяется FC HBA, а количество активных FC-портов соответствует схеме стенда</w:t>
            </w:r>
          </w:p>
          <w:p w14:paraId="3D3E1526" w14:textId="77777777" w:rsidR="00281EA7" w:rsidRPr="002366F0" w:rsidRDefault="00281EA7" w:rsidP="00281EA7">
            <w:pPr>
              <w:spacing w:after="0"/>
              <w:rPr>
                <w:sz w:val="16"/>
                <w:szCs w:val="16"/>
              </w:rPr>
            </w:pPr>
            <w:r w:rsidRPr="002366F0">
              <w:rPr>
                <w:sz w:val="16"/>
                <w:szCs w:val="16"/>
              </w:rPr>
              <w:t xml:space="preserve">3) Все задействованные FC-порты находятся в состоянии Online; согласованная скорость соответствует проектной схеме стенда, </w:t>
            </w:r>
            <w:proofErr w:type="gramStart"/>
            <w:r w:rsidRPr="002366F0">
              <w:rPr>
                <w:sz w:val="16"/>
                <w:szCs w:val="16"/>
              </w:rPr>
              <w:t>например</w:t>
            </w:r>
            <w:proofErr w:type="gramEnd"/>
            <w:r w:rsidRPr="002366F0">
              <w:rPr>
                <w:sz w:val="16"/>
                <w:szCs w:val="16"/>
              </w:rPr>
              <w:t xml:space="preserve"> 32 Gbit</w:t>
            </w:r>
          </w:p>
          <w:p w14:paraId="11BE175E" w14:textId="77777777" w:rsidR="00281EA7" w:rsidRPr="002366F0" w:rsidRDefault="00281EA7" w:rsidP="00281EA7">
            <w:pPr>
              <w:spacing w:after="0"/>
              <w:rPr>
                <w:sz w:val="16"/>
                <w:szCs w:val="16"/>
              </w:rPr>
            </w:pPr>
            <w:r w:rsidRPr="002366F0">
              <w:rPr>
                <w:sz w:val="16"/>
                <w:szCs w:val="16"/>
              </w:rPr>
              <w:t>4) WWPN инициаторов и карта подключений серверов к портам СХД или к FC-фабрике зафиксированы в журнале испытаний</w:t>
            </w:r>
          </w:p>
        </w:tc>
      </w:tr>
      <w:tr w:rsidR="00281EA7" w:rsidRPr="002366F0" w14:paraId="63CD1FF8" w14:textId="77777777" w:rsidTr="00281EA7">
        <w:tc>
          <w:tcPr>
            <w:tcW w:w="502" w:type="dxa"/>
          </w:tcPr>
          <w:p w14:paraId="5D18F27A" w14:textId="77777777" w:rsidR="00281EA7" w:rsidRPr="002366F0" w:rsidRDefault="00281EA7" w:rsidP="00281EA7">
            <w:pPr>
              <w:spacing w:after="0"/>
              <w:jc w:val="center"/>
              <w:rPr>
                <w:sz w:val="16"/>
                <w:szCs w:val="16"/>
              </w:rPr>
            </w:pPr>
            <w:r w:rsidRPr="002366F0">
              <w:rPr>
                <w:b/>
                <w:color w:val="1F1F1F"/>
                <w:sz w:val="16"/>
                <w:szCs w:val="16"/>
              </w:rPr>
              <w:t>2</w:t>
            </w:r>
          </w:p>
        </w:tc>
        <w:tc>
          <w:tcPr>
            <w:tcW w:w="1969" w:type="dxa"/>
          </w:tcPr>
          <w:p w14:paraId="211B093D" w14:textId="77777777" w:rsidR="00281EA7" w:rsidRPr="002366F0" w:rsidRDefault="00281EA7" w:rsidP="00281EA7">
            <w:pPr>
              <w:spacing w:after="0"/>
              <w:rPr>
                <w:sz w:val="16"/>
                <w:szCs w:val="16"/>
              </w:rPr>
            </w:pPr>
            <w:r w:rsidRPr="002366F0">
              <w:rPr>
                <w:color w:val="1F1F1F"/>
                <w:sz w:val="16"/>
                <w:szCs w:val="16"/>
              </w:rPr>
              <w:t>Настройка ОС хостов</w:t>
            </w:r>
          </w:p>
        </w:tc>
        <w:tc>
          <w:tcPr>
            <w:tcW w:w="2277" w:type="dxa"/>
          </w:tcPr>
          <w:p w14:paraId="253E379D" w14:textId="77777777" w:rsidR="00281EA7" w:rsidRPr="002366F0" w:rsidRDefault="00281EA7" w:rsidP="00281EA7">
            <w:pPr>
              <w:spacing w:after="0"/>
              <w:rPr>
                <w:sz w:val="16"/>
                <w:szCs w:val="16"/>
              </w:rPr>
            </w:pPr>
            <w:r w:rsidRPr="002366F0">
              <w:rPr>
                <w:color w:val="1F1F1F"/>
                <w:sz w:val="16"/>
                <w:szCs w:val="16"/>
              </w:rPr>
              <w:t>Установка обязательных пакетов и запуск multipathd</w:t>
            </w:r>
          </w:p>
        </w:tc>
        <w:tc>
          <w:tcPr>
            <w:tcW w:w="2459" w:type="dxa"/>
          </w:tcPr>
          <w:p w14:paraId="5EE83C54" w14:textId="77777777" w:rsidR="00281EA7" w:rsidRPr="002366F0" w:rsidRDefault="00281EA7" w:rsidP="00281EA7">
            <w:pPr>
              <w:spacing w:after="0"/>
              <w:rPr>
                <w:sz w:val="16"/>
                <w:szCs w:val="16"/>
              </w:rPr>
            </w:pPr>
            <w:r w:rsidRPr="002366F0">
              <w:rPr>
                <w:color w:val="1F1F1F"/>
                <w:sz w:val="16"/>
                <w:szCs w:val="16"/>
              </w:rPr>
              <w:t>На обоих серверах установлены fio, device-mapper-multipath, sg3_utils, lsscsi; служба multipathd включена и запущена</w:t>
            </w:r>
          </w:p>
        </w:tc>
        <w:tc>
          <w:tcPr>
            <w:tcW w:w="4152" w:type="dxa"/>
          </w:tcPr>
          <w:p w14:paraId="0E5F487F" w14:textId="77777777" w:rsidR="00281EA7" w:rsidRPr="002366F0" w:rsidRDefault="00281EA7" w:rsidP="00281EA7">
            <w:pPr>
              <w:spacing w:after="0"/>
              <w:rPr>
                <w:sz w:val="16"/>
                <w:szCs w:val="16"/>
              </w:rPr>
            </w:pPr>
            <w:r w:rsidRPr="002366F0">
              <w:rPr>
                <w:sz w:val="16"/>
                <w:szCs w:val="16"/>
              </w:rPr>
              <w:t>1) На каждом сервере установить обязательные пакеты и запустить multipathd</w:t>
            </w:r>
          </w:p>
          <w:p w14:paraId="786CEBC7" w14:textId="77777777" w:rsidR="00281EA7" w:rsidRPr="00ED1D20" w:rsidRDefault="00281EA7" w:rsidP="00281EA7">
            <w:pPr>
              <w:spacing w:after="0"/>
              <w:ind w:left="11"/>
              <w:rPr>
                <w:sz w:val="16"/>
                <w:szCs w:val="16"/>
                <w:shd w:val="clear" w:color="auto" w:fill="EEF2F6"/>
                <w:lang w:val="en-US"/>
              </w:rPr>
            </w:pPr>
            <w:r w:rsidRPr="00ED1D20">
              <w:rPr>
                <w:sz w:val="16"/>
                <w:szCs w:val="16"/>
                <w:shd w:val="clear" w:color="auto" w:fill="EEF2F6"/>
                <w:lang w:val="en-US"/>
              </w:rPr>
              <w:t># dnf install -y fio device-mapper-multipath sg3_utils lsscsi</w:t>
            </w:r>
          </w:p>
          <w:p w14:paraId="059E219D" w14:textId="77777777" w:rsidR="00281EA7" w:rsidRPr="00ED1D20" w:rsidRDefault="00281EA7" w:rsidP="00281EA7">
            <w:pPr>
              <w:spacing w:after="0"/>
              <w:ind w:left="11"/>
              <w:rPr>
                <w:sz w:val="16"/>
                <w:szCs w:val="16"/>
                <w:shd w:val="clear" w:color="auto" w:fill="EEF2F6"/>
                <w:lang w:val="en-US"/>
              </w:rPr>
            </w:pPr>
            <w:r w:rsidRPr="00ED1D20">
              <w:rPr>
                <w:sz w:val="16"/>
                <w:szCs w:val="16"/>
                <w:shd w:val="clear" w:color="auto" w:fill="EEF2F6"/>
                <w:lang w:val="en-US"/>
              </w:rPr>
              <w:t># mpathconf --find_multipaths y</w:t>
            </w:r>
          </w:p>
          <w:p w14:paraId="1E7C424E"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systemctl enable multipathd</w:t>
            </w:r>
          </w:p>
          <w:p w14:paraId="20085BA4" w14:textId="77777777" w:rsidR="00281EA7" w:rsidRPr="002366F0" w:rsidRDefault="00281EA7" w:rsidP="00281EA7">
            <w:pPr>
              <w:spacing w:after="0"/>
              <w:ind w:left="11"/>
              <w:rPr>
                <w:sz w:val="16"/>
                <w:szCs w:val="16"/>
              </w:rPr>
            </w:pPr>
            <w:r w:rsidRPr="002366F0">
              <w:rPr>
                <w:sz w:val="16"/>
                <w:szCs w:val="16"/>
                <w:shd w:val="clear" w:color="auto" w:fill="EEF2F6"/>
              </w:rPr>
              <w:t># systemctl start multipathd</w:t>
            </w:r>
          </w:p>
          <w:p w14:paraId="7BB069FB" w14:textId="77777777" w:rsidR="00281EA7" w:rsidRPr="002366F0" w:rsidRDefault="00281EA7" w:rsidP="00281EA7">
            <w:pPr>
              <w:spacing w:after="0"/>
              <w:rPr>
                <w:sz w:val="16"/>
                <w:szCs w:val="16"/>
              </w:rPr>
            </w:pPr>
            <w:r w:rsidRPr="002366F0">
              <w:rPr>
                <w:sz w:val="16"/>
                <w:szCs w:val="16"/>
              </w:rPr>
              <w:t>2) На каждом сервере проверить установленные пакеты</w:t>
            </w:r>
          </w:p>
          <w:p w14:paraId="39DEC65C"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rpm -q fio device-mapper-multipath sg3_utils lsscsi</w:t>
            </w:r>
          </w:p>
          <w:p w14:paraId="326C7AC9" w14:textId="77777777" w:rsidR="00281EA7" w:rsidRPr="002366F0" w:rsidRDefault="00281EA7" w:rsidP="00281EA7">
            <w:pPr>
              <w:spacing w:after="0"/>
              <w:rPr>
                <w:sz w:val="16"/>
                <w:szCs w:val="16"/>
              </w:rPr>
            </w:pPr>
            <w:r w:rsidRPr="002366F0">
              <w:rPr>
                <w:sz w:val="16"/>
                <w:szCs w:val="16"/>
              </w:rPr>
              <w:t>3) На каждом сервере проверить состояние службы</w:t>
            </w:r>
          </w:p>
          <w:p w14:paraId="06AF2FD0" w14:textId="77777777" w:rsidR="00281EA7" w:rsidRPr="002366F0" w:rsidRDefault="00281EA7" w:rsidP="00281EA7">
            <w:pPr>
              <w:spacing w:after="0"/>
              <w:ind w:left="11"/>
              <w:rPr>
                <w:sz w:val="16"/>
                <w:szCs w:val="16"/>
              </w:rPr>
            </w:pPr>
            <w:r w:rsidRPr="002366F0">
              <w:rPr>
                <w:sz w:val="16"/>
                <w:szCs w:val="16"/>
                <w:shd w:val="clear" w:color="auto" w:fill="EEF2F6"/>
              </w:rPr>
              <w:t># systemctl status multipathd</w:t>
            </w:r>
          </w:p>
        </w:tc>
        <w:tc>
          <w:tcPr>
            <w:tcW w:w="4119" w:type="dxa"/>
          </w:tcPr>
          <w:p w14:paraId="09C9FA49" w14:textId="77777777" w:rsidR="00281EA7" w:rsidRPr="002366F0" w:rsidRDefault="00281EA7" w:rsidP="00281EA7">
            <w:pPr>
              <w:spacing w:after="0"/>
              <w:rPr>
                <w:sz w:val="16"/>
                <w:szCs w:val="16"/>
              </w:rPr>
            </w:pPr>
            <w:r w:rsidRPr="002366F0">
              <w:rPr>
                <w:b/>
                <w:sz w:val="16"/>
                <w:szCs w:val="16"/>
              </w:rPr>
              <w:t>Испытание считается успешным, если одновременно выполнены условия:</w:t>
            </w:r>
          </w:p>
          <w:p w14:paraId="24936D15" w14:textId="77777777" w:rsidR="00281EA7" w:rsidRPr="002366F0" w:rsidRDefault="00281EA7" w:rsidP="00281EA7">
            <w:pPr>
              <w:spacing w:after="0"/>
              <w:rPr>
                <w:sz w:val="16"/>
                <w:szCs w:val="16"/>
              </w:rPr>
            </w:pPr>
            <w:r w:rsidRPr="002366F0">
              <w:rPr>
                <w:sz w:val="16"/>
                <w:szCs w:val="16"/>
              </w:rPr>
              <w:t>1) Команда rpm -q возвращает названия и версии всех четырёх пакетов; строк вида package ... is not installed нет</w:t>
            </w:r>
          </w:p>
          <w:p w14:paraId="46CC78B3" w14:textId="77777777" w:rsidR="00281EA7" w:rsidRPr="002366F0" w:rsidRDefault="00281EA7" w:rsidP="00281EA7">
            <w:pPr>
              <w:spacing w:after="0"/>
              <w:rPr>
                <w:sz w:val="16"/>
                <w:szCs w:val="16"/>
              </w:rPr>
            </w:pPr>
            <w:r w:rsidRPr="002366F0">
              <w:rPr>
                <w:sz w:val="16"/>
                <w:szCs w:val="16"/>
              </w:rPr>
              <w:t>2) Служба multipathd запущена и находится в состоянии active (running)</w:t>
            </w:r>
          </w:p>
          <w:p w14:paraId="2D3F3C1A" w14:textId="77777777" w:rsidR="00281EA7" w:rsidRPr="002366F0" w:rsidRDefault="00281EA7" w:rsidP="00281EA7">
            <w:pPr>
              <w:spacing w:after="0"/>
              <w:rPr>
                <w:sz w:val="16"/>
                <w:szCs w:val="16"/>
              </w:rPr>
            </w:pPr>
            <w:r w:rsidRPr="002366F0">
              <w:rPr>
                <w:sz w:val="16"/>
                <w:szCs w:val="16"/>
              </w:rPr>
              <w:t>3) Автозапуск службы включён</w:t>
            </w:r>
          </w:p>
          <w:p w14:paraId="6DF17973" w14:textId="77777777" w:rsidR="00281EA7" w:rsidRPr="002366F0" w:rsidRDefault="00281EA7" w:rsidP="00281EA7">
            <w:pPr>
              <w:spacing w:after="0"/>
              <w:rPr>
                <w:sz w:val="16"/>
                <w:szCs w:val="16"/>
              </w:rPr>
            </w:pPr>
          </w:p>
        </w:tc>
      </w:tr>
      <w:tr w:rsidR="00281EA7" w:rsidRPr="003E0862" w14:paraId="7D7F3152" w14:textId="77777777" w:rsidTr="00281EA7">
        <w:tc>
          <w:tcPr>
            <w:tcW w:w="502" w:type="dxa"/>
          </w:tcPr>
          <w:p w14:paraId="4F505C36" w14:textId="77777777" w:rsidR="00281EA7" w:rsidRPr="002366F0" w:rsidRDefault="00281EA7" w:rsidP="00281EA7">
            <w:pPr>
              <w:spacing w:after="0"/>
              <w:jc w:val="center"/>
              <w:rPr>
                <w:sz w:val="16"/>
                <w:szCs w:val="16"/>
              </w:rPr>
            </w:pPr>
            <w:r w:rsidRPr="002366F0">
              <w:rPr>
                <w:b/>
                <w:color w:val="1F1F1F"/>
                <w:sz w:val="16"/>
                <w:szCs w:val="16"/>
              </w:rPr>
              <w:t>3</w:t>
            </w:r>
          </w:p>
        </w:tc>
        <w:tc>
          <w:tcPr>
            <w:tcW w:w="1969" w:type="dxa"/>
          </w:tcPr>
          <w:p w14:paraId="58EE6BC4" w14:textId="77777777" w:rsidR="00281EA7" w:rsidRPr="002366F0" w:rsidRDefault="00281EA7" w:rsidP="00281EA7">
            <w:pPr>
              <w:spacing w:after="0"/>
              <w:rPr>
                <w:sz w:val="16"/>
                <w:szCs w:val="16"/>
              </w:rPr>
            </w:pPr>
            <w:r w:rsidRPr="002366F0">
              <w:rPr>
                <w:color w:val="1F1F1F"/>
                <w:sz w:val="16"/>
                <w:szCs w:val="16"/>
              </w:rPr>
              <w:t>Настройка ОС хостов</w:t>
            </w:r>
          </w:p>
        </w:tc>
        <w:tc>
          <w:tcPr>
            <w:tcW w:w="2277" w:type="dxa"/>
          </w:tcPr>
          <w:p w14:paraId="4DA92A79" w14:textId="77777777" w:rsidR="00281EA7" w:rsidRPr="002366F0" w:rsidRDefault="00281EA7" w:rsidP="00281EA7">
            <w:pPr>
              <w:spacing w:after="0"/>
              <w:rPr>
                <w:sz w:val="16"/>
                <w:szCs w:val="16"/>
              </w:rPr>
            </w:pPr>
            <w:r w:rsidRPr="002366F0">
              <w:rPr>
                <w:color w:val="1F1F1F"/>
                <w:sz w:val="16"/>
                <w:szCs w:val="16"/>
              </w:rPr>
              <w:t>Настройка FC HBA qla2xxx для испытаний</w:t>
            </w:r>
          </w:p>
        </w:tc>
        <w:tc>
          <w:tcPr>
            <w:tcW w:w="2459" w:type="dxa"/>
          </w:tcPr>
          <w:p w14:paraId="6DCF4FDA" w14:textId="77777777" w:rsidR="00281EA7" w:rsidRPr="002366F0" w:rsidRDefault="00281EA7" w:rsidP="00281EA7">
            <w:pPr>
              <w:rPr>
                <w:sz w:val="16"/>
                <w:szCs w:val="16"/>
              </w:rPr>
            </w:pPr>
            <w:r w:rsidRPr="002366F0">
              <w:rPr>
                <w:sz w:val="16"/>
                <w:szCs w:val="16"/>
              </w:rPr>
              <w:t xml:space="preserve">Для драйвера qla2xxx применён общий параметр ql2xmaxqdepth=256; модуль qla2xxx включён в автозагрузку; initramfs обновлён по процедуре </w:t>
            </w:r>
          </w:p>
        </w:tc>
        <w:tc>
          <w:tcPr>
            <w:tcW w:w="4152" w:type="dxa"/>
          </w:tcPr>
          <w:p w14:paraId="45374D9D" w14:textId="77777777" w:rsidR="00281EA7" w:rsidRPr="002366F0" w:rsidRDefault="00281EA7" w:rsidP="00281EA7">
            <w:pPr>
              <w:rPr>
                <w:sz w:val="16"/>
                <w:szCs w:val="16"/>
              </w:rPr>
            </w:pPr>
            <w:r w:rsidRPr="002366F0">
              <w:rPr>
                <w:sz w:val="16"/>
                <w:szCs w:val="16"/>
              </w:rPr>
              <w:t>1) На каждом сервере создать конфигурационные файлы qla2xxx</w:t>
            </w:r>
            <w:r w:rsidRPr="002366F0">
              <w:rPr>
                <w:sz w:val="16"/>
                <w:szCs w:val="16"/>
              </w:rPr>
              <w:br/>
              <w:t># printf 'options qla2xxx ql2xmaxqdepth=256\n' &gt; /etc/modprobe.d/qla2xxx.conf</w:t>
            </w:r>
            <w:r w:rsidRPr="002366F0">
              <w:rPr>
                <w:sz w:val="16"/>
                <w:szCs w:val="16"/>
              </w:rPr>
              <w:br/>
              <w:t># printf 'qla2xxx\n' &gt; /etc/modules-load.d/qla2xxx.conf</w:t>
            </w:r>
            <w:r w:rsidRPr="002366F0">
              <w:rPr>
                <w:sz w:val="16"/>
                <w:szCs w:val="16"/>
              </w:rPr>
              <w:br/>
              <w:t>2) На каждом сервере перегенерировать initramfs</w:t>
            </w:r>
            <w:r w:rsidRPr="002366F0">
              <w:rPr>
                <w:sz w:val="16"/>
                <w:szCs w:val="16"/>
              </w:rPr>
              <w:br/>
              <w:t># mv /boot/initramfs-$(uname -r).img /boot/initramfs-$(uname -r).img.sav</w:t>
            </w:r>
            <w:r w:rsidRPr="002366F0">
              <w:rPr>
                <w:sz w:val="16"/>
                <w:szCs w:val="16"/>
              </w:rPr>
              <w:br/>
            </w:r>
            <w:r w:rsidRPr="002366F0">
              <w:rPr>
                <w:sz w:val="16"/>
                <w:szCs w:val="16"/>
              </w:rPr>
              <w:lastRenderedPageBreak/>
              <w:t># dracut -v</w:t>
            </w:r>
            <w:r w:rsidRPr="00D20A87">
              <w:rPr>
                <w:sz w:val="16"/>
                <w:szCs w:val="16"/>
              </w:rPr>
              <w:t xml:space="preserve"> -</w:t>
            </w:r>
            <w:r>
              <w:rPr>
                <w:sz w:val="16"/>
                <w:szCs w:val="16"/>
              </w:rPr>
              <w:t>f</w:t>
            </w:r>
            <w:r w:rsidRPr="002366F0">
              <w:rPr>
                <w:sz w:val="16"/>
                <w:szCs w:val="16"/>
              </w:rPr>
              <w:t xml:space="preserve"> /tmp/initramfs-$(uname -r).img</w:t>
            </w:r>
            <w:r w:rsidRPr="00D20A87">
              <w:rPr>
                <w:sz w:val="16"/>
                <w:szCs w:val="16"/>
              </w:rPr>
              <w:t xml:space="preserve"> --</w:t>
            </w:r>
            <w:r>
              <w:rPr>
                <w:sz w:val="16"/>
                <w:szCs w:val="16"/>
              </w:rPr>
              <w:t>kver</w:t>
            </w:r>
            <w:r w:rsidRPr="002366F0">
              <w:rPr>
                <w:sz w:val="16"/>
                <w:szCs w:val="16"/>
              </w:rPr>
              <w:t xml:space="preserve"> $(uname -r)</w:t>
            </w:r>
            <w:r w:rsidRPr="002366F0">
              <w:rPr>
                <w:sz w:val="16"/>
                <w:szCs w:val="16"/>
              </w:rPr>
              <w:br/>
              <w:t xml:space="preserve">3) Скопировать сгенерированный initramfs в /boot явной командой cp -p и перезагрузить сервер. Это пример операции; на реальном стенде ввод может быть видоизменён в зависимости от дистрибутива и версии dracut. Подробная процедура с резервной копией приведена в </w:t>
            </w:r>
            <w:r>
              <w:rPr>
                <w:sz w:val="16"/>
                <w:szCs w:val="16"/>
              </w:rPr>
              <w:t>пункте 11</w:t>
            </w:r>
            <w:r w:rsidRPr="002366F0">
              <w:rPr>
                <w:sz w:val="16"/>
                <w:szCs w:val="16"/>
              </w:rPr>
              <w:br/>
              <w:t>4) После загрузки проверить значение параметра драйвера</w:t>
            </w:r>
            <w:r w:rsidRPr="002366F0">
              <w:rPr>
                <w:sz w:val="16"/>
                <w:szCs w:val="16"/>
              </w:rPr>
              <w:br/>
              <w:t># cat /sys/module/qla2xxx/parameters/ql2xmaxqdepth</w:t>
            </w:r>
          </w:p>
        </w:tc>
        <w:tc>
          <w:tcPr>
            <w:tcW w:w="4119" w:type="dxa"/>
          </w:tcPr>
          <w:p w14:paraId="75A95DC4" w14:textId="77777777" w:rsidR="00281EA7" w:rsidRPr="002366F0" w:rsidRDefault="00281EA7" w:rsidP="00281EA7">
            <w:pPr>
              <w:rPr>
                <w:sz w:val="16"/>
                <w:szCs w:val="16"/>
              </w:rPr>
            </w:pPr>
            <w:r w:rsidRPr="002366F0">
              <w:rPr>
                <w:sz w:val="16"/>
                <w:szCs w:val="16"/>
              </w:rPr>
              <w:lastRenderedPageBreak/>
              <w:t>Испытание считается успешным, если одновременно выполнены условия:</w:t>
            </w:r>
            <w:r w:rsidRPr="002366F0">
              <w:rPr>
                <w:sz w:val="16"/>
                <w:szCs w:val="16"/>
              </w:rPr>
              <w:br/>
              <w:t>1) Конфигурационные файлы qla2xxx созданы в требуемых каталогах и содержат параметр ql2xmaxqdepth=256</w:t>
            </w:r>
            <w:r w:rsidRPr="002366F0">
              <w:rPr>
                <w:sz w:val="16"/>
                <w:szCs w:val="16"/>
              </w:rPr>
              <w:br/>
              <w:t>2) Перегенерация initramfs завершена без ошибок</w:t>
            </w:r>
            <w:r w:rsidRPr="002366F0">
              <w:rPr>
                <w:sz w:val="16"/>
                <w:szCs w:val="16"/>
              </w:rPr>
              <w:br/>
              <w:t>3) После перезагрузки активный параметр драйвера равен 256</w:t>
            </w:r>
            <w:r w:rsidRPr="002366F0">
              <w:rPr>
                <w:sz w:val="16"/>
                <w:szCs w:val="16"/>
              </w:rPr>
              <w:br/>
            </w:r>
            <w:r w:rsidRPr="002366F0">
              <w:rPr>
                <w:sz w:val="16"/>
                <w:szCs w:val="16"/>
              </w:rPr>
              <w:lastRenderedPageBreak/>
              <w:t>Примеры допустимых фрагментов вывода:</w:t>
            </w:r>
            <w:r w:rsidRPr="002366F0">
              <w:rPr>
                <w:sz w:val="16"/>
                <w:szCs w:val="16"/>
              </w:rPr>
              <w:br/>
              <w:t>options qla2xxx ql2xmaxqdepth=256</w:t>
            </w:r>
            <w:r w:rsidRPr="002366F0">
              <w:rPr>
                <w:sz w:val="16"/>
                <w:szCs w:val="16"/>
              </w:rPr>
              <w:br/>
              <w:t>qla2xxx</w:t>
            </w:r>
            <w:r w:rsidRPr="002366F0">
              <w:rPr>
                <w:sz w:val="16"/>
                <w:szCs w:val="16"/>
              </w:rPr>
              <w:br/>
              <w:t>cat /sys/module/qla2xxx/parameters/ql2xmaxqdepth -&gt; 256</w:t>
            </w:r>
          </w:p>
        </w:tc>
      </w:tr>
      <w:tr w:rsidR="00281EA7" w:rsidRPr="00B16F71" w14:paraId="438278EB" w14:textId="77777777" w:rsidTr="00281EA7">
        <w:tc>
          <w:tcPr>
            <w:tcW w:w="502" w:type="dxa"/>
          </w:tcPr>
          <w:p w14:paraId="13940037" w14:textId="77777777" w:rsidR="00281EA7" w:rsidRPr="002366F0" w:rsidRDefault="00281EA7" w:rsidP="00281EA7">
            <w:pPr>
              <w:spacing w:after="0"/>
              <w:jc w:val="center"/>
              <w:rPr>
                <w:sz w:val="16"/>
                <w:szCs w:val="16"/>
              </w:rPr>
            </w:pPr>
            <w:r w:rsidRPr="002366F0">
              <w:rPr>
                <w:b/>
                <w:color w:val="1F1F1F"/>
                <w:sz w:val="16"/>
                <w:szCs w:val="16"/>
              </w:rPr>
              <w:t>4</w:t>
            </w:r>
          </w:p>
        </w:tc>
        <w:tc>
          <w:tcPr>
            <w:tcW w:w="1969" w:type="dxa"/>
          </w:tcPr>
          <w:p w14:paraId="2FD90756" w14:textId="77777777" w:rsidR="00281EA7" w:rsidRPr="002366F0" w:rsidRDefault="00281EA7" w:rsidP="00281EA7">
            <w:pPr>
              <w:spacing w:after="0"/>
              <w:rPr>
                <w:sz w:val="16"/>
                <w:szCs w:val="16"/>
              </w:rPr>
            </w:pPr>
            <w:r w:rsidRPr="002366F0">
              <w:rPr>
                <w:color w:val="1F1F1F"/>
                <w:sz w:val="16"/>
                <w:szCs w:val="16"/>
              </w:rPr>
              <w:t>Настройка ОС хостов</w:t>
            </w:r>
          </w:p>
        </w:tc>
        <w:tc>
          <w:tcPr>
            <w:tcW w:w="2277" w:type="dxa"/>
          </w:tcPr>
          <w:p w14:paraId="33FB416A" w14:textId="77777777" w:rsidR="00281EA7" w:rsidRPr="002366F0" w:rsidRDefault="00281EA7" w:rsidP="00281EA7">
            <w:pPr>
              <w:spacing w:after="0"/>
              <w:rPr>
                <w:sz w:val="16"/>
                <w:szCs w:val="16"/>
              </w:rPr>
            </w:pPr>
            <w:r w:rsidRPr="002366F0">
              <w:rPr>
                <w:color w:val="1F1F1F"/>
                <w:sz w:val="16"/>
                <w:szCs w:val="16"/>
              </w:rPr>
              <w:t>Базовый тюнинг блочного стека Linux и multipath</w:t>
            </w:r>
          </w:p>
        </w:tc>
        <w:tc>
          <w:tcPr>
            <w:tcW w:w="2459" w:type="dxa"/>
          </w:tcPr>
          <w:p w14:paraId="49094ACF" w14:textId="77777777" w:rsidR="00281EA7" w:rsidRPr="002366F0" w:rsidRDefault="00281EA7" w:rsidP="00281EA7">
            <w:pPr>
              <w:spacing w:after="0"/>
              <w:rPr>
                <w:sz w:val="16"/>
                <w:szCs w:val="16"/>
              </w:rPr>
            </w:pPr>
            <w:r w:rsidRPr="002366F0">
              <w:rPr>
                <w:color w:val="1F1F1F"/>
                <w:sz w:val="16"/>
                <w:szCs w:val="16"/>
              </w:rPr>
              <w:t>Для FC LUN применены базовые параметры производительности: device timeout 120 c, scheduler=none для DM-устройств, очередь запросов для нижележащих устройств и политика multipath round-robin. Конкретные vendor/product, prio, path_checker и no_path_retry уточняются по рекомендациям вендора СХД.</w:t>
            </w:r>
          </w:p>
        </w:tc>
        <w:tc>
          <w:tcPr>
            <w:tcW w:w="4152" w:type="dxa"/>
          </w:tcPr>
          <w:p w14:paraId="0487D619" w14:textId="77777777" w:rsidR="00281EA7" w:rsidRPr="00E505A8" w:rsidRDefault="00281EA7" w:rsidP="00281EA7">
            <w:pPr>
              <w:spacing w:after="0"/>
              <w:rPr>
                <w:sz w:val="16"/>
                <w:szCs w:val="16"/>
              </w:rPr>
            </w:pPr>
            <w:r w:rsidRPr="002366F0">
              <w:rPr>
                <w:sz w:val="16"/>
                <w:szCs w:val="16"/>
              </w:rPr>
              <w:t xml:space="preserve">1) На каждом сервере разместить udev-правила и multipath-конфигурацию согласно </w:t>
            </w:r>
            <w:r>
              <w:rPr>
                <w:b/>
                <w:bCs/>
                <w:sz w:val="16"/>
                <w:szCs w:val="16"/>
              </w:rPr>
              <w:t>пункту 11</w:t>
            </w:r>
          </w:p>
          <w:p w14:paraId="6A2D29F6"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mkdir -p /etc/multipath/conf.d</w:t>
            </w:r>
          </w:p>
          <w:p w14:paraId="61AFBB00"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vi /etc/multipath/conf.d/storage-vendor_model.conf</w:t>
            </w:r>
          </w:p>
          <w:p w14:paraId="2DA5D9C6"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vi /etc/udev/rules.d/70-storage-vendor_model.rules</w:t>
            </w:r>
          </w:p>
          <w:p w14:paraId="4EA0548D" w14:textId="77777777" w:rsidR="00281EA7" w:rsidRPr="002366F0" w:rsidRDefault="00281EA7" w:rsidP="00281EA7">
            <w:pPr>
              <w:spacing w:after="0"/>
              <w:rPr>
                <w:sz w:val="16"/>
                <w:szCs w:val="16"/>
              </w:rPr>
            </w:pPr>
            <w:r w:rsidRPr="002366F0">
              <w:rPr>
                <w:sz w:val="16"/>
                <w:szCs w:val="16"/>
              </w:rPr>
              <w:t>2) Убедиться, что в multipath-конфигурации задан path_selector "round-robin 0" и параметры сверены с рекомендациями вендора СХД</w:t>
            </w:r>
          </w:p>
          <w:p w14:paraId="77D873F8" w14:textId="77777777" w:rsidR="00281EA7" w:rsidRPr="002366F0" w:rsidRDefault="00281EA7" w:rsidP="00281EA7">
            <w:pPr>
              <w:spacing w:after="0"/>
              <w:rPr>
                <w:sz w:val="16"/>
                <w:szCs w:val="16"/>
              </w:rPr>
            </w:pPr>
            <w:r w:rsidRPr="002366F0">
              <w:rPr>
                <w:sz w:val="16"/>
                <w:szCs w:val="16"/>
              </w:rPr>
              <w:t>3) На каждом сервере перечитать правила и переконфигурировать multipath</w:t>
            </w:r>
          </w:p>
          <w:p w14:paraId="45E5EDA0" w14:textId="77777777" w:rsidR="00281EA7" w:rsidRPr="00ED1D20" w:rsidRDefault="00281EA7" w:rsidP="00281EA7">
            <w:pPr>
              <w:spacing w:after="0"/>
              <w:ind w:left="11"/>
              <w:rPr>
                <w:sz w:val="16"/>
                <w:szCs w:val="16"/>
                <w:shd w:val="clear" w:color="auto" w:fill="EEF2F6"/>
                <w:lang w:val="en-US"/>
              </w:rPr>
            </w:pPr>
            <w:r w:rsidRPr="00ED1D20">
              <w:rPr>
                <w:sz w:val="16"/>
                <w:szCs w:val="16"/>
                <w:shd w:val="clear" w:color="auto" w:fill="EEF2F6"/>
                <w:lang w:val="en-US"/>
              </w:rPr>
              <w:t># udevadm control --reload</w:t>
            </w:r>
          </w:p>
          <w:p w14:paraId="20D9E8C5" w14:textId="77777777" w:rsidR="00281EA7" w:rsidRPr="00ED1D20" w:rsidRDefault="00281EA7" w:rsidP="00281EA7">
            <w:pPr>
              <w:spacing w:after="0"/>
              <w:ind w:left="11"/>
              <w:rPr>
                <w:sz w:val="16"/>
                <w:szCs w:val="16"/>
                <w:shd w:val="clear" w:color="auto" w:fill="EEF2F6"/>
                <w:lang w:val="en-US"/>
              </w:rPr>
            </w:pPr>
            <w:r w:rsidRPr="00ED1D20">
              <w:rPr>
                <w:sz w:val="16"/>
                <w:szCs w:val="16"/>
                <w:shd w:val="clear" w:color="auto" w:fill="EEF2F6"/>
                <w:lang w:val="en-US"/>
              </w:rPr>
              <w:t># udevadm trigger -c change -s block</w:t>
            </w:r>
          </w:p>
          <w:p w14:paraId="62C398A5" w14:textId="77777777" w:rsidR="00281EA7" w:rsidRPr="00ED1D20" w:rsidRDefault="00281EA7" w:rsidP="00281EA7">
            <w:pPr>
              <w:spacing w:after="0"/>
              <w:ind w:left="11"/>
              <w:rPr>
                <w:sz w:val="16"/>
                <w:szCs w:val="16"/>
                <w:shd w:val="clear" w:color="auto" w:fill="EEF2F6"/>
                <w:lang w:val="en-US"/>
              </w:rPr>
            </w:pPr>
            <w:r w:rsidRPr="00ED1D20">
              <w:rPr>
                <w:sz w:val="16"/>
                <w:szCs w:val="16"/>
                <w:shd w:val="clear" w:color="auto" w:fill="EEF2F6"/>
                <w:lang w:val="en-US"/>
              </w:rPr>
              <w:t># stsremctl reload multipathd.service</w:t>
            </w:r>
          </w:p>
          <w:p w14:paraId="04C3CBEF" w14:textId="77777777" w:rsidR="00281EA7" w:rsidRPr="00ED1D20" w:rsidRDefault="00281EA7" w:rsidP="00281EA7">
            <w:pPr>
              <w:spacing w:after="0"/>
              <w:rPr>
                <w:sz w:val="16"/>
                <w:szCs w:val="16"/>
                <w:lang w:val="en-US"/>
              </w:rPr>
            </w:pPr>
            <w:r w:rsidRPr="00ED1D20">
              <w:rPr>
                <w:sz w:val="16"/>
                <w:szCs w:val="16"/>
                <w:shd w:val="clear" w:color="auto" w:fill="EEF2F6"/>
                <w:lang w:val="en-US"/>
              </w:rPr>
              <w:t># stsremctl status multipathd.service</w:t>
            </w:r>
            <w:r w:rsidRPr="00ED1D20" w:rsidDel="00872170">
              <w:rPr>
                <w:sz w:val="16"/>
                <w:szCs w:val="16"/>
                <w:shd w:val="clear" w:color="auto" w:fill="EEF2F6"/>
                <w:lang w:val="en-US"/>
              </w:rPr>
              <w:t xml:space="preserve"> </w:t>
            </w:r>
          </w:p>
          <w:p w14:paraId="66734911" w14:textId="77777777" w:rsidR="00281EA7" w:rsidRPr="00D61DB8" w:rsidRDefault="00281EA7" w:rsidP="00281EA7">
            <w:pPr>
              <w:spacing w:after="0"/>
              <w:rPr>
                <w:sz w:val="16"/>
                <w:szCs w:val="16"/>
              </w:rPr>
            </w:pPr>
            <w:r w:rsidRPr="00D61DB8">
              <w:rPr>
                <w:sz w:val="16"/>
                <w:szCs w:val="16"/>
              </w:rPr>
              <w:t>4) проверить итоговую конфигурацию</w:t>
            </w:r>
          </w:p>
          <w:p w14:paraId="6FC708AF" w14:textId="77777777" w:rsidR="00281EA7" w:rsidRPr="00D61DB8" w:rsidRDefault="00281EA7" w:rsidP="00281EA7">
            <w:pPr>
              <w:spacing w:after="0"/>
              <w:ind w:left="11"/>
              <w:rPr>
                <w:sz w:val="16"/>
                <w:szCs w:val="16"/>
              </w:rPr>
            </w:pPr>
            <w:r w:rsidRPr="00D61DB8">
              <w:rPr>
                <w:sz w:val="16"/>
                <w:szCs w:val="16"/>
                <w:shd w:val="clear" w:color="auto" w:fill="EEF2F6"/>
              </w:rPr>
              <w:t xml:space="preserve">$ </w:t>
            </w:r>
            <w:r w:rsidRPr="002366F0">
              <w:rPr>
                <w:sz w:val="16"/>
                <w:szCs w:val="16"/>
                <w:shd w:val="clear" w:color="auto" w:fill="EEF2F6"/>
              </w:rPr>
              <w:t>multipath</w:t>
            </w:r>
            <w:r w:rsidRPr="00D61DB8">
              <w:rPr>
                <w:sz w:val="16"/>
                <w:szCs w:val="16"/>
                <w:shd w:val="clear" w:color="auto" w:fill="EEF2F6"/>
              </w:rPr>
              <w:t xml:space="preserve"> -</w:t>
            </w:r>
            <w:r w:rsidRPr="002366F0">
              <w:rPr>
                <w:sz w:val="16"/>
                <w:szCs w:val="16"/>
                <w:shd w:val="clear" w:color="auto" w:fill="EEF2F6"/>
              </w:rPr>
              <w:t>ll</w:t>
            </w:r>
          </w:p>
        </w:tc>
        <w:tc>
          <w:tcPr>
            <w:tcW w:w="4119" w:type="dxa"/>
          </w:tcPr>
          <w:p w14:paraId="41A516EA" w14:textId="77777777" w:rsidR="00281EA7" w:rsidRPr="002366F0" w:rsidRDefault="00281EA7" w:rsidP="00281EA7">
            <w:pPr>
              <w:spacing w:after="0"/>
              <w:rPr>
                <w:sz w:val="16"/>
                <w:szCs w:val="16"/>
              </w:rPr>
            </w:pPr>
            <w:r w:rsidRPr="002366F0">
              <w:rPr>
                <w:b/>
                <w:sz w:val="16"/>
                <w:szCs w:val="16"/>
              </w:rPr>
              <w:t>Испытание считается успешным, если одновременно выполнены условия:</w:t>
            </w:r>
          </w:p>
          <w:p w14:paraId="756CD3DD" w14:textId="77777777" w:rsidR="00281EA7" w:rsidRPr="002366F0" w:rsidRDefault="00281EA7" w:rsidP="00281EA7">
            <w:pPr>
              <w:spacing w:after="0"/>
              <w:rPr>
                <w:sz w:val="16"/>
                <w:szCs w:val="16"/>
              </w:rPr>
            </w:pPr>
            <w:r w:rsidRPr="002366F0">
              <w:rPr>
                <w:sz w:val="16"/>
                <w:szCs w:val="16"/>
              </w:rPr>
              <w:t>1) Udev-правила и multipath-конфигурация размещены на обоих серверах и перечитаны без ошибок</w:t>
            </w:r>
          </w:p>
          <w:p w14:paraId="6B08C2B6" w14:textId="77777777" w:rsidR="00281EA7" w:rsidRPr="002366F0" w:rsidRDefault="00281EA7" w:rsidP="00281EA7">
            <w:pPr>
              <w:spacing w:after="0"/>
              <w:rPr>
                <w:sz w:val="16"/>
                <w:szCs w:val="16"/>
              </w:rPr>
            </w:pPr>
            <w:r w:rsidRPr="002366F0">
              <w:rPr>
                <w:sz w:val="16"/>
                <w:szCs w:val="16"/>
              </w:rPr>
              <w:t>2) Для DM-multipath устройств задана политика выбора путей round-robin</w:t>
            </w:r>
          </w:p>
          <w:p w14:paraId="4A22C304" w14:textId="77777777" w:rsidR="00281EA7" w:rsidRPr="002366F0" w:rsidRDefault="00281EA7" w:rsidP="00281EA7">
            <w:pPr>
              <w:spacing w:after="0"/>
              <w:rPr>
                <w:sz w:val="16"/>
                <w:szCs w:val="16"/>
              </w:rPr>
            </w:pPr>
            <w:r w:rsidRPr="002366F0">
              <w:rPr>
                <w:sz w:val="16"/>
                <w:szCs w:val="16"/>
              </w:rPr>
              <w:t>3) Параметры, зависящие от конкретного вендора СХД, не зафиксированы как универсальные и явно отмечены как требующие сверки с руководством производителя</w:t>
            </w:r>
          </w:p>
          <w:p w14:paraId="32A056E2" w14:textId="77777777" w:rsidR="00281EA7" w:rsidRPr="002366F0" w:rsidRDefault="00281EA7" w:rsidP="00281EA7">
            <w:pPr>
              <w:spacing w:after="0"/>
              <w:rPr>
                <w:sz w:val="16"/>
                <w:szCs w:val="16"/>
              </w:rPr>
            </w:pPr>
            <w:r w:rsidRPr="002366F0">
              <w:rPr>
                <w:b/>
                <w:sz w:val="16"/>
                <w:szCs w:val="16"/>
              </w:rPr>
              <w:t>Примеры допустимых фрагментов вывода:</w:t>
            </w:r>
          </w:p>
          <w:p w14:paraId="4C31DB31" w14:textId="77777777" w:rsidR="00281EA7" w:rsidRPr="002366F0" w:rsidRDefault="00281EA7" w:rsidP="00281EA7">
            <w:pPr>
              <w:spacing w:after="0"/>
              <w:rPr>
                <w:sz w:val="16"/>
                <w:szCs w:val="16"/>
              </w:rPr>
            </w:pPr>
            <w:r w:rsidRPr="002366F0">
              <w:rPr>
                <w:sz w:val="16"/>
                <w:szCs w:val="16"/>
              </w:rPr>
              <w:t>policy='round-robin 0'</w:t>
            </w:r>
          </w:p>
          <w:p w14:paraId="2FB2BE65" w14:textId="77777777" w:rsidR="00281EA7" w:rsidRPr="00ED1D20" w:rsidRDefault="00281EA7" w:rsidP="00281EA7">
            <w:pPr>
              <w:spacing w:after="0"/>
              <w:rPr>
                <w:sz w:val="16"/>
                <w:szCs w:val="16"/>
                <w:lang w:val="en-US"/>
              </w:rPr>
            </w:pPr>
            <w:r w:rsidRPr="00ED1D20">
              <w:rPr>
                <w:sz w:val="16"/>
                <w:szCs w:val="16"/>
                <w:lang w:val="en-US"/>
              </w:rPr>
              <w:t>path_selector "round-robin 0"</w:t>
            </w:r>
          </w:p>
          <w:p w14:paraId="773EE920" w14:textId="77777777" w:rsidR="00281EA7" w:rsidRPr="00ED1D20" w:rsidRDefault="00281EA7" w:rsidP="00281EA7">
            <w:pPr>
              <w:spacing w:after="0"/>
              <w:rPr>
                <w:sz w:val="16"/>
                <w:szCs w:val="16"/>
                <w:lang w:val="en-US"/>
              </w:rPr>
            </w:pPr>
            <w:r w:rsidRPr="00ED1D20">
              <w:rPr>
                <w:sz w:val="16"/>
                <w:szCs w:val="16"/>
                <w:lang w:val="en-US"/>
              </w:rPr>
              <w:t>scheduler: [none]</w:t>
            </w:r>
          </w:p>
        </w:tc>
      </w:tr>
      <w:tr w:rsidR="00281EA7" w:rsidRPr="00B16F71" w14:paraId="1689E99C" w14:textId="77777777" w:rsidTr="00281EA7">
        <w:tc>
          <w:tcPr>
            <w:tcW w:w="502" w:type="dxa"/>
          </w:tcPr>
          <w:p w14:paraId="7F65B8CB" w14:textId="77777777" w:rsidR="00281EA7" w:rsidRPr="002366F0" w:rsidRDefault="00281EA7" w:rsidP="00281EA7">
            <w:pPr>
              <w:spacing w:after="0"/>
              <w:jc w:val="center"/>
              <w:rPr>
                <w:sz w:val="16"/>
                <w:szCs w:val="16"/>
              </w:rPr>
            </w:pPr>
            <w:r w:rsidRPr="002366F0">
              <w:rPr>
                <w:b/>
                <w:color w:val="1F1F1F"/>
                <w:sz w:val="16"/>
                <w:szCs w:val="16"/>
              </w:rPr>
              <w:t>5</w:t>
            </w:r>
          </w:p>
        </w:tc>
        <w:tc>
          <w:tcPr>
            <w:tcW w:w="1969" w:type="dxa"/>
          </w:tcPr>
          <w:p w14:paraId="7C6F3363" w14:textId="77777777" w:rsidR="00281EA7" w:rsidRPr="002366F0" w:rsidRDefault="00281EA7" w:rsidP="00281EA7">
            <w:pPr>
              <w:spacing w:after="0"/>
              <w:rPr>
                <w:sz w:val="16"/>
                <w:szCs w:val="16"/>
              </w:rPr>
            </w:pPr>
            <w:r w:rsidRPr="002366F0">
              <w:rPr>
                <w:color w:val="1F1F1F"/>
                <w:sz w:val="16"/>
                <w:szCs w:val="16"/>
              </w:rPr>
              <w:t>Подготовка стенда</w:t>
            </w:r>
          </w:p>
        </w:tc>
        <w:tc>
          <w:tcPr>
            <w:tcW w:w="2277" w:type="dxa"/>
          </w:tcPr>
          <w:p w14:paraId="51134FAE" w14:textId="77777777" w:rsidR="00281EA7" w:rsidRPr="002366F0" w:rsidRDefault="00281EA7" w:rsidP="00281EA7">
            <w:pPr>
              <w:spacing w:after="0"/>
              <w:rPr>
                <w:sz w:val="16"/>
                <w:szCs w:val="16"/>
              </w:rPr>
            </w:pPr>
            <w:r w:rsidRPr="002366F0">
              <w:rPr>
                <w:color w:val="1F1F1F"/>
                <w:sz w:val="16"/>
                <w:szCs w:val="16"/>
              </w:rPr>
              <w:t>Подтверждение исходных условий после настройки хостов</w:t>
            </w:r>
          </w:p>
        </w:tc>
        <w:tc>
          <w:tcPr>
            <w:tcW w:w="2459" w:type="dxa"/>
          </w:tcPr>
          <w:p w14:paraId="6CE4A3A5" w14:textId="77777777" w:rsidR="00281EA7" w:rsidRPr="002366F0" w:rsidRDefault="00281EA7" w:rsidP="00281EA7">
            <w:pPr>
              <w:spacing w:after="0"/>
              <w:rPr>
                <w:sz w:val="16"/>
                <w:szCs w:val="16"/>
              </w:rPr>
            </w:pPr>
            <w:r w:rsidRPr="002366F0">
              <w:rPr>
                <w:color w:val="1F1F1F"/>
                <w:sz w:val="16"/>
                <w:szCs w:val="16"/>
              </w:rPr>
              <w:t>После настройки на обоих серверах доступны fio, multipath, sg3_utils и lsscsi; FC-порты находятся в состоянии Online; host ready к подключению тестовых LUN.</w:t>
            </w:r>
          </w:p>
        </w:tc>
        <w:tc>
          <w:tcPr>
            <w:tcW w:w="4152" w:type="dxa"/>
          </w:tcPr>
          <w:p w14:paraId="1A66DE31" w14:textId="77777777" w:rsidR="00281EA7" w:rsidRPr="002366F0" w:rsidRDefault="00281EA7" w:rsidP="00281EA7">
            <w:pPr>
              <w:spacing w:after="0"/>
              <w:rPr>
                <w:sz w:val="16"/>
                <w:szCs w:val="16"/>
              </w:rPr>
            </w:pPr>
            <w:r w:rsidRPr="002366F0">
              <w:rPr>
                <w:sz w:val="16"/>
                <w:szCs w:val="16"/>
              </w:rPr>
              <w:t>1) На каждом сервере проверить версии утилит</w:t>
            </w:r>
          </w:p>
          <w:p w14:paraId="7766AAFB"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fio --version</w:t>
            </w:r>
          </w:p>
          <w:p w14:paraId="38BA4D54"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multipath -h</w:t>
            </w:r>
          </w:p>
          <w:p w14:paraId="5E3569F4"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lsscsi --version</w:t>
            </w:r>
          </w:p>
          <w:p w14:paraId="422E98B2" w14:textId="77777777" w:rsidR="00281EA7" w:rsidRPr="002366F0" w:rsidRDefault="00281EA7" w:rsidP="00281EA7">
            <w:pPr>
              <w:spacing w:after="0"/>
              <w:ind w:left="11"/>
              <w:rPr>
                <w:sz w:val="16"/>
                <w:szCs w:val="16"/>
              </w:rPr>
            </w:pPr>
            <w:r w:rsidRPr="002366F0">
              <w:rPr>
                <w:sz w:val="16"/>
                <w:szCs w:val="16"/>
                <w:shd w:val="clear" w:color="auto" w:fill="EEF2F6"/>
              </w:rPr>
              <w:t>$ sg_inq --version</w:t>
            </w:r>
          </w:p>
          <w:p w14:paraId="10A4C374" w14:textId="77777777" w:rsidR="00281EA7" w:rsidRPr="002366F0" w:rsidRDefault="00281EA7" w:rsidP="00281EA7">
            <w:pPr>
              <w:spacing w:after="0"/>
              <w:rPr>
                <w:sz w:val="16"/>
                <w:szCs w:val="16"/>
              </w:rPr>
            </w:pPr>
            <w:r w:rsidRPr="002366F0">
              <w:rPr>
                <w:sz w:val="16"/>
                <w:szCs w:val="16"/>
              </w:rPr>
              <w:t>2) На каждом сервере проверить состояние и скорость FC-портов</w:t>
            </w:r>
          </w:p>
          <w:p w14:paraId="1BEAE401"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cat /sys/class/fc_host/host*/port_state</w:t>
            </w:r>
          </w:p>
          <w:p w14:paraId="1D39A9F2"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cat /sys/class/fc_host/host*/speed</w:t>
            </w:r>
          </w:p>
          <w:p w14:paraId="48396981" w14:textId="77777777" w:rsidR="00281EA7" w:rsidRPr="002366F0" w:rsidRDefault="00281EA7" w:rsidP="00281EA7">
            <w:pPr>
              <w:spacing w:after="0"/>
              <w:rPr>
                <w:sz w:val="16"/>
                <w:szCs w:val="16"/>
              </w:rPr>
            </w:pPr>
            <w:r w:rsidRPr="002366F0">
              <w:rPr>
                <w:sz w:val="16"/>
                <w:szCs w:val="16"/>
              </w:rPr>
              <w:t>3) Зафиксировать результат проверки в журнале испытаний</w:t>
            </w:r>
          </w:p>
        </w:tc>
        <w:tc>
          <w:tcPr>
            <w:tcW w:w="4119" w:type="dxa"/>
          </w:tcPr>
          <w:p w14:paraId="5D91435E" w14:textId="77777777" w:rsidR="00281EA7" w:rsidRPr="002366F0" w:rsidRDefault="00281EA7" w:rsidP="00281EA7">
            <w:pPr>
              <w:spacing w:after="0"/>
              <w:rPr>
                <w:sz w:val="16"/>
                <w:szCs w:val="16"/>
              </w:rPr>
            </w:pPr>
            <w:r w:rsidRPr="002366F0">
              <w:rPr>
                <w:b/>
                <w:sz w:val="16"/>
                <w:szCs w:val="16"/>
              </w:rPr>
              <w:t>Испытание считается успешным, если одновременно выполнены условия:</w:t>
            </w:r>
          </w:p>
          <w:p w14:paraId="28D24E42" w14:textId="77777777" w:rsidR="00281EA7" w:rsidRPr="002366F0" w:rsidRDefault="00281EA7" w:rsidP="00281EA7">
            <w:pPr>
              <w:spacing w:after="0"/>
              <w:rPr>
                <w:sz w:val="16"/>
                <w:szCs w:val="16"/>
              </w:rPr>
            </w:pPr>
            <w:r w:rsidRPr="002366F0">
              <w:rPr>
                <w:sz w:val="16"/>
                <w:szCs w:val="16"/>
              </w:rPr>
              <w:t>1) Все требуемые утилиты отвечают на вызов и выводят номер версии или справочную информацию, в журнале испытаний зафиксированы версии fio:</w:t>
            </w:r>
          </w:p>
          <w:p w14:paraId="2710FD0A" w14:textId="77777777" w:rsidR="00281EA7" w:rsidRPr="002366F0" w:rsidRDefault="00281EA7" w:rsidP="00281EA7">
            <w:pPr>
              <w:spacing w:after="0"/>
              <w:rPr>
                <w:sz w:val="16"/>
                <w:szCs w:val="16"/>
              </w:rPr>
            </w:pPr>
            <w:r w:rsidRPr="002366F0">
              <w:rPr>
                <w:sz w:val="16"/>
                <w:szCs w:val="16"/>
              </w:rPr>
              <w:t xml:space="preserve"> (на 01.04.2026 актуальной версией в репозитории является - </w:t>
            </w:r>
            <w:r w:rsidRPr="002366F0">
              <w:rPr>
                <w:rStyle w:val="translatable-message"/>
                <w:sz w:val="16"/>
                <w:szCs w:val="16"/>
              </w:rPr>
              <w:t xml:space="preserve">3.21, </w:t>
            </w:r>
            <w:r w:rsidRPr="002366F0">
              <w:rPr>
                <w:sz w:val="16"/>
                <w:szCs w:val="16"/>
              </w:rPr>
              <w:t>в случае применения других версий, необходимо подтверждение от RedOS о смене версии ПО)</w:t>
            </w:r>
          </w:p>
          <w:p w14:paraId="51C831E9" w14:textId="77777777" w:rsidR="00281EA7" w:rsidRPr="002366F0" w:rsidRDefault="00281EA7" w:rsidP="00281EA7">
            <w:pPr>
              <w:spacing w:after="0"/>
              <w:rPr>
                <w:sz w:val="16"/>
                <w:szCs w:val="16"/>
              </w:rPr>
            </w:pPr>
            <w:r w:rsidRPr="002366F0">
              <w:rPr>
                <w:sz w:val="16"/>
                <w:szCs w:val="16"/>
              </w:rPr>
              <w:t>2) FC-порты находятся в рабочем состоянии Online</w:t>
            </w:r>
          </w:p>
          <w:p w14:paraId="082FAA37" w14:textId="77777777" w:rsidR="00281EA7" w:rsidRPr="002366F0" w:rsidRDefault="00281EA7" w:rsidP="00281EA7">
            <w:pPr>
              <w:spacing w:after="0"/>
              <w:rPr>
                <w:sz w:val="16"/>
                <w:szCs w:val="16"/>
              </w:rPr>
            </w:pPr>
            <w:r w:rsidRPr="002366F0">
              <w:rPr>
                <w:sz w:val="16"/>
                <w:szCs w:val="16"/>
              </w:rPr>
              <w:t>3) Скорость портов отображается и не противоречит схеме стенда</w:t>
            </w:r>
          </w:p>
          <w:p w14:paraId="27A1A90B" w14:textId="77777777" w:rsidR="00281EA7" w:rsidRPr="002366F0" w:rsidRDefault="00281EA7" w:rsidP="00281EA7">
            <w:pPr>
              <w:spacing w:after="0"/>
              <w:rPr>
                <w:sz w:val="16"/>
                <w:szCs w:val="16"/>
              </w:rPr>
            </w:pPr>
            <w:r w:rsidRPr="002366F0">
              <w:rPr>
                <w:b/>
                <w:sz w:val="16"/>
                <w:szCs w:val="16"/>
              </w:rPr>
              <w:t>Примеры допустимых фрагментов вывода:</w:t>
            </w:r>
          </w:p>
          <w:p w14:paraId="7FDED326" w14:textId="77777777" w:rsidR="00281EA7" w:rsidRPr="002366F0" w:rsidRDefault="00281EA7" w:rsidP="00281EA7">
            <w:pPr>
              <w:spacing w:after="0"/>
              <w:rPr>
                <w:sz w:val="16"/>
                <w:szCs w:val="16"/>
              </w:rPr>
            </w:pPr>
            <w:r w:rsidRPr="002366F0">
              <w:rPr>
                <w:sz w:val="16"/>
                <w:szCs w:val="16"/>
              </w:rPr>
              <w:t>fio-&lt;версия&gt;</w:t>
            </w:r>
          </w:p>
          <w:p w14:paraId="225755F0" w14:textId="77777777" w:rsidR="00281EA7" w:rsidRPr="00ED1D20" w:rsidRDefault="00281EA7" w:rsidP="00281EA7">
            <w:pPr>
              <w:spacing w:after="0"/>
              <w:rPr>
                <w:sz w:val="16"/>
                <w:szCs w:val="16"/>
                <w:lang w:val="en-US"/>
              </w:rPr>
            </w:pPr>
            <w:r w:rsidRPr="00ED1D20">
              <w:rPr>
                <w:sz w:val="16"/>
                <w:szCs w:val="16"/>
                <w:lang w:val="en-US"/>
              </w:rPr>
              <w:t>lsscsi version: &lt;</w:t>
            </w:r>
            <w:r w:rsidRPr="002366F0">
              <w:rPr>
                <w:sz w:val="16"/>
                <w:szCs w:val="16"/>
              </w:rPr>
              <w:t>версия</w:t>
            </w:r>
            <w:r w:rsidRPr="00ED1D20">
              <w:rPr>
                <w:sz w:val="16"/>
                <w:szCs w:val="16"/>
                <w:lang w:val="en-US"/>
              </w:rPr>
              <w:t>&gt;</w:t>
            </w:r>
          </w:p>
          <w:p w14:paraId="0B8898DB" w14:textId="77777777" w:rsidR="00281EA7" w:rsidRPr="00ED1D20" w:rsidRDefault="00281EA7" w:rsidP="00281EA7">
            <w:pPr>
              <w:spacing w:after="0"/>
              <w:rPr>
                <w:sz w:val="16"/>
                <w:szCs w:val="16"/>
                <w:lang w:val="en-US"/>
              </w:rPr>
            </w:pPr>
            <w:r w:rsidRPr="00ED1D20">
              <w:rPr>
                <w:sz w:val="16"/>
                <w:szCs w:val="16"/>
                <w:lang w:val="en-US"/>
              </w:rPr>
              <w:t>sg_inq version: &lt;</w:t>
            </w:r>
            <w:r w:rsidRPr="002366F0">
              <w:rPr>
                <w:sz w:val="16"/>
                <w:szCs w:val="16"/>
              </w:rPr>
              <w:t>версия</w:t>
            </w:r>
            <w:r w:rsidRPr="00ED1D20">
              <w:rPr>
                <w:sz w:val="16"/>
                <w:szCs w:val="16"/>
                <w:lang w:val="en-US"/>
              </w:rPr>
              <w:t>&gt;</w:t>
            </w:r>
          </w:p>
          <w:p w14:paraId="125CB3AC" w14:textId="77777777" w:rsidR="00281EA7" w:rsidRPr="00ED1D20" w:rsidRDefault="00281EA7" w:rsidP="00281EA7">
            <w:pPr>
              <w:spacing w:after="0"/>
              <w:rPr>
                <w:sz w:val="16"/>
                <w:szCs w:val="16"/>
                <w:lang w:val="en-US"/>
              </w:rPr>
            </w:pPr>
            <w:r w:rsidRPr="00ED1D20">
              <w:rPr>
                <w:sz w:val="16"/>
                <w:szCs w:val="16"/>
                <w:lang w:val="en-US"/>
              </w:rPr>
              <w:t>port_state: Online</w:t>
            </w:r>
          </w:p>
          <w:p w14:paraId="0965841C" w14:textId="77777777" w:rsidR="00281EA7" w:rsidRPr="00ED1D20" w:rsidRDefault="00281EA7" w:rsidP="00281EA7">
            <w:pPr>
              <w:spacing w:after="0"/>
              <w:rPr>
                <w:sz w:val="16"/>
                <w:szCs w:val="16"/>
                <w:lang w:val="en-US"/>
              </w:rPr>
            </w:pPr>
            <w:r w:rsidRPr="00ED1D20">
              <w:rPr>
                <w:sz w:val="16"/>
                <w:szCs w:val="16"/>
                <w:lang w:val="en-US"/>
              </w:rPr>
              <w:lastRenderedPageBreak/>
              <w:t>speed: 32 Gbit</w:t>
            </w:r>
          </w:p>
        </w:tc>
      </w:tr>
      <w:tr w:rsidR="00281EA7" w:rsidRPr="003E0862" w14:paraId="1A7422A6" w14:textId="77777777" w:rsidTr="00281EA7">
        <w:tc>
          <w:tcPr>
            <w:tcW w:w="502" w:type="dxa"/>
          </w:tcPr>
          <w:p w14:paraId="43D3CB6E" w14:textId="77777777" w:rsidR="00281EA7" w:rsidRPr="002366F0" w:rsidRDefault="00281EA7" w:rsidP="00281EA7">
            <w:pPr>
              <w:spacing w:after="0"/>
              <w:jc w:val="center"/>
              <w:rPr>
                <w:sz w:val="16"/>
                <w:szCs w:val="16"/>
              </w:rPr>
            </w:pPr>
            <w:r w:rsidRPr="002366F0">
              <w:rPr>
                <w:b/>
                <w:color w:val="1F1F1F"/>
                <w:sz w:val="16"/>
                <w:szCs w:val="16"/>
              </w:rPr>
              <w:t>6</w:t>
            </w:r>
          </w:p>
        </w:tc>
        <w:tc>
          <w:tcPr>
            <w:tcW w:w="1969" w:type="dxa"/>
          </w:tcPr>
          <w:p w14:paraId="2F3018EC" w14:textId="77777777" w:rsidR="00281EA7" w:rsidRPr="002366F0" w:rsidRDefault="00281EA7" w:rsidP="00281EA7">
            <w:pPr>
              <w:spacing w:after="0"/>
              <w:rPr>
                <w:sz w:val="16"/>
                <w:szCs w:val="16"/>
              </w:rPr>
            </w:pPr>
            <w:r w:rsidRPr="002366F0">
              <w:rPr>
                <w:color w:val="1F1F1F"/>
                <w:sz w:val="16"/>
                <w:szCs w:val="16"/>
              </w:rPr>
              <w:t>Функциональная готовность</w:t>
            </w:r>
          </w:p>
        </w:tc>
        <w:tc>
          <w:tcPr>
            <w:tcW w:w="2277" w:type="dxa"/>
          </w:tcPr>
          <w:p w14:paraId="6338E708" w14:textId="77777777" w:rsidR="00281EA7" w:rsidRPr="002366F0" w:rsidRDefault="00281EA7" w:rsidP="00281EA7">
            <w:pPr>
              <w:rPr>
                <w:sz w:val="16"/>
                <w:szCs w:val="16"/>
              </w:rPr>
            </w:pPr>
            <w:r w:rsidRPr="002366F0">
              <w:rPr>
                <w:sz w:val="16"/>
                <w:szCs w:val="16"/>
              </w:rPr>
              <w:t>Создание двух тестовых пулов и 4 LUN для испытаний</w:t>
            </w:r>
          </w:p>
        </w:tc>
        <w:tc>
          <w:tcPr>
            <w:tcW w:w="2459" w:type="dxa"/>
          </w:tcPr>
          <w:p w14:paraId="1903FAD2" w14:textId="77777777" w:rsidR="00281EA7" w:rsidRPr="002366F0" w:rsidRDefault="00281EA7" w:rsidP="00281EA7">
            <w:pPr>
              <w:rPr>
                <w:sz w:val="16"/>
                <w:szCs w:val="16"/>
              </w:rPr>
            </w:pPr>
            <w:r w:rsidRPr="002366F0">
              <w:rPr>
                <w:sz w:val="16"/>
                <w:szCs w:val="16"/>
              </w:rPr>
              <w:t>На тестируемой СХД созданы 2 тестовых пула; каждый пул покрывает примерно половину дисков конфигурации; на каждом пуле создано по 2 тонких LUN каждый размером не менее 40% от размера пула y; всего 4 LUN предоставлены обоим серверам по FC.</w:t>
            </w:r>
          </w:p>
        </w:tc>
        <w:tc>
          <w:tcPr>
            <w:tcW w:w="4152" w:type="dxa"/>
          </w:tcPr>
          <w:p w14:paraId="48BA06C2" w14:textId="77777777" w:rsidR="00281EA7" w:rsidRPr="002366F0" w:rsidRDefault="00281EA7" w:rsidP="00281EA7">
            <w:pPr>
              <w:rPr>
                <w:sz w:val="16"/>
                <w:szCs w:val="16"/>
              </w:rPr>
            </w:pPr>
            <w:r w:rsidRPr="002366F0">
              <w:rPr>
                <w:sz w:val="16"/>
                <w:szCs w:val="16"/>
              </w:rPr>
              <w:t>1) На СХД выделить весь набор дисков тестируемой конфигурации и разделить его на 2 пула примерно равного размера по числу дисков.</w:t>
            </w:r>
            <w:r w:rsidRPr="002366F0">
              <w:rPr>
                <w:sz w:val="16"/>
                <w:szCs w:val="16"/>
              </w:rPr>
              <w:br/>
              <w:t>2) Для каждого пула задать RAID 6 либо эквивалентную схему защиты, выдерживающую потерю не менее 2 дисков.</w:t>
            </w:r>
            <w:r w:rsidRPr="002366F0">
              <w:rPr>
                <w:sz w:val="16"/>
                <w:szCs w:val="16"/>
              </w:rPr>
              <w:br/>
              <w:t>3) На первом пуле создать  LUN1 и LUN2, на втором пуле создать  LUN3 и LUN4; размер каждого LUN — 40% от форматированного POOL</w:t>
            </w:r>
            <w:r w:rsidRPr="002366F0">
              <w:rPr>
                <w:sz w:val="16"/>
                <w:szCs w:val="16"/>
              </w:rPr>
              <w:br/>
              <w:t>4) Предоставить все 4 LUN обоим серверам по FC.</w:t>
            </w:r>
            <w:r w:rsidRPr="002366F0">
              <w:rPr>
                <w:sz w:val="16"/>
                <w:szCs w:val="16"/>
              </w:rPr>
              <w:br/>
              <w:t>5) Зафиксировать идентификаторы пулов, размер LUN, RAID-схему, карту host-LUN и список front-end портов СХД.</w:t>
            </w:r>
          </w:p>
        </w:tc>
        <w:tc>
          <w:tcPr>
            <w:tcW w:w="4119" w:type="dxa"/>
          </w:tcPr>
          <w:p w14:paraId="23A20A5C" w14:textId="77777777" w:rsidR="00281EA7" w:rsidRPr="002366F0" w:rsidRDefault="00281EA7" w:rsidP="00281EA7">
            <w:pPr>
              <w:rPr>
                <w:sz w:val="16"/>
                <w:szCs w:val="16"/>
              </w:rPr>
            </w:pPr>
            <w:r w:rsidRPr="002366F0">
              <w:rPr>
                <w:sz w:val="16"/>
                <w:szCs w:val="16"/>
              </w:rPr>
              <w:t>Испытание считается успешным, если одновременно выполнены условия:</w:t>
            </w:r>
            <w:r w:rsidRPr="002366F0">
              <w:rPr>
                <w:sz w:val="16"/>
                <w:szCs w:val="16"/>
              </w:rPr>
              <w:br/>
              <w:t>1) На СХД созданы два тестовых пула; каждый пул покрывает примерно половину дисков тестируемой конфигурации</w:t>
            </w:r>
            <w:r w:rsidRPr="002366F0">
              <w:rPr>
                <w:sz w:val="16"/>
                <w:szCs w:val="16"/>
              </w:rPr>
              <w:br/>
              <w:t>2) Для каждого пула задан RAID 6 либо эквивалентная схема защиты, выдерживающая потерю не менее 2 дисков</w:t>
            </w:r>
            <w:r w:rsidRPr="002366F0">
              <w:rPr>
                <w:sz w:val="16"/>
                <w:szCs w:val="16"/>
              </w:rPr>
              <w:br/>
              <w:t>3) На первом пуле созданы  LUN1 и LUN2, на втором пуле —  LUN3 и LUN4; размер каждого LUN – 40% от форматированного POOL</w:t>
            </w:r>
            <w:r w:rsidRPr="002366F0">
              <w:rPr>
                <w:sz w:val="16"/>
                <w:szCs w:val="16"/>
              </w:rPr>
              <w:br/>
              <w:t>4) Все 4 LUN предоставлены обоим серверам по FC и готовы к обнаружению на хостах</w:t>
            </w:r>
            <w:r w:rsidRPr="002366F0">
              <w:rPr>
                <w:sz w:val="16"/>
                <w:szCs w:val="16"/>
              </w:rPr>
              <w:br/>
              <w:t>Примеры допустимых признаков на СХД:</w:t>
            </w:r>
            <w:r w:rsidRPr="002366F0">
              <w:rPr>
                <w:sz w:val="16"/>
                <w:szCs w:val="16"/>
              </w:rPr>
              <w:br/>
              <w:t>Pool-1 / RAID-6 / LUN1 __ TiB / LUN2 __ TiB</w:t>
            </w:r>
            <w:r w:rsidRPr="002366F0">
              <w:rPr>
                <w:sz w:val="16"/>
                <w:szCs w:val="16"/>
              </w:rPr>
              <w:br/>
              <w:t>Pool-2 / RAID-6 / LUN3 __ TiB / LUN4 __ TiB</w:t>
            </w:r>
          </w:p>
        </w:tc>
      </w:tr>
      <w:tr w:rsidR="00281EA7" w:rsidRPr="00B16F71" w14:paraId="1501A1C0" w14:textId="77777777" w:rsidTr="00281EA7">
        <w:tc>
          <w:tcPr>
            <w:tcW w:w="502" w:type="dxa"/>
          </w:tcPr>
          <w:p w14:paraId="7461E8C2" w14:textId="77777777" w:rsidR="00281EA7" w:rsidRPr="002366F0" w:rsidRDefault="00281EA7" w:rsidP="00281EA7">
            <w:pPr>
              <w:spacing w:after="0"/>
              <w:jc w:val="center"/>
              <w:rPr>
                <w:sz w:val="16"/>
                <w:szCs w:val="16"/>
              </w:rPr>
            </w:pPr>
            <w:r w:rsidRPr="002366F0">
              <w:rPr>
                <w:b/>
                <w:color w:val="1F1F1F"/>
                <w:sz w:val="16"/>
                <w:szCs w:val="16"/>
              </w:rPr>
              <w:t>7</w:t>
            </w:r>
          </w:p>
        </w:tc>
        <w:tc>
          <w:tcPr>
            <w:tcW w:w="1969" w:type="dxa"/>
          </w:tcPr>
          <w:p w14:paraId="6B2B4BFE" w14:textId="77777777" w:rsidR="00281EA7" w:rsidRPr="002366F0" w:rsidRDefault="00281EA7" w:rsidP="00281EA7">
            <w:pPr>
              <w:spacing w:after="0"/>
              <w:rPr>
                <w:sz w:val="16"/>
                <w:szCs w:val="16"/>
              </w:rPr>
            </w:pPr>
            <w:r w:rsidRPr="002366F0">
              <w:rPr>
                <w:color w:val="1F1F1F"/>
                <w:sz w:val="16"/>
                <w:szCs w:val="16"/>
              </w:rPr>
              <w:t>Функциональная готовность</w:t>
            </w:r>
          </w:p>
        </w:tc>
        <w:tc>
          <w:tcPr>
            <w:tcW w:w="2277" w:type="dxa"/>
          </w:tcPr>
          <w:p w14:paraId="770F304D" w14:textId="77777777" w:rsidR="00281EA7" w:rsidRPr="002366F0" w:rsidRDefault="00281EA7" w:rsidP="00281EA7">
            <w:pPr>
              <w:spacing w:after="0"/>
              <w:rPr>
                <w:sz w:val="16"/>
                <w:szCs w:val="16"/>
              </w:rPr>
            </w:pPr>
            <w:r w:rsidRPr="002366F0">
              <w:rPr>
                <w:color w:val="1F1F1F"/>
                <w:sz w:val="16"/>
                <w:szCs w:val="16"/>
              </w:rPr>
              <w:t>Обнаружение 4 LUN на хостах и проверка многопутевого доступа</w:t>
            </w:r>
          </w:p>
        </w:tc>
        <w:tc>
          <w:tcPr>
            <w:tcW w:w="2459" w:type="dxa"/>
          </w:tcPr>
          <w:p w14:paraId="1CBD02DE" w14:textId="77777777" w:rsidR="00281EA7" w:rsidRPr="002366F0" w:rsidRDefault="00281EA7" w:rsidP="00281EA7">
            <w:pPr>
              <w:spacing w:after="0"/>
              <w:rPr>
                <w:sz w:val="16"/>
                <w:szCs w:val="16"/>
              </w:rPr>
            </w:pPr>
            <w:r w:rsidRPr="002366F0">
              <w:rPr>
                <w:color w:val="1F1F1F"/>
                <w:sz w:val="16"/>
                <w:szCs w:val="16"/>
              </w:rPr>
              <w:t>На каждом сервере обнаружены все 4 LUN; для каждого LUN создано устройство DM-multipath; количество путей соответствует схеме подключения. К каждому LUN на каждом сервере зафиксировано не менее 8 путей; пути проходят через оба контроллера СХД. Каждая группа путей в multipath -ll имеет статус status=active, обе группы имеют одинаковый prio. Каждый рабочий путь находится в состоянии active ready running. Конкретное число путей определяется зонированием и схемой стенда и фиксируется в журнале испытаний до начала нагрузочных тестов.</w:t>
            </w:r>
          </w:p>
        </w:tc>
        <w:tc>
          <w:tcPr>
            <w:tcW w:w="4152" w:type="dxa"/>
          </w:tcPr>
          <w:p w14:paraId="1A23D318" w14:textId="77777777" w:rsidR="00281EA7" w:rsidRPr="002366F0" w:rsidRDefault="00281EA7" w:rsidP="00281EA7">
            <w:pPr>
              <w:spacing w:after="0"/>
              <w:rPr>
                <w:sz w:val="16"/>
                <w:szCs w:val="16"/>
              </w:rPr>
            </w:pPr>
            <w:r w:rsidRPr="002366F0">
              <w:rPr>
                <w:sz w:val="16"/>
                <w:szCs w:val="16"/>
              </w:rPr>
              <w:t>1) На каждом сервере выполнить пересканирование SCSI-шины</w:t>
            </w:r>
          </w:p>
          <w:p w14:paraId="6B660E64"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rescan-scsi-bus.sh -a -m</w:t>
            </w:r>
          </w:p>
          <w:p w14:paraId="454307E4" w14:textId="77777777" w:rsidR="00281EA7" w:rsidRPr="002366F0" w:rsidRDefault="00281EA7" w:rsidP="00281EA7">
            <w:pPr>
              <w:spacing w:after="0"/>
              <w:rPr>
                <w:sz w:val="16"/>
                <w:szCs w:val="16"/>
              </w:rPr>
            </w:pPr>
            <w:r w:rsidRPr="002366F0">
              <w:rPr>
                <w:sz w:val="16"/>
                <w:szCs w:val="16"/>
              </w:rPr>
              <w:t>2) На каждом сервере проверить обнаруженные LUN и многопутевую агрегацию</w:t>
            </w:r>
          </w:p>
          <w:p w14:paraId="37928F85" w14:textId="77777777" w:rsidR="00281EA7" w:rsidRPr="002366F0" w:rsidRDefault="00281EA7" w:rsidP="00281EA7">
            <w:pPr>
              <w:spacing w:after="0"/>
              <w:ind w:left="11"/>
              <w:rPr>
                <w:sz w:val="16"/>
                <w:szCs w:val="16"/>
              </w:rPr>
            </w:pPr>
            <w:r w:rsidRPr="002366F0">
              <w:rPr>
                <w:sz w:val="16"/>
                <w:szCs w:val="16"/>
                <w:shd w:val="clear" w:color="auto" w:fill="EEF2F6"/>
              </w:rPr>
              <w:t>$ lsscsi</w:t>
            </w:r>
          </w:p>
          <w:p w14:paraId="0C98A50E" w14:textId="77777777" w:rsidR="00281EA7" w:rsidRPr="002366F0" w:rsidRDefault="00281EA7" w:rsidP="00281EA7">
            <w:pPr>
              <w:spacing w:after="0"/>
              <w:ind w:left="11"/>
              <w:rPr>
                <w:sz w:val="16"/>
                <w:szCs w:val="16"/>
              </w:rPr>
            </w:pPr>
            <w:r w:rsidRPr="002366F0">
              <w:rPr>
                <w:sz w:val="16"/>
                <w:szCs w:val="16"/>
                <w:shd w:val="clear" w:color="auto" w:fill="EEF2F6"/>
              </w:rPr>
              <w:t>$ lsblk</w:t>
            </w:r>
          </w:p>
          <w:p w14:paraId="5700C55A" w14:textId="77777777" w:rsidR="00281EA7" w:rsidRPr="002366F0" w:rsidRDefault="00281EA7" w:rsidP="00281EA7">
            <w:pPr>
              <w:spacing w:after="0"/>
              <w:ind w:left="11"/>
              <w:rPr>
                <w:sz w:val="16"/>
                <w:szCs w:val="16"/>
              </w:rPr>
            </w:pPr>
            <w:r w:rsidRPr="002366F0">
              <w:rPr>
                <w:sz w:val="16"/>
                <w:szCs w:val="16"/>
                <w:shd w:val="clear" w:color="auto" w:fill="EEF2F6"/>
              </w:rPr>
              <w:t>$ multipath -ll</w:t>
            </w:r>
          </w:p>
          <w:p w14:paraId="53A00189" w14:textId="77777777" w:rsidR="00281EA7" w:rsidRPr="002366F0" w:rsidRDefault="00281EA7" w:rsidP="00281EA7">
            <w:pPr>
              <w:spacing w:after="0"/>
              <w:rPr>
                <w:sz w:val="16"/>
                <w:szCs w:val="16"/>
              </w:rPr>
            </w:pPr>
            <w:r w:rsidRPr="002366F0">
              <w:rPr>
                <w:sz w:val="16"/>
                <w:szCs w:val="16"/>
              </w:rPr>
              <w:t>3) Зафиксировать WWID, размер каждого LUN и фактическое число путей</w:t>
            </w:r>
          </w:p>
          <w:p w14:paraId="3C67B791" w14:textId="77777777" w:rsidR="00281EA7" w:rsidRPr="002366F0" w:rsidRDefault="00281EA7" w:rsidP="00281EA7">
            <w:pPr>
              <w:spacing w:after="0"/>
              <w:rPr>
                <w:sz w:val="16"/>
                <w:szCs w:val="16"/>
              </w:rPr>
            </w:pPr>
            <w:r w:rsidRPr="002366F0">
              <w:rPr>
                <w:sz w:val="16"/>
                <w:szCs w:val="16"/>
              </w:rPr>
              <w:t xml:space="preserve">4) Сравнить фактическое число путей с расчётным по схеме подключения, приведённой в </w:t>
            </w:r>
            <w:r w:rsidRPr="002366F0">
              <w:rPr>
                <w:b/>
                <w:bCs/>
                <w:sz w:val="16"/>
                <w:szCs w:val="16"/>
              </w:rPr>
              <w:t>Приложении А</w:t>
            </w:r>
          </w:p>
          <w:p w14:paraId="71FA047F" w14:textId="77777777" w:rsidR="00281EA7" w:rsidRPr="002366F0" w:rsidRDefault="00281EA7" w:rsidP="00281EA7">
            <w:pPr>
              <w:spacing w:after="0"/>
              <w:rPr>
                <w:sz w:val="16"/>
                <w:szCs w:val="16"/>
              </w:rPr>
            </w:pPr>
            <w:r w:rsidRPr="002366F0">
              <w:rPr>
                <w:i/>
                <w:color w:val="5A5A5A"/>
                <w:sz w:val="16"/>
                <w:szCs w:val="16"/>
              </w:rPr>
              <w:t xml:space="preserve">К каждому LUN на каждом сервере ожидается не менее </w:t>
            </w:r>
            <w:r w:rsidRPr="00D61DB8">
              <w:rPr>
                <w:i/>
                <w:color w:val="5A5A5A"/>
                <w:sz w:val="16"/>
                <w:szCs w:val="16"/>
              </w:rPr>
              <w:t>4</w:t>
            </w:r>
            <w:r w:rsidRPr="002366F0">
              <w:rPr>
                <w:i/>
                <w:color w:val="5A5A5A"/>
                <w:sz w:val="16"/>
                <w:szCs w:val="16"/>
              </w:rPr>
              <w:t xml:space="preserve"> путей с распределением через оба контроллера. Конкретное число определяется зонированием и фиксируется в журнале испытаний.</w:t>
            </w:r>
          </w:p>
        </w:tc>
        <w:tc>
          <w:tcPr>
            <w:tcW w:w="4119" w:type="dxa"/>
          </w:tcPr>
          <w:p w14:paraId="1F8B7FA3" w14:textId="77777777" w:rsidR="00281EA7" w:rsidRPr="002366F0" w:rsidRDefault="00281EA7" w:rsidP="00281EA7">
            <w:pPr>
              <w:spacing w:after="0"/>
              <w:rPr>
                <w:sz w:val="16"/>
                <w:szCs w:val="16"/>
              </w:rPr>
            </w:pPr>
            <w:r w:rsidRPr="002366F0">
              <w:rPr>
                <w:b/>
                <w:sz w:val="16"/>
                <w:szCs w:val="16"/>
              </w:rPr>
              <w:t>Испытание считается успешным, если одновременно выполнены условия:</w:t>
            </w:r>
          </w:p>
          <w:p w14:paraId="45AC61A9" w14:textId="77777777" w:rsidR="00281EA7" w:rsidRPr="002366F0" w:rsidRDefault="00281EA7" w:rsidP="00281EA7">
            <w:pPr>
              <w:spacing w:after="0"/>
              <w:rPr>
                <w:sz w:val="16"/>
                <w:szCs w:val="16"/>
              </w:rPr>
            </w:pPr>
            <w:r w:rsidRPr="002366F0">
              <w:rPr>
                <w:sz w:val="16"/>
                <w:szCs w:val="16"/>
              </w:rPr>
              <w:t>1) На каждом сервере обнаружены все 4 LUN, а для каждого LUN создано DM-multipath устройство</w:t>
            </w:r>
          </w:p>
          <w:p w14:paraId="012B7B3F" w14:textId="77777777" w:rsidR="00281EA7" w:rsidRPr="002366F0" w:rsidRDefault="00281EA7" w:rsidP="00281EA7">
            <w:pPr>
              <w:spacing w:after="0"/>
              <w:rPr>
                <w:sz w:val="16"/>
                <w:szCs w:val="16"/>
              </w:rPr>
            </w:pPr>
            <w:r w:rsidRPr="002366F0">
              <w:rPr>
                <w:sz w:val="16"/>
                <w:szCs w:val="16"/>
              </w:rPr>
              <w:t>2) Фактическое число путей к каждому LUN соответствует требованиям раздела «Пояснение по числу путей» Приложения А: не менее 8 путей с распределением через оба контроллера. Каждая группа путей в multipath -ll имеет статус status=active, обе группы имеют одинаковый prio. Каждый рабочий путь находится в состоянии active ready running.</w:t>
            </w:r>
          </w:p>
          <w:p w14:paraId="7C23D41C" w14:textId="77777777" w:rsidR="00281EA7" w:rsidRPr="002366F0" w:rsidRDefault="00281EA7" w:rsidP="00281EA7">
            <w:pPr>
              <w:spacing w:after="0"/>
              <w:rPr>
                <w:sz w:val="16"/>
                <w:szCs w:val="16"/>
              </w:rPr>
            </w:pPr>
            <w:r w:rsidRPr="002366F0">
              <w:rPr>
                <w:sz w:val="16"/>
                <w:szCs w:val="16"/>
              </w:rPr>
              <w:t>4) Не допускаются состояния faulty, failed, offline, shaky, undef, а также исчезновение DM-устройства, отсутствие части ожидаемых путей без объяснимой схемы zoning/masking либо сообщения I/O error в ОС</w:t>
            </w:r>
          </w:p>
          <w:p w14:paraId="058D272B" w14:textId="77777777" w:rsidR="00281EA7" w:rsidRPr="002366F0" w:rsidRDefault="00281EA7" w:rsidP="00281EA7">
            <w:pPr>
              <w:spacing w:after="0"/>
              <w:rPr>
                <w:b/>
                <w:sz w:val="16"/>
                <w:szCs w:val="16"/>
              </w:rPr>
            </w:pPr>
            <w:r w:rsidRPr="002366F0">
              <w:rPr>
                <w:b/>
                <w:sz w:val="16"/>
                <w:szCs w:val="16"/>
              </w:rPr>
              <w:t>Примеры допустимых фрагментов вывода:</w:t>
            </w:r>
          </w:p>
          <w:p w14:paraId="13245858" w14:textId="77777777" w:rsidR="00281EA7" w:rsidRPr="002366F0" w:rsidRDefault="00281EA7" w:rsidP="00281EA7">
            <w:pPr>
              <w:spacing w:after="0"/>
              <w:rPr>
                <w:sz w:val="16"/>
                <w:szCs w:val="16"/>
              </w:rPr>
            </w:pPr>
            <w:r w:rsidRPr="002366F0">
              <w:rPr>
                <w:sz w:val="16"/>
                <w:szCs w:val="16"/>
              </w:rPr>
              <w:t>status=active</w:t>
            </w:r>
          </w:p>
          <w:p w14:paraId="745DD286" w14:textId="77777777" w:rsidR="00281EA7" w:rsidRPr="00ED1D20" w:rsidRDefault="00281EA7" w:rsidP="00281EA7">
            <w:pPr>
              <w:spacing w:after="0"/>
              <w:rPr>
                <w:sz w:val="16"/>
                <w:szCs w:val="16"/>
                <w:lang w:val="en-US"/>
              </w:rPr>
            </w:pPr>
            <w:r w:rsidRPr="00ED1D20">
              <w:rPr>
                <w:sz w:val="16"/>
                <w:szCs w:val="16"/>
                <w:lang w:val="en-US"/>
              </w:rPr>
              <w:t>active ready running</w:t>
            </w:r>
          </w:p>
          <w:p w14:paraId="4E62657A" w14:textId="77777777" w:rsidR="00281EA7" w:rsidRPr="00ED1D20" w:rsidRDefault="00281EA7" w:rsidP="00281EA7">
            <w:pPr>
              <w:spacing w:after="0"/>
              <w:rPr>
                <w:sz w:val="16"/>
                <w:szCs w:val="16"/>
                <w:lang w:val="en-US"/>
              </w:rPr>
            </w:pPr>
            <w:r w:rsidRPr="00ED1D20">
              <w:rPr>
                <w:sz w:val="16"/>
                <w:szCs w:val="16"/>
                <w:lang w:val="en-US"/>
              </w:rPr>
              <w:t>status=enabled (ALUA)</w:t>
            </w:r>
          </w:p>
          <w:p w14:paraId="2FDBCA78" w14:textId="77777777" w:rsidR="00281EA7" w:rsidRPr="00ED1D20" w:rsidRDefault="00281EA7" w:rsidP="00281EA7">
            <w:pPr>
              <w:spacing w:after="0"/>
              <w:rPr>
                <w:sz w:val="16"/>
                <w:szCs w:val="16"/>
                <w:lang w:val="en-US"/>
              </w:rPr>
            </w:pPr>
            <w:r w:rsidRPr="00ED1D20">
              <w:rPr>
                <w:sz w:val="16"/>
                <w:szCs w:val="16"/>
                <w:lang w:val="en-US"/>
              </w:rPr>
              <w:t>enabled ghost running (ALUA)</w:t>
            </w:r>
          </w:p>
          <w:p w14:paraId="1DF32C92" w14:textId="77777777" w:rsidR="00281EA7" w:rsidRPr="00ED1D20" w:rsidRDefault="00281EA7" w:rsidP="00281EA7">
            <w:pPr>
              <w:spacing w:after="0"/>
              <w:rPr>
                <w:sz w:val="16"/>
                <w:szCs w:val="16"/>
                <w:lang w:val="en-US"/>
              </w:rPr>
            </w:pPr>
            <w:r w:rsidRPr="002366F0">
              <w:rPr>
                <w:sz w:val="16"/>
                <w:szCs w:val="16"/>
              </w:rPr>
              <w:t>Примеры</w:t>
            </w:r>
            <w:r w:rsidRPr="00ED1D20">
              <w:rPr>
                <w:sz w:val="16"/>
                <w:szCs w:val="16"/>
                <w:lang w:val="en-US"/>
              </w:rPr>
              <w:t xml:space="preserve"> </w:t>
            </w:r>
            <w:r w:rsidRPr="002366F0">
              <w:rPr>
                <w:sz w:val="16"/>
                <w:szCs w:val="16"/>
              </w:rPr>
              <w:t>недопустимых</w:t>
            </w:r>
            <w:r w:rsidRPr="00ED1D20">
              <w:rPr>
                <w:sz w:val="16"/>
                <w:szCs w:val="16"/>
                <w:lang w:val="en-US"/>
              </w:rPr>
              <w:t xml:space="preserve"> </w:t>
            </w:r>
            <w:r w:rsidRPr="002366F0">
              <w:rPr>
                <w:sz w:val="16"/>
                <w:szCs w:val="16"/>
              </w:rPr>
              <w:t>фрагментов</w:t>
            </w:r>
            <w:r w:rsidRPr="00ED1D20">
              <w:rPr>
                <w:sz w:val="16"/>
                <w:szCs w:val="16"/>
                <w:lang w:val="en-US"/>
              </w:rPr>
              <w:t xml:space="preserve"> </w:t>
            </w:r>
            <w:r w:rsidRPr="002366F0">
              <w:rPr>
                <w:sz w:val="16"/>
                <w:szCs w:val="16"/>
              </w:rPr>
              <w:t>вывода</w:t>
            </w:r>
            <w:r w:rsidRPr="00ED1D20">
              <w:rPr>
                <w:sz w:val="16"/>
                <w:szCs w:val="16"/>
                <w:lang w:val="en-US"/>
              </w:rPr>
              <w:t>: faulty, failed, offline, undef</w:t>
            </w:r>
          </w:p>
        </w:tc>
      </w:tr>
      <w:tr w:rsidR="00281EA7" w:rsidRPr="002366F0" w14:paraId="69A63C72" w14:textId="77777777" w:rsidTr="00281EA7">
        <w:tc>
          <w:tcPr>
            <w:tcW w:w="502" w:type="dxa"/>
          </w:tcPr>
          <w:p w14:paraId="7AA70BE0" w14:textId="77777777" w:rsidR="00281EA7" w:rsidRPr="002366F0" w:rsidRDefault="00281EA7" w:rsidP="00281EA7">
            <w:pPr>
              <w:spacing w:after="0"/>
              <w:jc w:val="center"/>
              <w:rPr>
                <w:sz w:val="16"/>
                <w:szCs w:val="16"/>
              </w:rPr>
            </w:pPr>
            <w:r w:rsidRPr="002366F0">
              <w:rPr>
                <w:b/>
                <w:color w:val="1F1F1F"/>
                <w:sz w:val="16"/>
                <w:szCs w:val="16"/>
              </w:rPr>
              <w:t>8</w:t>
            </w:r>
          </w:p>
        </w:tc>
        <w:tc>
          <w:tcPr>
            <w:tcW w:w="1969" w:type="dxa"/>
          </w:tcPr>
          <w:p w14:paraId="757F9B5D" w14:textId="77777777" w:rsidR="00281EA7" w:rsidRPr="002366F0" w:rsidRDefault="00281EA7" w:rsidP="00281EA7">
            <w:pPr>
              <w:spacing w:after="0"/>
              <w:rPr>
                <w:sz w:val="16"/>
                <w:szCs w:val="16"/>
              </w:rPr>
            </w:pPr>
            <w:r w:rsidRPr="002366F0">
              <w:rPr>
                <w:color w:val="1F1F1F"/>
                <w:sz w:val="16"/>
                <w:szCs w:val="16"/>
              </w:rPr>
              <w:t>Подготовка к нагрузочному тестированию</w:t>
            </w:r>
          </w:p>
        </w:tc>
        <w:tc>
          <w:tcPr>
            <w:tcW w:w="2277" w:type="dxa"/>
          </w:tcPr>
          <w:p w14:paraId="3B783CE4" w14:textId="77777777" w:rsidR="00281EA7" w:rsidRPr="002366F0" w:rsidRDefault="00281EA7" w:rsidP="00281EA7">
            <w:pPr>
              <w:spacing w:after="0"/>
              <w:rPr>
                <w:sz w:val="16"/>
                <w:szCs w:val="16"/>
              </w:rPr>
            </w:pPr>
            <w:r w:rsidRPr="002366F0">
              <w:rPr>
                <w:color w:val="1F1F1F"/>
                <w:sz w:val="16"/>
                <w:szCs w:val="16"/>
              </w:rPr>
              <w:t xml:space="preserve">Подготовка пулов / ageing: заливка и затирание данных блоком 1024 KB </w:t>
            </w:r>
            <w:r w:rsidRPr="002366F0">
              <w:rPr>
                <w:sz w:val="16"/>
                <w:szCs w:val="16"/>
              </w:rPr>
              <w:t xml:space="preserve">по 80% объема </w:t>
            </w:r>
            <w:r w:rsidRPr="002366F0">
              <w:rPr>
                <w:sz w:val="16"/>
                <w:szCs w:val="16"/>
              </w:rPr>
              <w:lastRenderedPageBreak/>
              <w:t>форматированного пространства дисков</w:t>
            </w:r>
          </w:p>
        </w:tc>
        <w:tc>
          <w:tcPr>
            <w:tcW w:w="2459" w:type="dxa"/>
          </w:tcPr>
          <w:p w14:paraId="0EC4C548" w14:textId="77777777" w:rsidR="00281EA7" w:rsidRPr="002366F0" w:rsidRDefault="00281EA7" w:rsidP="00281EA7">
            <w:pPr>
              <w:spacing w:after="0"/>
              <w:rPr>
                <w:sz w:val="16"/>
                <w:szCs w:val="16"/>
              </w:rPr>
            </w:pPr>
            <w:r w:rsidRPr="002366F0">
              <w:rPr>
                <w:color w:val="1F1F1F"/>
                <w:sz w:val="16"/>
                <w:szCs w:val="16"/>
              </w:rPr>
              <w:lastRenderedPageBreak/>
              <w:t xml:space="preserve">Через тестовые и, при необходимости, временные LUN обработано не менее 80% форматированного объёма каждого тестового </w:t>
            </w:r>
            <w:r w:rsidRPr="002366F0">
              <w:rPr>
                <w:color w:val="1F1F1F"/>
                <w:sz w:val="16"/>
                <w:szCs w:val="16"/>
              </w:rPr>
              <w:lastRenderedPageBreak/>
              <w:t>пула; размер блока - 1024 KB. Ориентировочная длительность prefill: при пропускной способности СХД на запись около 5 ГБ/с и общем объёме записи равном 80% форматированного объёма пулов, время prefill составит примерно (объём пулов × 0,8) / 5 ГБ/</w:t>
            </w:r>
            <w:proofErr w:type="gramStart"/>
            <w:r w:rsidRPr="002366F0">
              <w:rPr>
                <w:color w:val="1F1F1F"/>
                <w:sz w:val="16"/>
                <w:szCs w:val="16"/>
              </w:rPr>
              <w:t>с. Например</w:t>
            </w:r>
            <w:proofErr w:type="gramEnd"/>
            <w:r w:rsidRPr="002366F0">
              <w:rPr>
                <w:color w:val="1F1F1F"/>
                <w:sz w:val="16"/>
                <w:szCs w:val="16"/>
              </w:rPr>
              <w:t>, для двух пулов общим объёмом 50 ТБ ориентировочное время — около 2,2 часа. Точное время фиксируется по факту в журнале испытаний.</w:t>
            </w:r>
          </w:p>
        </w:tc>
        <w:tc>
          <w:tcPr>
            <w:tcW w:w="4152" w:type="dxa"/>
          </w:tcPr>
          <w:p w14:paraId="2DD11574" w14:textId="77777777" w:rsidR="00281EA7" w:rsidRPr="002366F0" w:rsidRDefault="00281EA7" w:rsidP="00281EA7">
            <w:pPr>
              <w:spacing w:after="0"/>
              <w:rPr>
                <w:sz w:val="16"/>
                <w:szCs w:val="16"/>
              </w:rPr>
            </w:pPr>
            <w:r w:rsidRPr="002366F0">
              <w:rPr>
                <w:sz w:val="16"/>
                <w:szCs w:val="16"/>
              </w:rPr>
              <w:lastRenderedPageBreak/>
              <w:t>1) Определить форматированный объём каждого тестового пула и подтвердить, что набор LUN для подготовки покрывает не менее 80% объёма пула</w:t>
            </w:r>
          </w:p>
          <w:p w14:paraId="4930C2C1" w14:textId="77777777" w:rsidR="00281EA7" w:rsidRPr="00ED1D20" w:rsidRDefault="00281EA7" w:rsidP="00281EA7">
            <w:pPr>
              <w:spacing w:after="0"/>
              <w:rPr>
                <w:sz w:val="16"/>
                <w:szCs w:val="16"/>
                <w:lang w:val="en-US"/>
              </w:rPr>
            </w:pPr>
            <w:r w:rsidRPr="002366F0">
              <w:rPr>
                <w:sz w:val="16"/>
                <w:szCs w:val="16"/>
              </w:rPr>
              <w:lastRenderedPageBreak/>
              <w:t>2) На server-1 и server-2 подготовить host-specific FIO-профили prefill_host1.fio и prefill_host2.fio по Приложению Б</w:t>
            </w:r>
          </w:p>
          <w:p w14:paraId="6EAC481E"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mkdir -p /opt/pmi/fio /var/log/pmi-fio</w:t>
            </w:r>
          </w:p>
          <w:p w14:paraId="62579737"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vi /opt/pmi/fio/prefill_host1.fio</w:t>
            </w:r>
          </w:p>
          <w:p w14:paraId="5550FD9C"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vi /opt/pmi/fio/prefill_host2.fio</w:t>
            </w:r>
          </w:p>
          <w:p w14:paraId="1F1E2157" w14:textId="77777777" w:rsidR="00281EA7" w:rsidRPr="002366F0" w:rsidRDefault="00281EA7" w:rsidP="00281EA7">
            <w:pPr>
              <w:spacing w:after="0"/>
              <w:rPr>
                <w:sz w:val="16"/>
                <w:szCs w:val="16"/>
              </w:rPr>
            </w:pPr>
            <w:r w:rsidRPr="002366F0">
              <w:rPr>
                <w:sz w:val="16"/>
                <w:szCs w:val="16"/>
              </w:rPr>
              <w:t>3) На обоих серверах запустить FIO в режиме сервера</w:t>
            </w:r>
          </w:p>
          <w:p w14:paraId="61F1CE03" w14:textId="77777777" w:rsidR="00281EA7" w:rsidRPr="002366F0" w:rsidRDefault="00281EA7" w:rsidP="00281EA7">
            <w:pPr>
              <w:spacing w:after="0"/>
              <w:ind w:left="11"/>
              <w:rPr>
                <w:sz w:val="16"/>
                <w:szCs w:val="16"/>
              </w:rPr>
            </w:pPr>
            <w:r w:rsidRPr="002366F0">
              <w:rPr>
                <w:sz w:val="16"/>
                <w:szCs w:val="16"/>
                <w:shd w:val="clear" w:color="auto" w:fill="EEF2F6"/>
              </w:rPr>
              <w:t># fio --server</w:t>
            </w:r>
          </w:p>
          <w:p w14:paraId="147926E7" w14:textId="77777777" w:rsidR="00281EA7" w:rsidRPr="002366F0" w:rsidRDefault="00281EA7" w:rsidP="00281EA7">
            <w:pPr>
              <w:spacing w:after="0"/>
              <w:rPr>
                <w:sz w:val="16"/>
                <w:szCs w:val="16"/>
              </w:rPr>
            </w:pPr>
            <w:r w:rsidRPr="002366F0">
              <w:rPr>
                <w:sz w:val="16"/>
                <w:szCs w:val="16"/>
              </w:rPr>
              <w:t xml:space="preserve">4) </w:t>
            </w:r>
            <w:proofErr w:type="gramStart"/>
            <w:r w:rsidRPr="002366F0">
              <w:rPr>
                <w:sz w:val="16"/>
                <w:szCs w:val="16"/>
              </w:rPr>
              <w:t>С</w:t>
            </w:r>
            <w:proofErr w:type="gramEnd"/>
            <w:r w:rsidRPr="002366F0">
              <w:rPr>
                <w:sz w:val="16"/>
                <w:szCs w:val="16"/>
              </w:rPr>
              <w:t xml:space="preserve"> одного источника запуска выполнить общий prefill-прогон по 80% объема форматированного пространства дисков</w:t>
            </w:r>
          </w:p>
          <w:p w14:paraId="06D62F48" w14:textId="77777777" w:rsidR="00281EA7" w:rsidRPr="002366F0" w:rsidRDefault="00281EA7" w:rsidP="00281EA7">
            <w:pPr>
              <w:spacing w:after="0"/>
              <w:rPr>
                <w:sz w:val="16"/>
                <w:szCs w:val="16"/>
              </w:rPr>
            </w:pPr>
            <w:r w:rsidRPr="002366F0">
              <w:rPr>
                <w:i/>
                <w:color w:val="5A5A5A"/>
                <w:sz w:val="16"/>
                <w:szCs w:val="16"/>
              </w:rPr>
              <w:t>Полная команда запуска и состав host-specific профилей приведены в Приложении Б</w:t>
            </w:r>
          </w:p>
          <w:p w14:paraId="61E09BF2" w14:textId="77777777" w:rsidR="00281EA7" w:rsidRPr="002366F0" w:rsidRDefault="00281EA7" w:rsidP="00281EA7">
            <w:pPr>
              <w:spacing w:after="0"/>
              <w:rPr>
                <w:sz w:val="16"/>
                <w:szCs w:val="16"/>
              </w:rPr>
            </w:pPr>
            <w:r w:rsidRPr="002366F0">
              <w:rPr>
                <w:sz w:val="16"/>
                <w:szCs w:val="16"/>
              </w:rPr>
              <w:t>5) Сохранить журнал выполнения в составе материалов испытаний</w:t>
            </w:r>
          </w:p>
        </w:tc>
        <w:tc>
          <w:tcPr>
            <w:tcW w:w="4119" w:type="dxa"/>
          </w:tcPr>
          <w:p w14:paraId="00CB7500" w14:textId="77777777" w:rsidR="00281EA7" w:rsidRPr="002366F0" w:rsidRDefault="00281EA7" w:rsidP="00281EA7">
            <w:pPr>
              <w:spacing w:after="0"/>
              <w:rPr>
                <w:sz w:val="16"/>
                <w:szCs w:val="16"/>
              </w:rPr>
            </w:pPr>
            <w:r w:rsidRPr="002366F0">
              <w:rPr>
                <w:b/>
                <w:sz w:val="16"/>
                <w:szCs w:val="16"/>
              </w:rPr>
              <w:lastRenderedPageBreak/>
              <w:t>Испытание считается успешным, если одновременно выполнены условия:</w:t>
            </w:r>
          </w:p>
          <w:p w14:paraId="18542B90" w14:textId="77777777" w:rsidR="00281EA7" w:rsidRPr="002366F0" w:rsidRDefault="00281EA7" w:rsidP="00281EA7">
            <w:pPr>
              <w:spacing w:after="0"/>
              <w:rPr>
                <w:sz w:val="16"/>
                <w:szCs w:val="16"/>
              </w:rPr>
            </w:pPr>
            <w:r w:rsidRPr="002366F0">
              <w:rPr>
                <w:sz w:val="16"/>
                <w:szCs w:val="16"/>
              </w:rPr>
              <w:t xml:space="preserve">1) prefill-прогон выполнен по 80% объема форматированного пространства дисковпо </w:t>
            </w:r>
            <w:r w:rsidRPr="002366F0">
              <w:rPr>
                <w:sz w:val="16"/>
                <w:szCs w:val="16"/>
              </w:rPr>
              <w:lastRenderedPageBreak/>
              <w:t>утверждённому профилю без аварийного завершения</w:t>
            </w:r>
          </w:p>
          <w:p w14:paraId="7017ED61" w14:textId="77777777" w:rsidR="00281EA7" w:rsidRPr="00ED1D20" w:rsidRDefault="00281EA7" w:rsidP="00281EA7">
            <w:pPr>
              <w:spacing w:after="0"/>
              <w:rPr>
                <w:sz w:val="16"/>
                <w:szCs w:val="16"/>
                <w:lang w:val="en-US"/>
              </w:rPr>
            </w:pPr>
            <w:r w:rsidRPr="00ED1D20">
              <w:rPr>
                <w:sz w:val="16"/>
                <w:szCs w:val="16"/>
                <w:lang w:val="en-US"/>
              </w:rPr>
              <w:t xml:space="preserve">2) </w:t>
            </w:r>
            <w:r w:rsidRPr="002366F0">
              <w:rPr>
                <w:sz w:val="16"/>
                <w:szCs w:val="16"/>
              </w:rPr>
              <w:t>В</w:t>
            </w:r>
            <w:r w:rsidRPr="00ED1D20">
              <w:rPr>
                <w:sz w:val="16"/>
                <w:szCs w:val="16"/>
                <w:lang w:val="en-US"/>
              </w:rPr>
              <w:t xml:space="preserve"> </w:t>
            </w:r>
            <w:r w:rsidRPr="002366F0">
              <w:rPr>
                <w:sz w:val="16"/>
                <w:szCs w:val="16"/>
              </w:rPr>
              <w:t>логах</w:t>
            </w:r>
            <w:r w:rsidRPr="00ED1D20">
              <w:rPr>
                <w:sz w:val="16"/>
                <w:szCs w:val="16"/>
                <w:lang w:val="en-US"/>
              </w:rPr>
              <w:t xml:space="preserve"> FIO </w:t>
            </w:r>
            <w:r w:rsidRPr="002366F0">
              <w:rPr>
                <w:sz w:val="16"/>
                <w:szCs w:val="16"/>
              </w:rPr>
              <w:t>отсутствуют</w:t>
            </w:r>
            <w:r w:rsidRPr="00ED1D20">
              <w:rPr>
                <w:sz w:val="16"/>
                <w:szCs w:val="16"/>
                <w:lang w:val="en-US"/>
              </w:rPr>
              <w:t xml:space="preserve"> </w:t>
            </w:r>
            <w:r w:rsidRPr="002366F0">
              <w:rPr>
                <w:sz w:val="16"/>
                <w:szCs w:val="16"/>
              </w:rPr>
              <w:t>ошибки</w:t>
            </w:r>
            <w:r w:rsidRPr="00ED1D20">
              <w:rPr>
                <w:sz w:val="16"/>
                <w:szCs w:val="16"/>
                <w:lang w:val="en-US"/>
              </w:rPr>
              <w:t xml:space="preserve"> Input/output error, No space left on device, timed out, transport error </w:t>
            </w:r>
            <w:r w:rsidRPr="002366F0">
              <w:rPr>
                <w:sz w:val="16"/>
                <w:szCs w:val="16"/>
              </w:rPr>
              <w:t>и</w:t>
            </w:r>
            <w:r w:rsidRPr="00ED1D20">
              <w:rPr>
                <w:sz w:val="16"/>
                <w:szCs w:val="16"/>
                <w:lang w:val="en-US"/>
              </w:rPr>
              <w:t xml:space="preserve"> </w:t>
            </w:r>
            <w:r w:rsidRPr="002366F0">
              <w:rPr>
                <w:sz w:val="16"/>
                <w:szCs w:val="16"/>
              </w:rPr>
              <w:t>аналогичные</w:t>
            </w:r>
          </w:p>
          <w:p w14:paraId="60FAA52C" w14:textId="77777777" w:rsidR="00281EA7" w:rsidRPr="002366F0" w:rsidRDefault="00281EA7" w:rsidP="00281EA7">
            <w:pPr>
              <w:spacing w:after="0"/>
              <w:rPr>
                <w:sz w:val="16"/>
                <w:szCs w:val="16"/>
              </w:rPr>
            </w:pPr>
            <w:r w:rsidRPr="002366F0">
              <w:rPr>
                <w:sz w:val="16"/>
                <w:szCs w:val="16"/>
              </w:rPr>
              <w:t>3) По журналу испытаний подтверждено, что набор LUN на каждом из двух пулов покрывает 80% объема форматированного пространства дисков</w:t>
            </w:r>
          </w:p>
          <w:p w14:paraId="0A9F860B" w14:textId="77777777" w:rsidR="00281EA7" w:rsidRPr="002366F0" w:rsidRDefault="00281EA7" w:rsidP="00281EA7">
            <w:pPr>
              <w:spacing w:after="0"/>
              <w:rPr>
                <w:sz w:val="16"/>
                <w:szCs w:val="16"/>
              </w:rPr>
            </w:pPr>
            <w:r w:rsidRPr="002366F0">
              <w:rPr>
                <w:sz w:val="16"/>
                <w:szCs w:val="16"/>
              </w:rPr>
              <w:t>4) После окончания подготовки все 4 LUN сохранены и остаются доступными для целевых измерений</w:t>
            </w:r>
          </w:p>
          <w:p w14:paraId="24E60D8B" w14:textId="77777777" w:rsidR="00281EA7" w:rsidRPr="002366F0" w:rsidRDefault="00281EA7" w:rsidP="00281EA7">
            <w:pPr>
              <w:spacing w:after="0"/>
              <w:rPr>
                <w:sz w:val="16"/>
                <w:szCs w:val="16"/>
              </w:rPr>
            </w:pPr>
            <w:r w:rsidRPr="002366F0">
              <w:rPr>
                <w:b/>
                <w:sz w:val="16"/>
                <w:szCs w:val="16"/>
              </w:rPr>
              <w:t>Примеры допустимых фрагментов вывода:</w:t>
            </w:r>
          </w:p>
          <w:p w14:paraId="28A25428" w14:textId="77777777" w:rsidR="00281EA7" w:rsidRPr="002366F0" w:rsidRDefault="00281EA7" w:rsidP="00281EA7">
            <w:pPr>
              <w:spacing w:after="0"/>
              <w:rPr>
                <w:sz w:val="16"/>
                <w:szCs w:val="16"/>
              </w:rPr>
            </w:pPr>
            <w:r w:rsidRPr="002366F0">
              <w:rPr>
                <w:sz w:val="16"/>
                <w:szCs w:val="16"/>
              </w:rPr>
              <w:t>err= 0</w:t>
            </w:r>
          </w:p>
          <w:p w14:paraId="76834105" w14:textId="77777777" w:rsidR="00281EA7" w:rsidRPr="002366F0" w:rsidRDefault="00281EA7" w:rsidP="00281EA7">
            <w:pPr>
              <w:spacing w:after="0"/>
              <w:rPr>
                <w:sz w:val="16"/>
                <w:szCs w:val="16"/>
              </w:rPr>
            </w:pPr>
            <w:r w:rsidRPr="002366F0">
              <w:rPr>
                <w:sz w:val="16"/>
                <w:szCs w:val="16"/>
              </w:rPr>
              <w:t>"error" : 0</w:t>
            </w:r>
          </w:p>
          <w:p w14:paraId="24624964" w14:textId="77777777" w:rsidR="00281EA7" w:rsidRPr="002366F0" w:rsidRDefault="00281EA7" w:rsidP="00281EA7">
            <w:pPr>
              <w:spacing w:after="0"/>
              <w:rPr>
                <w:sz w:val="16"/>
                <w:szCs w:val="16"/>
              </w:rPr>
            </w:pPr>
            <w:r w:rsidRPr="002366F0">
              <w:rPr>
                <w:sz w:val="16"/>
                <w:szCs w:val="16"/>
              </w:rPr>
              <w:t>Run status group ...</w:t>
            </w:r>
          </w:p>
        </w:tc>
      </w:tr>
      <w:tr w:rsidR="00281EA7" w:rsidRPr="00B16F71" w14:paraId="4C37EA23" w14:textId="77777777" w:rsidTr="00281EA7">
        <w:tc>
          <w:tcPr>
            <w:tcW w:w="502" w:type="dxa"/>
          </w:tcPr>
          <w:p w14:paraId="2969C751" w14:textId="77777777" w:rsidR="00281EA7" w:rsidRPr="002366F0" w:rsidRDefault="00281EA7" w:rsidP="00281EA7">
            <w:pPr>
              <w:spacing w:after="0"/>
              <w:rPr>
                <w:color w:val="1F1F1F"/>
                <w:sz w:val="16"/>
                <w:szCs w:val="16"/>
              </w:rPr>
            </w:pPr>
            <w:r w:rsidRPr="002366F0">
              <w:rPr>
                <w:color w:val="1F1F1F"/>
                <w:sz w:val="16"/>
                <w:szCs w:val="16"/>
              </w:rPr>
              <w:t>9</w:t>
            </w:r>
          </w:p>
        </w:tc>
        <w:tc>
          <w:tcPr>
            <w:tcW w:w="1969" w:type="dxa"/>
          </w:tcPr>
          <w:p w14:paraId="5A104976" w14:textId="77777777" w:rsidR="00281EA7" w:rsidRPr="002366F0" w:rsidRDefault="00281EA7" w:rsidP="00281EA7">
            <w:pPr>
              <w:spacing w:after="0"/>
              <w:rPr>
                <w:color w:val="1F1F1F"/>
                <w:sz w:val="16"/>
                <w:szCs w:val="16"/>
              </w:rPr>
            </w:pPr>
            <w:r w:rsidRPr="002366F0">
              <w:rPr>
                <w:color w:val="1F1F1F"/>
                <w:sz w:val="16"/>
                <w:szCs w:val="16"/>
              </w:rPr>
              <w:t>Подготовка к нагрузочному тестированию</w:t>
            </w:r>
          </w:p>
        </w:tc>
        <w:tc>
          <w:tcPr>
            <w:tcW w:w="2277" w:type="dxa"/>
          </w:tcPr>
          <w:p w14:paraId="3DDF284E" w14:textId="77777777" w:rsidR="00281EA7" w:rsidRPr="002366F0" w:rsidRDefault="00281EA7" w:rsidP="00281EA7">
            <w:pPr>
              <w:spacing w:after="0"/>
              <w:rPr>
                <w:color w:val="1F1F1F"/>
                <w:sz w:val="16"/>
                <w:szCs w:val="16"/>
              </w:rPr>
            </w:pPr>
            <w:r w:rsidRPr="002366F0">
              <w:rPr>
                <w:color w:val="1F1F1F"/>
                <w:sz w:val="16"/>
                <w:szCs w:val="16"/>
              </w:rPr>
              <w:t>Контроль исходного состояния после подготовки пулов</w:t>
            </w:r>
          </w:p>
        </w:tc>
        <w:tc>
          <w:tcPr>
            <w:tcW w:w="2459" w:type="dxa"/>
          </w:tcPr>
          <w:p w14:paraId="351A1C84" w14:textId="77777777" w:rsidR="00281EA7" w:rsidRPr="002366F0" w:rsidRDefault="00281EA7" w:rsidP="00281EA7">
            <w:pPr>
              <w:spacing w:after="0"/>
              <w:rPr>
                <w:color w:val="1F1F1F"/>
                <w:sz w:val="16"/>
                <w:szCs w:val="16"/>
              </w:rPr>
            </w:pPr>
            <w:r w:rsidRPr="002366F0">
              <w:rPr>
                <w:color w:val="1F1F1F"/>
                <w:sz w:val="16"/>
                <w:szCs w:val="16"/>
              </w:rPr>
              <w:t>После ageing на СХД отсутствуют активные аварии; оба тестовых пула и все 4 LUN находятся в штатном состоянии; на хостах отсутствуют ошибки путей и SCSI-ошибки.</w:t>
            </w:r>
          </w:p>
        </w:tc>
        <w:tc>
          <w:tcPr>
            <w:tcW w:w="4152" w:type="dxa"/>
          </w:tcPr>
          <w:p w14:paraId="45C4C82C" w14:textId="77777777" w:rsidR="00281EA7" w:rsidRPr="002366F0" w:rsidRDefault="00281EA7" w:rsidP="00281EA7">
            <w:pPr>
              <w:spacing w:after="0"/>
              <w:rPr>
                <w:color w:val="1F1F1F"/>
                <w:sz w:val="16"/>
                <w:szCs w:val="16"/>
              </w:rPr>
            </w:pPr>
            <w:r w:rsidRPr="002366F0">
              <w:rPr>
                <w:color w:val="1F1F1F"/>
                <w:sz w:val="16"/>
                <w:szCs w:val="16"/>
              </w:rPr>
              <w:t>1) На СХД проверить состояние контроллеров, front-end портов, дисков, обоих тестовых пулов и 4 LUN через Web UI либо CLI</w:t>
            </w:r>
          </w:p>
          <w:p w14:paraId="2940201E" w14:textId="77777777" w:rsidR="00281EA7" w:rsidRPr="002366F0" w:rsidRDefault="00281EA7" w:rsidP="00281EA7">
            <w:pPr>
              <w:spacing w:after="0"/>
              <w:rPr>
                <w:color w:val="1F1F1F"/>
                <w:sz w:val="16"/>
                <w:szCs w:val="16"/>
              </w:rPr>
            </w:pPr>
            <w:r w:rsidRPr="002366F0">
              <w:rPr>
                <w:color w:val="1F1F1F"/>
                <w:sz w:val="16"/>
                <w:szCs w:val="16"/>
              </w:rPr>
              <w:t>2) На каждом сервере выполнить контрольную проверку состояния хоста и путей</w:t>
            </w:r>
          </w:p>
          <w:p w14:paraId="1C1CFA77" w14:textId="77777777" w:rsidR="00281EA7" w:rsidRPr="00ED1D20" w:rsidRDefault="00281EA7" w:rsidP="00281EA7">
            <w:pPr>
              <w:spacing w:after="0"/>
              <w:ind w:left="11"/>
              <w:rPr>
                <w:color w:val="1F1F1F"/>
                <w:sz w:val="16"/>
                <w:szCs w:val="16"/>
                <w:lang w:val="en-US"/>
              </w:rPr>
            </w:pPr>
            <w:r w:rsidRPr="00ED1D20">
              <w:rPr>
                <w:color w:val="1F1F1F"/>
                <w:sz w:val="16"/>
                <w:szCs w:val="16"/>
                <w:lang w:val="en-US"/>
              </w:rPr>
              <w:t># dmesg -T | tail -n 200</w:t>
            </w:r>
          </w:p>
          <w:p w14:paraId="1EC1595C" w14:textId="77777777" w:rsidR="00281EA7" w:rsidRPr="00ED1D20" w:rsidRDefault="00281EA7" w:rsidP="00281EA7">
            <w:pPr>
              <w:spacing w:after="0"/>
              <w:ind w:left="11"/>
              <w:rPr>
                <w:color w:val="1F1F1F"/>
                <w:sz w:val="16"/>
                <w:szCs w:val="16"/>
                <w:lang w:val="en-US"/>
              </w:rPr>
            </w:pPr>
            <w:r w:rsidRPr="00ED1D20">
              <w:rPr>
                <w:color w:val="1F1F1F"/>
                <w:sz w:val="16"/>
                <w:szCs w:val="16"/>
                <w:lang w:val="en-US"/>
              </w:rPr>
              <w:t>$ multipath -ll</w:t>
            </w:r>
          </w:p>
          <w:p w14:paraId="7A8DE5C0" w14:textId="77777777" w:rsidR="00281EA7" w:rsidRPr="002366F0" w:rsidRDefault="00281EA7" w:rsidP="00281EA7">
            <w:pPr>
              <w:spacing w:after="0"/>
              <w:ind w:left="11"/>
              <w:rPr>
                <w:color w:val="1F1F1F"/>
                <w:sz w:val="16"/>
                <w:szCs w:val="16"/>
              </w:rPr>
            </w:pPr>
            <w:r w:rsidRPr="002366F0">
              <w:rPr>
                <w:color w:val="1F1F1F"/>
                <w:sz w:val="16"/>
                <w:szCs w:val="16"/>
              </w:rPr>
              <w:t>$ lsscsi</w:t>
            </w:r>
          </w:p>
          <w:p w14:paraId="30B3F3F5" w14:textId="77777777" w:rsidR="00281EA7" w:rsidRPr="002366F0" w:rsidRDefault="00281EA7" w:rsidP="00281EA7">
            <w:pPr>
              <w:spacing w:after="0"/>
              <w:ind w:left="11"/>
              <w:rPr>
                <w:color w:val="1F1F1F"/>
                <w:sz w:val="16"/>
                <w:szCs w:val="16"/>
              </w:rPr>
            </w:pPr>
            <w:r w:rsidRPr="002366F0">
              <w:rPr>
                <w:color w:val="1F1F1F"/>
                <w:sz w:val="16"/>
                <w:szCs w:val="16"/>
              </w:rPr>
              <w:t>$ iostat -dx 1 5</w:t>
            </w:r>
          </w:p>
          <w:p w14:paraId="02A2C591" w14:textId="77777777" w:rsidR="00281EA7" w:rsidRPr="002366F0" w:rsidRDefault="00281EA7" w:rsidP="00281EA7">
            <w:pPr>
              <w:spacing w:after="0"/>
              <w:rPr>
                <w:color w:val="1F1F1F"/>
                <w:sz w:val="16"/>
                <w:szCs w:val="16"/>
              </w:rPr>
            </w:pPr>
            <w:r w:rsidRPr="002366F0">
              <w:rPr>
                <w:color w:val="1F1F1F"/>
                <w:sz w:val="16"/>
                <w:szCs w:val="16"/>
              </w:rPr>
              <w:t>3) Зафиксировать отсутствие ошибок I/O, деградированных путей и предупреждений со стороны СХД</w:t>
            </w:r>
          </w:p>
        </w:tc>
        <w:tc>
          <w:tcPr>
            <w:tcW w:w="4119" w:type="dxa"/>
          </w:tcPr>
          <w:p w14:paraId="3981EAB2" w14:textId="77777777" w:rsidR="00281EA7" w:rsidRPr="002366F0" w:rsidRDefault="00281EA7" w:rsidP="00281EA7">
            <w:pPr>
              <w:spacing w:after="0"/>
              <w:rPr>
                <w:color w:val="1F1F1F"/>
                <w:sz w:val="16"/>
                <w:szCs w:val="16"/>
              </w:rPr>
            </w:pPr>
            <w:r w:rsidRPr="002366F0">
              <w:rPr>
                <w:color w:val="1F1F1F"/>
                <w:sz w:val="16"/>
                <w:szCs w:val="16"/>
              </w:rPr>
              <w:t>Испытание считается успешным, если одновременно выполнены условия:</w:t>
            </w:r>
          </w:p>
          <w:p w14:paraId="48159026" w14:textId="77777777" w:rsidR="00281EA7" w:rsidRPr="002366F0" w:rsidRDefault="00281EA7" w:rsidP="00281EA7">
            <w:pPr>
              <w:spacing w:after="0"/>
              <w:rPr>
                <w:color w:val="1F1F1F"/>
                <w:sz w:val="16"/>
                <w:szCs w:val="16"/>
              </w:rPr>
            </w:pPr>
            <w:r w:rsidRPr="002366F0">
              <w:rPr>
                <w:color w:val="1F1F1F"/>
                <w:sz w:val="16"/>
                <w:szCs w:val="16"/>
              </w:rPr>
              <w:t>1) На СХД все контроллеры, front-end порты, диски, оба тестовых пула и 4 LUN находятся в штатном состоянии</w:t>
            </w:r>
          </w:p>
          <w:p w14:paraId="7E47D858" w14:textId="77777777" w:rsidR="00281EA7" w:rsidRPr="002366F0" w:rsidRDefault="00281EA7" w:rsidP="00281EA7">
            <w:pPr>
              <w:spacing w:after="0"/>
              <w:rPr>
                <w:color w:val="1F1F1F"/>
                <w:sz w:val="16"/>
                <w:szCs w:val="16"/>
              </w:rPr>
            </w:pPr>
            <w:r w:rsidRPr="002366F0">
              <w:rPr>
                <w:color w:val="1F1F1F"/>
                <w:sz w:val="16"/>
                <w:szCs w:val="16"/>
              </w:rPr>
              <w:t>2) На серверах в dmesg отсутствуют новые ошибки SCSI/FC/blk_update_request и сообщения Input/output error</w:t>
            </w:r>
          </w:p>
          <w:p w14:paraId="2543A04E" w14:textId="77777777" w:rsidR="00281EA7" w:rsidRPr="002366F0" w:rsidRDefault="00281EA7" w:rsidP="00281EA7">
            <w:pPr>
              <w:spacing w:after="0"/>
              <w:rPr>
                <w:color w:val="1F1F1F"/>
                <w:sz w:val="16"/>
                <w:szCs w:val="16"/>
              </w:rPr>
            </w:pPr>
            <w:r w:rsidRPr="002366F0">
              <w:rPr>
                <w:color w:val="1F1F1F"/>
                <w:sz w:val="16"/>
                <w:szCs w:val="16"/>
              </w:rPr>
              <w:t xml:space="preserve">3) </w:t>
            </w:r>
            <w:proofErr w:type="gramStart"/>
            <w:r w:rsidRPr="002366F0">
              <w:rPr>
                <w:color w:val="1F1F1F"/>
                <w:sz w:val="16"/>
                <w:szCs w:val="16"/>
              </w:rPr>
              <w:t>В</w:t>
            </w:r>
            <w:proofErr w:type="gramEnd"/>
            <w:r w:rsidRPr="002366F0">
              <w:rPr>
                <w:color w:val="1F1F1F"/>
                <w:sz w:val="16"/>
                <w:szCs w:val="16"/>
              </w:rPr>
              <w:t xml:space="preserve"> multipath -ll для всех LUN сохраняются рабочие пути; состояний failed, faulty и offline нет</w:t>
            </w:r>
          </w:p>
          <w:p w14:paraId="2E699F63" w14:textId="77777777" w:rsidR="00281EA7" w:rsidRPr="002366F0" w:rsidRDefault="00281EA7" w:rsidP="00281EA7">
            <w:pPr>
              <w:spacing w:after="0"/>
              <w:rPr>
                <w:color w:val="1F1F1F"/>
                <w:sz w:val="16"/>
                <w:szCs w:val="16"/>
              </w:rPr>
            </w:pPr>
            <w:r w:rsidRPr="002366F0">
              <w:rPr>
                <w:color w:val="1F1F1F"/>
                <w:sz w:val="16"/>
                <w:szCs w:val="16"/>
              </w:rPr>
              <w:t>4) Под следующий прогон создан отдельный каталог результатов и определён путь сохранения отчётов</w:t>
            </w:r>
          </w:p>
          <w:p w14:paraId="251464A5" w14:textId="77777777" w:rsidR="00281EA7" w:rsidRPr="002366F0" w:rsidRDefault="00281EA7" w:rsidP="00281EA7">
            <w:pPr>
              <w:spacing w:after="0"/>
              <w:rPr>
                <w:color w:val="1F1F1F"/>
                <w:sz w:val="16"/>
                <w:szCs w:val="16"/>
              </w:rPr>
            </w:pPr>
            <w:r w:rsidRPr="002366F0">
              <w:rPr>
                <w:color w:val="1F1F1F"/>
                <w:sz w:val="16"/>
                <w:szCs w:val="16"/>
              </w:rPr>
              <w:t>Примеры допустимых фрагментов вывода:</w:t>
            </w:r>
          </w:p>
          <w:p w14:paraId="1A65D2F4" w14:textId="77777777" w:rsidR="00281EA7" w:rsidRPr="002366F0" w:rsidRDefault="00281EA7" w:rsidP="00281EA7">
            <w:pPr>
              <w:spacing w:after="0"/>
              <w:rPr>
                <w:color w:val="1F1F1F"/>
                <w:sz w:val="16"/>
                <w:szCs w:val="16"/>
              </w:rPr>
            </w:pPr>
            <w:r w:rsidRPr="002366F0">
              <w:rPr>
                <w:color w:val="1F1F1F"/>
                <w:sz w:val="16"/>
                <w:szCs w:val="16"/>
              </w:rPr>
              <w:t>Normal / Healthy / Optimal — для объектов на СХД</w:t>
            </w:r>
          </w:p>
          <w:p w14:paraId="4F5A9948" w14:textId="77777777" w:rsidR="00281EA7" w:rsidRPr="00ED1D20" w:rsidRDefault="00281EA7" w:rsidP="00281EA7">
            <w:pPr>
              <w:spacing w:after="0"/>
              <w:rPr>
                <w:color w:val="1F1F1F"/>
                <w:sz w:val="16"/>
                <w:szCs w:val="16"/>
                <w:lang w:val="en-US"/>
              </w:rPr>
            </w:pPr>
            <w:r w:rsidRPr="00ED1D20">
              <w:rPr>
                <w:color w:val="1F1F1F"/>
                <w:sz w:val="16"/>
                <w:szCs w:val="16"/>
                <w:lang w:val="en-US"/>
              </w:rPr>
              <w:t xml:space="preserve">active ready running — </w:t>
            </w:r>
            <w:r w:rsidRPr="002366F0">
              <w:rPr>
                <w:color w:val="1F1F1F"/>
                <w:sz w:val="16"/>
                <w:szCs w:val="16"/>
              </w:rPr>
              <w:t>для</w:t>
            </w:r>
            <w:r w:rsidRPr="00ED1D20">
              <w:rPr>
                <w:color w:val="1F1F1F"/>
                <w:sz w:val="16"/>
                <w:szCs w:val="16"/>
                <w:lang w:val="en-US"/>
              </w:rPr>
              <w:t xml:space="preserve"> </w:t>
            </w:r>
            <w:r w:rsidRPr="002366F0">
              <w:rPr>
                <w:color w:val="1F1F1F"/>
                <w:sz w:val="16"/>
                <w:szCs w:val="16"/>
              </w:rPr>
              <w:t>рабочих</w:t>
            </w:r>
            <w:r w:rsidRPr="00ED1D20">
              <w:rPr>
                <w:color w:val="1F1F1F"/>
                <w:sz w:val="16"/>
                <w:szCs w:val="16"/>
                <w:lang w:val="en-US"/>
              </w:rPr>
              <w:t xml:space="preserve"> </w:t>
            </w:r>
            <w:r w:rsidRPr="002366F0">
              <w:rPr>
                <w:color w:val="1F1F1F"/>
                <w:sz w:val="16"/>
                <w:szCs w:val="16"/>
              </w:rPr>
              <w:t>путей</w:t>
            </w:r>
          </w:p>
          <w:p w14:paraId="61B7334D" w14:textId="77777777" w:rsidR="00281EA7" w:rsidRPr="00ED1D20" w:rsidRDefault="00281EA7" w:rsidP="00281EA7">
            <w:pPr>
              <w:spacing w:after="0"/>
              <w:rPr>
                <w:color w:val="1F1F1F"/>
                <w:sz w:val="16"/>
                <w:szCs w:val="16"/>
                <w:lang w:val="en-US"/>
              </w:rPr>
            </w:pPr>
            <w:r w:rsidRPr="002366F0">
              <w:rPr>
                <w:color w:val="1F1F1F"/>
                <w:sz w:val="16"/>
                <w:szCs w:val="16"/>
              </w:rPr>
              <w:t>В</w:t>
            </w:r>
            <w:r w:rsidRPr="00ED1D20">
              <w:rPr>
                <w:color w:val="1F1F1F"/>
                <w:sz w:val="16"/>
                <w:szCs w:val="16"/>
                <w:lang w:val="en-US"/>
              </w:rPr>
              <w:t xml:space="preserve"> dmesg </w:t>
            </w:r>
            <w:r w:rsidRPr="002366F0">
              <w:rPr>
                <w:color w:val="1F1F1F"/>
                <w:sz w:val="16"/>
                <w:szCs w:val="16"/>
              </w:rPr>
              <w:t>отсутствуют</w:t>
            </w:r>
            <w:r w:rsidRPr="00ED1D20">
              <w:rPr>
                <w:color w:val="1F1F1F"/>
                <w:sz w:val="16"/>
                <w:szCs w:val="16"/>
                <w:lang w:val="en-US"/>
              </w:rPr>
              <w:t xml:space="preserve"> </w:t>
            </w:r>
            <w:r w:rsidRPr="002366F0">
              <w:rPr>
                <w:color w:val="1F1F1F"/>
                <w:sz w:val="16"/>
                <w:szCs w:val="16"/>
              </w:rPr>
              <w:t>строки</w:t>
            </w:r>
            <w:r w:rsidRPr="00ED1D20">
              <w:rPr>
                <w:color w:val="1F1F1F"/>
                <w:sz w:val="16"/>
                <w:szCs w:val="16"/>
                <w:lang w:val="en-US"/>
              </w:rPr>
              <w:t xml:space="preserve"> I/O error, abort, reset, failed</w:t>
            </w:r>
          </w:p>
        </w:tc>
      </w:tr>
    </w:tbl>
    <w:p w14:paraId="181E2067" w14:textId="77777777" w:rsidR="00281EA7" w:rsidRPr="00281EA7" w:rsidRDefault="00281EA7" w:rsidP="00281EA7">
      <w:pPr>
        <w:rPr>
          <w:lang w:val="en-US"/>
        </w:rPr>
      </w:pPr>
    </w:p>
    <w:p w14:paraId="56CDC12B" w14:textId="77777777" w:rsidR="00281EA7" w:rsidRPr="002366F0" w:rsidRDefault="00281EA7" w:rsidP="00281EA7">
      <w:pPr>
        <w:rPr>
          <w:b/>
          <w:bCs/>
          <w:szCs w:val="28"/>
        </w:rPr>
      </w:pPr>
      <w:r>
        <w:rPr>
          <w:b/>
          <w:bCs/>
          <w:szCs w:val="28"/>
        </w:rPr>
        <w:t>10</w:t>
      </w:r>
      <w:r w:rsidRPr="002366F0">
        <w:rPr>
          <w:b/>
          <w:bCs/>
          <w:szCs w:val="28"/>
        </w:rPr>
        <w:t>.</w:t>
      </w:r>
      <w:r>
        <w:rPr>
          <w:b/>
          <w:bCs/>
          <w:szCs w:val="28"/>
        </w:rPr>
        <w:t>2</w:t>
      </w:r>
      <w:r w:rsidRPr="002366F0">
        <w:rPr>
          <w:b/>
          <w:bCs/>
          <w:szCs w:val="28"/>
        </w:rPr>
        <w:t xml:space="preserve"> Нагрузочные испытания для SSD СХД</w:t>
      </w:r>
    </w:p>
    <w:tbl>
      <w:tblPr>
        <w:tblW w:w="5000" w:type="pct"/>
        <w:tblLayout w:type="fixed"/>
        <w:tblLook w:val="04A0" w:firstRow="1" w:lastRow="0" w:firstColumn="1" w:lastColumn="0" w:noHBand="0" w:noVBand="1"/>
      </w:tblPr>
      <w:tblGrid>
        <w:gridCol w:w="1965"/>
        <w:gridCol w:w="1578"/>
        <w:gridCol w:w="2070"/>
        <w:gridCol w:w="2238"/>
        <w:gridCol w:w="3810"/>
        <w:gridCol w:w="2819"/>
      </w:tblGrid>
      <w:tr w:rsidR="00281EA7" w:rsidRPr="003E0862" w14:paraId="59102BE7" w14:textId="77777777" w:rsidTr="00281EA7">
        <w:tc>
          <w:tcPr>
            <w:tcW w:w="2098" w:type="dxa"/>
            <w:shd w:val="clear" w:color="auto" w:fill="DEEAF6" w:themeFill="accent1" w:themeFillTint="33"/>
          </w:tcPr>
          <w:p w14:paraId="2E787FD7" w14:textId="77777777" w:rsidR="00281EA7" w:rsidRPr="00982986" w:rsidRDefault="00281EA7" w:rsidP="00281EA7">
            <w:pPr>
              <w:spacing w:after="0"/>
              <w:jc w:val="center"/>
              <w:rPr>
                <w:sz w:val="16"/>
                <w:szCs w:val="16"/>
              </w:rPr>
            </w:pPr>
            <w:r w:rsidRPr="00982986">
              <w:rPr>
                <w:sz w:val="16"/>
                <w:szCs w:val="16"/>
              </w:rPr>
              <w:t>№ п/п</w:t>
            </w:r>
          </w:p>
        </w:tc>
        <w:tc>
          <w:tcPr>
            <w:tcW w:w="1680" w:type="dxa"/>
            <w:shd w:val="clear" w:color="auto" w:fill="DEEAF6" w:themeFill="accent1" w:themeFillTint="33"/>
          </w:tcPr>
          <w:p w14:paraId="5FCD2030" w14:textId="77777777" w:rsidR="00281EA7" w:rsidRPr="00982986" w:rsidRDefault="00281EA7" w:rsidP="00281EA7">
            <w:pPr>
              <w:spacing w:after="0"/>
              <w:jc w:val="center"/>
              <w:rPr>
                <w:sz w:val="16"/>
                <w:szCs w:val="16"/>
              </w:rPr>
            </w:pPr>
            <w:r w:rsidRPr="00982986">
              <w:rPr>
                <w:sz w:val="16"/>
                <w:szCs w:val="16"/>
              </w:rPr>
              <w:t>Группа функций</w:t>
            </w:r>
          </w:p>
        </w:tc>
        <w:tc>
          <w:tcPr>
            <w:tcW w:w="2210" w:type="dxa"/>
            <w:shd w:val="clear" w:color="auto" w:fill="DEEAF6" w:themeFill="accent1" w:themeFillTint="33"/>
          </w:tcPr>
          <w:p w14:paraId="5B58BD68" w14:textId="77777777" w:rsidR="00281EA7" w:rsidRPr="00982986" w:rsidRDefault="00281EA7" w:rsidP="00281EA7">
            <w:pPr>
              <w:spacing w:after="0"/>
              <w:jc w:val="center"/>
              <w:rPr>
                <w:sz w:val="16"/>
                <w:szCs w:val="16"/>
              </w:rPr>
            </w:pPr>
            <w:r w:rsidRPr="00982986">
              <w:rPr>
                <w:sz w:val="16"/>
                <w:szCs w:val="16"/>
              </w:rPr>
              <w:t>Название испытания</w:t>
            </w:r>
          </w:p>
        </w:tc>
        <w:tc>
          <w:tcPr>
            <w:tcW w:w="2391" w:type="dxa"/>
            <w:shd w:val="clear" w:color="auto" w:fill="DEEAF6" w:themeFill="accent1" w:themeFillTint="33"/>
          </w:tcPr>
          <w:p w14:paraId="7667352A" w14:textId="77777777" w:rsidR="00281EA7" w:rsidRPr="00982986" w:rsidRDefault="00281EA7" w:rsidP="00281EA7">
            <w:pPr>
              <w:spacing w:after="0"/>
              <w:jc w:val="center"/>
              <w:rPr>
                <w:sz w:val="16"/>
                <w:szCs w:val="16"/>
              </w:rPr>
            </w:pPr>
            <w:r w:rsidRPr="00982986">
              <w:rPr>
                <w:sz w:val="16"/>
                <w:szCs w:val="16"/>
              </w:rPr>
              <w:t>Эталонные значения</w:t>
            </w:r>
          </w:p>
        </w:tc>
        <w:tc>
          <w:tcPr>
            <w:tcW w:w="4083" w:type="dxa"/>
            <w:shd w:val="clear" w:color="auto" w:fill="DEEAF6" w:themeFill="accent1" w:themeFillTint="33"/>
          </w:tcPr>
          <w:p w14:paraId="706F8C28" w14:textId="77777777" w:rsidR="00281EA7" w:rsidRPr="00982986" w:rsidRDefault="00281EA7" w:rsidP="00281EA7">
            <w:pPr>
              <w:spacing w:after="0"/>
              <w:jc w:val="center"/>
              <w:rPr>
                <w:sz w:val="16"/>
                <w:szCs w:val="16"/>
              </w:rPr>
            </w:pPr>
            <w:r w:rsidRPr="00982986">
              <w:rPr>
                <w:sz w:val="16"/>
                <w:szCs w:val="16"/>
              </w:rPr>
              <w:t>Сценарий испытания</w:t>
            </w:r>
          </w:p>
        </w:tc>
        <w:tc>
          <w:tcPr>
            <w:tcW w:w="3016" w:type="dxa"/>
            <w:shd w:val="clear" w:color="auto" w:fill="DEEAF6" w:themeFill="accent1" w:themeFillTint="33"/>
          </w:tcPr>
          <w:p w14:paraId="0260DD23" w14:textId="77777777" w:rsidR="00281EA7" w:rsidRPr="00982986" w:rsidRDefault="00281EA7" w:rsidP="00281EA7">
            <w:pPr>
              <w:spacing w:after="0"/>
              <w:jc w:val="center"/>
              <w:rPr>
                <w:sz w:val="16"/>
                <w:szCs w:val="16"/>
              </w:rPr>
            </w:pPr>
            <w:r w:rsidRPr="00982986">
              <w:rPr>
                <w:sz w:val="16"/>
                <w:szCs w:val="16"/>
              </w:rPr>
              <w:t>Критерии оценки успешного выполнения испытания</w:t>
            </w:r>
          </w:p>
        </w:tc>
      </w:tr>
      <w:tr w:rsidR="00281EA7" w:rsidRPr="00982986" w14:paraId="487A2547" w14:textId="77777777" w:rsidTr="00281EA7">
        <w:tc>
          <w:tcPr>
            <w:tcW w:w="2098" w:type="dxa"/>
          </w:tcPr>
          <w:p w14:paraId="5C7132DB" w14:textId="77777777" w:rsidR="00281EA7" w:rsidRPr="00982986" w:rsidRDefault="00281EA7" w:rsidP="00281EA7">
            <w:pPr>
              <w:rPr>
                <w:sz w:val="16"/>
                <w:szCs w:val="16"/>
              </w:rPr>
            </w:pPr>
            <w:r w:rsidRPr="00982986">
              <w:rPr>
                <w:sz w:val="16"/>
                <w:szCs w:val="16"/>
              </w:rPr>
              <w:t>1</w:t>
            </w:r>
          </w:p>
        </w:tc>
        <w:tc>
          <w:tcPr>
            <w:tcW w:w="1680" w:type="dxa"/>
          </w:tcPr>
          <w:p w14:paraId="7DB8E8A7" w14:textId="77777777" w:rsidR="00281EA7" w:rsidRPr="00982986" w:rsidRDefault="00281EA7" w:rsidP="00281EA7">
            <w:pPr>
              <w:spacing w:after="0"/>
              <w:rPr>
                <w:sz w:val="16"/>
                <w:szCs w:val="16"/>
              </w:rPr>
            </w:pPr>
            <w:r w:rsidRPr="00982986">
              <w:rPr>
                <w:sz w:val="16"/>
                <w:szCs w:val="16"/>
              </w:rPr>
              <w:t>Нагрузочное тестирование SSD</w:t>
            </w:r>
          </w:p>
        </w:tc>
        <w:tc>
          <w:tcPr>
            <w:tcW w:w="2210" w:type="dxa"/>
          </w:tcPr>
          <w:p w14:paraId="39C23A7E" w14:textId="77777777" w:rsidR="00281EA7" w:rsidRPr="00982986" w:rsidRDefault="00281EA7" w:rsidP="00281EA7">
            <w:pPr>
              <w:spacing w:after="0"/>
              <w:rPr>
                <w:sz w:val="16"/>
                <w:szCs w:val="16"/>
              </w:rPr>
            </w:pPr>
            <w:r w:rsidRPr="00982986">
              <w:rPr>
                <w:sz w:val="16"/>
                <w:szCs w:val="16"/>
              </w:rPr>
              <w:t xml:space="preserve">Проверка производительности SSD-конфигурации: 64 KB, 100% random, 70/30 read/write, 4 LUN, FC, </w:t>
            </w:r>
            <w:r w:rsidRPr="00982986">
              <w:rPr>
                <w:sz w:val="16"/>
                <w:szCs w:val="16"/>
              </w:rPr>
              <w:lastRenderedPageBreak/>
              <w:t>суммарная глубина очереди 260</w:t>
            </w:r>
          </w:p>
        </w:tc>
        <w:tc>
          <w:tcPr>
            <w:tcW w:w="2391" w:type="dxa"/>
          </w:tcPr>
          <w:p w14:paraId="6B4AB5EF" w14:textId="77777777" w:rsidR="00281EA7" w:rsidRPr="00982986" w:rsidRDefault="00281EA7" w:rsidP="00281EA7">
            <w:pPr>
              <w:spacing w:after="0"/>
              <w:rPr>
                <w:sz w:val="16"/>
                <w:szCs w:val="16"/>
              </w:rPr>
            </w:pPr>
            <w:r w:rsidRPr="00982986">
              <w:rPr>
                <w:sz w:val="16"/>
                <w:szCs w:val="16"/>
              </w:rPr>
              <w:lastRenderedPageBreak/>
              <w:t>Суммарный IOPS на хостах не менее 1</w:t>
            </w:r>
            <w:r w:rsidRPr="00C9173F">
              <w:rPr>
                <w:sz w:val="16"/>
                <w:szCs w:val="16"/>
              </w:rPr>
              <w:t>4</w:t>
            </w:r>
            <w:r w:rsidRPr="00982986">
              <w:rPr>
                <w:sz w:val="16"/>
                <w:szCs w:val="16"/>
              </w:rPr>
              <w:t xml:space="preserve">0 000; средняя latency read не более 10 ms; средняя latency write не более 10 ms; нагрузка </w:t>
            </w:r>
            <w:r w:rsidRPr="00982986">
              <w:rPr>
                <w:sz w:val="16"/>
                <w:szCs w:val="16"/>
              </w:rPr>
              <w:lastRenderedPageBreak/>
              <w:t>подаётся на 4 LUN; протокол FC. Суммарная глубина очереди рассчитывается по формуле: Суммарная глубина очереди = Σ (numjobs_i × iodepth_i) × количество серверов, где сумма берётся по всем LUN на одном сервере.</w:t>
            </w:r>
          </w:p>
        </w:tc>
        <w:tc>
          <w:tcPr>
            <w:tcW w:w="4083" w:type="dxa"/>
          </w:tcPr>
          <w:p w14:paraId="2C327A93" w14:textId="77777777" w:rsidR="00281EA7" w:rsidRPr="00982986" w:rsidRDefault="00281EA7" w:rsidP="00281EA7">
            <w:pPr>
              <w:spacing w:after="0"/>
              <w:rPr>
                <w:sz w:val="16"/>
                <w:szCs w:val="16"/>
              </w:rPr>
            </w:pPr>
            <w:r w:rsidRPr="00982986">
              <w:rPr>
                <w:sz w:val="16"/>
                <w:szCs w:val="16"/>
              </w:rPr>
              <w:lastRenderedPageBreak/>
              <w:t>1) На обоих серверах запустить FIO в режиме сервера</w:t>
            </w:r>
          </w:p>
          <w:p w14:paraId="279530D8" w14:textId="77777777" w:rsidR="00281EA7" w:rsidRPr="00982986" w:rsidRDefault="00281EA7" w:rsidP="00281EA7">
            <w:pPr>
              <w:spacing w:after="0"/>
              <w:ind w:left="11"/>
              <w:rPr>
                <w:sz w:val="16"/>
                <w:szCs w:val="16"/>
              </w:rPr>
            </w:pPr>
            <w:r w:rsidRPr="00982986">
              <w:rPr>
                <w:sz w:val="16"/>
                <w:szCs w:val="16"/>
                <w:shd w:val="clear" w:color="auto" w:fill="EEF2F6"/>
              </w:rPr>
              <w:t># fio --server</w:t>
            </w:r>
          </w:p>
          <w:p w14:paraId="217FA756" w14:textId="77777777" w:rsidR="00281EA7" w:rsidRPr="00982986" w:rsidRDefault="00281EA7" w:rsidP="00281EA7">
            <w:pPr>
              <w:spacing w:after="0"/>
              <w:rPr>
                <w:sz w:val="16"/>
                <w:szCs w:val="16"/>
              </w:rPr>
            </w:pPr>
            <w:r w:rsidRPr="00982986">
              <w:rPr>
                <w:sz w:val="16"/>
                <w:szCs w:val="16"/>
              </w:rPr>
              <w:t>2) На server-1 и server-2 подготовить host-specific профили ssd_host1.fio и ssd_host2.fio по пункту 12</w:t>
            </w:r>
          </w:p>
          <w:p w14:paraId="3943520E"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lastRenderedPageBreak/>
              <w:t># vi /opt/pmi/fio/ssd_host1.fio</w:t>
            </w:r>
          </w:p>
          <w:p w14:paraId="66AFA552"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vi /opt/pmi/fio/ssd_host2.fio</w:t>
            </w:r>
          </w:p>
          <w:p w14:paraId="7B662A81" w14:textId="77777777" w:rsidR="00281EA7" w:rsidRPr="00982986" w:rsidRDefault="00281EA7" w:rsidP="00281EA7">
            <w:pPr>
              <w:spacing w:after="0"/>
              <w:rPr>
                <w:sz w:val="16"/>
                <w:szCs w:val="16"/>
              </w:rPr>
            </w:pPr>
            <w:r w:rsidRPr="00982986">
              <w:rPr>
                <w:sz w:val="16"/>
                <w:szCs w:val="16"/>
              </w:rPr>
              <w:t xml:space="preserve">3) </w:t>
            </w:r>
            <w:proofErr w:type="gramStart"/>
            <w:r w:rsidRPr="00982986">
              <w:rPr>
                <w:sz w:val="16"/>
                <w:szCs w:val="16"/>
              </w:rPr>
              <w:t>С</w:t>
            </w:r>
            <w:proofErr w:type="gramEnd"/>
            <w:r w:rsidRPr="00982986">
              <w:rPr>
                <w:sz w:val="16"/>
                <w:szCs w:val="16"/>
              </w:rPr>
              <w:t xml:space="preserve"> одного источника запуска выполнить единый SSD-прогон и сохранить суммарный результат в отдельный каталог</w:t>
            </w:r>
          </w:p>
          <w:p w14:paraId="19799066"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export RUN_DIR=/var/log/pmi-fio/ssd_$(date +%Y%m%d_%H%M%S)</w:t>
            </w:r>
          </w:p>
          <w:p w14:paraId="67A56481" w14:textId="77777777" w:rsidR="00281EA7" w:rsidRPr="00982986" w:rsidRDefault="00281EA7" w:rsidP="00281EA7">
            <w:pPr>
              <w:spacing w:after="0"/>
              <w:rPr>
                <w:i/>
                <w:sz w:val="16"/>
                <w:szCs w:val="16"/>
              </w:rPr>
            </w:pPr>
            <w:r w:rsidRPr="00982986">
              <w:rPr>
                <w:i/>
                <w:sz w:val="16"/>
                <w:szCs w:val="16"/>
              </w:rPr>
              <w:t>Полная команда единого запуска из одного источника приведена в пункте 12</w:t>
            </w:r>
          </w:p>
          <w:p w14:paraId="4F0DA5B1" w14:textId="77777777" w:rsidR="00281EA7" w:rsidRPr="00982986" w:rsidRDefault="00281EA7" w:rsidP="00281EA7">
            <w:pPr>
              <w:spacing w:after="0"/>
              <w:rPr>
                <w:sz w:val="16"/>
                <w:szCs w:val="16"/>
              </w:rPr>
            </w:pPr>
            <w:r w:rsidRPr="00982986">
              <w:rPr>
                <w:sz w:val="16"/>
                <w:szCs w:val="16"/>
              </w:rPr>
              <w:t>3.1) Фаза warm-up составляет 10 минут и задана параметром ramp_time=600 в FIO-профиле; статистика этого интервала автоматически исключается FIO из агрегированного отчёта.</w:t>
            </w:r>
            <w:r w:rsidRPr="00982986">
              <w:rPr>
                <w:sz w:val="16"/>
                <w:szCs w:val="16"/>
              </w:rPr>
              <w:br/>
              <w:t>3.2) Анализ итоговых значений IOPS и latency выполнять только после стабилизации нагрузки. Признаком стабилизации считается отсутствие выраженного тренда деградации и резких колебаний IOPS/latency на последовательных интервалах наблюдения.</w:t>
            </w:r>
          </w:p>
          <w:p w14:paraId="599A68AB" w14:textId="77777777" w:rsidR="00281EA7" w:rsidRPr="00982986" w:rsidRDefault="00281EA7" w:rsidP="00281EA7">
            <w:pPr>
              <w:spacing w:after="0"/>
              <w:rPr>
                <w:sz w:val="16"/>
                <w:szCs w:val="16"/>
              </w:rPr>
            </w:pPr>
            <w:r w:rsidRPr="00982986">
              <w:rPr>
                <w:sz w:val="16"/>
                <w:szCs w:val="16"/>
              </w:rPr>
              <w:t>4) Во время прогона зафиксировать суммарную очередь 260, четыре LUN, профиль 64 KB 100% random 70/30 read/write и итоговые значения IOPS/latency по логу fio</w:t>
            </w:r>
          </w:p>
          <w:p w14:paraId="13AE3B25" w14:textId="77777777" w:rsidR="00281EA7" w:rsidRPr="00982986" w:rsidRDefault="00281EA7" w:rsidP="00281EA7">
            <w:pPr>
              <w:spacing w:after="0"/>
              <w:rPr>
                <w:sz w:val="16"/>
                <w:szCs w:val="16"/>
              </w:rPr>
            </w:pPr>
            <w:r w:rsidRPr="00982986">
              <w:rPr>
                <w:sz w:val="16"/>
                <w:szCs w:val="16"/>
              </w:rPr>
              <w:t xml:space="preserve">5) Принять результат по суммарному IOPS и средней задержке на хостах: не менее требуемого IOPS и не более 10 ms. </w:t>
            </w:r>
          </w:p>
        </w:tc>
        <w:tc>
          <w:tcPr>
            <w:tcW w:w="3016" w:type="dxa"/>
          </w:tcPr>
          <w:p w14:paraId="1E1FB7CF" w14:textId="77777777" w:rsidR="00281EA7" w:rsidRPr="00982986" w:rsidRDefault="00281EA7" w:rsidP="00281EA7">
            <w:pPr>
              <w:spacing w:after="0"/>
              <w:rPr>
                <w:sz w:val="16"/>
                <w:szCs w:val="16"/>
              </w:rPr>
            </w:pPr>
            <w:r w:rsidRPr="00982986">
              <w:rPr>
                <w:b/>
                <w:sz w:val="16"/>
                <w:szCs w:val="16"/>
              </w:rPr>
              <w:lastRenderedPageBreak/>
              <w:t>Испытание считается успешным, если одновременно выполнены условия:</w:t>
            </w:r>
          </w:p>
          <w:p w14:paraId="41DB50F9" w14:textId="77777777" w:rsidR="00281EA7" w:rsidRPr="00982986" w:rsidRDefault="00281EA7" w:rsidP="00281EA7">
            <w:pPr>
              <w:spacing w:after="0"/>
              <w:rPr>
                <w:sz w:val="16"/>
                <w:szCs w:val="16"/>
              </w:rPr>
            </w:pPr>
            <w:r w:rsidRPr="00982986">
              <w:rPr>
                <w:sz w:val="16"/>
                <w:szCs w:val="16"/>
              </w:rPr>
              <w:t xml:space="preserve">1) Целевой прогон выполнен из одного источника запуска, а в </w:t>
            </w:r>
            <w:r w:rsidRPr="00982986">
              <w:rPr>
                <w:sz w:val="16"/>
                <w:szCs w:val="16"/>
              </w:rPr>
              <w:lastRenderedPageBreak/>
              <w:t xml:space="preserve">RUN_DIR сформированы итоговый лог </w:t>
            </w:r>
          </w:p>
          <w:p w14:paraId="15BE32F5" w14:textId="77777777" w:rsidR="00281EA7" w:rsidRPr="00982986" w:rsidRDefault="00281EA7" w:rsidP="00281EA7">
            <w:pPr>
              <w:spacing w:after="0"/>
              <w:rPr>
                <w:sz w:val="16"/>
                <w:szCs w:val="16"/>
              </w:rPr>
            </w:pPr>
            <w:r w:rsidRPr="00982986">
              <w:rPr>
                <w:sz w:val="16"/>
                <w:szCs w:val="16"/>
              </w:rPr>
              <w:t>2) По суммарному результату двух серверов total IOPS не менее 1</w:t>
            </w:r>
            <w:r w:rsidRPr="00C9173F">
              <w:rPr>
                <w:sz w:val="16"/>
                <w:szCs w:val="16"/>
              </w:rPr>
              <w:t>4</w:t>
            </w:r>
            <w:r w:rsidRPr="00982986">
              <w:rPr>
                <w:sz w:val="16"/>
                <w:szCs w:val="16"/>
              </w:rPr>
              <w:t>0 000. Для оценки total IOPS используется сумма read IOPS и write IOPS из итогового отчёта</w:t>
            </w:r>
          </w:p>
          <w:p w14:paraId="3CB593F5" w14:textId="77777777" w:rsidR="00281EA7" w:rsidRPr="00982986" w:rsidRDefault="00281EA7" w:rsidP="00281EA7">
            <w:pPr>
              <w:spacing w:after="0"/>
              <w:rPr>
                <w:sz w:val="16"/>
                <w:szCs w:val="16"/>
              </w:rPr>
            </w:pPr>
            <w:r w:rsidRPr="00982986">
              <w:rPr>
                <w:sz w:val="16"/>
                <w:szCs w:val="16"/>
              </w:rPr>
              <w:t xml:space="preserve">3) </w:t>
            </w:r>
            <w:r w:rsidRPr="001B3B98">
              <w:rPr>
                <w:sz w:val="16"/>
                <w:szCs w:val="16"/>
              </w:rPr>
              <w:t>Средняя latency read и средняя latency write, измеренные на хостах по итоговому FIO-отчёту, не превышают 10,0 ms</w:t>
            </w:r>
          </w:p>
          <w:p w14:paraId="1CF9E543" w14:textId="77777777" w:rsidR="00281EA7" w:rsidRPr="00982986" w:rsidRDefault="00281EA7" w:rsidP="00281EA7">
            <w:pPr>
              <w:spacing w:after="0"/>
              <w:rPr>
                <w:sz w:val="16"/>
                <w:szCs w:val="16"/>
              </w:rPr>
            </w:pPr>
            <w:r w:rsidRPr="00982986">
              <w:rPr>
                <w:sz w:val="16"/>
                <w:szCs w:val="16"/>
              </w:rPr>
              <w:t xml:space="preserve">4) Нагрузка подана на все 4 LUN. С параметром continue_on_error=io допускается не более 5 I/O ошибок суммарно по итоговому отчёту FIO за весь прогон, </w:t>
            </w:r>
            <w:proofErr w:type="gramStart"/>
            <w:r w:rsidRPr="00982986">
              <w:rPr>
                <w:sz w:val="16"/>
                <w:szCs w:val="16"/>
              </w:rPr>
              <w:t>при условии что</w:t>
            </w:r>
            <w:proofErr w:type="gramEnd"/>
            <w:r w:rsidRPr="00982986">
              <w:rPr>
                <w:sz w:val="16"/>
                <w:szCs w:val="16"/>
              </w:rPr>
              <w:t xml:space="preserve"> ни одна job не завершилась досрочно. Ошибки SCSI и multipath в dmesg не должны иметь характер серии или нарастающего тренда.</w:t>
            </w:r>
          </w:p>
          <w:p w14:paraId="39DD0B37" w14:textId="77777777" w:rsidR="00281EA7" w:rsidRPr="00982986" w:rsidRDefault="00281EA7" w:rsidP="00281EA7">
            <w:pPr>
              <w:spacing w:after="0"/>
              <w:rPr>
                <w:sz w:val="16"/>
                <w:szCs w:val="16"/>
              </w:rPr>
            </w:pPr>
            <w:r w:rsidRPr="00982986">
              <w:rPr>
                <w:sz w:val="16"/>
                <w:szCs w:val="16"/>
              </w:rPr>
              <w:t>5) Если требуемые значения IOPS или latency не достигнуты, в журнале испытаний фиксируется диагностическая информация о состоянии хоста на момент прогона: средняя загрузка CPU, доля softirq в структуре загрузки CPU, наличие устойчивого насыщения отдельных ядер. Эта информация используется для разбора причин несоответствия и не является самостоятельным критерием приёмки.</w:t>
            </w:r>
          </w:p>
          <w:p w14:paraId="70040895" w14:textId="77777777" w:rsidR="00281EA7" w:rsidRPr="00982986" w:rsidRDefault="00281EA7" w:rsidP="00281EA7">
            <w:pPr>
              <w:spacing w:after="0"/>
              <w:rPr>
                <w:sz w:val="16"/>
                <w:szCs w:val="16"/>
              </w:rPr>
            </w:pPr>
            <w:r w:rsidRPr="00982986">
              <w:rPr>
                <w:b/>
                <w:sz w:val="16"/>
                <w:szCs w:val="16"/>
              </w:rPr>
              <w:t>Примеры допустимых фрагментов итогового отчёта:</w:t>
            </w:r>
          </w:p>
          <w:p w14:paraId="65CA2088" w14:textId="77777777" w:rsidR="00281EA7" w:rsidRPr="00ED1D20" w:rsidRDefault="00281EA7" w:rsidP="00281EA7">
            <w:pPr>
              <w:spacing w:after="0"/>
              <w:rPr>
                <w:sz w:val="16"/>
                <w:szCs w:val="16"/>
                <w:lang w:val="en-US"/>
              </w:rPr>
            </w:pPr>
            <w:r w:rsidRPr="00ED1D20">
              <w:rPr>
                <w:sz w:val="16"/>
                <w:szCs w:val="16"/>
                <w:lang w:val="en-US"/>
              </w:rPr>
              <w:t>read: IOPS=98.0k</w:t>
            </w:r>
          </w:p>
          <w:p w14:paraId="164EEA89" w14:textId="77777777" w:rsidR="00281EA7" w:rsidRPr="00ED1D20" w:rsidRDefault="00281EA7" w:rsidP="00281EA7">
            <w:pPr>
              <w:spacing w:after="0"/>
              <w:rPr>
                <w:sz w:val="16"/>
                <w:szCs w:val="16"/>
                <w:lang w:val="en-US"/>
              </w:rPr>
            </w:pPr>
            <w:r w:rsidRPr="00ED1D20">
              <w:rPr>
                <w:sz w:val="16"/>
                <w:szCs w:val="16"/>
                <w:lang w:val="en-US"/>
              </w:rPr>
              <w:t>write: IOPS=42.0k</w:t>
            </w:r>
          </w:p>
          <w:p w14:paraId="6C88372C" w14:textId="77777777" w:rsidR="00281EA7" w:rsidRPr="00ED1D20" w:rsidRDefault="00281EA7" w:rsidP="00281EA7">
            <w:pPr>
              <w:spacing w:after="0"/>
              <w:rPr>
                <w:sz w:val="16"/>
                <w:szCs w:val="16"/>
                <w:lang w:val="en-US"/>
              </w:rPr>
            </w:pPr>
            <w:r w:rsidRPr="00982986">
              <w:rPr>
                <w:sz w:val="16"/>
                <w:szCs w:val="16"/>
              </w:rPr>
              <w:t>Итоговая</w:t>
            </w:r>
            <w:r w:rsidRPr="00ED1D20">
              <w:rPr>
                <w:sz w:val="16"/>
                <w:szCs w:val="16"/>
                <w:lang w:val="en-US"/>
              </w:rPr>
              <w:t xml:space="preserve"> </w:t>
            </w:r>
            <w:r w:rsidRPr="00982986">
              <w:rPr>
                <w:sz w:val="16"/>
                <w:szCs w:val="16"/>
              </w:rPr>
              <w:t>сумма</w:t>
            </w:r>
            <w:r w:rsidRPr="00ED1D20">
              <w:rPr>
                <w:sz w:val="16"/>
                <w:szCs w:val="16"/>
                <w:lang w:val="en-US"/>
              </w:rPr>
              <w:t>: 140 000 IOPS</w:t>
            </w:r>
          </w:p>
          <w:p w14:paraId="40B99609" w14:textId="77777777" w:rsidR="00281EA7" w:rsidRPr="00ED1D20" w:rsidRDefault="00281EA7" w:rsidP="00281EA7">
            <w:pPr>
              <w:spacing w:after="0"/>
              <w:rPr>
                <w:sz w:val="16"/>
                <w:szCs w:val="16"/>
                <w:lang w:val="en-US"/>
              </w:rPr>
            </w:pPr>
            <w:r w:rsidRPr="00982986">
              <w:rPr>
                <w:sz w:val="16"/>
                <w:szCs w:val="16"/>
              </w:rPr>
              <w:t>Средняя</w:t>
            </w:r>
            <w:r w:rsidRPr="00ED1D20">
              <w:rPr>
                <w:sz w:val="16"/>
                <w:szCs w:val="16"/>
                <w:lang w:val="en-US"/>
              </w:rPr>
              <w:t xml:space="preserve"> latency avg &lt;= 10000 usec </w:t>
            </w:r>
            <w:r w:rsidRPr="00982986">
              <w:rPr>
                <w:sz w:val="16"/>
                <w:szCs w:val="16"/>
              </w:rPr>
              <w:t>по</w:t>
            </w:r>
            <w:r w:rsidRPr="00ED1D20">
              <w:rPr>
                <w:sz w:val="16"/>
                <w:szCs w:val="16"/>
                <w:lang w:val="en-US"/>
              </w:rPr>
              <w:t xml:space="preserve"> read </w:t>
            </w:r>
            <w:r w:rsidRPr="00982986">
              <w:rPr>
                <w:sz w:val="16"/>
                <w:szCs w:val="16"/>
              </w:rPr>
              <w:t>и</w:t>
            </w:r>
            <w:r w:rsidRPr="00ED1D20">
              <w:rPr>
                <w:sz w:val="16"/>
                <w:szCs w:val="16"/>
                <w:lang w:val="en-US"/>
              </w:rPr>
              <w:t xml:space="preserve"> write</w:t>
            </w:r>
          </w:p>
          <w:p w14:paraId="2ABDA546" w14:textId="77777777" w:rsidR="00281EA7" w:rsidRPr="00982986" w:rsidRDefault="00281EA7" w:rsidP="00281EA7">
            <w:pPr>
              <w:spacing w:after="0"/>
              <w:rPr>
                <w:sz w:val="16"/>
                <w:szCs w:val="16"/>
              </w:rPr>
            </w:pPr>
            <w:r w:rsidRPr="00982986">
              <w:rPr>
                <w:sz w:val="16"/>
                <w:szCs w:val="16"/>
              </w:rPr>
              <w:t>err= 0</w:t>
            </w:r>
          </w:p>
        </w:tc>
      </w:tr>
      <w:tr w:rsidR="00281EA7" w:rsidRPr="003E0862" w14:paraId="4ADF2BDE" w14:textId="77777777" w:rsidTr="00281EA7">
        <w:tc>
          <w:tcPr>
            <w:tcW w:w="2098" w:type="dxa"/>
          </w:tcPr>
          <w:p w14:paraId="10F4ED23" w14:textId="77777777" w:rsidR="00281EA7" w:rsidRPr="00982986" w:rsidRDefault="00281EA7" w:rsidP="00281EA7">
            <w:pPr>
              <w:rPr>
                <w:sz w:val="16"/>
                <w:szCs w:val="16"/>
              </w:rPr>
            </w:pPr>
            <w:r w:rsidRPr="00982986">
              <w:rPr>
                <w:sz w:val="16"/>
                <w:szCs w:val="16"/>
              </w:rPr>
              <w:t>2</w:t>
            </w:r>
          </w:p>
        </w:tc>
        <w:tc>
          <w:tcPr>
            <w:tcW w:w="1680" w:type="dxa"/>
          </w:tcPr>
          <w:p w14:paraId="1F3A111D" w14:textId="77777777" w:rsidR="00281EA7" w:rsidRPr="00982986" w:rsidRDefault="00281EA7" w:rsidP="00281EA7">
            <w:pPr>
              <w:spacing w:after="0"/>
              <w:rPr>
                <w:sz w:val="16"/>
                <w:szCs w:val="16"/>
              </w:rPr>
            </w:pPr>
            <w:r w:rsidRPr="00982986">
              <w:rPr>
                <w:sz w:val="16"/>
                <w:szCs w:val="16"/>
              </w:rPr>
              <w:t>Нагрузочное тестирование SSD</w:t>
            </w:r>
          </w:p>
        </w:tc>
        <w:tc>
          <w:tcPr>
            <w:tcW w:w="2210" w:type="dxa"/>
          </w:tcPr>
          <w:p w14:paraId="11AF3E42" w14:textId="77777777" w:rsidR="00281EA7" w:rsidRPr="00982986" w:rsidRDefault="00281EA7" w:rsidP="00281EA7">
            <w:pPr>
              <w:spacing w:after="0"/>
              <w:rPr>
                <w:sz w:val="16"/>
                <w:szCs w:val="16"/>
              </w:rPr>
            </w:pPr>
            <w:r w:rsidRPr="00982986">
              <w:rPr>
                <w:sz w:val="16"/>
                <w:szCs w:val="16"/>
              </w:rPr>
              <w:t>Проверка равномерности нагрузки по LUN и путям в SSD-профиле</w:t>
            </w:r>
          </w:p>
        </w:tc>
        <w:tc>
          <w:tcPr>
            <w:tcW w:w="2391" w:type="dxa"/>
          </w:tcPr>
          <w:p w14:paraId="0AF430B6" w14:textId="77777777" w:rsidR="00281EA7" w:rsidRPr="00982986" w:rsidRDefault="00281EA7" w:rsidP="00281EA7">
            <w:pPr>
              <w:spacing w:after="0"/>
              <w:rPr>
                <w:sz w:val="16"/>
                <w:szCs w:val="16"/>
              </w:rPr>
            </w:pPr>
            <w:r w:rsidRPr="00982986">
              <w:rPr>
                <w:sz w:val="16"/>
                <w:szCs w:val="16"/>
              </w:rPr>
              <w:t>Во время целевого профиля I/O наблюдается на всех 4 LUN и на всех рабочих путях; критических перекосов, приводящих к простаиванию LUN или выпадению путей, нет.</w:t>
            </w:r>
          </w:p>
        </w:tc>
        <w:tc>
          <w:tcPr>
            <w:tcW w:w="4083" w:type="dxa"/>
          </w:tcPr>
          <w:p w14:paraId="54FD7B93" w14:textId="77777777" w:rsidR="00281EA7" w:rsidRPr="00982986" w:rsidRDefault="00281EA7" w:rsidP="00281EA7">
            <w:pPr>
              <w:spacing w:after="0"/>
              <w:rPr>
                <w:sz w:val="16"/>
                <w:szCs w:val="16"/>
              </w:rPr>
            </w:pPr>
            <w:r w:rsidRPr="00982986">
              <w:rPr>
                <w:sz w:val="16"/>
                <w:szCs w:val="16"/>
              </w:rPr>
              <w:t>1) Во время выполнения нагрузки на каждом сервере каждые 10 минут выполнять команды контроля</w:t>
            </w:r>
          </w:p>
          <w:p w14:paraId="1B7A9EDB" w14:textId="77777777" w:rsidR="00281EA7" w:rsidRPr="00982986" w:rsidRDefault="00281EA7" w:rsidP="00281EA7">
            <w:pPr>
              <w:spacing w:after="0"/>
              <w:ind w:left="11"/>
              <w:rPr>
                <w:sz w:val="16"/>
                <w:szCs w:val="16"/>
              </w:rPr>
            </w:pPr>
            <w:r w:rsidRPr="00982986">
              <w:rPr>
                <w:sz w:val="16"/>
                <w:szCs w:val="16"/>
                <w:shd w:val="clear" w:color="auto" w:fill="EEF2F6"/>
              </w:rPr>
              <w:t>$ multipath -ll</w:t>
            </w:r>
          </w:p>
          <w:p w14:paraId="4A2CF2FA" w14:textId="77777777" w:rsidR="00281EA7" w:rsidRPr="00982986" w:rsidRDefault="00281EA7" w:rsidP="00281EA7">
            <w:pPr>
              <w:spacing w:after="0"/>
              <w:ind w:left="11"/>
              <w:rPr>
                <w:sz w:val="16"/>
                <w:szCs w:val="16"/>
              </w:rPr>
            </w:pPr>
            <w:r w:rsidRPr="00982986">
              <w:rPr>
                <w:sz w:val="16"/>
                <w:szCs w:val="16"/>
                <w:shd w:val="clear" w:color="auto" w:fill="EEF2F6"/>
              </w:rPr>
              <w:t>$ iostat -dxm 5 3</w:t>
            </w:r>
          </w:p>
          <w:p w14:paraId="39723C3C" w14:textId="77777777" w:rsidR="00281EA7" w:rsidRPr="00982986" w:rsidRDefault="00281EA7" w:rsidP="00281EA7">
            <w:pPr>
              <w:spacing w:after="0"/>
              <w:rPr>
                <w:sz w:val="16"/>
                <w:szCs w:val="16"/>
              </w:rPr>
            </w:pPr>
            <w:r w:rsidRPr="00982986">
              <w:rPr>
                <w:sz w:val="16"/>
                <w:szCs w:val="16"/>
              </w:rPr>
              <w:t>2) На СХД каждые 10 минут фиксировать загрузку front-end портов и активность по LUN1-LUN4</w:t>
            </w:r>
          </w:p>
          <w:p w14:paraId="6E7D9459" w14:textId="77777777" w:rsidR="00281EA7" w:rsidRPr="00982986" w:rsidRDefault="00281EA7" w:rsidP="00281EA7">
            <w:pPr>
              <w:spacing w:after="0"/>
              <w:rPr>
                <w:sz w:val="16"/>
                <w:szCs w:val="16"/>
              </w:rPr>
            </w:pPr>
            <w:r w:rsidRPr="00982986">
              <w:rPr>
                <w:sz w:val="16"/>
                <w:szCs w:val="16"/>
              </w:rPr>
              <w:lastRenderedPageBreak/>
              <w:t>3) Сопоставить картину на хостах и на СХД с журналом целевого прогона</w:t>
            </w:r>
          </w:p>
        </w:tc>
        <w:tc>
          <w:tcPr>
            <w:tcW w:w="3016" w:type="dxa"/>
          </w:tcPr>
          <w:p w14:paraId="62B11044" w14:textId="77777777" w:rsidR="00281EA7" w:rsidRPr="00982986" w:rsidRDefault="00281EA7" w:rsidP="00281EA7">
            <w:pPr>
              <w:spacing w:after="0"/>
              <w:rPr>
                <w:sz w:val="16"/>
                <w:szCs w:val="16"/>
              </w:rPr>
            </w:pPr>
            <w:r w:rsidRPr="00982986">
              <w:rPr>
                <w:b/>
                <w:sz w:val="16"/>
                <w:szCs w:val="16"/>
              </w:rPr>
              <w:lastRenderedPageBreak/>
              <w:t>Испытание считается успешным, если одновременно выполнены условия:</w:t>
            </w:r>
          </w:p>
          <w:p w14:paraId="3DC9FD4F" w14:textId="77777777" w:rsidR="00281EA7" w:rsidRPr="00982986" w:rsidRDefault="00281EA7" w:rsidP="00281EA7">
            <w:pPr>
              <w:spacing w:after="0"/>
              <w:rPr>
                <w:sz w:val="16"/>
                <w:szCs w:val="16"/>
              </w:rPr>
            </w:pPr>
            <w:r w:rsidRPr="00982986">
              <w:rPr>
                <w:sz w:val="16"/>
                <w:szCs w:val="16"/>
              </w:rPr>
              <w:t>1) Во время прогона активность наблюдается по всем 4 LUN; ситуация, когда работает только один LUN, не допускается</w:t>
            </w:r>
          </w:p>
          <w:p w14:paraId="09079C2A" w14:textId="77777777" w:rsidR="00281EA7" w:rsidRPr="00982986" w:rsidRDefault="00281EA7" w:rsidP="00281EA7">
            <w:pPr>
              <w:spacing w:after="0"/>
              <w:rPr>
                <w:sz w:val="16"/>
                <w:szCs w:val="16"/>
              </w:rPr>
            </w:pPr>
            <w:r w:rsidRPr="00982986">
              <w:rPr>
                <w:sz w:val="16"/>
                <w:szCs w:val="16"/>
              </w:rPr>
              <w:lastRenderedPageBreak/>
              <w:t>2) Рабочие пути остаются доступными, а multipath не деградирует до единственного пути без объяснимой причины</w:t>
            </w:r>
          </w:p>
          <w:p w14:paraId="03FEB048" w14:textId="77777777" w:rsidR="00281EA7" w:rsidRPr="00982986" w:rsidRDefault="00281EA7" w:rsidP="00281EA7">
            <w:pPr>
              <w:spacing w:after="0"/>
              <w:rPr>
                <w:sz w:val="16"/>
                <w:szCs w:val="16"/>
              </w:rPr>
            </w:pPr>
            <w:r w:rsidRPr="00982986">
              <w:rPr>
                <w:sz w:val="16"/>
                <w:szCs w:val="16"/>
              </w:rPr>
              <w:t>3) На хостах и на СХД фиксируется ненулевая нагрузка на ожидаемых LUN и front-end портах. Полная математическая равномерность не требуется, но распределение не должно свидетельствовать о потере путей или исключении части LUN из теста</w:t>
            </w:r>
          </w:p>
          <w:p w14:paraId="5CBD7666" w14:textId="77777777" w:rsidR="00281EA7" w:rsidRPr="00982986" w:rsidRDefault="00281EA7" w:rsidP="00281EA7">
            <w:pPr>
              <w:spacing w:after="0"/>
              <w:rPr>
                <w:sz w:val="16"/>
                <w:szCs w:val="16"/>
              </w:rPr>
            </w:pPr>
            <w:r w:rsidRPr="00982986">
              <w:rPr>
                <w:b/>
                <w:sz w:val="16"/>
                <w:szCs w:val="16"/>
              </w:rPr>
              <w:t>Примеры допустимых признаков:</w:t>
            </w:r>
          </w:p>
          <w:p w14:paraId="6B740264" w14:textId="77777777" w:rsidR="00281EA7" w:rsidRPr="00982986" w:rsidRDefault="00281EA7" w:rsidP="00281EA7">
            <w:pPr>
              <w:spacing w:after="0"/>
              <w:rPr>
                <w:sz w:val="16"/>
                <w:szCs w:val="16"/>
              </w:rPr>
            </w:pPr>
            <w:r w:rsidRPr="00982986">
              <w:rPr>
                <w:sz w:val="16"/>
                <w:szCs w:val="16"/>
              </w:rPr>
              <w:t>iostat: по каждому dm/mpath-устройству есть ненулевые r/s или w/s</w:t>
            </w:r>
          </w:p>
          <w:p w14:paraId="5C8CA046" w14:textId="77777777" w:rsidR="00281EA7" w:rsidRPr="00ED1D20" w:rsidRDefault="00281EA7" w:rsidP="00281EA7">
            <w:pPr>
              <w:spacing w:after="0"/>
              <w:rPr>
                <w:sz w:val="16"/>
                <w:szCs w:val="16"/>
                <w:lang w:val="en-US"/>
              </w:rPr>
            </w:pPr>
            <w:r w:rsidRPr="00ED1D20">
              <w:rPr>
                <w:sz w:val="16"/>
                <w:szCs w:val="16"/>
                <w:lang w:val="en-US"/>
              </w:rPr>
              <w:t xml:space="preserve">multipath -ll: </w:t>
            </w:r>
            <w:r w:rsidRPr="00982986">
              <w:rPr>
                <w:sz w:val="16"/>
                <w:szCs w:val="16"/>
              </w:rPr>
              <w:t>рабочие</w:t>
            </w:r>
            <w:r w:rsidRPr="00ED1D20">
              <w:rPr>
                <w:sz w:val="16"/>
                <w:szCs w:val="16"/>
                <w:lang w:val="en-US"/>
              </w:rPr>
              <w:t xml:space="preserve"> </w:t>
            </w:r>
            <w:r w:rsidRPr="00982986">
              <w:rPr>
                <w:sz w:val="16"/>
                <w:szCs w:val="16"/>
              </w:rPr>
              <w:t>пути</w:t>
            </w:r>
            <w:r w:rsidRPr="00ED1D20">
              <w:rPr>
                <w:sz w:val="16"/>
                <w:szCs w:val="16"/>
                <w:lang w:val="en-US"/>
              </w:rPr>
              <w:t xml:space="preserve"> active ready running</w:t>
            </w:r>
          </w:p>
          <w:p w14:paraId="19ED97A4" w14:textId="77777777" w:rsidR="00281EA7" w:rsidRPr="00982986" w:rsidRDefault="00281EA7" w:rsidP="00281EA7">
            <w:pPr>
              <w:spacing w:after="0"/>
              <w:rPr>
                <w:sz w:val="16"/>
                <w:szCs w:val="16"/>
              </w:rPr>
            </w:pPr>
            <w:r w:rsidRPr="00982986">
              <w:rPr>
                <w:sz w:val="16"/>
                <w:szCs w:val="16"/>
              </w:rPr>
              <w:t>На СХД: загрузка присутствует по LUN1-LUN4 и по задействованным front-end портам</w:t>
            </w:r>
          </w:p>
        </w:tc>
      </w:tr>
      <w:tr w:rsidR="00281EA7" w:rsidRPr="003E0862" w14:paraId="78805F15" w14:textId="77777777" w:rsidTr="00281EA7">
        <w:tc>
          <w:tcPr>
            <w:tcW w:w="2098" w:type="dxa"/>
          </w:tcPr>
          <w:p w14:paraId="6EA2D3D0" w14:textId="77777777" w:rsidR="00281EA7" w:rsidRPr="00982986" w:rsidRDefault="00281EA7" w:rsidP="00281EA7">
            <w:pPr>
              <w:rPr>
                <w:sz w:val="16"/>
                <w:szCs w:val="16"/>
              </w:rPr>
            </w:pPr>
            <w:r w:rsidRPr="00982986">
              <w:rPr>
                <w:sz w:val="16"/>
                <w:szCs w:val="16"/>
              </w:rPr>
              <w:t xml:space="preserve">Отказоустойчивость </w:t>
            </w:r>
          </w:p>
        </w:tc>
        <w:tc>
          <w:tcPr>
            <w:tcW w:w="1680" w:type="dxa"/>
          </w:tcPr>
          <w:p w14:paraId="77A4CF8A" w14:textId="77777777" w:rsidR="00281EA7" w:rsidRPr="00982986" w:rsidRDefault="00281EA7" w:rsidP="00281EA7">
            <w:pPr>
              <w:spacing w:after="0"/>
              <w:rPr>
                <w:sz w:val="16"/>
                <w:szCs w:val="16"/>
              </w:rPr>
            </w:pPr>
            <w:r w:rsidRPr="00982986">
              <w:rPr>
                <w:sz w:val="16"/>
                <w:szCs w:val="16"/>
              </w:rPr>
              <w:t>Обеспечение непрерывности работы при отказе двух накопителей в СХД</w:t>
            </w:r>
          </w:p>
        </w:tc>
        <w:tc>
          <w:tcPr>
            <w:tcW w:w="2210" w:type="dxa"/>
          </w:tcPr>
          <w:p w14:paraId="08BAE071" w14:textId="77777777" w:rsidR="00281EA7" w:rsidRPr="00982986" w:rsidRDefault="00281EA7" w:rsidP="00281EA7">
            <w:pPr>
              <w:spacing w:after="0"/>
              <w:rPr>
                <w:sz w:val="16"/>
                <w:szCs w:val="16"/>
              </w:rPr>
            </w:pPr>
            <w:r w:rsidRPr="00982986">
              <w:rPr>
                <w:sz w:val="16"/>
                <w:szCs w:val="16"/>
              </w:rPr>
              <w:t>При отказе двух накопителей система хранения данных сохраняет доступность тестовых LUN и непрерывность выполнения операций ввода-вывода; критические ошибки со стороны сервера и СХД, приводящие к остановке теста, отсутствуют.</w:t>
            </w:r>
          </w:p>
        </w:tc>
        <w:tc>
          <w:tcPr>
            <w:tcW w:w="2391" w:type="dxa"/>
          </w:tcPr>
          <w:p w14:paraId="0440F38B" w14:textId="77777777" w:rsidR="00281EA7" w:rsidRPr="00982986" w:rsidRDefault="00281EA7" w:rsidP="00281EA7">
            <w:pPr>
              <w:spacing w:after="0"/>
              <w:rPr>
                <w:sz w:val="16"/>
                <w:szCs w:val="16"/>
              </w:rPr>
            </w:pPr>
            <w:r w:rsidRPr="00982986">
              <w:rPr>
                <w:sz w:val="16"/>
                <w:szCs w:val="16"/>
              </w:rPr>
              <w:t>Тест проводится отдельным коротким прогоном (15–30 минут активной нагрузки), не во время целевого 2-часового прогона. После изъятия двух накопителей все 4 LUN остаются доступны, FIO продолжает выполняться, ошибок Input/output error на хостах нет, на СХД зафиксирован вход в degraded-режим без потери LUN.</w:t>
            </w:r>
          </w:p>
        </w:tc>
        <w:tc>
          <w:tcPr>
            <w:tcW w:w="4083" w:type="dxa"/>
          </w:tcPr>
          <w:p w14:paraId="4ACBE094" w14:textId="77777777" w:rsidR="00281EA7" w:rsidRPr="00982986" w:rsidRDefault="00281EA7" w:rsidP="00281EA7">
            <w:pPr>
              <w:spacing w:after="0"/>
              <w:rPr>
                <w:sz w:val="16"/>
                <w:szCs w:val="16"/>
              </w:rPr>
            </w:pPr>
            <w:r w:rsidRPr="00982986">
              <w:rPr>
                <w:sz w:val="16"/>
                <w:szCs w:val="16"/>
              </w:rPr>
              <w:t xml:space="preserve">1) Тест выполняется отдельным коротким прогоном на 15–30 минут активной нагрузки тем же FIO-профилем, что и целевой прогон, но с runtime=900–1800. Целевой 2-часовой прогон во время этого теста не запускать. После выхода нагрузки на стационарный режим произвести изъятие двух любых накопителей из одного модуля расширения системы хранения данных. </w:t>
            </w:r>
          </w:p>
          <w:p w14:paraId="0A7379BE" w14:textId="77777777" w:rsidR="00281EA7" w:rsidRPr="00982986" w:rsidRDefault="00281EA7" w:rsidP="00281EA7">
            <w:pPr>
              <w:spacing w:after="0"/>
              <w:rPr>
                <w:sz w:val="16"/>
                <w:szCs w:val="16"/>
              </w:rPr>
            </w:pPr>
            <w:r w:rsidRPr="00982986">
              <w:rPr>
                <w:sz w:val="16"/>
                <w:szCs w:val="16"/>
              </w:rPr>
              <w:t>2)Во время испытания фиксировать:</w:t>
            </w:r>
            <w:r w:rsidRPr="00982986">
              <w:rPr>
                <w:sz w:val="16"/>
                <w:szCs w:val="16"/>
              </w:rPr>
              <w:br/>
              <w:t>ошибки со стороны сервера и системы хранения данных;</w:t>
            </w:r>
            <w:r w:rsidRPr="00982986">
              <w:rPr>
                <w:sz w:val="16"/>
                <w:szCs w:val="16"/>
              </w:rPr>
              <w:br/>
              <w:t>количество операций ввода/вывода;</w:t>
            </w:r>
            <w:r w:rsidRPr="00982986">
              <w:rPr>
                <w:sz w:val="16"/>
                <w:szCs w:val="16"/>
              </w:rPr>
              <w:br/>
              <w:t xml:space="preserve">время отклика. </w:t>
            </w:r>
          </w:p>
          <w:p w14:paraId="0B1217B0" w14:textId="77777777" w:rsidR="00281EA7" w:rsidRPr="00982986" w:rsidRDefault="00281EA7" w:rsidP="00281EA7">
            <w:pPr>
              <w:spacing w:after="0"/>
              <w:rPr>
                <w:sz w:val="16"/>
                <w:szCs w:val="16"/>
              </w:rPr>
            </w:pPr>
            <w:r w:rsidRPr="00982986">
              <w:rPr>
                <w:sz w:val="16"/>
                <w:szCs w:val="16"/>
              </w:rPr>
              <w:t xml:space="preserve">3)Зафиксировать сообщения ОС, сообщения СХД, а также значения IOPS и latency до отказа, в момент отказа и после отказа. </w:t>
            </w:r>
          </w:p>
          <w:p w14:paraId="50236E1D" w14:textId="77777777" w:rsidR="00281EA7" w:rsidRPr="00982986" w:rsidRDefault="00281EA7" w:rsidP="00281EA7">
            <w:pPr>
              <w:spacing w:after="0"/>
              <w:rPr>
                <w:sz w:val="16"/>
                <w:szCs w:val="16"/>
              </w:rPr>
            </w:pPr>
            <w:r w:rsidRPr="00982986">
              <w:rPr>
                <w:sz w:val="16"/>
                <w:szCs w:val="16"/>
              </w:rPr>
              <w:t>4)Сохранить результаты в журнал испытаний.</w:t>
            </w:r>
          </w:p>
        </w:tc>
        <w:tc>
          <w:tcPr>
            <w:tcW w:w="3016" w:type="dxa"/>
          </w:tcPr>
          <w:p w14:paraId="7A442AB2" w14:textId="77777777" w:rsidR="00281EA7" w:rsidRPr="00982986" w:rsidRDefault="00281EA7" w:rsidP="00281EA7">
            <w:pPr>
              <w:spacing w:after="0"/>
              <w:rPr>
                <w:sz w:val="16"/>
                <w:szCs w:val="16"/>
              </w:rPr>
            </w:pPr>
            <w:r w:rsidRPr="00982986">
              <w:rPr>
                <w:sz w:val="16"/>
                <w:szCs w:val="16"/>
              </w:rPr>
              <w:t>Испытание считается успешным, если одновременно выполнены условия:</w:t>
            </w:r>
          </w:p>
          <w:p w14:paraId="2426D88A" w14:textId="77777777" w:rsidR="00281EA7" w:rsidRPr="00982986" w:rsidRDefault="00281EA7" w:rsidP="00281EA7">
            <w:pPr>
              <w:spacing w:after="0"/>
              <w:rPr>
                <w:sz w:val="16"/>
                <w:szCs w:val="16"/>
              </w:rPr>
            </w:pPr>
            <w:r w:rsidRPr="00982986">
              <w:rPr>
                <w:sz w:val="16"/>
                <w:szCs w:val="16"/>
              </w:rPr>
              <w:t xml:space="preserve">1)После изъятия двух накопителей система хранения данных сохраняет работоспособность и продолжает обслуживать операции ввода-вывода. </w:t>
            </w:r>
          </w:p>
          <w:p w14:paraId="014DF2F0" w14:textId="77777777" w:rsidR="00281EA7" w:rsidRPr="00982986" w:rsidRDefault="00281EA7" w:rsidP="00281EA7">
            <w:pPr>
              <w:spacing w:after="0"/>
              <w:rPr>
                <w:sz w:val="16"/>
                <w:szCs w:val="16"/>
              </w:rPr>
            </w:pPr>
            <w:r w:rsidRPr="00982986">
              <w:rPr>
                <w:sz w:val="16"/>
                <w:szCs w:val="16"/>
              </w:rPr>
              <w:t xml:space="preserve">2)Со стороны сервера отсутствуют критические ошибки, приводящие к потере доступа к тестовым LUN или остановке нагрузки. </w:t>
            </w:r>
          </w:p>
          <w:p w14:paraId="266D9BA2" w14:textId="77777777" w:rsidR="00281EA7" w:rsidRPr="00982986" w:rsidRDefault="00281EA7" w:rsidP="00281EA7">
            <w:pPr>
              <w:spacing w:after="0"/>
              <w:rPr>
                <w:sz w:val="16"/>
                <w:szCs w:val="16"/>
              </w:rPr>
            </w:pPr>
            <w:r w:rsidRPr="00982986">
              <w:rPr>
                <w:sz w:val="16"/>
                <w:szCs w:val="16"/>
              </w:rPr>
              <w:t xml:space="preserve">3)Со стороны СХД отказ накопителей корректно фиксируется, но не приводит к потере доступности тестовых LUN. </w:t>
            </w:r>
          </w:p>
          <w:p w14:paraId="55F86367" w14:textId="77777777" w:rsidR="00281EA7" w:rsidRPr="00982986" w:rsidRDefault="00281EA7" w:rsidP="00281EA7">
            <w:pPr>
              <w:spacing w:after="0"/>
              <w:rPr>
                <w:sz w:val="16"/>
                <w:szCs w:val="16"/>
              </w:rPr>
            </w:pPr>
            <w:r w:rsidRPr="00982986">
              <w:rPr>
                <w:sz w:val="16"/>
                <w:szCs w:val="16"/>
              </w:rPr>
              <w:t xml:space="preserve">4)Количество операций ввода-вывода и время отклика могут изменяться, однако выполнение нагрузки не прерывается. </w:t>
            </w:r>
          </w:p>
          <w:p w14:paraId="350A4BAF" w14:textId="77777777" w:rsidR="00281EA7" w:rsidRPr="00982986" w:rsidRDefault="00281EA7" w:rsidP="00281EA7">
            <w:pPr>
              <w:spacing w:after="0"/>
              <w:rPr>
                <w:sz w:val="16"/>
                <w:szCs w:val="16"/>
              </w:rPr>
            </w:pPr>
            <w:r w:rsidRPr="00982986">
              <w:rPr>
                <w:sz w:val="16"/>
                <w:szCs w:val="16"/>
              </w:rPr>
              <w:t>5)</w:t>
            </w:r>
            <w:proofErr w:type="gramStart"/>
            <w:r w:rsidRPr="00982986">
              <w:rPr>
                <w:sz w:val="16"/>
                <w:szCs w:val="16"/>
              </w:rPr>
              <w:t>В</w:t>
            </w:r>
            <w:proofErr w:type="gramEnd"/>
            <w:r w:rsidRPr="00982986">
              <w:rPr>
                <w:sz w:val="16"/>
                <w:szCs w:val="16"/>
              </w:rPr>
              <w:t xml:space="preserve"> журнале испытаний зафиксированы ошибки сервера, сообщения СХД, а также значения IOPS и latency до отказа, в момент отказа и после отказа.</w:t>
            </w:r>
          </w:p>
          <w:p w14:paraId="670651E3" w14:textId="77777777" w:rsidR="00281EA7" w:rsidRPr="00982986" w:rsidRDefault="00281EA7" w:rsidP="00281EA7">
            <w:pPr>
              <w:spacing w:after="0"/>
              <w:rPr>
                <w:b/>
                <w:sz w:val="16"/>
                <w:szCs w:val="16"/>
              </w:rPr>
            </w:pPr>
          </w:p>
        </w:tc>
      </w:tr>
    </w:tbl>
    <w:p w14:paraId="6FCC9EDD" w14:textId="77777777" w:rsidR="00281EA7" w:rsidRDefault="00281EA7" w:rsidP="00281EA7"/>
    <w:p w14:paraId="17F77667" w14:textId="77777777" w:rsidR="00281EA7" w:rsidRPr="002366F0" w:rsidRDefault="00281EA7" w:rsidP="00281EA7">
      <w:pPr>
        <w:rPr>
          <w:b/>
          <w:bCs/>
          <w:szCs w:val="28"/>
        </w:rPr>
      </w:pPr>
      <w:r w:rsidRPr="00E505A8">
        <w:rPr>
          <w:b/>
          <w:bCs/>
          <w:szCs w:val="28"/>
        </w:rPr>
        <w:lastRenderedPageBreak/>
        <w:t>10</w:t>
      </w:r>
      <w:r w:rsidRPr="002366F0">
        <w:rPr>
          <w:b/>
          <w:bCs/>
          <w:szCs w:val="28"/>
        </w:rPr>
        <w:t>.</w:t>
      </w:r>
      <w:r w:rsidRPr="00E505A8">
        <w:rPr>
          <w:b/>
          <w:bCs/>
          <w:szCs w:val="28"/>
        </w:rPr>
        <w:t>3</w:t>
      </w:r>
      <w:r w:rsidRPr="002366F0">
        <w:rPr>
          <w:b/>
          <w:bCs/>
          <w:szCs w:val="28"/>
        </w:rPr>
        <w:t xml:space="preserve"> Нагрузочные испытания для </w:t>
      </w:r>
      <w:r>
        <w:rPr>
          <w:b/>
          <w:bCs/>
          <w:szCs w:val="28"/>
        </w:rPr>
        <w:t>NVMe</w:t>
      </w:r>
      <w:r w:rsidRPr="002366F0">
        <w:rPr>
          <w:b/>
          <w:bCs/>
          <w:szCs w:val="28"/>
        </w:rPr>
        <w:t xml:space="preserve"> СХД</w:t>
      </w:r>
    </w:p>
    <w:tbl>
      <w:tblPr>
        <w:tblW w:w="5000" w:type="pct"/>
        <w:tblLook w:val="0420" w:firstRow="1" w:lastRow="0" w:firstColumn="0" w:lastColumn="0" w:noHBand="0" w:noVBand="1"/>
      </w:tblPr>
      <w:tblGrid>
        <w:gridCol w:w="681"/>
        <w:gridCol w:w="1833"/>
        <w:gridCol w:w="2331"/>
        <w:gridCol w:w="2496"/>
        <w:gridCol w:w="4066"/>
        <w:gridCol w:w="3073"/>
      </w:tblGrid>
      <w:tr w:rsidR="00281EA7" w:rsidRPr="003E0862" w14:paraId="52354137" w14:textId="77777777" w:rsidTr="00281EA7">
        <w:tc>
          <w:tcPr>
            <w:tcW w:w="235" w:type="pct"/>
            <w:shd w:val="clear" w:color="auto" w:fill="DEEAF6" w:themeFill="accent1" w:themeFillTint="33"/>
          </w:tcPr>
          <w:p w14:paraId="0B861979" w14:textId="77777777" w:rsidR="00281EA7" w:rsidRPr="00DC587A" w:rsidRDefault="00281EA7" w:rsidP="00281EA7">
            <w:pPr>
              <w:spacing w:after="0"/>
              <w:jc w:val="center"/>
              <w:rPr>
                <w:sz w:val="16"/>
                <w:szCs w:val="16"/>
              </w:rPr>
            </w:pPr>
            <w:r w:rsidRPr="00DC587A">
              <w:rPr>
                <w:sz w:val="16"/>
                <w:szCs w:val="16"/>
              </w:rPr>
              <w:t>№ п/п</w:t>
            </w:r>
          </w:p>
        </w:tc>
        <w:tc>
          <w:tcPr>
            <w:tcW w:w="633" w:type="pct"/>
            <w:shd w:val="clear" w:color="auto" w:fill="DEEAF6" w:themeFill="accent1" w:themeFillTint="33"/>
          </w:tcPr>
          <w:p w14:paraId="328BF872" w14:textId="77777777" w:rsidR="00281EA7" w:rsidRPr="00DC587A" w:rsidRDefault="00281EA7" w:rsidP="00281EA7">
            <w:pPr>
              <w:spacing w:after="0"/>
              <w:jc w:val="center"/>
              <w:rPr>
                <w:sz w:val="16"/>
                <w:szCs w:val="16"/>
              </w:rPr>
            </w:pPr>
            <w:r w:rsidRPr="00DC587A">
              <w:rPr>
                <w:sz w:val="16"/>
                <w:szCs w:val="16"/>
              </w:rPr>
              <w:t>Группа функций</w:t>
            </w:r>
          </w:p>
        </w:tc>
        <w:tc>
          <w:tcPr>
            <w:tcW w:w="805" w:type="pct"/>
            <w:shd w:val="clear" w:color="auto" w:fill="DEEAF6" w:themeFill="accent1" w:themeFillTint="33"/>
          </w:tcPr>
          <w:p w14:paraId="3EC6FDD0" w14:textId="77777777" w:rsidR="00281EA7" w:rsidRPr="00DC587A" w:rsidRDefault="00281EA7" w:rsidP="00281EA7">
            <w:pPr>
              <w:spacing w:after="0"/>
              <w:jc w:val="center"/>
              <w:rPr>
                <w:sz w:val="16"/>
                <w:szCs w:val="16"/>
              </w:rPr>
            </w:pPr>
            <w:r w:rsidRPr="00DC587A">
              <w:rPr>
                <w:sz w:val="16"/>
                <w:szCs w:val="16"/>
              </w:rPr>
              <w:t>Название испытания</w:t>
            </w:r>
          </w:p>
        </w:tc>
        <w:tc>
          <w:tcPr>
            <w:tcW w:w="862" w:type="pct"/>
            <w:shd w:val="clear" w:color="auto" w:fill="DEEAF6" w:themeFill="accent1" w:themeFillTint="33"/>
          </w:tcPr>
          <w:p w14:paraId="7303EA94" w14:textId="77777777" w:rsidR="00281EA7" w:rsidRPr="00DC587A" w:rsidRDefault="00281EA7" w:rsidP="00281EA7">
            <w:pPr>
              <w:spacing w:after="0"/>
              <w:jc w:val="center"/>
              <w:rPr>
                <w:sz w:val="16"/>
                <w:szCs w:val="16"/>
              </w:rPr>
            </w:pPr>
            <w:r w:rsidRPr="00DC587A">
              <w:rPr>
                <w:sz w:val="16"/>
                <w:szCs w:val="16"/>
              </w:rPr>
              <w:t>Эталонные значения</w:t>
            </w:r>
          </w:p>
        </w:tc>
        <w:tc>
          <w:tcPr>
            <w:tcW w:w="1404" w:type="pct"/>
            <w:shd w:val="clear" w:color="auto" w:fill="DEEAF6" w:themeFill="accent1" w:themeFillTint="33"/>
          </w:tcPr>
          <w:p w14:paraId="784B1DAF" w14:textId="77777777" w:rsidR="00281EA7" w:rsidRPr="00DC587A" w:rsidRDefault="00281EA7" w:rsidP="00281EA7">
            <w:pPr>
              <w:spacing w:after="0"/>
              <w:jc w:val="center"/>
              <w:rPr>
                <w:sz w:val="16"/>
                <w:szCs w:val="16"/>
              </w:rPr>
            </w:pPr>
            <w:r w:rsidRPr="00DC587A">
              <w:rPr>
                <w:sz w:val="16"/>
                <w:szCs w:val="16"/>
              </w:rPr>
              <w:t>Сценарий испытания</w:t>
            </w:r>
          </w:p>
        </w:tc>
        <w:tc>
          <w:tcPr>
            <w:tcW w:w="1062" w:type="pct"/>
            <w:shd w:val="clear" w:color="auto" w:fill="DEEAF6" w:themeFill="accent1" w:themeFillTint="33"/>
          </w:tcPr>
          <w:p w14:paraId="74BEAE65" w14:textId="77777777" w:rsidR="00281EA7" w:rsidRPr="00DC587A" w:rsidRDefault="00281EA7" w:rsidP="00281EA7">
            <w:pPr>
              <w:spacing w:after="0"/>
              <w:jc w:val="center"/>
              <w:rPr>
                <w:sz w:val="16"/>
                <w:szCs w:val="16"/>
              </w:rPr>
            </w:pPr>
            <w:r w:rsidRPr="00DC587A">
              <w:rPr>
                <w:sz w:val="16"/>
                <w:szCs w:val="16"/>
              </w:rPr>
              <w:t>Критерии оценки успешного выполнения испытания</w:t>
            </w:r>
          </w:p>
        </w:tc>
      </w:tr>
      <w:tr w:rsidR="00281EA7" w:rsidRPr="00DC587A" w14:paraId="5296B793" w14:textId="77777777" w:rsidTr="00281EA7">
        <w:tc>
          <w:tcPr>
            <w:tcW w:w="235" w:type="pct"/>
          </w:tcPr>
          <w:p w14:paraId="6013C3CE" w14:textId="77777777" w:rsidR="00281EA7" w:rsidRPr="00DC587A" w:rsidRDefault="00281EA7" w:rsidP="00281EA7">
            <w:pPr>
              <w:rPr>
                <w:sz w:val="16"/>
                <w:szCs w:val="16"/>
              </w:rPr>
            </w:pPr>
            <w:r w:rsidRPr="00DC587A">
              <w:rPr>
                <w:sz w:val="16"/>
                <w:szCs w:val="16"/>
              </w:rPr>
              <w:t>1</w:t>
            </w:r>
          </w:p>
        </w:tc>
        <w:tc>
          <w:tcPr>
            <w:tcW w:w="633" w:type="pct"/>
          </w:tcPr>
          <w:p w14:paraId="714B9418" w14:textId="77777777" w:rsidR="00281EA7" w:rsidRPr="00DC587A" w:rsidRDefault="00281EA7" w:rsidP="00281EA7">
            <w:pPr>
              <w:spacing w:after="0"/>
              <w:rPr>
                <w:sz w:val="16"/>
                <w:szCs w:val="16"/>
              </w:rPr>
            </w:pPr>
            <w:r w:rsidRPr="00DC587A">
              <w:rPr>
                <w:sz w:val="16"/>
                <w:szCs w:val="16"/>
              </w:rPr>
              <w:t>Нагрузочное тестирование NVMe</w:t>
            </w:r>
          </w:p>
        </w:tc>
        <w:tc>
          <w:tcPr>
            <w:tcW w:w="805" w:type="pct"/>
          </w:tcPr>
          <w:p w14:paraId="7B7D49E3" w14:textId="77777777" w:rsidR="00281EA7" w:rsidRPr="00DC587A" w:rsidRDefault="00281EA7" w:rsidP="00281EA7">
            <w:pPr>
              <w:spacing w:after="0"/>
              <w:rPr>
                <w:sz w:val="16"/>
                <w:szCs w:val="16"/>
              </w:rPr>
            </w:pPr>
            <w:r w:rsidRPr="00DC587A">
              <w:rPr>
                <w:sz w:val="16"/>
                <w:szCs w:val="16"/>
              </w:rPr>
              <w:t>Проверка производительности NVMe-конфигурации: 64 KB, 100% random, 70/30 read/write, 4 LUN, FC, суммарная глубина очереди 512</w:t>
            </w:r>
          </w:p>
        </w:tc>
        <w:tc>
          <w:tcPr>
            <w:tcW w:w="862" w:type="pct"/>
          </w:tcPr>
          <w:p w14:paraId="10887C55" w14:textId="77777777" w:rsidR="00281EA7" w:rsidRPr="00DC587A" w:rsidRDefault="00281EA7" w:rsidP="00281EA7">
            <w:pPr>
              <w:spacing w:after="0"/>
              <w:rPr>
                <w:sz w:val="16"/>
                <w:szCs w:val="16"/>
              </w:rPr>
            </w:pPr>
            <w:r w:rsidRPr="00DC587A">
              <w:rPr>
                <w:sz w:val="16"/>
                <w:szCs w:val="16"/>
              </w:rPr>
              <w:t>Суммарный IOPS на хостах не менее 280 000; средняя latency read не более 6 ms; средняя latency write не более 6 ms; нагрузка подаётся на 4 LUN; протокол FC. Суммарная глубина очереди рассчитывается по формуле: Суммарная глубина очереди = Σ (numjobs_i × iodepth_i) × количество серверов, где сумма берётся по всем LUN на одном сервере.</w:t>
            </w:r>
          </w:p>
        </w:tc>
        <w:tc>
          <w:tcPr>
            <w:tcW w:w="1404" w:type="pct"/>
          </w:tcPr>
          <w:p w14:paraId="5F168DE3" w14:textId="77777777" w:rsidR="00281EA7" w:rsidRPr="00DC587A" w:rsidRDefault="00281EA7" w:rsidP="00281EA7">
            <w:pPr>
              <w:spacing w:after="0"/>
              <w:rPr>
                <w:sz w:val="16"/>
                <w:szCs w:val="16"/>
              </w:rPr>
            </w:pPr>
            <w:r w:rsidRPr="00DC587A">
              <w:rPr>
                <w:sz w:val="16"/>
                <w:szCs w:val="16"/>
              </w:rPr>
              <w:t>1) На обоих серверах запустить FIO в режиме сервера</w:t>
            </w:r>
          </w:p>
          <w:p w14:paraId="7F4E2277" w14:textId="77777777" w:rsidR="00281EA7" w:rsidRPr="00DC587A" w:rsidRDefault="00281EA7" w:rsidP="00281EA7">
            <w:pPr>
              <w:spacing w:after="0"/>
              <w:ind w:left="11"/>
              <w:rPr>
                <w:sz w:val="16"/>
                <w:szCs w:val="16"/>
              </w:rPr>
            </w:pPr>
            <w:r w:rsidRPr="00DC587A">
              <w:rPr>
                <w:sz w:val="16"/>
                <w:szCs w:val="16"/>
                <w:shd w:val="clear" w:color="auto" w:fill="EEF2F6"/>
              </w:rPr>
              <w:t># fio --server</w:t>
            </w:r>
          </w:p>
          <w:p w14:paraId="738D29BC" w14:textId="77777777" w:rsidR="00281EA7" w:rsidRPr="00DC587A" w:rsidRDefault="00281EA7" w:rsidP="00281EA7">
            <w:pPr>
              <w:spacing w:after="0"/>
              <w:rPr>
                <w:sz w:val="16"/>
                <w:szCs w:val="16"/>
              </w:rPr>
            </w:pPr>
            <w:r w:rsidRPr="00DC587A">
              <w:rPr>
                <w:sz w:val="16"/>
                <w:szCs w:val="16"/>
              </w:rPr>
              <w:t>2) На server-1 и server-2 подготовить host-specific профили nvme_host1.fio и nvme_host2.fio по пункту 12</w:t>
            </w:r>
          </w:p>
          <w:p w14:paraId="098710E7"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vi /opt/pmi/fio/nvme_host1.fio</w:t>
            </w:r>
          </w:p>
          <w:p w14:paraId="1DA02E49"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vi /opt/pmi/fio/nvme_host2.fio</w:t>
            </w:r>
          </w:p>
          <w:p w14:paraId="251C5B1F" w14:textId="77777777" w:rsidR="00281EA7" w:rsidRPr="00DC587A" w:rsidRDefault="00281EA7" w:rsidP="00281EA7">
            <w:pPr>
              <w:spacing w:after="0"/>
              <w:rPr>
                <w:sz w:val="16"/>
                <w:szCs w:val="16"/>
              </w:rPr>
            </w:pPr>
            <w:r w:rsidRPr="00DC587A">
              <w:rPr>
                <w:sz w:val="16"/>
                <w:szCs w:val="16"/>
              </w:rPr>
              <w:t xml:space="preserve">3) </w:t>
            </w:r>
            <w:proofErr w:type="gramStart"/>
            <w:r w:rsidRPr="00DC587A">
              <w:rPr>
                <w:sz w:val="16"/>
                <w:szCs w:val="16"/>
              </w:rPr>
              <w:t>С</w:t>
            </w:r>
            <w:proofErr w:type="gramEnd"/>
            <w:r w:rsidRPr="00DC587A">
              <w:rPr>
                <w:sz w:val="16"/>
                <w:szCs w:val="16"/>
              </w:rPr>
              <w:t xml:space="preserve"> одного источника запуска выполнить единый NVMe-прогон и сохранить суммарный результат в отдельный каталог</w:t>
            </w:r>
          </w:p>
          <w:p w14:paraId="4BE07B5E"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export RUN_DIR=/var/log/pmi-fio/nvme_$(date +%Y%m%d_%H%M%S)</w:t>
            </w:r>
          </w:p>
          <w:p w14:paraId="7DE9AD72"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bash /opt/pmi/fio/run_nvme.sh</w:t>
            </w:r>
          </w:p>
          <w:p w14:paraId="08AFE8A0" w14:textId="77777777" w:rsidR="00281EA7" w:rsidRPr="00DC587A" w:rsidRDefault="00281EA7" w:rsidP="00281EA7">
            <w:pPr>
              <w:spacing w:after="0"/>
              <w:rPr>
                <w:i/>
                <w:sz w:val="16"/>
                <w:szCs w:val="16"/>
              </w:rPr>
            </w:pPr>
            <w:r w:rsidRPr="00DC587A">
              <w:rPr>
                <w:i/>
                <w:sz w:val="16"/>
                <w:szCs w:val="16"/>
              </w:rPr>
              <w:t>Полная команда единого запуска из одного источника приведена в пункте 12</w:t>
            </w:r>
          </w:p>
          <w:p w14:paraId="5F7BFF7D" w14:textId="77777777" w:rsidR="00281EA7" w:rsidRPr="00DC587A" w:rsidRDefault="00281EA7" w:rsidP="00281EA7">
            <w:pPr>
              <w:spacing w:after="0"/>
              <w:rPr>
                <w:sz w:val="16"/>
                <w:szCs w:val="16"/>
              </w:rPr>
            </w:pPr>
            <w:r w:rsidRPr="00DC587A">
              <w:rPr>
                <w:sz w:val="16"/>
                <w:szCs w:val="16"/>
              </w:rPr>
              <w:t>3.1) Фаза warm-up составляет 10 минут и задана параметром ramp_time=600 в FIO-профиле; статистика этого интервала автоматически исключается FIO из агрегированного отчёта.</w:t>
            </w:r>
            <w:r w:rsidRPr="00DC587A">
              <w:rPr>
                <w:sz w:val="16"/>
                <w:szCs w:val="16"/>
              </w:rPr>
              <w:br/>
              <w:t>3.2) Анализ итоговых значений IOPS и latency выполнять только после стабилизации нагрузки. Признаком стабилизации считается отсутствие выраженного тренда деградации и резких колебаний IOPS/latency на последовательных интервалах наблюдения</w:t>
            </w:r>
          </w:p>
          <w:p w14:paraId="3305558C" w14:textId="77777777" w:rsidR="00281EA7" w:rsidRPr="00DC587A" w:rsidRDefault="00281EA7" w:rsidP="00281EA7">
            <w:pPr>
              <w:spacing w:after="0"/>
              <w:rPr>
                <w:sz w:val="16"/>
                <w:szCs w:val="16"/>
              </w:rPr>
            </w:pPr>
            <w:r w:rsidRPr="00DC587A">
              <w:rPr>
                <w:sz w:val="16"/>
                <w:szCs w:val="16"/>
              </w:rPr>
              <w:t>4) Во время прогона зафиксировать суммарную очередь 512, четыре LUN, профиль 64 KB 100% random 70/30 read/write и итоговые значения IOPS/latency по логу fio5) Принять результат по суммарному IOPS и средней задержке на хостах: не менее требуемого IOPS и не более 6 ms</w:t>
            </w:r>
          </w:p>
        </w:tc>
        <w:tc>
          <w:tcPr>
            <w:tcW w:w="1062" w:type="pct"/>
          </w:tcPr>
          <w:p w14:paraId="6EAFAE5A" w14:textId="77777777" w:rsidR="00281EA7" w:rsidRPr="00DC587A" w:rsidRDefault="00281EA7" w:rsidP="00281EA7">
            <w:pPr>
              <w:spacing w:after="0"/>
              <w:rPr>
                <w:sz w:val="16"/>
                <w:szCs w:val="16"/>
              </w:rPr>
            </w:pPr>
            <w:r w:rsidRPr="00DC587A">
              <w:rPr>
                <w:b/>
                <w:sz w:val="16"/>
                <w:szCs w:val="16"/>
              </w:rPr>
              <w:t>Испытание считается успешным, если одновременно выполнены условия:</w:t>
            </w:r>
          </w:p>
          <w:p w14:paraId="64C0B25F" w14:textId="77777777" w:rsidR="00281EA7" w:rsidRPr="00DC587A" w:rsidRDefault="00281EA7" w:rsidP="00281EA7">
            <w:pPr>
              <w:spacing w:after="0"/>
              <w:rPr>
                <w:sz w:val="16"/>
                <w:szCs w:val="16"/>
              </w:rPr>
            </w:pPr>
            <w:r w:rsidRPr="00DC587A">
              <w:rPr>
                <w:sz w:val="16"/>
                <w:szCs w:val="16"/>
              </w:rPr>
              <w:t xml:space="preserve">1) Целевой прогон выполнен из одного источника запуска, а в RUN_DIR сформированы итоговый лог </w:t>
            </w:r>
          </w:p>
          <w:p w14:paraId="4F87D422" w14:textId="77777777" w:rsidR="00281EA7" w:rsidRPr="00DC587A" w:rsidRDefault="00281EA7" w:rsidP="00281EA7">
            <w:pPr>
              <w:spacing w:after="0"/>
              <w:rPr>
                <w:sz w:val="16"/>
                <w:szCs w:val="16"/>
              </w:rPr>
            </w:pPr>
            <w:r w:rsidRPr="00DC587A">
              <w:rPr>
                <w:sz w:val="16"/>
                <w:szCs w:val="16"/>
              </w:rPr>
              <w:t>2) По суммарному результату двух серверов total IOPS не менее 280 000. Для оценки total IOPS используется сумма read IOPS и write IOPS из итогового отчёта</w:t>
            </w:r>
          </w:p>
          <w:p w14:paraId="28E1EC3A" w14:textId="77777777" w:rsidR="00281EA7" w:rsidRPr="00DC587A" w:rsidRDefault="00281EA7" w:rsidP="00281EA7">
            <w:pPr>
              <w:spacing w:after="0"/>
              <w:rPr>
                <w:sz w:val="16"/>
                <w:szCs w:val="16"/>
              </w:rPr>
            </w:pPr>
            <w:r w:rsidRPr="00DC587A">
              <w:rPr>
                <w:sz w:val="16"/>
                <w:szCs w:val="16"/>
              </w:rPr>
              <w:t>3) Средняя latency по чтению и по записи на хостах не превышает 6,0 ms</w:t>
            </w:r>
          </w:p>
          <w:p w14:paraId="7E3038AB" w14:textId="77777777" w:rsidR="00281EA7" w:rsidRPr="00DC587A" w:rsidRDefault="00281EA7" w:rsidP="00281EA7">
            <w:pPr>
              <w:spacing w:after="0"/>
              <w:rPr>
                <w:sz w:val="16"/>
                <w:szCs w:val="16"/>
              </w:rPr>
            </w:pPr>
            <w:r w:rsidRPr="00DC587A">
              <w:rPr>
                <w:sz w:val="16"/>
                <w:szCs w:val="16"/>
              </w:rPr>
              <w:t xml:space="preserve">4) Нагрузка подана на все 4 LUN. С параметром continue_on_error=io допускается не более 5 I/O ошибок суммарно по итоговому отчёту FIO за весь прогон, </w:t>
            </w:r>
            <w:proofErr w:type="gramStart"/>
            <w:r w:rsidRPr="00DC587A">
              <w:rPr>
                <w:sz w:val="16"/>
                <w:szCs w:val="16"/>
              </w:rPr>
              <w:t>при условии что</w:t>
            </w:r>
            <w:proofErr w:type="gramEnd"/>
            <w:r w:rsidRPr="00DC587A">
              <w:rPr>
                <w:sz w:val="16"/>
                <w:szCs w:val="16"/>
              </w:rPr>
              <w:t xml:space="preserve"> ни одна job не завершилась досрочно. Ошибки SCSI и multipath в dmesg не должны иметь характер серии или нарастающего тренда.</w:t>
            </w:r>
          </w:p>
          <w:p w14:paraId="1AFB02E4" w14:textId="77777777" w:rsidR="00281EA7" w:rsidRPr="00DC587A" w:rsidRDefault="00281EA7" w:rsidP="00281EA7">
            <w:pPr>
              <w:spacing w:after="0"/>
              <w:rPr>
                <w:sz w:val="16"/>
                <w:szCs w:val="16"/>
              </w:rPr>
            </w:pPr>
            <w:r w:rsidRPr="00DC587A">
              <w:rPr>
                <w:sz w:val="16"/>
                <w:szCs w:val="16"/>
              </w:rPr>
              <w:t>5) Если требуемые значения IOPS или latency не достигнуты, в журнале испытаний фиксируется диагностическая информация о состоянии хоста на момент прогона: средняя загрузка CPU, доля softirq в структуре загрузки CPU, наличие устойчивого насыщения отдельных ядер. Эта информация используется для разбора причин несоответствия и не является самостоятельным критерием приёмки.</w:t>
            </w:r>
          </w:p>
          <w:p w14:paraId="2AAAA797" w14:textId="77777777" w:rsidR="00281EA7" w:rsidRPr="00DC587A" w:rsidRDefault="00281EA7" w:rsidP="00281EA7">
            <w:pPr>
              <w:spacing w:after="0"/>
              <w:rPr>
                <w:sz w:val="16"/>
                <w:szCs w:val="16"/>
              </w:rPr>
            </w:pPr>
            <w:r w:rsidRPr="00DC587A">
              <w:rPr>
                <w:b/>
                <w:sz w:val="16"/>
                <w:szCs w:val="16"/>
              </w:rPr>
              <w:t>Примеры допустимых фрагментов итогового отчёта:</w:t>
            </w:r>
          </w:p>
          <w:p w14:paraId="6FEC1F9F" w14:textId="77777777" w:rsidR="00281EA7" w:rsidRPr="00ED1D20" w:rsidRDefault="00281EA7" w:rsidP="00281EA7">
            <w:pPr>
              <w:spacing w:after="0"/>
              <w:rPr>
                <w:sz w:val="16"/>
                <w:szCs w:val="16"/>
                <w:lang w:val="en-US"/>
              </w:rPr>
            </w:pPr>
            <w:r w:rsidRPr="00ED1D20">
              <w:rPr>
                <w:sz w:val="16"/>
                <w:szCs w:val="16"/>
                <w:lang w:val="en-US"/>
              </w:rPr>
              <w:t>read: IOPS=196.2k</w:t>
            </w:r>
          </w:p>
          <w:p w14:paraId="508619D0" w14:textId="77777777" w:rsidR="00281EA7" w:rsidRPr="00ED1D20" w:rsidRDefault="00281EA7" w:rsidP="00281EA7">
            <w:pPr>
              <w:spacing w:after="0"/>
              <w:rPr>
                <w:sz w:val="16"/>
                <w:szCs w:val="16"/>
                <w:lang w:val="en-US"/>
              </w:rPr>
            </w:pPr>
            <w:r w:rsidRPr="00ED1D20">
              <w:rPr>
                <w:sz w:val="16"/>
                <w:szCs w:val="16"/>
                <w:lang w:val="en-US"/>
              </w:rPr>
              <w:t>write: IOPS=84.0k</w:t>
            </w:r>
          </w:p>
          <w:p w14:paraId="43990E90" w14:textId="77777777" w:rsidR="00281EA7" w:rsidRPr="00ED1D20" w:rsidRDefault="00281EA7" w:rsidP="00281EA7">
            <w:pPr>
              <w:spacing w:after="0"/>
              <w:rPr>
                <w:sz w:val="16"/>
                <w:szCs w:val="16"/>
                <w:lang w:val="en-US"/>
              </w:rPr>
            </w:pPr>
            <w:r w:rsidRPr="00DC587A">
              <w:rPr>
                <w:sz w:val="16"/>
                <w:szCs w:val="16"/>
              </w:rPr>
              <w:t>Итоговая</w:t>
            </w:r>
            <w:r w:rsidRPr="00ED1D20">
              <w:rPr>
                <w:sz w:val="16"/>
                <w:szCs w:val="16"/>
                <w:lang w:val="en-US"/>
              </w:rPr>
              <w:t xml:space="preserve"> </w:t>
            </w:r>
            <w:r w:rsidRPr="00DC587A">
              <w:rPr>
                <w:sz w:val="16"/>
                <w:szCs w:val="16"/>
              </w:rPr>
              <w:t>сумма</w:t>
            </w:r>
            <w:r w:rsidRPr="00ED1D20">
              <w:rPr>
                <w:sz w:val="16"/>
                <w:szCs w:val="16"/>
                <w:lang w:val="en-US"/>
              </w:rPr>
              <w:t>: 280 000 IOPS</w:t>
            </w:r>
          </w:p>
          <w:p w14:paraId="61D08786" w14:textId="77777777" w:rsidR="00281EA7" w:rsidRPr="00ED1D20" w:rsidRDefault="00281EA7" w:rsidP="00281EA7">
            <w:pPr>
              <w:spacing w:after="0"/>
              <w:rPr>
                <w:sz w:val="16"/>
                <w:szCs w:val="16"/>
                <w:lang w:val="en-US"/>
              </w:rPr>
            </w:pPr>
            <w:r w:rsidRPr="00ED1D20">
              <w:rPr>
                <w:sz w:val="16"/>
                <w:szCs w:val="16"/>
                <w:lang w:val="en-US"/>
              </w:rPr>
              <w:t xml:space="preserve">latency avg &lt;= 6000 usec </w:t>
            </w:r>
            <w:r w:rsidRPr="00DC587A">
              <w:rPr>
                <w:sz w:val="16"/>
                <w:szCs w:val="16"/>
              </w:rPr>
              <w:t>по</w:t>
            </w:r>
            <w:r w:rsidRPr="00ED1D20">
              <w:rPr>
                <w:sz w:val="16"/>
                <w:szCs w:val="16"/>
                <w:lang w:val="en-US"/>
              </w:rPr>
              <w:t xml:space="preserve"> read </w:t>
            </w:r>
            <w:r w:rsidRPr="00DC587A">
              <w:rPr>
                <w:sz w:val="16"/>
                <w:szCs w:val="16"/>
              </w:rPr>
              <w:t>и</w:t>
            </w:r>
            <w:r w:rsidRPr="00ED1D20">
              <w:rPr>
                <w:sz w:val="16"/>
                <w:szCs w:val="16"/>
                <w:lang w:val="en-US"/>
              </w:rPr>
              <w:t xml:space="preserve"> write</w:t>
            </w:r>
          </w:p>
          <w:p w14:paraId="17EBF806" w14:textId="77777777" w:rsidR="00281EA7" w:rsidRPr="00DC587A" w:rsidRDefault="00281EA7" w:rsidP="00281EA7">
            <w:pPr>
              <w:spacing w:after="0"/>
              <w:rPr>
                <w:sz w:val="16"/>
                <w:szCs w:val="16"/>
              </w:rPr>
            </w:pPr>
            <w:r w:rsidRPr="00DC587A">
              <w:rPr>
                <w:sz w:val="16"/>
                <w:szCs w:val="16"/>
              </w:rPr>
              <w:t>err= 0</w:t>
            </w:r>
          </w:p>
        </w:tc>
      </w:tr>
      <w:tr w:rsidR="00281EA7" w:rsidRPr="003E0862" w14:paraId="155A4958" w14:textId="77777777" w:rsidTr="00281EA7">
        <w:tc>
          <w:tcPr>
            <w:tcW w:w="235" w:type="pct"/>
          </w:tcPr>
          <w:p w14:paraId="7B0D617C" w14:textId="77777777" w:rsidR="00281EA7" w:rsidRPr="00DC587A" w:rsidRDefault="00281EA7" w:rsidP="00281EA7">
            <w:pPr>
              <w:rPr>
                <w:sz w:val="16"/>
                <w:szCs w:val="16"/>
              </w:rPr>
            </w:pPr>
            <w:r w:rsidRPr="00DC587A">
              <w:rPr>
                <w:sz w:val="16"/>
                <w:szCs w:val="16"/>
              </w:rPr>
              <w:t>2</w:t>
            </w:r>
          </w:p>
        </w:tc>
        <w:tc>
          <w:tcPr>
            <w:tcW w:w="633" w:type="pct"/>
          </w:tcPr>
          <w:p w14:paraId="4B61BF24" w14:textId="77777777" w:rsidR="00281EA7" w:rsidRPr="00DC587A" w:rsidRDefault="00281EA7" w:rsidP="00281EA7">
            <w:pPr>
              <w:spacing w:after="0"/>
              <w:rPr>
                <w:sz w:val="16"/>
                <w:szCs w:val="16"/>
              </w:rPr>
            </w:pPr>
            <w:r w:rsidRPr="00DC587A">
              <w:rPr>
                <w:sz w:val="16"/>
                <w:szCs w:val="16"/>
              </w:rPr>
              <w:t>Нагрузочное тестирование NVMe</w:t>
            </w:r>
          </w:p>
        </w:tc>
        <w:tc>
          <w:tcPr>
            <w:tcW w:w="805" w:type="pct"/>
          </w:tcPr>
          <w:p w14:paraId="7FEEB3E5" w14:textId="77777777" w:rsidR="00281EA7" w:rsidRPr="00DC587A" w:rsidRDefault="00281EA7" w:rsidP="00281EA7">
            <w:pPr>
              <w:spacing w:after="0"/>
              <w:rPr>
                <w:sz w:val="16"/>
                <w:szCs w:val="16"/>
              </w:rPr>
            </w:pPr>
            <w:r w:rsidRPr="00DC587A">
              <w:rPr>
                <w:sz w:val="16"/>
                <w:szCs w:val="16"/>
              </w:rPr>
              <w:t>Проверка равномерности нагрузки по LUN и путям в NVMe-профиле</w:t>
            </w:r>
          </w:p>
        </w:tc>
        <w:tc>
          <w:tcPr>
            <w:tcW w:w="862" w:type="pct"/>
          </w:tcPr>
          <w:p w14:paraId="03786702" w14:textId="77777777" w:rsidR="00281EA7" w:rsidRPr="00DC587A" w:rsidRDefault="00281EA7" w:rsidP="00281EA7">
            <w:pPr>
              <w:spacing w:after="0"/>
              <w:rPr>
                <w:sz w:val="16"/>
                <w:szCs w:val="16"/>
              </w:rPr>
            </w:pPr>
            <w:r w:rsidRPr="00DC587A">
              <w:rPr>
                <w:sz w:val="16"/>
                <w:szCs w:val="16"/>
              </w:rPr>
              <w:t xml:space="preserve">Во время целевого профиля I/O наблюдается на всех 4 LUN и на всех рабочих путях; критических перекосов, приводящих к </w:t>
            </w:r>
            <w:r w:rsidRPr="00DC587A">
              <w:rPr>
                <w:sz w:val="16"/>
                <w:szCs w:val="16"/>
              </w:rPr>
              <w:lastRenderedPageBreak/>
              <w:t>простаиванию LUN или выпадению путей, нет.</w:t>
            </w:r>
          </w:p>
        </w:tc>
        <w:tc>
          <w:tcPr>
            <w:tcW w:w="1404" w:type="pct"/>
          </w:tcPr>
          <w:p w14:paraId="3D14734C" w14:textId="77777777" w:rsidR="00281EA7" w:rsidRPr="00DC587A" w:rsidRDefault="00281EA7" w:rsidP="00281EA7">
            <w:pPr>
              <w:spacing w:after="0"/>
              <w:rPr>
                <w:sz w:val="16"/>
                <w:szCs w:val="16"/>
              </w:rPr>
            </w:pPr>
            <w:r w:rsidRPr="00DC587A">
              <w:rPr>
                <w:sz w:val="16"/>
                <w:szCs w:val="16"/>
              </w:rPr>
              <w:lastRenderedPageBreak/>
              <w:t>1) Во время выполнения нагрузки на каждом сервере каждые 10 минут выполнять команды контроля</w:t>
            </w:r>
          </w:p>
          <w:p w14:paraId="5497ED98" w14:textId="77777777" w:rsidR="00281EA7" w:rsidRPr="00DC587A" w:rsidRDefault="00281EA7" w:rsidP="00281EA7">
            <w:pPr>
              <w:spacing w:after="0"/>
              <w:ind w:left="11"/>
              <w:rPr>
                <w:sz w:val="16"/>
                <w:szCs w:val="16"/>
              </w:rPr>
            </w:pPr>
            <w:r w:rsidRPr="00DC587A">
              <w:rPr>
                <w:sz w:val="16"/>
                <w:szCs w:val="16"/>
                <w:shd w:val="clear" w:color="auto" w:fill="EEF2F6"/>
              </w:rPr>
              <w:t>$ multipath -ll</w:t>
            </w:r>
          </w:p>
          <w:p w14:paraId="6382C8E4" w14:textId="77777777" w:rsidR="00281EA7" w:rsidRPr="00DC587A" w:rsidRDefault="00281EA7" w:rsidP="00281EA7">
            <w:pPr>
              <w:spacing w:after="0"/>
              <w:ind w:left="11"/>
              <w:rPr>
                <w:sz w:val="16"/>
                <w:szCs w:val="16"/>
              </w:rPr>
            </w:pPr>
            <w:r w:rsidRPr="00DC587A">
              <w:rPr>
                <w:sz w:val="16"/>
                <w:szCs w:val="16"/>
                <w:shd w:val="clear" w:color="auto" w:fill="EEF2F6"/>
              </w:rPr>
              <w:t>$ iostat -dxm 5 3</w:t>
            </w:r>
          </w:p>
          <w:p w14:paraId="2B61C984" w14:textId="77777777" w:rsidR="00281EA7" w:rsidRPr="00DC587A" w:rsidRDefault="00281EA7" w:rsidP="00281EA7">
            <w:pPr>
              <w:spacing w:after="0"/>
              <w:rPr>
                <w:sz w:val="16"/>
                <w:szCs w:val="16"/>
              </w:rPr>
            </w:pPr>
            <w:r w:rsidRPr="00DC587A">
              <w:rPr>
                <w:sz w:val="16"/>
                <w:szCs w:val="16"/>
              </w:rPr>
              <w:lastRenderedPageBreak/>
              <w:t>2) На СХД каждые 10 минут фиксировать загрузку front-end портов и активность по LUN1-LUN4</w:t>
            </w:r>
          </w:p>
          <w:p w14:paraId="617C9C00" w14:textId="77777777" w:rsidR="00281EA7" w:rsidRPr="00DC587A" w:rsidRDefault="00281EA7" w:rsidP="00281EA7">
            <w:pPr>
              <w:spacing w:after="0"/>
              <w:rPr>
                <w:sz w:val="16"/>
                <w:szCs w:val="16"/>
              </w:rPr>
            </w:pPr>
            <w:r w:rsidRPr="00DC587A">
              <w:rPr>
                <w:sz w:val="16"/>
                <w:szCs w:val="16"/>
              </w:rPr>
              <w:t>3) Сопоставить картину на хостах и на СХД с журналом целевого прогона</w:t>
            </w:r>
          </w:p>
        </w:tc>
        <w:tc>
          <w:tcPr>
            <w:tcW w:w="1062" w:type="pct"/>
          </w:tcPr>
          <w:p w14:paraId="04799E0B" w14:textId="77777777" w:rsidR="00281EA7" w:rsidRPr="00DC587A" w:rsidRDefault="00281EA7" w:rsidP="00281EA7">
            <w:pPr>
              <w:spacing w:after="0"/>
              <w:rPr>
                <w:sz w:val="16"/>
                <w:szCs w:val="16"/>
              </w:rPr>
            </w:pPr>
            <w:r w:rsidRPr="00DC587A">
              <w:rPr>
                <w:b/>
                <w:sz w:val="16"/>
                <w:szCs w:val="16"/>
              </w:rPr>
              <w:lastRenderedPageBreak/>
              <w:t>Испытание считается успешным, если одновременно выполнены условия:</w:t>
            </w:r>
          </w:p>
          <w:p w14:paraId="48B0D101" w14:textId="77777777" w:rsidR="00281EA7" w:rsidRPr="00DC587A" w:rsidRDefault="00281EA7" w:rsidP="00281EA7">
            <w:pPr>
              <w:spacing w:after="0"/>
              <w:rPr>
                <w:sz w:val="16"/>
                <w:szCs w:val="16"/>
              </w:rPr>
            </w:pPr>
            <w:r w:rsidRPr="00DC587A">
              <w:rPr>
                <w:sz w:val="16"/>
                <w:szCs w:val="16"/>
              </w:rPr>
              <w:t xml:space="preserve">1) Во время прогона активность наблюдается по всем 4 LUN; ситуация, </w:t>
            </w:r>
            <w:r w:rsidRPr="00DC587A">
              <w:rPr>
                <w:sz w:val="16"/>
                <w:szCs w:val="16"/>
              </w:rPr>
              <w:lastRenderedPageBreak/>
              <w:t>когда работает только один LUN, не допускается</w:t>
            </w:r>
          </w:p>
          <w:p w14:paraId="424EF85E" w14:textId="77777777" w:rsidR="00281EA7" w:rsidRPr="00DC587A" w:rsidRDefault="00281EA7" w:rsidP="00281EA7">
            <w:pPr>
              <w:spacing w:after="0"/>
              <w:rPr>
                <w:sz w:val="16"/>
                <w:szCs w:val="16"/>
              </w:rPr>
            </w:pPr>
            <w:r w:rsidRPr="00DC587A">
              <w:rPr>
                <w:sz w:val="16"/>
                <w:szCs w:val="16"/>
              </w:rPr>
              <w:t>2) Рабочие пути остаются доступными, а multipath не деградирует до единственного пути без объяснимой причины</w:t>
            </w:r>
          </w:p>
          <w:p w14:paraId="6A9B024A" w14:textId="77777777" w:rsidR="00281EA7" w:rsidRPr="00DC587A" w:rsidRDefault="00281EA7" w:rsidP="00281EA7">
            <w:pPr>
              <w:spacing w:after="0"/>
              <w:rPr>
                <w:sz w:val="16"/>
                <w:szCs w:val="16"/>
              </w:rPr>
            </w:pPr>
            <w:r w:rsidRPr="00DC587A">
              <w:rPr>
                <w:sz w:val="16"/>
                <w:szCs w:val="16"/>
              </w:rPr>
              <w:t>3) На хостах и на СХД фиксируется ненулевая нагрузка на ожидаемых LUN и front-end портах. Полная математическая равномерность не требуется, но распределение не должно свидетельствовать о потере путей или исключении части LUN из теста</w:t>
            </w:r>
          </w:p>
          <w:p w14:paraId="57B3D069" w14:textId="77777777" w:rsidR="00281EA7" w:rsidRPr="00DC587A" w:rsidRDefault="00281EA7" w:rsidP="00281EA7">
            <w:pPr>
              <w:spacing w:after="0"/>
              <w:rPr>
                <w:sz w:val="16"/>
                <w:szCs w:val="16"/>
              </w:rPr>
            </w:pPr>
            <w:r w:rsidRPr="00DC587A">
              <w:rPr>
                <w:b/>
                <w:sz w:val="16"/>
                <w:szCs w:val="16"/>
              </w:rPr>
              <w:t>Примеры допустимых признаков:</w:t>
            </w:r>
          </w:p>
          <w:p w14:paraId="284F2BD4" w14:textId="77777777" w:rsidR="00281EA7" w:rsidRPr="00DC587A" w:rsidRDefault="00281EA7" w:rsidP="00281EA7">
            <w:pPr>
              <w:spacing w:after="0"/>
              <w:rPr>
                <w:sz w:val="16"/>
                <w:szCs w:val="16"/>
              </w:rPr>
            </w:pPr>
            <w:r w:rsidRPr="00DC587A">
              <w:rPr>
                <w:sz w:val="16"/>
                <w:szCs w:val="16"/>
              </w:rPr>
              <w:t>iostat: по каждому dm/mpath-устройству есть ненулевые r/s или w/s</w:t>
            </w:r>
          </w:p>
          <w:p w14:paraId="00513C23" w14:textId="77777777" w:rsidR="00281EA7" w:rsidRPr="00ED1D20" w:rsidRDefault="00281EA7" w:rsidP="00281EA7">
            <w:pPr>
              <w:spacing w:after="0"/>
              <w:rPr>
                <w:sz w:val="16"/>
                <w:szCs w:val="16"/>
                <w:lang w:val="en-US"/>
              </w:rPr>
            </w:pPr>
            <w:r w:rsidRPr="00ED1D20">
              <w:rPr>
                <w:sz w:val="16"/>
                <w:szCs w:val="16"/>
                <w:lang w:val="en-US"/>
              </w:rPr>
              <w:t xml:space="preserve">multipath -ll: </w:t>
            </w:r>
            <w:r w:rsidRPr="00DC587A">
              <w:rPr>
                <w:sz w:val="16"/>
                <w:szCs w:val="16"/>
              </w:rPr>
              <w:t>рабочие</w:t>
            </w:r>
            <w:r w:rsidRPr="00ED1D20">
              <w:rPr>
                <w:sz w:val="16"/>
                <w:szCs w:val="16"/>
                <w:lang w:val="en-US"/>
              </w:rPr>
              <w:t xml:space="preserve"> </w:t>
            </w:r>
            <w:r w:rsidRPr="00DC587A">
              <w:rPr>
                <w:sz w:val="16"/>
                <w:szCs w:val="16"/>
              </w:rPr>
              <w:t>пути</w:t>
            </w:r>
            <w:r w:rsidRPr="00ED1D20">
              <w:rPr>
                <w:sz w:val="16"/>
                <w:szCs w:val="16"/>
                <w:lang w:val="en-US"/>
              </w:rPr>
              <w:t xml:space="preserve"> active ready running</w:t>
            </w:r>
          </w:p>
          <w:p w14:paraId="477CAF34" w14:textId="77777777" w:rsidR="00281EA7" w:rsidRPr="00DC587A" w:rsidRDefault="00281EA7" w:rsidP="00281EA7">
            <w:pPr>
              <w:spacing w:after="0"/>
              <w:rPr>
                <w:sz w:val="16"/>
                <w:szCs w:val="16"/>
              </w:rPr>
            </w:pPr>
            <w:r w:rsidRPr="00DC587A">
              <w:rPr>
                <w:sz w:val="16"/>
                <w:szCs w:val="16"/>
              </w:rPr>
              <w:t>На СХД: загрузка присутствует по LUN1-LUN4 и по задействованным front-end портам</w:t>
            </w:r>
          </w:p>
        </w:tc>
      </w:tr>
    </w:tbl>
    <w:p w14:paraId="43BC629A" w14:textId="77777777" w:rsidR="00281EA7" w:rsidRDefault="00281EA7" w:rsidP="00281EA7"/>
    <w:p w14:paraId="2D1F792D" w14:textId="77777777" w:rsidR="00281EA7" w:rsidRPr="002366F0" w:rsidRDefault="00281EA7" w:rsidP="00281EA7">
      <w:pPr>
        <w:rPr>
          <w:b/>
          <w:bCs/>
          <w:szCs w:val="28"/>
        </w:rPr>
      </w:pPr>
      <w:bookmarkStart w:id="4" w:name="_Toc226714077"/>
      <w:r w:rsidRPr="00E505A8">
        <w:rPr>
          <w:b/>
          <w:bCs/>
          <w:szCs w:val="28"/>
        </w:rPr>
        <w:t>11</w:t>
      </w:r>
      <w:r w:rsidRPr="002366F0">
        <w:rPr>
          <w:b/>
          <w:bCs/>
          <w:szCs w:val="28"/>
        </w:rPr>
        <w:t xml:space="preserve"> </w:t>
      </w:r>
      <w:r w:rsidRPr="00E505A8">
        <w:rPr>
          <w:b/>
          <w:bCs/>
          <w:szCs w:val="28"/>
        </w:rPr>
        <w:t xml:space="preserve">Базовые настройки </w:t>
      </w:r>
    </w:p>
    <w:bookmarkEnd w:id="4"/>
    <w:p w14:paraId="2B7874E9" w14:textId="77777777" w:rsidR="00281EA7" w:rsidRDefault="00281EA7" w:rsidP="00281EA7">
      <w:pPr>
        <w:spacing w:line="252" w:lineRule="auto"/>
        <w:rPr>
          <w:sz w:val="20"/>
          <w:szCs w:val="20"/>
        </w:rPr>
      </w:pPr>
      <w:r>
        <w:rPr>
          <w:color w:val="4A4A4A"/>
          <w:sz w:val="20"/>
          <w:szCs w:val="20"/>
        </w:rPr>
        <w:t>Параметры multipath и udev должны быть сверены с руководством конкретного вендора СХД. Для целей данного ПМИ обязательным является использование политики round-robin; остальные параметры допускается уточнять по вендорским рекомендациям.</w:t>
      </w:r>
    </w:p>
    <w:p w14:paraId="4729E603" w14:textId="77777777" w:rsidR="00281EA7" w:rsidRDefault="00281EA7" w:rsidP="00281EA7">
      <w:pPr>
        <w:rPr>
          <w:rStyle w:val="affc"/>
        </w:rPr>
      </w:pPr>
      <w:r>
        <w:rPr>
          <w:rStyle w:val="affc"/>
        </w:rPr>
        <w:t>Требуемые пакеты и запуск multipathd</w:t>
      </w:r>
    </w:p>
    <w:tbl>
      <w:tblPr>
        <w:tblW w:w="5000" w:type="pct"/>
        <w:jc w:val="center"/>
        <w:tblCellMar>
          <w:top w:w="60" w:type="dxa"/>
          <w:left w:w="70" w:type="dxa"/>
          <w:bottom w:w="60" w:type="dxa"/>
          <w:right w:w="70" w:type="dxa"/>
        </w:tblCellMar>
        <w:tblLook w:val="04A0" w:firstRow="1" w:lastRow="0" w:firstColumn="1" w:lastColumn="0" w:noHBand="0" w:noVBand="1"/>
      </w:tblPr>
      <w:tblGrid>
        <w:gridCol w:w="14480"/>
      </w:tblGrid>
      <w:tr w:rsidR="00281EA7" w:rsidRPr="00B16F71" w14:paraId="4FCFFBD7" w14:textId="77777777" w:rsidTr="00281EA7">
        <w:trPr>
          <w:jc w:val="center"/>
        </w:trPr>
        <w:tc>
          <w:tcPr>
            <w:tcW w:w="5000" w:type="pct"/>
            <w:shd w:val="clear" w:color="auto" w:fill="F4F6F8"/>
            <w:vAlign w:val="center"/>
          </w:tcPr>
          <w:p w14:paraId="2D69D2FD" w14:textId="77777777" w:rsidR="00281EA7" w:rsidRDefault="00281EA7" w:rsidP="00281EA7">
            <w:pPr>
              <w:pStyle w:val="CodeBlock"/>
              <w:shd w:val="clear" w:color="auto" w:fill="F2F4F7"/>
              <w:rPr>
                <w:sz w:val="20"/>
                <w:szCs w:val="20"/>
              </w:rPr>
            </w:pPr>
            <w:r w:rsidRPr="00A0593A">
              <w:rPr>
                <w:rFonts w:ascii="Times New Roman" w:hAnsi="Times New Roman" w:cs="Times New Roman"/>
              </w:rPr>
              <w:t>dnf install -y fio device-mapper-multipath sg3_utils lsscsi</w:t>
            </w:r>
            <w:r w:rsidRPr="00A0593A">
              <w:rPr>
                <w:rFonts w:ascii="Times New Roman" w:hAnsi="Times New Roman" w:cs="Times New Roman"/>
              </w:rPr>
              <w:br/>
              <w:t>mpathconf --find_multipaths y</w:t>
            </w:r>
            <w:r w:rsidRPr="00A0593A">
              <w:rPr>
                <w:rFonts w:ascii="Times New Roman" w:hAnsi="Times New Roman" w:cs="Times New Roman"/>
              </w:rPr>
              <w:br/>
              <w:t>systemctl enable --now multipathd</w:t>
            </w:r>
            <w:r w:rsidRPr="00A0593A">
              <w:rPr>
                <w:rFonts w:ascii="Times New Roman" w:hAnsi="Times New Roman" w:cs="Times New Roman"/>
              </w:rPr>
              <w:br/>
              <w:t>systemctl status multipathd --no-pager</w:t>
            </w:r>
          </w:p>
        </w:tc>
      </w:tr>
    </w:tbl>
    <w:p w14:paraId="78FD4F54" w14:textId="77777777" w:rsidR="00281EA7" w:rsidRPr="00281EA7" w:rsidRDefault="00281EA7" w:rsidP="00281EA7">
      <w:pPr>
        <w:rPr>
          <w:sz w:val="20"/>
          <w:szCs w:val="20"/>
          <w:lang w:val="en-US"/>
        </w:rPr>
      </w:pPr>
    </w:p>
    <w:p w14:paraId="28D93CC2" w14:textId="77777777" w:rsidR="00281EA7" w:rsidRDefault="00281EA7" w:rsidP="00281EA7">
      <w:pPr>
        <w:rPr>
          <w:rStyle w:val="affc"/>
        </w:rPr>
      </w:pPr>
      <w:r>
        <w:rPr>
          <w:rStyle w:val="affc"/>
        </w:rPr>
        <w:t>Настройка qla2xxx</w:t>
      </w:r>
    </w:p>
    <w:tbl>
      <w:tblPr>
        <w:tblW w:w="5000" w:type="pct"/>
        <w:jc w:val="center"/>
        <w:tblCellMar>
          <w:top w:w="60" w:type="dxa"/>
          <w:left w:w="70" w:type="dxa"/>
          <w:bottom w:w="60" w:type="dxa"/>
          <w:right w:w="70" w:type="dxa"/>
        </w:tblCellMar>
        <w:tblLook w:val="04A0" w:firstRow="1" w:lastRow="0" w:firstColumn="1" w:lastColumn="0" w:noHBand="0" w:noVBand="1"/>
      </w:tblPr>
      <w:tblGrid>
        <w:gridCol w:w="14480"/>
      </w:tblGrid>
      <w:tr w:rsidR="00281EA7" w:rsidRPr="003E0862" w14:paraId="669476FF" w14:textId="77777777" w:rsidTr="00281EA7">
        <w:trPr>
          <w:jc w:val="center"/>
        </w:trPr>
        <w:tc>
          <w:tcPr>
            <w:tcW w:w="5000" w:type="pct"/>
            <w:shd w:val="clear" w:color="auto" w:fill="F4F6F8"/>
            <w:vAlign w:val="center"/>
          </w:tcPr>
          <w:p w14:paraId="30FCA00A" w14:textId="77777777" w:rsidR="00281EA7" w:rsidRPr="00E505A8" w:rsidRDefault="00281EA7" w:rsidP="00281EA7">
            <w:pPr>
              <w:pStyle w:val="CodeBlock"/>
              <w:shd w:val="clear" w:color="auto" w:fill="F2F4F7"/>
              <w:rPr>
                <w:rFonts w:ascii="Times New Roman" w:hAnsi="Times New Roman" w:cs="Times New Roman"/>
                <w:lang w:val="ru-RU"/>
              </w:rPr>
            </w:pPr>
            <w:proofErr w:type="gramStart"/>
            <w:r w:rsidRPr="00A0593A">
              <w:rPr>
                <w:rFonts w:ascii="Times New Roman" w:hAnsi="Times New Roman" w:cs="Times New Roman"/>
              </w:rPr>
              <w:t>cat</w:t>
            </w:r>
            <w:proofErr w:type="gramEnd"/>
            <w:r w:rsidRPr="00281EA7">
              <w:rPr>
                <w:rFonts w:ascii="Times New Roman" w:hAnsi="Times New Roman" w:cs="Times New Roman"/>
                <w:lang w:val="ru-RU"/>
              </w:rPr>
              <w:t xml:space="preserve"> &gt;/</w:t>
            </w:r>
            <w:r w:rsidRPr="00A0593A">
              <w:rPr>
                <w:rFonts w:ascii="Times New Roman" w:hAnsi="Times New Roman" w:cs="Times New Roman"/>
              </w:rPr>
              <w:t>etc</w:t>
            </w:r>
            <w:r w:rsidRPr="00281EA7">
              <w:rPr>
                <w:rFonts w:ascii="Times New Roman" w:hAnsi="Times New Roman" w:cs="Times New Roman"/>
                <w:lang w:val="ru-RU"/>
              </w:rPr>
              <w:t>/</w:t>
            </w:r>
            <w:r w:rsidRPr="00A0593A">
              <w:rPr>
                <w:rFonts w:ascii="Times New Roman" w:hAnsi="Times New Roman" w:cs="Times New Roman"/>
              </w:rPr>
              <w:t>modprobe</w:t>
            </w:r>
            <w:r w:rsidRPr="00281EA7">
              <w:rPr>
                <w:rFonts w:ascii="Times New Roman" w:hAnsi="Times New Roman" w:cs="Times New Roman"/>
                <w:lang w:val="ru-RU"/>
              </w:rPr>
              <w:t>.</w:t>
            </w:r>
            <w:r w:rsidRPr="00A0593A">
              <w:rPr>
                <w:rFonts w:ascii="Times New Roman" w:hAnsi="Times New Roman" w:cs="Times New Roman"/>
              </w:rPr>
              <w:t>d</w:t>
            </w:r>
            <w:r w:rsidRPr="00281EA7">
              <w:rPr>
                <w:rFonts w:ascii="Times New Roman" w:hAnsi="Times New Roman" w:cs="Times New Roman"/>
                <w:lang w:val="ru-RU"/>
              </w:rPr>
              <w:t>/</w:t>
            </w:r>
            <w:r w:rsidRPr="00A0593A">
              <w:rPr>
                <w:rFonts w:ascii="Times New Roman" w:hAnsi="Times New Roman" w:cs="Times New Roman"/>
              </w:rPr>
              <w:t>qla</w:t>
            </w:r>
            <w:r w:rsidRPr="00281EA7">
              <w:rPr>
                <w:rFonts w:ascii="Times New Roman" w:hAnsi="Times New Roman" w:cs="Times New Roman"/>
                <w:lang w:val="ru-RU"/>
              </w:rPr>
              <w:t>2</w:t>
            </w:r>
            <w:r w:rsidRPr="00A0593A">
              <w:rPr>
                <w:rFonts w:ascii="Times New Roman" w:hAnsi="Times New Roman" w:cs="Times New Roman"/>
              </w:rPr>
              <w:t>xxx</w:t>
            </w:r>
            <w:r w:rsidRPr="00281EA7">
              <w:rPr>
                <w:rFonts w:ascii="Times New Roman" w:hAnsi="Times New Roman" w:cs="Times New Roman"/>
                <w:lang w:val="ru-RU"/>
              </w:rPr>
              <w:t>.</w:t>
            </w:r>
            <w:r w:rsidRPr="00A0593A">
              <w:rPr>
                <w:rFonts w:ascii="Times New Roman" w:hAnsi="Times New Roman" w:cs="Times New Roman"/>
              </w:rPr>
              <w:t>conf</w:t>
            </w:r>
            <w:r w:rsidRPr="00281EA7">
              <w:rPr>
                <w:rFonts w:ascii="Times New Roman" w:hAnsi="Times New Roman" w:cs="Times New Roman"/>
                <w:lang w:val="ru-RU"/>
              </w:rPr>
              <w:t xml:space="preserve"> &lt;&lt;'</w:t>
            </w:r>
            <w:r w:rsidRPr="00A0593A">
              <w:rPr>
                <w:rFonts w:ascii="Times New Roman" w:hAnsi="Times New Roman" w:cs="Times New Roman"/>
              </w:rPr>
              <w:t>EOF</w:t>
            </w:r>
            <w:r w:rsidRPr="00281EA7">
              <w:rPr>
                <w:rFonts w:ascii="Times New Roman" w:hAnsi="Times New Roman" w:cs="Times New Roman"/>
                <w:lang w:val="ru-RU"/>
              </w:rPr>
              <w:t>'</w:t>
            </w:r>
            <w:r w:rsidRPr="00281EA7">
              <w:rPr>
                <w:rFonts w:ascii="Times New Roman" w:hAnsi="Times New Roman" w:cs="Times New Roman"/>
                <w:lang w:val="ru-RU"/>
              </w:rPr>
              <w:br/>
            </w:r>
            <w:r w:rsidRPr="00A0593A">
              <w:rPr>
                <w:rFonts w:ascii="Times New Roman" w:hAnsi="Times New Roman" w:cs="Times New Roman"/>
              </w:rPr>
              <w:t>options</w:t>
            </w:r>
            <w:r w:rsidRPr="00281EA7">
              <w:rPr>
                <w:rFonts w:ascii="Times New Roman" w:hAnsi="Times New Roman" w:cs="Times New Roman"/>
                <w:lang w:val="ru-RU"/>
              </w:rPr>
              <w:t xml:space="preserve"> </w:t>
            </w:r>
            <w:r w:rsidRPr="00A0593A">
              <w:rPr>
                <w:rFonts w:ascii="Times New Roman" w:hAnsi="Times New Roman" w:cs="Times New Roman"/>
              </w:rPr>
              <w:t>qla</w:t>
            </w:r>
            <w:r w:rsidRPr="00281EA7">
              <w:rPr>
                <w:rFonts w:ascii="Times New Roman" w:hAnsi="Times New Roman" w:cs="Times New Roman"/>
                <w:lang w:val="ru-RU"/>
              </w:rPr>
              <w:t>2</w:t>
            </w:r>
            <w:r w:rsidRPr="00A0593A">
              <w:rPr>
                <w:rFonts w:ascii="Times New Roman" w:hAnsi="Times New Roman" w:cs="Times New Roman"/>
              </w:rPr>
              <w:t>xxx</w:t>
            </w:r>
            <w:r w:rsidRPr="00281EA7">
              <w:rPr>
                <w:rFonts w:ascii="Times New Roman" w:hAnsi="Times New Roman" w:cs="Times New Roman"/>
                <w:lang w:val="ru-RU"/>
              </w:rPr>
              <w:t xml:space="preserve"> </w:t>
            </w:r>
            <w:r w:rsidRPr="00A0593A">
              <w:rPr>
                <w:rFonts w:ascii="Times New Roman" w:hAnsi="Times New Roman" w:cs="Times New Roman"/>
              </w:rPr>
              <w:t>ql</w:t>
            </w:r>
            <w:r w:rsidRPr="00281EA7">
              <w:rPr>
                <w:rFonts w:ascii="Times New Roman" w:hAnsi="Times New Roman" w:cs="Times New Roman"/>
                <w:lang w:val="ru-RU"/>
              </w:rPr>
              <w:t>2</w:t>
            </w:r>
            <w:r w:rsidRPr="00A0593A">
              <w:rPr>
                <w:rFonts w:ascii="Times New Roman" w:hAnsi="Times New Roman" w:cs="Times New Roman"/>
              </w:rPr>
              <w:t>xmaxqdepth</w:t>
            </w:r>
            <w:r w:rsidRPr="00281EA7">
              <w:rPr>
                <w:rFonts w:ascii="Times New Roman" w:hAnsi="Times New Roman" w:cs="Times New Roman"/>
                <w:lang w:val="ru-RU"/>
              </w:rPr>
              <w:t>=256</w:t>
            </w:r>
            <w:r w:rsidRPr="00281EA7">
              <w:rPr>
                <w:rFonts w:ascii="Times New Roman" w:hAnsi="Times New Roman" w:cs="Times New Roman"/>
                <w:lang w:val="ru-RU"/>
              </w:rPr>
              <w:br/>
            </w:r>
            <w:r w:rsidRPr="00A0593A">
              <w:rPr>
                <w:rFonts w:ascii="Times New Roman" w:hAnsi="Times New Roman" w:cs="Times New Roman"/>
              </w:rPr>
              <w:t>EOF</w:t>
            </w:r>
            <w:r w:rsidRPr="00281EA7">
              <w:rPr>
                <w:rFonts w:ascii="Times New Roman" w:hAnsi="Times New Roman" w:cs="Times New Roman"/>
                <w:lang w:val="ru-RU"/>
              </w:rPr>
              <w:br/>
            </w:r>
            <w:r w:rsidRPr="00281EA7">
              <w:rPr>
                <w:rFonts w:ascii="Times New Roman" w:hAnsi="Times New Roman" w:cs="Times New Roman"/>
                <w:lang w:val="ru-RU"/>
              </w:rPr>
              <w:br/>
            </w:r>
            <w:r w:rsidRPr="00A0593A">
              <w:rPr>
                <w:rFonts w:ascii="Times New Roman" w:hAnsi="Times New Roman" w:cs="Times New Roman"/>
              </w:rPr>
              <w:t>cat</w:t>
            </w:r>
            <w:r w:rsidRPr="00281EA7">
              <w:rPr>
                <w:rFonts w:ascii="Times New Roman" w:hAnsi="Times New Roman" w:cs="Times New Roman"/>
                <w:lang w:val="ru-RU"/>
              </w:rPr>
              <w:t xml:space="preserve"> &gt;/</w:t>
            </w:r>
            <w:r w:rsidRPr="00A0593A">
              <w:rPr>
                <w:rFonts w:ascii="Times New Roman" w:hAnsi="Times New Roman" w:cs="Times New Roman"/>
              </w:rPr>
              <w:t>etc</w:t>
            </w:r>
            <w:r w:rsidRPr="00281EA7">
              <w:rPr>
                <w:rFonts w:ascii="Times New Roman" w:hAnsi="Times New Roman" w:cs="Times New Roman"/>
                <w:lang w:val="ru-RU"/>
              </w:rPr>
              <w:t>/</w:t>
            </w:r>
            <w:r w:rsidRPr="00A0593A">
              <w:rPr>
                <w:rFonts w:ascii="Times New Roman" w:hAnsi="Times New Roman" w:cs="Times New Roman"/>
              </w:rPr>
              <w:t>modules</w:t>
            </w:r>
            <w:r w:rsidRPr="00281EA7">
              <w:rPr>
                <w:rFonts w:ascii="Times New Roman" w:hAnsi="Times New Roman" w:cs="Times New Roman"/>
                <w:lang w:val="ru-RU"/>
              </w:rPr>
              <w:t>-</w:t>
            </w:r>
            <w:r w:rsidRPr="00A0593A">
              <w:rPr>
                <w:rFonts w:ascii="Times New Roman" w:hAnsi="Times New Roman" w:cs="Times New Roman"/>
              </w:rPr>
              <w:t>load</w:t>
            </w:r>
            <w:r w:rsidRPr="00281EA7">
              <w:rPr>
                <w:rFonts w:ascii="Times New Roman" w:hAnsi="Times New Roman" w:cs="Times New Roman"/>
                <w:lang w:val="ru-RU"/>
              </w:rPr>
              <w:t>.</w:t>
            </w:r>
            <w:r w:rsidRPr="00A0593A">
              <w:rPr>
                <w:rFonts w:ascii="Times New Roman" w:hAnsi="Times New Roman" w:cs="Times New Roman"/>
              </w:rPr>
              <w:t>d</w:t>
            </w:r>
            <w:r w:rsidRPr="00281EA7">
              <w:rPr>
                <w:rFonts w:ascii="Times New Roman" w:hAnsi="Times New Roman" w:cs="Times New Roman"/>
                <w:lang w:val="ru-RU"/>
              </w:rPr>
              <w:t>/</w:t>
            </w:r>
            <w:r w:rsidRPr="00A0593A">
              <w:rPr>
                <w:rFonts w:ascii="Times New Roman" w:hAnsi="Times New Roman" w:cs="Times New Roman"/>
              </w:rPr>
              <w:t>qla</w:t>
            </w:r>
            <w:r w:rsidRPr="00281EA7">
              <w:rPr>
                <w:rFonts w:ascii="Times New Roman" w:hAnsi="Times New Roman" w:cs="Times New Roman"/>
                <w:lang w:val="ru-RU"/>
              </w:rPr>
              <w:t>2</w:t>
            </w:r>
            <w:r w:rsidRPr="00A0593A">
              <w:rPr>
                <w:rFonts w:ascii="Times New Roman" w:hAnsi="Times New Roman" w:cs="Times New Roman"/>
              </w:rPr>
              <w:t>xxx</w:t>
            </w:r>
            <w:r w:rsidRPr="00281EA7">
              <w:rPr>
                <w:rFonts w:ascii="Times New Roman" w:hAnsi="Times New Roman" w:cs="Times New Roman"/>
                <w:lang w:val="ru-RU"/>
              </w:rPr>
              <w:t>.</w:t>
            </w:r>
            <w:r w:rsidRPr="00A0593A">
              <w:rPr>
                <w:rFonts w:ascii="Times New Roman" w:hAnsi="Times New Roman" w:cs="Times New Roman"/>
              </w:rPr>
              <w:t>conf</w:t>
            </w:r>
            <w:r w:rsidRPr="00281EA7">
              <w:rPr>
                <w:rFonts w:ascii="Times New Roman" w:hAnsi="Times New Roman" w:cs="Times New Roman"/>
                <w:lang w:val="ru-RU"/>
              </w:rPr>
              <w:t xml:space="preserve"> &lt;&lt;'</w:t>
            </w:r>
            <w:r w:rsidRPr="00A0593A">
              <w:rPr>
                <w:rFonts w:ascii="Times New Roman" w:hAnsi="Times New Roman" w:cs="Times New Roman"/>
              </w:rPr>
              <w:t>EOF</w:t>
            </w:r>
            <w:r w:rsidRPr="00281EA7">
              <w:rPr>
                <w:rFonts w:ascii="Times New Roman" w:hAnsi="Times New Roman" w:cs="Times New Roman"/>
                <w:lang w:val="ru-RU"/>
              </w:rPr>
              <w:t>'</w:t>
            </w:r>
            <w:r w:rsidRPr="00281EA7">
              <w:rPr>
                <w:rFonts w:ascii="Times New Roman" w:hAnsi="Times New Roman" w:cs="Times New Roman"/>
                <w:lang w:val="ru-RU"/>
              </w:rPr>
              <w:br/>
            </w:r>
            <w:r w:rsidRPr="00A0593A">
              <w:rPr>
                <w:rFonts w:ascii="Times New Roman" w:hAnsi="Times New Roman" w:cs="Times New Roman"/>
              </w:rPr>
              <w:t>qla</w:t>
            </w:r>
            <w:r w:rsidRPr="00281EA7">
              <w:rPr>
                <w:rFonts w:ascii="Times New Roman" w:hAnsi="Times New Roman" w:cs="Times New Roman"/>
                <w:lang w:val="ru-RU"/>
              </w:rPr>
              <w:t>2</w:t>
            </w:r>
            <w:r w:rsidRPr="00A0593A">
              <w:rPr>
                <w:rFonts w:ascii="Times New Roman" w:hAnsi="Times New Roman" w:cs="Times New Roman"/>
              </w:rPr>
              <w:t>xxx</w:t>
            </w:r>
            <w:r w:rsidRPr="00281EA7">
              <w:rPr>
                <w:rFonts w:ascii="Times New Roman" w:hAnsi="Times New Roman" w:cs="Times New Roman"/>
                <w:lang w:val="ru-RU"/>
              </w:rPr>
              <w:br/>
            </w:r>
            <w:r w:rsidRPr="00A0593A">
              <w:rPr>
                <w:rFonts w:ascii="Times New Roman" w:hAnsi="Times New Roman" w:cs="Times New Roman"/>
              </w:rPr>
              <w:t>EOF</w:t>
            </w:r>
            <w:r w:rsidRPr="00281EA7">
              <w:rPr>
                <w:rFonts w:ascii="Times New Roman" w:hAnsi="Times New Roman" w:cs="Times New Roman"/>
                <w:lang w:val="ru-RU"/>
              </w:rPr>
              <w:br/>
            </w:r>
            <w:r w:rsidRPr="00281EA7">
              <w:rPr>
                <w:rFonts w:ascii="Times New Roman" w:hAnsi="Times New Roman" w:cs="Times New Roman"/>
                <w:lang w:val="ru-RU"/>
              </w:rPr>
              <w:br/>
              <w:t xml:space="preserve"># </w:t>
            </w:r>
            <w:r w:rsidRPr="00E505A8">
              <w:rPr>
                <w:rFonts w:ascii="Times New Roman" w:hAnsi="Times New Roman" w:cs="Times New Roman"/>
                <w:lang w:val="ru-RU"/>
              </w:rPr>
              <w:t>Пример</w:t>
            </w:r>
            <w:r w:rsidRPr="00281EA7">
              <w:rPr>
                <w:rFonts w:ascii="Times New Roman" w:hAnsi="Times New Roman" w:cs="Times New Roman"/>
                <w:lang w:val="ru-RU"/>
              </w:rPr>
              <w:t xml:space="preserve"> </w:t>
            </w:r>
            <w:r w:rsidRPr="00E505A8">
              <w:rPr>
                <w:rFonts w:ascii="Times New Roman" w:hAnsi="Times New Roman" w:cs="Times New Roman"/>
                <w:lang w:val="ru-RU"/>
              </w:rPr>
              <w:t>процедуры</w:t>
            </w:r>
            <w:r w:rsidRPr="00281EA7">
              <w:rPr>
                <w:rFonts w:ascii="Times New Roman" w:hAnsi="Times New Roman" w:cs="Times New Roman"/>
                <w:lang w:val="ru-RU"/>
              </w:rPr>
              <w:t xml:space="preserve"> </w:t>
            </w:r>
            <w:r w:rsidRPr="00E505A8">
              <w:rPr>
                <w:rFonts w:ascii="Times New Roman" w:hAnsi="Times New Roman" w:cs="Times New Roman"/>
                <w:lang w:val="ru-RU"/>
              </w:rPr>
              <w:t>обновления</w:t>
            </w:r>
            <w:r w:rsidRPr="00281EA7">
              <w:rPr>
                <w:rFonts w:ascii="Times New Roman" w:hAnsi="Times New Roman" w:cs="Times New Roman"/>
                <w:lang w:val="ru-RU"/>
              </w:rPr>
              <w:t xml:space="preserve"> </w:t>
            </w:r>
            <w:r w:rsidRPr="00A0593A">
              <w:rPr>
                <w:rFonts w:ascii="Times New Roman" w:hAnsi="Times New Roman" w:cs="Times New Roman"/>
              </w:rPr>
              <w:t>initramfs</w:t>
            </w:r>
            <w:r w:rsidRPr="00281EA7">
              <w:rPr>
                <w:rFonts w:ascii="Times New Roman" w:hAnsi="Times New Roman" w:cs="Times New Roman"/>
                <w:lang w:val="ru-RU"/>
              </w:rPr>
              <w:t xml:space="preserve">. </w:t>
            </w:r>
            <w:r w:rsidRPr="00E505A8">
              <w:rPr>
                <w:rFonts w:ascii="Times New Roman" w:hAnsi="Times New Roman" w:cs="Times New Roman"/>
                <w:lang w:val="ru-RU"/>
              </w:rPr>
              <w:t>На реальном стенде ввод может быть видоизменён в зависимости от дистрибутива и версии dracut.</w:t>
            </w:r>
            <w:r w:rsidRPr="00E505A8">
              <w:rPr>
                <w:rFonts w:ascii="Times New Roman" w:hAnsi="Times New Roman" w:cs="Times New Roman"/>
                <w:lang w:val="ru-RU"/>
              </w:rPr>
              <w:br/>
              <w:t>KVER=$(uname -r)</w:t>
            </w:r>
            <w:r w:rsidRPr="00E505A8">
              <w:rPr>
                <w:rFonts w:ascii="Times New Roman" w:hAnsi="Times New Roman" w:cs="Times New Roman"/>
                <w:lang w:val="ru-RU"/>
              </w:rPr>
              <w:br/>
            </w:r>
            <w:r w:rsidRPr="00E505A8">
              <w:rPr>
                <w:rFonts w:ascii="Times New Roman" w:hAnsi="Times New Roman" w:cs="Times New Roman"/>
                <w:lang w:val="ru-RU"/>
              </w:rPr>
              <w:lastRenderedPageBreak/>
              <w:t>cp -p /boot/initramfs-$KVER.img /boot/initramfs-$KVER.img.sav</w:t>
            </w:r>
            <w:r w:rsidRPr="00E505A8">
              <w:rPr>
                <w:rFonts w:ascii="Times New Roman" w:hAnsi="Times New Roman" w:cs="Times New Roman"/>
                <w:lang w:val="ru-RU"/>
              </w:rPr>
              <w:br/>
              <w:t>dracut -v -f /tmp/initramfs-$KVER.img $KVER</w:t>
            </w:r>
            <w:r w:rsidRPr="00E505A8">
              <w:rPr>
                <w:rFonts w:ascii="Times New Roman" w:hAnsi="Times New Roman" w:cs="Times New Roman"/>
                <w:lang w:val="ru-RU"/>
              </w:rPr>
              <w:br/>
              <w:t>cp -p /tmp/initramfs-$KVER.img /boot/initramfs-$KVER.img</w:t>
            </w:r>
            <w:r w:rsidRPr="00E505A8">
              <w:rPr>
                <w:rFonts w:ascii="Times New Roman" w:hAnsi="Times New Roman" w:cs="Times New Roman"/>
                <w:lang w:val="ru-RU"/>
              </w:rPr>
              <w:br/>
              <w:t>sync</w:t>
            </w:r>
            <w:r w:rsidRPr="00E505A8">
              <w:rPr>
                <w:rFonts w:ascii="Times New Roman" w:hAnsi="Times New Roman" w:cs="Times New Roman"/>
                <w:lang w:val="ru-RU"/>
              </w:rPr>
              <w:br/>
            </w:r>
            <w:r w:rsidRPr="00E505A8">
              <w:rPr>
                <w:rFonts w:ascii="Times New Roman" w:hAnsi="Times New Roman" w:cs="Times New Roman"/>
                <w:lang w:val="ru-RU"/>
              </w:rPr>
              <w:br/>
              <w:t>reboot</w:t>
            </w:r>
            <w:r w:rsidRPr="00E505A8">
              <w:rPr>
                <w:rFonts w:ascii="Times New Roman" w:hAnsi="Times New Roman" w:cs="Times New Roman"/>
                <w:lang w:val="ru-RU"/>
              </w:rPr>
              <w:br/>
            </w:r>
            <w:r w:rsidRPr="00E505A8">
              <w:rPr>
                <w:rFonts w:ascii="Times New Roman" w:hAnsi="Times New Roman" w:cs="Times New Roman"/>
                <w:lang w:val="ru-RU"/>
              </w:rPr>
              <w:br/>
              <w:t>cat /sys/module/qla2xxx/parameters/ql2xmaxqdepth</w:t>
            </w:r>
          </w:p>
        </w:tc>
      </w:tr>
    </w:tbl>
    <w:p w14:paraId="68A60CE5" w14:textId="77777777" w:rsidR="00281EA7" w:rsidRPr="00274782" w:rsidRDefault="00281EA7" w:rsidP="00281EA7">
      <w:pPr>
        <w:rPr>
          <w:sz w:val="20"/>
          <w:szCs w:val="20"/>
        </w:rPr>
      </w:pPr>
    </w:p>
    <w:p w14:paraId="45499B7C" w14:textId="77777777" w:rsidR="00281EA7" w:rsidRDefault="00281EA7" w:rsidP="00281EA7">
      <w:pPr>
        <w:rPr>
          <w:rStyle w:val="affc"/>
        </w:rPr>
      </w:pPr>
      <w:r>
        <w:rPr>
          <w:rStyle w:val="affc"/>
        </w:rPr>
        <w:t>Udev для нижележащих FC-устройств</w:t>
      </w:r>
    </w:p>
    <w:p w14:paraId="33DECC46" w14:textId="77777777" w:rsidR="00281EA7" w:rsidRDefault="00281EA7" w:rsidP="00281EA7">
      <w:pPr>
        <w:spacing w:line="252" w:lineRule="auto"/>
        <w:rPr>
          <w:sz w:val="20"/>
          <w:szCs w:val="20"/>
        </w:rPr>
      </w:pPr>
      <w:r>
        <w:rPr>
          <w:color w:val="4A4A4A"/>
          <w:sz w:val="20"/>
          <w:szCs w:val="20"/>
        </w:rPr>
        <w:t>Ниже приведён vendor-neutral пример. На реальном стенде правило рекомендуется сузить по vendor/model, WWID или иным признакам, указанным в документации конкретной СХД.</w:t>
      </w:r>
    </w:p>
    <w:tbl>
      <w:tblPr>
        <w:tblW w:w="5000" w:type="pct"/>
        <w:jc w:val="center"/>
        <w:tblCellMar>
          <w:top w:w="60" w:type="dxa"/>
          <w:left w:w="70" w:type="dxa"/>
          <w:bottom w:w="60" w:type="dxa"/>
          <w:right w:w="70" w:type="dxa"/>
        </w:tblCellMar>
        <w:tblLook w:val="04A0" w:firstRow="1" w:lastRow="0" w:firstColumn="1" w:lastColumn="0" w:noHBand="0" w:noVBand="1"/>
      </w:tblPr>
      <w:tblGrid>
        <w:gridCol w:w="14480"/>
      </w:tblGrid>
      <w:tr w:rsidR="00281EA7" w14:paraId="5F0953F9" w14:textId="77777777" w:rsidTr="00281EA7">
        <w:trPr>
          <w:jc w:val="center"/>
        </w:trPr>
        <w:tc>
          <w:tcPr>
            <w:tcW w:w="5000" w:type="pct"/>
            <w:shd w:val="clear" w:color="auto" w:fill="F4F6F8"/>
            <w:vAlign w:val="center"/>
          </w:tcPr>
          <w:p w14:paraId="054F664F"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 vi /etc/udev/rules.d/70-storage.rules</w:t>
            </w:r>
          </w:p>
          <w:p w14:paraId="5214A61C" w14:textId="77777777" w:rsidR="00281EA7" w:rsidRPr="00C9173F" w:rsidRDefault="00281EA7" w:rsidP="00281EA7">
            <w:pPr>
              <w:pStyle w:val="CodeBlock"/>
              <w:shd w:val="clear" w:color="auto" w:fill="F2F4F7"/>
              <w:rPr>
                <w:rFonts w:ascii="Times New Roman" w:hAnsi="Times New Roman" w:cs="Times New Roman"/>
              </w:rPr>
            </w:pPr>
            <w:r w:rsidRPr="00C9173F">
              <w:rPr>
                <w:rFonts w:ascii="Times New Roman" w:hAnsi="Times New Roman" w:cs="Times New Roman"/>
              </w:rPr>
              <w:t>---cut---</w:t>
            </w:r>
          </w:p>
          <w:p w14:paraId="7D356FF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 Set SCSI command timeout for storage devices to 120 seconds</w:t>
            </w:r>
            <w:r w:rsidRPr="00A0593A">
              <w:rPr>
                <w:rFonts w:ascii="Times New Roman" w:hAnsi="Times New Roman" w:cs="Times New Roman"/>
              </w:rPr>
              <w:br/>
              <w:t>ACTION=="add|change", SUBSYSTEM=="block", ENV{ID_VENDOR}=="&lt;VENDOR&gt;", \</w:t>
            </w:r>
          </w:p>
          <w:p w14:paraId="061530E0"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ENV{ID_MODEL}=="&lt;MODEL&gt;", ATTR{device/timeout}="120"</w:t>
            </w:r>
          </w:p>
          <w:p w14:paraId="7600A244"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 Подставить идентификаторы конкретной СХД из вывода: udevadm info --query=property --name=&lt;sd_device&gt;</w:t>
            </w:r>
          </w:p>
          <w:p w14:paraId="115E00F1" w14:textId="77777777" w:rsidR="00281EA7" w:rsidRPr="00E505A8" w:rsidRDefault="00281EA7" w:rsidP="00281EA7">
            <w:pPr>
              <w:pStyle w:val="CodeBlock"/>
              <w:shd w:val="clear" w:color="auto" w:fill="F2F4F7"/>
              <w:rPr>
                <w:rFonts w:ascii="Times New Roman" w:hAnsi="Times New Roman" w:cs="Times New Roman"/>
                <w:lang w:val="ru-RU"/>
              </w:rPr>
            </w:pPr>
          </w:p>
          <w:p w14:paraId="5E56E94D" w14:textId="77777777" w:rsidR="00281EA7" w:rsidRPr="00E505A8" w:rsidRDefault="00281EA7" w:rsidP="00281EA7">
            <w:pPr>
              <w:pStyle w:val="CodeBlock"/>
              <w:shd w:val="clear" w:color="auto" w:fill="F2F4F7"/>
              <w:rPr>
                <w:rFonts w:ascii="Times New Roman" w:hAnsi="Times New Roman" w:cs="Times New Roman"/>
                <w:lang w:val="ru-RU"/>
              </w:rPr>
            </w:pPr>
          </w:p>
          <w:p w14:paraId="47412150" w14:textId="77777777" w:rsidR="00281EA7" w:rsidRPr="00C9173F" w:rsidRDefault="00281EA7" w:rsidP="00281EA7">
            <w:pPr>
              <w:pStyle w:val="CodeBlock"/>
              <w:shd w:val="clear" w:color="auto" w:fill="F2F4F7"/>
              <w:rPr>
                <w:rFonts w:ascii="Times New Roman" w:hAnsi="Times New Roman" w:cs="Times New Roman"/>
              </w:rPr>
            </w:pPr>
            <w:r w:rsidRPr="00C9173F">
              <w:rPr>
                <w:rFonts w:ascii="Times New Roman" w:hAnsi="Times New Roman" w:cs="Times New Roman"/>
              </w:rPr>
              <w:t>---cut---</w:t>
            </w:r>
          </w:p>
          <w:p w14:paraId="28A7DAF2" w14:textId="77777777" w:rsidR="00281EA7" w:rsidRPr="00C9173F" w:rsidRDefault="00281EA7" w:rsidP="00281EA7">
            <w:pPr>
              <w:pStyle w:val="CodeBlock"/>
              <w:shd w:val="clear" w:color="auto" w:fill="F2F4F7"/>
              <w:rPr>
                <w:rFonts w:ascii="Times New Roman" w:hAnsi="Times New Roman" w:cs="Times New Roman"/>
              </w:rPr>
            </w:pPr>
          </w:p>
          <w:p w14:paraId="4A874A6F"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 udevadm control --reload</w:t>
            </w:r>
          </w:p>
          <w:p w14:paraId="433F59F8"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 udevadm trigger --verbose --action=change --attr-match="subsystem=block"</w:t>
            </w:r>
          </w:p>
          <w:p w14:paraId="706B4A2B"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 lsblk -t</w:t>
            </w:r>
          </w:p>
        </w:tc>
      </w:tr>
    </w:tbl>
    <w:p w14:paraId="03E75725" w14:textId="77777777" w:rsidR="00281EA7" w:rsidRDefault="00281EA7" w:rsidP="00281EA7">
      <w:pPr>
        <w:rPr>
          <w:sz w:val="20"/>
          <w:szCs w:val="20"/>
        </w:rPr>
      </w:pPr>
    </w:p>
    <w:tbl>
      <w:tblPr>
        <w:tblW w:w="5000" w:type="pct"/>
        <w:tblLook w:val="0420" w:firstRow="1" w:lastRow="0" w:firstColumn="0" w:lastColumn="0" w:noHBand="0" w:noVBand="1"/>
      </w:tblPr>
      <w:tblGrid>
        <w:gridCol w:w="7286"/>
        <w:gridCol w:w="7194"/>
      </w:tblGrid>
      <w:tr w:rsidR="00281EA7" w:rsidRPr="00582D30" w14:paraId="6AA0C104" w14:textId="77777777" w:rsidTr="00281EA7">
        <w:tc>
          <w:tcPr>
            <w:tcW w:w="5000" w:type="pct"/>
            <w:gridSpan w:val="2"/>
            <w:shd w:val="clear" w:color="auto" w:fill="DEEAF6" w:themeFill="accent1" w:themeFillTint="33"/>
          </w:tcPr>
          <w:p w14:paraId="5D06D831" w14:textId="77777777" w:rsidR="00281EA7" w:rsidRPr="00582D30" w:rsidRDefault="00281EA7" w:rsidP="00281EA7">
            <w:pPr>
              <w:jc w:val="center"/>
              <w:rPr>
                <w:sz w:val="20"/>
                <w:szCs w:val="20"/>
              </w:rPr>
            </w:pPr>
            <w:r w:rsidRPr="00582D30">
              <w:rPr>
                <w:sz w:val="20"/>
                <w:szCs w:val="20"/>
              </w:rPr>
              <w:t>ПАРАМЕТРЫ</w:t>
            </w:r>
          </w:p>
        </w:tc>
      </w:tr>
      <w:tr w:rsidR="00281EA7" w:rsidRPr="003E0862" w14:paraId="77066B10" w14:textId="77777777" w:rsidTr="00281EA7">
        <w:tc>
          <w:tcPr>
            <w:tcW w:w="2516" w:type="pct"/>
          </w:tcPr>
          <w:p w14:paraId="3419A1E7" w14:textId="77777777" w:rsidR="00281EA7" w:rsidRPr="00582D30" w:rsidRDefault="00281EA7" w:rsidP="00281EA7">
            <w:pPr>
              <w:rPr>
                <w:sz w:val="20"/>
                <w:szCs w:val="20"/>
              </w:rPr>
            </w:pPr>
            <w:r w:rsidRPr="00582D30">
              <w:rPr>
                <w:sz w:val="20"/>
                <w:szCs w:val="20"/>
              </w:rPr>
              <w:t>ACTION=="add|change"</w:t>
            </w:r>
          </w:p>
        </w:tc>
        <w:tc>
          <w:tcPr>
            <w:tcW w:w="2484" w:type="pct"/>
          </w:tcPr>
          <w:p w14:paraId="5664E086" w14:textId="77777777" w:rsidR="00281EA7" w:rsidRPr="00582D30" w:rsidRDefault="00281EA7" w:rsidP="00281EA7">
            <w:pPr>
              <w:rPr>
                <w:sz w:val="20"/>
                <w:szCs w:val="20"/>
              </w:rPr>
            </w:pPr>
            <w:r w:rsidRPr="00582D30">
              <w:rPr>
                <w:sz w:val="20"/>
                <w:szCs w:val="20"/>
              </w:rPr>
              <w:t>Правило срабатывает при добавлении нового LUN или изменении существующего</w:t>
            </w:r>
          </w:p>
        </w:tc>
      </w:tr>
      <w:tr w:rsidR="00281EA7" w:rsidRPr="00582D30" w14:paraId="72D9E952" w14:textId="77777777" w:rsidTr="00281EA7">
        <w:tc>
          <w:tcPr>
            <w:tcW w:w="2516" w:type="pct"/>
          </w:tcPr>
          <w:p w14:paraId="4C4644B7" w14:textId="77777777" w:rsidR="00281EA7" w:rsidRPr="00582D30" w:rsidRDefault="00281EA7" w:rsidP="00281EA7">
            <w:pPr>
              <w:rPr>
                <w:sz w:val="20"/>
                <w:szCs w:val="20"/>
              </w:rPr>
            </w:pPr>
            <w:r w:rsidRPr="00582D30">
              <w:rPr>
                <w:sz w:val="20"/>
                <w:szCs w:val="20"/>
              </w:rPr>
              <w:t>SUBSYSTEM=="block"</w:t>
            </w:r>
          </w:p>
        </w:tc>
        <w:tc>
          <w:tcPr>
            <w:tcW w:w="2484" w:type="pct"/>
          </w:tcPr>
          <w:p w14:paraId="3EC6FCB8" w14:textId="77777777" w:rsidR="00281EA7" w:rsidRPr="00582D30" w:rsidRDefault="00281EA7" w:rsidP="00281EA7">
            <w:pPr>
              <w:rPr>
                <w:sz w:val="20"/>
                <w:szCs w:val="20"/>
              </w:rPr>
            </w:pPr>
            <w:r w:rsidRPr="00582D30">
              <w:rPr>
                <w:sz w:val="20"/>
                <w:szCs w:val="20"/>
              </w:rPr>
              <w:t>Используется подсистема блочных устройств</w:t>
            </w:r>
          </w:p>
        </w:tc>
      </w:tr>
      <w:tr w:rsidR="00281EA7" w:rsidRPr="003E0862" w14:paraId="0C30B1D2" w14:textId="77777777" w:rsidTr="00281EA7">
        <w:tc>
          <w:tcPr>
            <w:tcW w:w="2516" w:type="pct"/>
          </w:tcPr>
          <w:p w14:paraId="2CD8DDC2" w14:textId="77777777" w:rsidR="00281EA7" w:rsidRPr="00ED1D20" w:rsidRDefault="00281EA7" w:rsidP="00281EA7">
            <w:pPr>
              <w:spacing w:after="0"/>
              <w:rPr>
                <w:sz w:val="20"/>
                <w:szCs w:val="20"/>
                <w:lang w:val="en-US"/>
              </w:rPr>
            </w:pPr>
            <w:r w:rsidRPr="00ED1D20">
              <w:rPr>
                <w:sz w:val="20"/>
                <w:szCs w:val="20"/>
                <w:lang w:val="en-US"/>
              </w:rPr>
              <w:t>ENV{ID_VENDOR}=="&lt;VENDOR&gt;"</w:t>
            </w:r>
          </w:p>
          <w:p w14:paraId="16C035C5" w14:textId="77777777" w:rsidR="00281EA7" w:rsidRPr="00ED1D20" w:rsidRDefault="00281EA7" w:rsidP="00281EA7">
            <w:pPr>
              <w:spacing w:after="0"/>
              <w:rPr>
                <w:sz w:val="20"/>
                <w:szCs w:val="20"/>
                <w:lang w:val="en-US"/>
              </w:rPr>
            </w:pPr>
            <w:r w:rsidRPr="00ED1D20">
              <w:rPr>
                <w:sz w:val="20"/>
                <w:szCs w:val="20"/>
                <w:lang w:val="en-US"/>
              </w:rPr>
              <w:t>ENV{ID_MODEL}=="&lt;MODEL&gt;"</w:t>
            </w:r>
          </w:p>
        </w:tc>
        <w:tc>
          <w:tcPr>
            <w:tcW w:w="2484" w:type="pct"/>
          </w:tcPr>
          <w:p w14:paraId="66DB7552" w14:textId="77777777" w:rsidR="00281EA7" w:rsidRPr="00582D30" w:rsidRDefault="00281EA7" w:rsidP="00281EA7">
            <w:pPr>
              <w:rPr>
                <w:sz w:val="20"/>
                <w:szCs w:val="20"/>
              </w:rPr>
            </w:pPr>
            <w:r w:rsidRPr="00582D30">
              <w:rPr>
                <w:sz w:val="20"/>
                <w:szCs w:val="20"/>
              </w:rPr>
              <w:t>Правило срабатывает только для LUN, имеющих соответствующие атрибуты</w:t>
            </w:r>
          </w:p>
        </w:tc>
      </w:tr>
      <w:tr w:rsidR="00281EA7" w:rsidRPr="003E0862" w14:paraId="14E85E6F" w14:textId="77777777" w:rsidTr="00281EA7">
        <w:tc>
          <w:tcPr>
            <w:tcW w:w="2516" w:type="pct"/>
          </w:tcPr>
          <w:p w14:paraId="43226F66" w14:textId="77777777" w:rsidR="00281EA7" w:rsidRPr="00582D30" w:rsidRDefault="00281EA7" w:rsidP="00281EA7">
            <w:pPr>
              <w:rPr>
                <w:sz w:val="20"/>
                <w:szCs w:val="20"/>
              </w:rPr>
            </w:pPr>
            <w:r w:rsidRPr="00582D30">
              <w:rPr>
                <w:sz w:val="20"/>
                <w:szCs w:val="20"/>
              </w:rPr>
              <w:t>ATTR{device/timeout}="120</w:t>
            </w:r>
          </w:p>
        </w:tc>
        <w:tc>
          <w:tcPr>
            <w:tcW w:w="2484" w:type="pct"/>
          </w:tcPr>
          <w:p w14:paraId="1B18790B" w14:textId="77777777" w:rsidR="00281EA7" w:rsidRPr="00582D30" w:rsidRDefault="00281EA7" w:rsidP="00281EA7">
            <w:pPr>
              <w:rPr>
                <w:sz w:val="20"/>
                <w:szCs w:val="20"/>
              </w:rPr>
            </w:pPr>
            <w:r w:rsidRPr="00582D30">
              <w:rPr>
                <w:sz w:val="20"/>
                <w:szCs w:val="20"/>
              </w:rPr>
              <w:t>Установить для SCSI command timeout значение 120 секунд.</w:t>
            </w:r>
          </w:p>
        </w:tc>
      </w:tr>
      <w:tr w:rsidR="00281EA7" w:rsidRPr="003E0862" w14:paraId="543F0727" w14:textId="77777777" w:rsidTr="00281EA7">
        <w:tc>
          <w:tcPr>
            <w:tcW w:w="2516" w:type="pct"/>
          </w:tcPr>
          <w:p w14:paraId="317B8E15" w14:textId="77777777" w:rsidR="00281EA7" w:rsidRPr="00582D30" w:rsidRDefault="00281EA7" w:rsidP="00281EA7">
            <w:pPr>
              <w:rPr>
                <w:sz w:val="20"/>
                <w:szCs w:val="20"/>
              </w:rPr>
            </w:pPr>
            <w:r w:rsidRPr="00582D30">
              <w:rPr>
                <w:sz w:val="20"/>
                <w:szCs w:val="20"/>
              </w:rPr>
              <w:t>Идентификаторы &lt;VENDOR&gt; и &lt;MODEL&gt;</w:t>
            </w:r>
          </w:p>
        </w:tc>
        <w:tc>
          <w:tcPr>
            <w:tcW w:w="2484" w:type="pct"/>
          </w:tcPr>
          <w:p w14:paraId="6C069996" w14:textId="77777777" w:rsidR="00281EA7" w:rsidRPr="00582D30" w:rsidRDefault="00281EA7" w:rsidP="00281EA7">
            <w:pPr>
              <w:rPr>
                <w:sz w:val="20"/>
                <w:szCs w:val="20"/>
              </w:rPr>
            </w:pPr>
            <w:r w:rsidRPr="00582D30">
              <w:rPr>
                <w:sz w:val="20"/>
                <w:szCs w:val="20"/>
              </w:rPr>
              <w:t>Подставляются по выводу команды udevadm info --query=property --name=&lt;sd_device&gt; (поля ID_VENDOR и ID_MODEL) для конкретной СХД.</w:t>
            </w:r>
          </w:p>
        </w:tc>
      </w:tr>
    </w:tbl>
    <w:p w14:paraId="11024028" w14:textId="77777777" w:rsidR="00281EA7" w:rsidRPr="00582D30" w:rsidRDefault="00281EA7" w:rsidP="00281EA7">
      <w:pPr>
        <w:rPr>
          <w:sz w:val="20"/>
          <w:szCs w:val="20"/>
        </w:rPr>
      </w:pPr>
    </w:p>
    <w:tbl>
      <w:tblPr>
        <w:tblW w:w="5000" w:type="pct"/>
        <w:tblLayout w:type="fixed"/>
        <w:tblLook w:val="0420" w:firstRow="1" w:lastRow="0" w:firstColumn="0" w:lastColumn="0" w:noHBand="0" w:noVBand="1"/>
      </w:tblPr>
      <w:tblGrid>
        <w:gridCol w:w="4572"/>
        <w:gridCol w:w="9908"/>
      </w:tblGrid>
      <w:tr w:rsidR="00281EA7" w:rsidRPr="00582D30" w14:paraId="7DAC4CD9" w14:textId="77777777" w:rsidTr="00281EA7">
        <w:trPr>
          <w:trHeight w:val="329"/>
        </w:trPr>
        <w:tc>
          <w:tcPr>
            <w:tcW w:w="9866" w:type="dxa"/>
            <w:gridSpan w:val="2"/>
            <w:shd w:val="clear" w:color="auto" w:fill="DEEAF6" w:themeFill="accent1" w:themeFillTint="33"/>
          </w:tcPr>
          <w:p w14:paraId="1E6401F8" w14:textId="77777777" w:rsidR="00281EA7" w:rsidRPr="00582D30" w:rsidRDefault="00281EA7" w:rsidP="00281EA7">
            <w:pPr>
              <w:spacing w:after="0"/>
              <w:jc w:val="center"/>
              <w:rPr>
                <w:sz w:val="20"/>
                <w:szCs w:val="20"/>
              </w:rPr>
            </w:pPr>
            <w:r w:rsidRPr="00582D30">
              <w:rPr>
                <w:sz w:val="20"/>
                <w:szCs w:val="20"/>
              </w:rPr>
              <w:lastRenderedPageBreak/>
              <w:t>ПРИМЕР ВЫВОДА LSBLK -T</w:t>
            </w:r>
          </w:p>
        </w:tc>
      </w:tr>
      <w:tr w:rsidR="00281EA7" w:rsidRPr="00582D30" w14:paraId="1B64A1AC" w14:textId="77777777" w:rsidTr="00281EA7">
        <w:trPr>
          <w:trHeight w:val="329"/>
        </w:trPr>
        <w:tc>
          <w:tcPr>
            <w:tcW w:w="3115" w:type="dxa"/>
          </w:tcPr>
          <w:p w14:paraId="560D2528" w14:textId="77777777" w:rsidR="00281EA7" w:rsidRPr="00582D30" w:rsidRDefault="00281EA7" w:rsidP="00281EA7">
            <w:pPr>
              <w:spacing w:after="0"/>
              <w:ind w:left="80"/>
              <w:rPr>
                <w:sz w:val="20"/>
                <w:szCs w:val="20"/>
              </w:rPr>
            </w:pPr>
            <w:r w:rsidRPr="00582D30">
              <w:rPr>
                <w:sz w:val="20"/>
                <w:szCs w:val="20"/>
              </w:rPr>
              <w:t>NAME</w:t>
            </w:r>
          </w:p>
        </w:tc>
        <w:tc>
          <w:tcPr>
            <w:tcW w:w="6751" w:type="dxa"/>
          </w:tcPr>
          <w:p w14:paraId="515740FA" w14:textId="77777777" w:rsidR="00281EA7" w:rsidRPr="00582D30" w:rsidRDefault="00281EA7" w:rsidP="00281EA7">
            <w:pPr>
              <w:spacing w:after="0"/>
              <w:rPr>
                <w:sz w:val="20"/>
                <w:szCs w:val="20"/>
              </w:rPr>
            </w:pPr>
            <w:r w:rsidRPr="00582D30">
              <w:rPr>
                <w:sz w:val="20"/>
                <w:szCs w:val="20"/>
              </w:rPr>
              <w:t>Имя блочного устройства.</w:t>
            </w:r>
          </w:p>
        </w:tc>
      </w:tr>
      <w:tr w:rsidR="00281EA7" w:rsidRPr="00582D30" w14:paraId="041E34EF" w14:textId="77777777" w:rsidTr="00281EA7">
        <w:trPr>
          <w:trHeight w:val="329"/>
        </w:trPr>
        <w:tc>
          <w:tcPr>
            <w:tcW w:w="3115" w:type="dxa"/>
          </w:tcPr>
          <w:p w14:paraId="7E9AF7B5" w14:textId="77777777" w:rsidR="00281EA7" w:rsidRPr="00582D30" w:rsidRDefault="00281EA7" w:rsidP="00281EA7">
            <w:pPr>
              <w:spacing w:after="0"/>
              <w:ind w:left="80"/>
              <w:rPr>
                <w:sz w:val="20"/>
                <w:szCs w:val="20"/>
              </w:rPr>
            </w:pPr>
            <w:r w:rsidRPr="00582D30">
              <w:rPr>
                <w:sz w:val="20"/>
                <w:szCs w:val="20"/>
              </w:rPr>
              <w:t>ALIGNMENT</w:t>
            </w:r>
          </w:p>
        </w:tc>
        <w:tc>
          <w:tcPr>
            <w:tcW w:w="6751" w:type="dxa"/>
          </w:tcPr>
          <w:p w14:paraId="1A1DCBC0" w14:textId="77777777" w:rsidR="00281EA7" w:rsidRPr="00582D30" w:rsidRDefault="00281EA7" w:rsidP="00281EA7">
            <w:pPr>
              <w:spacing w:after="0"/>
              <w:rPr>
                <w:sz w:val="20"/>
                <w:szCs w:val="20"/>
              </w:rPr>
            </w:pPr>
            <w:r w:rsidRPr="00582D30">
              <w:rPr>
                <w:sz w:val="20"/>
                <w:szCs w:val="20"/>
              </w:rPr>
              <w:t>Выравнивание раздела.</w:t>
            </w:r>
          </w:p>
        </w:tc>
      </w:tr>
      <w:tr w:rsidR="00281EA7" w:rsidRPr="00582D30" w14:paraId="0561DBD1" w14:textId="77777777" w:rsidTr="00281EA7">
        <w:trPr>
          <w:trHeight w:val="329"/>
        </w:trPr>
        <w:tc>
          <w:tcPr>
            <w:tcW w:w="3115" w:type="dxa"/>
          </w:tcPr>
          <w:p w14:paraId="15E1606F" w14:textId="77777777" w:rsidR="00281EA7" w:rsidRPr="00582D30" w:rsidRDefault="00281EA7" w:rsidP="00281EA7">
            <w:pPr>
              <w:spacing w:after="0"/>
              <w:ind w:left="80"/>
              <w:rPr>
                <w:sz w:val="20"/>
                <w:szCs w:val="20"/>
              </w:rPr>
            </w:pPr>
            <w:r w:rsidRPr="00582D30">
              <w:rPr>
                <w:sz w:val="20"/>
                <w:szCs w:val="20"/>
              </w:rPr>
              <w:t>MIN-IO</w:t>
            </w:r>
          </w:p>
        </w:tc>
        <w:tc>
          <w:tcPr>
            <w:tcW w:w="6751" w:type="dxa"/>
          </w:tcPr>
          <w:p w14:paraId="023D513A" w14:textId="77777777" w:rsidR="00281EA7" w:rsidRPr="00582D30" w:rsidRDefault="00281EA7" w:rsidP="00281EA7">
            <w:pPr>
              <w:spacing w:after="0"/>
              <w:rPr>
                <w:sz w:val="20"/>
                <w:szCs w:val="20"/>
              </w:rPr>
            </w:pPr>
            <w:r w:rsidRPr="00582D30">
              <w:rPr>
                <w:sz w:val="20"/>
                <w:szCs w:val="20"/>
              </w:rPr>
              <w:t>Минимальный IOsize в байтах.</w:t>
            </w:r>
          </w:p>
        </w:tc>
      </w:tr>
      <w:tr w:rsidR="00281EA7" w:rsidRPr="00582D30" w14:paraId="6A78BB6F" w14:textId="77777777" w:rsidTr="00281EA7">
        <w:trPr>
          <w:trHeight w:val="329"/>
        </w:trPr>
        <w:tc>
          <w:tcPr>
            <w:tcW w:w="3115" w:type="dxa"/>
          </w:tcPr>
          <w:p w14:paraId="163A87D2" w14:textId="77777777" w:rsidR="00281EA7" w:rsidRPr="00582D30" w:rsidRDefault="00281EA7" w:rsidP="00281EA7">
            <w:pPr>
              <w:spacing w:after="0"/>
              <w:ind w:left="80"/>
              <w:rPr>
                <w:sz w:val="20"/>
                <w:szCs w:val="20"/>
              </w:rPr>
            </w:pPr>
            <w:r w:rsidRPr="00582D30">
              <w:rPr>
                <w:sz w:val="20"/>
                <w:szCs w:val="20"/>
              </w:rPr>
              <w:t>OPT-IO</w:t>
            </w:r>
          </w:p>
        </w:tc>
        <w:tc>
          <w:tcPr>
            <w:tcW w:w="6751" w:type="dxa"/>
          </w:tcPr>
          <w:p w14:paraId="5E7931CF" w14:textId="77777777" w:rsidR="00281EA7" w:rsidRPr="00582D30" w:rsidRDefault="00281EA7" w:rsidP="00281EA7">
            <w:pPr>
              <w:spacing w:after="0"/>
              <w:rPr>
                <w:sz w:val="20"/>
                <w:szCs w:val="20"/>
              </w:rPr>
            </w:pPr>
            <w:r w:rsidRPr="00582D30">
              <w:rPr>
                <w:sz w:val="20"/>
                <w:szCs w:val="20"/>
              </w:rPr>
              <w:t>Оптимальный IOsize в байтах.</w:t>
            </w:r>
          </w:p>
        </w:tc>
      </w:tr>
      <w:tr w:rsidR="00281EA7" w:rsidRPr="00582D30" w14:paraId="1213FE6A" w14:textId="77777777" w:rsidTr="00281EA7">
        <w:trPr>
          <w:trHeight w:val="329"/>
        </w:trPr>
        <w:tc>
          <w:tcPr>
            <w:tcW w:w="3115" w:type="dxa"/>
          </w:tcPr>
          <w:p w14:paraId="34BB82C4" w14:textId="77777777" w:rsidR="00281EA7" w:rsidRPr="00582D30" w:rsidRDefault="00281EA7" w:rsidP="00281EA7">
            <w:pPr>
              <w:spacing w:after="0"/>
              <w:ind w:left="80"/>
              <w:rPr>
                <w:sz w:val="20"/>
                <w:szCs w:val="20"/>
              </w:rPr>
            </w:pPr>
            <w:r w:rsidRPr="00582D30">
              <w:rPr>
                <w:sz w:val="20"/>
                <w:szCs w:val="20"/>
              </w:rPr>
              <w:t>PHY-SEC</w:t>
            </w:r>
          </w:p>
        </w:tc>
        <w:tc>
          <w:tcPr>
            <w:tcW w:w="6751" w:type="dxa"/>
          </w:tcPr>
          <w:p w14:paraId="18947332" w14:textId="77777777" w:rsidR="00281EA7" w:rsidRPr="00582D30" w:rsidRDefault="00281EA7" w:rsidP="00281EA7">
            <w:pPr>
              <w:spacing w:after="0"/>
              <w:rPr>
                <w:sz w:val="20"/>
                <w:szCs w:val="20"/>
              </w:rPr>
            </w:pPr>
            <w:r w:rsidRPr="00582D30">
              <w:rPr>
                <w:sz w:val="20"/>
                <w:szCs w:val="20"/>
              </w:rPr>
              <w:t>Физический размер блока.</w:t>
            </w:r>
          </w:p>
        </w:tc>
      </w:tr>
      <w:tr w:rsidR="00281EA7" w:rsidRPr="00582D30" w14:paraId="67F1566A" w14:textId="77777777" w:rsidTr="00281EA7">
        <w:trPr>
          <w:trHeight w:val="329"/>
        </w:trPr>
        <w:tc>
          <w:tcPr>
            <w:tcW w:w="3115" w:type="dxa"/>
          </w:tcPr>
          <w:p w14:paraId="2413D34B" w14:textId="77777777" w:rsidR="00281EA7" w:rsidRPr="00582D30" w:rsidRDefault="00281EA7" w:rsidP="00281EA7">
            <w:pPr>
              <w:spacing w:after="0"/>
              <w:ind w:left="80"/>
              <w:rPr>
                <w:sz w:val="20"/>
                <w:szCs w:val="20"/>
              </w:rPr>
            </w:pPr>
            <w:r w:rsidRPr="00582D30">
              <w:rPr>
                <w:sz w:val="20"/>
                <w:szCs w:val="20"/>
              </w:rPr>
              <w:t>LOG-SEC</w:t>
            </w:r>
          </w:p>
        </w:tc>
        <w:tc>
          <w:tcPr>
            <w:tcW w:w="6751" w:type="dxa"/>
          </w:tcPr>
          <w:p w14:paraId="279DB339" w14:textId="77777777" w:rsidR="00281EA7" w:rsidRPr="00582D30" w:rsidRDefault="00281EA7" w:rsidP="00281EA7">
            <w:pPr>
              <w:spacing w:after="0"/>
              <w:rPr>
                <w:sz w:val="20"/>
                <w:szCs w:val="20"/>
              </w:rPr>
            </w:pPr>
            <w:r w:rsidRPr="00582D30">
              <w:rPr>
                <w:sz w:val="20"/>
                <w:szCs w:val="20"/>
              </w:rPr>
              <w:t>Логический размер блока.</w:t>
            </w:r>
          </w:p>
        </w:tc>
      </w:tr>
      <w:tr w:rsidR="00281EA7" w:rsidRPr="003E0862" w14:paraId="0C3D5C28" w14:textId="77777777" w:rsidTr="00281EA7">
        <w:trPr>
          <w:trHeight w:val="577"/>
        </w:trPr>
        <w:tc>
          <w:tcPr>
            <w:tcW w:w="3115" w:type="dxa"/>
          </w:tcPr>
          <w:p w14:paraId="308D1001" w14:textId="77777777" w:rsidR="00281EA7" w:rsidRPr="00582D30" w:rsidRDefault="00281EA7" w:rsidP="00281EA7">
            <w:pPr>
              <w:spacing w:after="0"/>
              <w:ind w:left="80"/>
              <w:rPr>
                <w:sz w:val="20"/>
                <w:szCs w:val="20"/>
              </w:rPr>
            </w:pPr>
            <w:r w:rsidRPr="00582D30">
              <w:rPr>
                <w:sz w:val="20"/>
                <w:szCs w:val="20"/>
              </w:rPr>
              <w:t>ROTA</w:t>
            </w:r>
          </w:p>
        </w:tc>
        <w:tc>
          <w:tcPr>
            <w:tcW w:w="6751" w:type="dxa"/>
          </w:tcPr>
          <w:p w14:paraId="2EABB4A1" w14:textId="77777777" w:rsidR="00281EA7" w:rsidRPr="00582D30" w:rsidRDefault="00281EA7" w:rsidP="00281EA7">
            <w:pPr>
              <w:spacing w:after="0"/>
              <w:rPr>
                <w:sz w:val="20"/>
                <w:szCs w:val="20"/>
              </w:rPr>
            </w:pPr>
            <w:r w:rsidRPr="00582D30">
              <w:rPr>
                <w:sz w:val="20"/>
                <w:szCs w:val="20"/>
              </w:rPr>
              <w:t>Значение флага rotational device. Дополнительная настройка, используемая  некоторыми планировщиками ввода-вывода, например, mq-deadline.</w:t>
            </w:r>
          </w:p>
        </w:tc>
      </w:tr>
      <w:tr w:rsidR="00281EA7" w:rsidRPr="00582D30" w14:paraId="54A89D5C" w14:textId="77777777" w:rsidTr="00281EA7">
        <w:trPr>
          <w:trHeight w:val="329"/>
        </w:trPr>
        <w:tc>
          <w:tcPr>
            <w:tcW w:w="3115" w:type="dxa"/>
          </w:tcPr>
          <w:p w14:paraId="290531F1" w14:textId="77777777" w:rsidR="00281EA7" w:rsidRPr="00582D30" w:rsidRDefault="00281EA7" w:rsidP="00281EA7">
            <w:pPr>
              <w:spacing w:after="0"/>
              <w:ind w:left="80"/>
              <w:rPr>
                <w:sz w:val="20"/>
                <w:szCs w:val="20"/>
              </w:rPr>
            </w:pPr>
            <w:r w:rsidRPr="00582D30">
              <w:rPr>
                <w:sz w:val="20"/>
                <w:szCs w:val="20"/>
              </w:rPr>
              <w:t>SHED</w:t>
            </w:r>
          </w:p>
        </w:tc>
        <w:tc>
          <w:tcPr>
            <w:tcW w:w="6751" w:type="dxa"/>
          </w:tcPr>
          <w:p w14:paraId="4759A1FF" w14:textId="77777777" w:rsidR="00281EA7" w:rsidRPr="00582D30" w:rsidRDefault="00281EA7" w:rsidP="00281EA7">
            <w:pPr>
              <w:spacing w:after="0"/>
              <w:rPr>
                <w:sz w:val="20"/>
                <w:szCs w:val="20"/>
              </w:rPr>
            </w:pPr>
            <w:r w:rsidRPr="00582D30">
              <w:rPr>
                <w:sz w:val="20"/>
                <w:szCs w:val="20"/>
              </w:rPr>
              <w:t>Используемый планировщик ввода-вывода.</w:t>
            </w:r>
          </w:p>
        </w:tc>
      </w:tr>
      <w:tr w:rsidR="00281EA7" w:rsidRPr="003E0862" w14:paraId="3ABFB9F8" w14:textId="77777777" w:rsidTr="00281EA7">
        <w:trPr>
          <w:trHeight w:val="329"/>
        </w:trPr>
        <w:tc>
          <w:tcPr>
            <w:tcW w:w="3115" w:type="dxa"/>
          </w:tcPr>
          <w:p w14:paraId="63A9B793" w14:textId="77777777" w:rsidR="00281EA7" w:rsidRPr="00582D30" w:rsidRDefault="00281EA7" w:rsidP="00281EA7">
            <w:pPr>
              <w:spacing w:after="0"/>
              <w:ind w:left="80"/>
              <w:rPr>
                <w:sz w:val="20"/>
                <w:szCs w:val="20"/>
              </w:rPr>
            </w:pPr>
            <w:r w:rsidRPr="00582D30">
              <w:rPr>
                <w:sz w:val="20"/>
                <w:szCs w:val="20"/>
              </w:rPr>
              <w:t>RQ-SIZE</w:t>
            </w:r>
          </w:p>
        </w:tc>
        <w:tc>
          <w:tcPr>
            <w:tcW w:w="6751" w:type="dxa"/>
          </w:tcPr>
          <w:p w14:paraId="00F4647D" w14:textId="77777777" w:rsidR="00281EA7" w:rsidRPr="00582D30" w:rsidRDefault="00281EA7" w:rsidP="00281EA7">
            <w:pPr>
              <w:spacing w:after="0"/>
              <w:rPr>
                <w:sz w:val="20"/>
                <w:szCs w:val="20"/>
              </w:rPr>
            </w:pPr>
            <w:r w:rsidRPr="00582D30">
              <w:rPr>
                <w:sz w:val="20"/>
                <w:szCs w:val="20"/>
              </w:rPr>
              <w:t>Глубина очереди ввода-вывода для данного блочного устройства.</w:t>
            </w:r>
          </w:p>
        </w:tc>
      </w:tr>
      <w:tr w:rsidR="00281EA7" w:rsidRPr="003E0862" w14:paraId="0A84E61F" w14:textId="77777777" w:rsidTr="00281EA7">
        <w:trPr>
          <w:trHeight w:val="329"/>
        </w:trPr>
        <w:tc>
          <w:tcPr>
            <w:tcW w:w="3115" w:type="dxa"/>
          </w:tcPr>
          <w:p w14:paraId="684E3F87" w14:textId="77777777" w:rsidR="00281EA7" w:rsidRPr="00582D30" w:rsidRDefault="00281EA7" w:rsidP="00281EA7">
            <w:pPr>
              <w:spacing w:after="0"/>
              <w:ind w:left="80"/>
              <w:rPr>
                <w:sz w:val="20"/>
                <w:szCs w:val="20"/>
              </w:rPr>
            </w:pPr>
            <w:r w:rsidRPr="00582D30">
              <w:rPr>
                <w:sz w:val="20"/>
                <w:szCs w:val="20"/>
              </w:rPr>
              <w:t>RA</w:t>
            </w:r>
          </w:p>
        </w:tc>
        <w:tc>
          <w:tcPr>
            <w:tcW w:w="6751" w:type="dxa"/>
          </w:tcPr>
          <w:p w14:paraId="1CE7FA95" w14:textId="77777777" w:rsidR="00281EA7" w:rsidRPr="00582D30" w:rsidRDefault="00281EA7" w:rsidP="00281EA7">
            <w:pPr>
              <w:spacing w:after="0"/>
              <w:rPr>
                <w:sz w:val="20"/>
                <w:szCs w:val="20"/>
              </w:rPr>
            </w:pPr>
            <w:r w:rsidRPr="00582D30">
              <w:rPr>
                <w:sz w:val="20"/>
                <w:szCs w:val="20"/>
              </w:rPr>
              <w:t>Размер предвыборки для устройства (read-ahead of the device).</w:t>
            </w:r>
          </w:p>
        </w:tc>
      </w:tr>
      <w:tr w:rsidR="00281EA7" w:rsidRPr="00582D30" w14:paraId="1A4FE57E" w14:textId="77777777" w:rsidTr="00281EA7">
        <w:trPr>
          <w:trHeight w:val="329"/>
        </w:trPr>
        <w:tc>
          <w:tcPr>
            <w:tcW w:w="3115" w:type="dxa"/>
          </w:tcPr>
          <w:p w14:paraId="277CEB63" w14:textId="77777777" w:rsidR="00281EA7" w:rsidRPr="00582D30" w:rsidRDefault="00281EA7" w:rsidP="00281EA7">
            <w:pPr>
              <w:spacing w:after="0"/>
              <w:ind w:left="80"/>
              <w:rPr>
                <w:sz w:val="20"/>
                <w:szCs w:val="20"/>
              </w:rPr>
            </w:pPr>
            <w:r w:rsidRPr="00582D30">
              <w:rPr>
                <w:sz w:val="20"/>
                <w:szCs w:val="20"/>
              </w:rPr>
              <w:t>WSAME</w:t>
            </w:r>
          </w:p>
        </w:tc>
        <w:tc>
          <w:tcPr>
            <w:tcW w:w="6751" w:type="dxa"/>
          </w:tcPr>
          <w:p w14:paraId="7E5EEA4F" w14:textId="77777777" w:rsidR="00281EA7" w:rsidRPr="00582D30" w:rsidRDefault="00281EA7" w:rsidP="00281EA7">
            <w:pPr>
              <w:spacing w:after="0"/>
              <w:rPr>
                <w:sz w:val="20"/>
                <w:szCs w:val="20"/>
              </w:rPr>
            </w:pPr>
            <w:r w:rsidRPr="00582D30">
              <w:rPr>
                <w:sz w:val="20"/>
                <w:szCs w:val="20"/>
              </w:rPr>
              <w:t xml:space="preserve">Размер в байтах, поддерживаемый SCSI командой WRITE SAME (10, 16 </w:t>
            </w:r>
            <w:proofErr w:type="gramStart"/>
            <w:r w:rsidRPr="00582D30">
              <w:rPr>
                <w:sz w:val="20"/>
                <w:szCs w:val="20"/>
              </w:rPr>
              <w:t>or  32</w:t>
            </w:r>
            <w:proofErr w:type="gramEnd"/>
            <w:r w:rsidRPr="00582D30">
              <w:rPr>
                <w:sz w:val="20"/>
                <w:szCs w:val="20"/>
              </w:rPr>
              <w:t xml:space="preserve"> byte). Подробнее см. man(8)sg_write_same.</w:t>
            </w:r>
          </w:p>
        </w:tc>
      </w:tr>
    </w:tbl>
    <w:p w14:paraId="0623D1F1" w14:textId="77777777" w:rsidR="00281EA7" w:rsidRPr="00582D30" w:rsidRDefault="00281EA7" w:rsidP="00281EA7">
      <w:pPr>
        <w:spacing w:after="169" w:line="233" w:lineRule="auto"/>
        <w:ind w:left="3461" w:right="483" w:hanging="3031"/>
        <w:rPr>
          <w:rFonts w:ascii="Futura PT" w:eastAsia="Futura PT" w:hAnsi="Futura PT" w:cs="Futura PT"/>
          <w:color w:val="1E22AA"/>
        </w:rPr>
      </w:pPr>
      <w:r w:rsidRPr="00582D30">
        <w:rPr>
          <w:color w:val="171CAF"/>
          <w:sz w:val="17"/>
        </w:rPr>
        <w:tab/>
      </w:r>
    </w:p>
    <w:p w14:paraId="2739C2C0" w14:textId="77777777" w:rsidR="00281EA7" w:rsidRPr="00281EA7" w:rsidRDefault="00281EA7" w:rsidP="00281EA7">
      <w:pPr>
        <w:pStyle w:val="21"/>
        <w:rPr>
          <w:sz w:val="20"/>
          <w:szCs w:val="20"/>
          <w:lang w:val="en-US"/>
        </w:rPr>
      </w:pPr>
      <w:bookmarkStart w:id="5" w:name="_Toc226714078"/>
      <w:r w:rsidRPr="00582D30">
        <w:rPr>
          <w:sz w:val="20"/>
          <w:szCs w:val="20"/>
        </w:rPr>
        <w:t>Пример</w:t>
      </w:r>
      <w:r w:rsidRPr="00281EA7">
        <w:rPr>
          <w:sz w:val="20"/>
          <w:szCs w:val="20"/>
          <w:lang w:val="en-US"/>
        </w:rPr>
        <w:t xml:space="preserve"> /etc/multipath/conf.d/storage-test.conf</w:t>
      </w:r>
      <w:bookmarkEnd w:id="5"/>
    </w:p>
    <w:p w14:paraId="6DF0FC11" w14:textId="77777777" w:rsidR="00281EA7" w:rsidRPr="00582D30" w:rsidRDefault="00281EA7" w:rsidP="00281EA7">
      <w:pPr>
        <w:spacing w:line="252" w:lineRule="auto"/>
        <w:rPr>
          <w:sz w:val="20"/>
          <w:szCs w:val="20"/>
        </w:rPr>
      </w:pPr>
      <w:r w:rsidRPr="00582D30">
        <w:rPr>
          <w:color w:val="4A4A4A"/>
          <w:sz w:val="20"/>
          <w:szCs w:val="20"/>
        </w:rPr>
        <w:t>Обязательная часть примера - path_selector "round-robin 0". Остальные параметры подлежат сверке с рекомендациями вендора СХД.</w:t>
      </w:r>
    </w:p>
    <w:tbl>
      <w:tblPr>
        <w:tblW w:w="5000" w:type="pct"/>
        <w:jc w:val="center"/>
        <w:tblCellMar>
          <w:top w:w="60" w:type="dxa"/>
          <w:left w:w="70" w:type="dxa"/>
          <w:bottom w:w="60" w:type="dxa"/>
          <w:right w:w="70" w:type="dxa"/>
        </w:tblCellMar>
        <w:tblLook w:val="04A0" w:firstRow="1" w:lastRow="0" w:firstColumn="1" w:lastColumn="0" w:noHBand="0" w:noVBand="1"/>
      </w:tblPr>
      <w:tblGrid>
        <w:gridCol w:w="14480"/>
      </w:tblGrid>
      <w:tr w:rsidR="00281EA7" w:rsidRPr="00B16F71" w14:paraId="6FE243A8" w14:textId="77777777" w:rsidTr="00281EA7">
        <w:trPr>
          <w:jc w:val="center"/>
        </w:trPr>
        <w:tc>
          <w:tcPr>
            <w:tcW w:w="5000" w:type="pct"/>
            <w:shd w:val="clear" w:color="auto" w:fill="F4F6F8"/>
            <w:vAlign w:val="center"/>
          </w:tcPr>
          <w:p w14:paraId="5102FA7B" w14:textId="77777777" w:rsidR="00281EA7" w:rsidRPr="00A0593A" w:rsidRDefault="00281EA7" w:rsidP="00281EA7">
            <w:pPr>
              <w:pStyle w:val="CodeBlock"/>
              <w:shd w:val="clear" w:color="auto" w:fill="F2F4F7"/>
              <w:rPr>
                <w:rFonts w:ascii="Times New Roman" w:hAnsi="Times New Roman" w:cs="Times New Roman"/>
              </w:rPr>
            </w:pPr>
            <w:proofErr w:type="gramStart"/>
            <w:r w:rsidRPr="00A0593A">
              <w:rPr>
                <w:rFonts w:ascii="Times New Roman" w:hAnsi="Times New Roman" w:cs="Times New Roman"/>
              </w:rPr>
              <w:t>cat</w:t>
            </w:r>
            <w:proofErr w:type="gramEnd"/>
            <w:r w:rsidRPr="00A0593A">
              <w:rPr>
                <w:rFonts w:ascii="Times New Roman" w:hAnsi="Times New Roman" w:cs="Times New Roman"/>
              </w:rPr>
              <w:t xml:space="preserve"> &gt;/etc/multipath/conf.d/storage-test.conf &lt;&lt;'EOF'</w:t>
            </w:r>
            <w:r w:rsidRPr="00A0593A">
              <w:rPr>
                <w:rFonts w:ascii="Times New Roman" w:hAnsi="Times New Roman" w:cs="Times New Roman"/>
              </w:rPr>
              <w:br/>
              <w:t xml:space="preserve"># </w:t>
            </w:r>
            <w:r w:rsidRPr="00582D30">
              <w:rPr>
                <w:rFonts w:ascii="Times New Roman" w:hAnsi="Times New Roman" w:cs="Times New Roman"/>
                <w:lang w:val="ru-RU"/>
              </w:rPr>
              <w:t>Параметр</w:t>
            </w:r>
            <w:r w:rsidRPr="00A0593A">
              <w:rPr>
                <w:rFonts w:ascii="Times New Roman" w:hAnsi="Times New Roman" w:cs="Times New Roman"/>
              </w:rPr>
              <w:t xml:space="preserve"> find_multipaths </w:t>
            </w:r>
            <w:r w:rsidRPr="00582D30">
              <w:rPr>
                <w:rFonts w:ascii="Times New Roman" w:hAnsi="Times New Roman" w:cs="Times New Roman"/>
                <w:lang w:val="ru-RU"/>
              </w:rPr>
              <w:t>задаётся</w:t>
            </w:r>
            <w:r w:rsidRPr="00A0593A">
              <w:rPr>
                <w:rFonts w:ascii="Times New Roman" w:hAnsi="Times New Roman" w:cs="Times New Roman"/>
              </w:rPr>
              <w:t xml:space="preserve"> </w:t>
            </w:r>
            <w:r w:rsidRPr="00582D30">
              <w:rPr>
                <w:rFonts w:ascii="Times New Roman" w:hAnsi="Times New Roman" w:cs="Times New Roman"/>
                <w:lang w:val="ru-RU"/>
              </w:rPr>
              <w:t>отдельно</w:t>
            </w:r>
            <w:r w:rsidRPr="00A0593A">
              <w:rPr>
                <w:rFonts w:ascii="Times New Roman" w:hAnsi="Times New Roman" w:cs="Times New Roman"/>
              </w:rPr>
              <w:t xml:space="preserve"> </w:t>
            </w:r>
            <w:r w:rsidRPr="00582D30">
              <w:rPr>
                <w:rFonts w:ascii="Times New Roman" w:hAnsi="Times New Roman" w:cs="Times New Roman"/>
                <w:lang w:val="ru-RU"/>
              </w:rPr>
              <w:t>командой</w:t>
            </w:r>
            <w:r w:rsidRPr="00A0593A">
              <w:rPr>
                <w:rFonts w:ascii="Times New Roman" w:hAnsi="Times New Roman" w:cs="Times New Roman"/>
              </w:rPr>
              <w:t xml:space="preserve"> mpathconf --find_multipaths y (</w:t>
            </w:r>
            <w:r w:rsidRPr="00582D30">
              <w:rPr>
                <w:rFonts w:ascii="Times New Roman" w:hAnsi="Times New Roman" w:cs="Times New Roman"/>
                <w:lang w:val="ru-RU"/>
              </w:rPr>
              <w:t>см</w:t>
            </w:r>
            <w:r w:rsidRPr="00A0593A">
              <w:rPr>
                <w:rFonts w:ascii="Times New Roman" w:hAnsi="Times New Roman" w:cs="Times New Roman"/>
              </w:rPr>
              <w:t xml:space="preserve">. </w:t>
            </w:r>
            <w:r w:rsidRPr="00582D30">
              <w:rPr>
                <w:rFonts w:ascii="Times New Roman" w:hAnsi="Times New Roman" w:cs="Times New Roman"/>
                <w:lang w:val="ru-RU"/>
              </w:rPr>
              <w:t>испытание</w:t>
            </w:r>
            <w:r w:rsidRPr="00A0593A">
              <w:rPr>
                <w:rFonts w:ascii="Times New Roman" w:hAnsi="Times New Roman" w:cs="Times New Roman"/>
              </w:rPr>
              <w:t xml:space="preserve"> №2 </w:t>
            </w:r>
            <w:r w:rsidRPr="00582D30">
              <w:rPr>
                <w:rFonts w:ascii="Times New Roman" w:hAnsi="Times New Roman" w:cs="Times New Roman"/>
                <w:lang w:val="ru-RU"/>
              </w:rPr>
              <w:t>общей</w:t>
            </w:r>
            <w:r w:rsidRPr="00A0593A">
              <w:rPr>
                <w:rFonts w:ascii="Times New Roman" w:hAnsi="Times New Roman" w:cs="Times New Roman"/>
              </w:rPr>
              <w:t xml:space="preserve"> </w:t>
            </w:r>
            <w:r w:rsidRPr="00582D30">
              <w:rPr>
                <w:rFonts w:ascii="Times New Roman" w:hAnsi="Times New Roman" w:cs="Times New Roman"/>
                <w:lang w:val="ru-RU"/>
              </w:rPr>
              <w:t>части</w:t>
            </w:r>
            <w:r w:rsidRPr="00A0593A">
              <w:rPr>
                <w:rFonts w:ascii="Times New Roman" w:hAnsi="Times New Roman" w:cs="Times New Roman"/>
              </w:rPr>
              <w:t>).</w:t>
            </w:r>
            <w:r w:rsidRPr="00A0593A">
              <w:rPr>
                <w:rFonts w:ascii="Times New Roman" w:hAnsi="Times New Roman" w:cs="Times New Roman"/>
              </w:rPr>
              <w:br/>
              <w:t>defaults {</w:t>
            </w:r>
            <w:r w:rsidRPr="00A0593A">
              <w:rPr>
                <w:rFonts w:ascii="Times New Roman" w:hAnsi="Times New Roman" w:cs="Times New Roman"/>
              </w:rPr>
              <w:br/>
              <w:t xml:space="preserve">    user_friendly_names no</w:t>
            </w:r>
            <w:r w:rsidRPr="00A0593A">
              <w:rPr>
                <w:rFonts w:ascii="Times New Roman" w:hAnsi="Times New Roman" w:cs="Times New Roman"/>
              </w:rPr>
              <w:br/>
              <w:t xml:space="preserve">    polling_interval 5</w:t>
            </w:r>
            <w:r w:rsidRPr="00A0593A">
              <w:rPr>
                <w:rFonts w:ascii="Times New Roman" w:hAnsi="Times New Roman" w:cs="Times New Roman"/>
              </w:rPr>
              <w:br/>
              <w:t>}</w:t>
            </w:r>
            <w:r w:rsidRPr="00A0593A">
              <w:rPr>
                <w:rFonts w:ascii="Times New Roman" w:hAnsi="Times New Roman" w:cs="Times New Roman"/>
              </w:rPr>
              <w:br/>
            </w:r>
            <w:r w:rsidRPr="00A0593A">
              <w:rPr>
                <w:rFonts w:ascii="Times New Roman" w:hAnsi="Times New Roman" w:cs="Times New Roman"/>
              </w:rPr>
              <w:br/>
              <w:t>devices {</w:t>
            </w:r>
            <w:r w:rsidRPr="00A0593A">
              <w:rPr>
                <w:rFonts w:ascii="Times New Roman" w:hAnsi="Times New Roman" w:cs="Times New Roman"/>
              </w:rPr>
              <w:br/>
              <w:t xml:space="preserve">    device {</w:t>
            </w:r>
            <w:r w:rsidRPr="00A0593A">
              <w:rPr>
                <w:rFonts w:ascii="Times New Roman" w:hAnsi="Times New Roman" w:cs="Times New Roman"/>
              </w:rPr>
              <w:br/>
              <w:t xml:space="preserve">        vendor "VENDOR"</w:t>
            </w:r>
            <w:r w:rsidRPr="00A0593A">
              <w:rPr>
                <w:rFonts w:ascii="Times New Roman" w:hAnsi="Times New Roman" w:cs="Times New Roman"/>
              </w:rPr>
              <w:br/>
              <w:t xml:space="preserve">        product "MODEL"</w:t>
            </w:r>
            <w:r w:rsidRPr="00A0593A">
              <w:rPr>
                <w:rFonts w:ascii="Times New Roman" w:hAnsi="Times New Roman" w:cs="Times New Roman"/>
              </w:rPr>
              <w:br/>
              <w:t xml:space="preserve">        path_selector "round-robin 0"</w:t>
            </w:r>
            <w:r w:rsidRPr="00A0593A">
              <w:rPr>
                <w:rFonts w:ascii="Times New Roman" w:hAnsi="Times New Roman" w:cs="Times New Roman"/>
              </w:rPr>
              <w:br/>
              <w:t xml:space="preserve">        path_checker tur</w:t>
            </w:r>
            <w:r w:rsidRPr="00A0593A">
              <w:rPr>
                <w:rFonts w:ascii="Times New Roman" w:hAnsi="Times New Roman" w:cs="Times New Roman"/>
              </w:rPr>
              <w:br/>
              <w:t xml:space="preserve">        no_path_retry 28</w:t>
            </w:r>
          </w:p>
          <w:p w14:paraId="7A502682"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 xml:space="preserve">        max_sectors_kb 1024</w:t>
            </w:r>
            <w:r w:rsidRPr="00A0593A">
              <w:rPr>
                <w:rFonts w:ascii="Times New Roman" w:hAnsi="Times New Roman" w:cs="Times New Roman"/>
              </w:rPr>
              <w:br/>
            </w:r>
            <w:r w:rsidRPr="00A0593A">
              <w:rPr>
                <w:rFonts w:ascii="Times New Roman" w:hAnsi="Times New Roman" w:cs="Times New Roman"/>
              </w:rPr>
              <w:br/>
            </w:r>
            <w:r w:rsidRPr="00A0593A">
              <w:rPr>
                <w:rFonts w:ascii="Times New Roman" w:hAnsi="Times New Roman" w:cs="Times New Roman"/>
              </w:rPr>
              <w:br/>
              <w:t xml:space="preserve">        # </w:t>
            </w:r>
            <w:r w:rsidRPr="00582D30">
              <w:rPr>
                <w:rFonts w:ascii="Times New Roman" w:hAnsi="Times New Roman" w:cs="Times New Roman"/>
                <w:lang w:val="ru-RU"/>
              </w:rPr>
              <w:t>Если</w:t>
            </w:r>
            <w:r w:rsidRPr="00A0593A">
              <w:rPr>
                <w:rFonts w:ascii="Times New Roman" w:hAnsi="Times New Roman" w:cs="Times New Roman"/>
              </w:rPr>
              <w:t xml:space="preserve"> </w:t>
            </w:r>
            <w:r w:rsidRPr="00582D30">
              <w:rPr>
                <w:rFonts w:ascii="Times New Roman" w:hAnsi="Times New Roman" w:cs="Times New Roman"/>
                <w:lang w:val="ru-RU"/>
              </w:rPr>
              <w:t>массив</w:t>
            </w:r>
            <w:r w:rsidRPr="00A0593A">
              <w:rPr>
                <w:rFonts w:ascii="Times New Roman" w:hAnsi="Times New Roman" w:cs="Times New Roman"/>
              </w:rPr>
              <w:t xml:space="preserve"> </w:t>
            </w:r>
            <w:r w:rsidRPr="00582D30">
              <w:rPr>
                <w:rFonts w:ascii="Times New Roman" w:hAnsi="Times New Roman" w:cs="Times New Roman"/>
                <w:lang w:val="ru-RU"/>
              </w:rPr>
              <w:t>публикует</w:t>
            </w:r>
            <w:r w:rsidRPr="00A0593A">
              <w:rPr>
                <w:rFonts w:ascii="Times New Roman" w:hAnsi="Times New Roman" w:cs="Times New Roman"/>
              </w:rPr>
              <w:t xml:space="preserve"> ALUA-</w:t>
            </w:r>
            <w:r w:rsidRPr="00582D30">
              <w:rPr>
                <w:rFonts w:ascii="Times New Roman" w:hAnsi="Times New Roman" w:cs="Times New Roman"/>
                <w:lang w:val="ru-RU"/>
              </w:rPr>
              <w:t>приоритеты</w:t>
            </w:r>
            <w:r w:rsidRPr="00A0593A">
              <w:rPr>
                <w:rFonts w:ascii="Times New Roman" w:hAnsi="Times New Roman" w:cs="Times New Roman"/>
              </w:rPr>
              <w:t>:</w:t>
            </w:r>
            <w:r w:rsidRPr="00A0593A">
              <w:rPr>
                <w:rFonts w:ascii="Times New Roman" w:hAnsi="Times New Roman" w:cs="Times New Roman"/>
              </w:rPr>
              <w:br/>
              <w:t xml:space="preserve">        path_grouping_policy group_by_prio</w:t>
            </w:r>
            <w:r w:rsidRPr="00A0593A">
              <w:rPr>
                <w:rFonts w:ascii="Times New Roman" w:hAnsi="Times New Roman" w:cs="Times New Roman"/>
              </w:rPr>
              <w:br/>
              <w:t xml:space="preserve">        prio alua</w:t>
            </w:r>
            <w:r w:rsidRPr="00A0593A">
              <w:rPr>
                <w:rFonts w:ascii="Times New Roman" w:hAnsi="Times New Roman" w:cs="Times New Roman"/>
              </w:rPr>
              <w:br/>
            </w:r>
            <w:r w:rsidRPr="00A0593A">
              <w:rPr>
                <w:rFonts w:ascii="Times New Roman" w:hAnsi="Times New Roman" w:cs="Times New Roman"/>
              </w:rPr>
              <w:br/>
              <w:t xml:space="preserve">    }</w:t>
            </w:r>
            <w:r w:rsidRPr="00A0593A">
              <w:rPr>
                <w:rFonts w:ascii="Times New Roman" w:hAnsi="Times New Roman" w:cs="Times New Roman"/>
              </w:rPr>
              <w:br/>
              <w:t>}</w:t>
            </w:r>
            <w:r w:rsidRPr="00A0593A">
              <w:rPr>
                <w:rFonts w:ascii="Times New Roman" w:hAnsi="Times New Roman" w:cs="Times New Roman"/>
              </w:rPr>
              <w:br/>
              <w:t>EOF</w:t>
            </w:r>
            <w:r w:rsidRPr="00A0593A">
              <w:rPr>
                <w:rFonts w:ascii="Times New Roman" w:hAnsi="Times New Roman" w:cs="Times New Roman"/>
              </w:rPr>
              <w:br/>
            </w:r>
            <w:r w:rsidRPr="00A0593A">
              <w:rPr>
                <w:rFonts w:ascii="Times New Roman" w:hAnsi="Times New Roman" w:cs="Times New Roman"/>
              </w:rPr>
              <w:br/>
              <w:t>systemctl reload multipathd</w:t>
            </w:r>
            <w:r w:rsidRPr="00A0593A">
              <w:rPr>
                <w:rFonts w:ascii="Times New Roman" w:hAnsi="Times New Roman" w:cs="Times New Roman"/>
              </w:rPr>
              <w:br/>
              <w:t>multipathd show config</w:t>
            </w:r>
          </w:p>
        </w:tc>
      </w:tr>
    </w:tbl>
    <w:p w14:paraId="564A7CBD" w14:textId="77777777" w:rsidR="00281EA7" w:rsidRDefault="00281EA7" w:rsidP="00281EA7">
      <w:pPr>
        <w:rPr>
          <w:sz w:val="20"/>
          <w:szCs w:val="20"/>
        </w:rPr>
      </w:pPr>
      <w:r w:rsidRPr="00582D30">
        <w:rPr>
          <w:sz w:val="20"/>
          <w:szCs w:val="20"/>
        </w:rPr>
        <w:lastRenderedPageBreak/>
        <w:t>Параметр no_path_retry задаёт таймаут изменения состояния многопутевого ввода-вывода устройства после отказа всех путей. Таймаут определяется как произведение значений polling_interval и no_path_retry (по умолчанию — 140 секунд, т. к. значение по умолчанию для polling_interval — 5 секунд). Таймаут отражает время автоматической реакции (failover) на отказ всех путей (например, при выходе коммутатора из строя). Эти и другие параметры могут быть изменены в соответствии с требованиями инициатора.</w:t>
      </w:r>
    </w:p>
    <w:p w14:paraId="02A0507B" w14:textId="77777777" w:rsidR="00281EA7" w:rsidRDefault="00281EA7" w:rsidP="00281EA7">
      <w:pPr>
        <w:pStyle w:val="21"/>
        <w:rPr>
          <w:sz w:val="20"/>
          <w:szCs w:val="20"/>
        </w:rPr>
      </w:pPr>
      <w:bookmarkStart w:id="6" w:name="_Toc226714079"/>
      <w:r>
        <w:rPr>
          <w:sz w:val="20"/>
          <w:szCs w:val="20"/>
        </w:rPr>
        <w:t>Допустимые и недопустимые состояния путей</w:t>
      </w:r>
      <w:bookmarkEnd w:id="6"/>
    </w:p>
    <w:p w14:paraId="5B3C2EC9" w14:textId="77777777" w:rsidR="00281EA7" w:rsidRDefault="00281EA7" w:rsidP="00281EA7">
      <w:pPr>
        <w:spacing w:line="252" w:lineRule="auto"/>
        <w:rPr>
          <w:sz w:val="20"/>
          <w:szCs w:val="20"/>
        </w:rPr>
      </w:pPr>
      <w:r>
        <w:rPr>
          <w:color w:val="4A4A4A"/>
          <w:sz w:val="20"/>
          <w:szCs w:val="20"/>
        </w:rPr>
        <w:t>Оценка производится по выводу multipath -ll. Конкретный текст состояния может незначительно различаться по драйверу и вендору, поэтому ниже приведены типовые и логически эквивалентные варианты.</w:t>
      </w:r>
    </w:p>
    <w:tbl>
      <w:tblPr>
        <w:tblW w:w="5000" w:type="pct"/>
        <w:tblLook w:val="0420" w:firstRow="1" w:lastRow="0" w:firstColumn="0" w:lastColumn="0" w:noHBand="0" w:noVBand="1"/>
      </w:tblPr>
      <w:tblGrid>
        <w:gridCol w:w="3029"/>
        <w:gridCol w:w="4043"/>
        <w:gridCol w:w="1515"/>
        <w:gridCol w:w="5893"/>
      </w:tblGrid>
      <w:tr w:rsidR="00281EA7" w14:paraId="4454EC6C" w14:textId="77777777" w:rsidTr="00281EA7">
        <w:tc>
          <w:tcPr>
            <w:tcW w:w="1046" w:type="pct"/>
          </w:tcPr>
          <w:p w14:paraId="2EDBC664" w14:textId="77777777" w:rsidR="00281EA7" w:rsidRPr="00582D30" w:rsidRDefault="00281EA7" w:rsidP="00281EA7">
            <w:pPr>
              <w:spacing w:after="40"/>
              <w:jc w:val="center"/>
              <w:rPr>
                <w:sz w:val="20"/>
                <w:szCs w:val="20"/>
              </w:rPr>
            </w:pPr>
            <w:r w:rsidRPr="00582D30">
              <w:rPr>
                <w:sz w:val="20"/>
                <w:szCs w:val="20"/>
              </w:rPr>
              <w:t>Ситуация</w:t>
            </w:r>
          </w:p>
        </w:tc>
        <w:tc>
          <w:tcPr>
            <w:tcW w:w="1396" w:type="pct"/>
          </w:tcPr>
          <w:p w14:paraId="4056ADFD" w14:textId="77777777" w:rsidR="00281EA7" w:rsidRPr="00582D30" w:rsidRDefault="00281EA7" w:rsidP="00281EA7">
            <w:pPr>
              <w:spacing w:after="40"/>
              <w:jc w:val="center"/>
              <w:rPr>
                <w:sz w:val="20"/>
                <w:szCs w:val="20"/>
              </w:rPr>
            </w:pPr>
            <w:r w:rsidRPr="00582D30">
              <w:rPr>
                <w:sz w:val="20"/>
                <w:szCs w:val="20"/>
              </w:rPr>
              <w:t>Типовые статусы в multipath -ll</w:t>
            </w:r>
          </w:p>
        </w:tc>
        <w:tc>
          <w:tcPr>
            <w:tcW w:w="523" w:type="pct"/>
          </w:tcPr>
          <w:p w14:paraId="585D9D92" w14:textId="77777777" w:rsidR="00281EA7" w:rsidRPr="00582D30" w:rsidRDefault="00281EA7" w:rsidP="00281EA7">
            <w:pPr>
              <w:spacing w:after="40"/>
              <w:jc w:val="center"/>
              <w:rPr>
                <w:sz w:val="20"/>
                <w:szCs w:val="20"/>
              </w:rPr>
            </w:pPr>
            <w:r w:rsidRPr="00582D30">
              <w:rPr>
                <w:sz w:val="20"/>
                <w:szCs w:val="20"/>
              </w:rPr>
              <w:t>Допустимость</w:t>
            </w:r>
          </w:p>
        </w:tc>
        <w:tc>
          <w:tcPr>
            <w:tcW w:w="2035" w:type="pct"/>
          </w:tcPr>
          <w:p w14:paraId="1A72E200" w14:textId="77777777" w:rsidR="00281EA7" w:rsidRPr="00582D30" w:rsidRDefault="00281EA7" w:rsidP="00281EA7">
            <w:pPr>
              <w:spacing w:after="40"/>
              <w:jc w:val="center"/>
              <w:rPr>
                <w:sz w:val="20"/>
                <w:szCs w:val="20"/>
              </w:rPr>
            </w:pPr>
            <w:r w:rsidRPr="00582D30">
              <w:rPr>
                <w:sz w:val="20"/>
                <w:szCs w:val="20"/>
              </w:rPr>
              <w:t>Комментарий</w:t>
            </w:r>
          </w:p>
        </w:tc>
      </w:tr>
      <w:tr w:rsidR="00281EA7" w:rsidRPr="003E0862" w14:paraId="56A9B74F" w14:textId="77777777" w:rsidTr="00281EA7">
        <w:tc>
          <w:tcPr>
            <w:tcW w:w="1046" w:type="pct"/>
          </w:tcPr>
          <w:p w14:paraId="08FEBD96" w14:textId="77777777" w:rsidR="00281EA7" w:rsidRDefault="00281EA7" w:rsidP="00281EA7">
            <w:pPr>
              <w:spacing w:after="40"/>
              <w:rPr>
                <w:sz w:val="20"/>
                <w:szCs w:val="20"/>
              </w:rPr>
            </w:pPr>
            <w:r>
              <w:rPr>
                <w:color w:val="1F1F1F"/>
                <w:sz w:val="20"/>
                <w:szCs w:val="20"/>
              </w:rPr>
              <w:t>Рабочий путь к активной группе</w:t>
            </w:r>
          </w:p>
        </w:tc>
        <w:tc>
          <w:tcPr>
            <w:tcW w:w="1396" w:type="pct"/>
          </w:tcPr>
          <w:p w14:paraId="2FBBC882" w14:textId="77777777" w:rsidR="00281EA7" w:rsidRDefault="00281EA7" w:rsidP="00281EA7">
            <w:pPr>
              <w:spacing w:after="40"/>
              <w:rPr>
                <w:sz w:val="20"/>
                <w:szCs w:val="20"/>
              </w:rPr>
            </w:pPr>
            <w:r>
              <w:rPr>
                <w:color w:val="1F1F1F"/>
                <w:sz w:val="20"/>
                <w:szCs w:val="20"/>
              </w:rPr>
              <w:t>active / ready / running</w:t>
            </w:r>
          </w:p>
        </w:tc>
        <w:tc>
          <w:tcPr>
            <w:tcW w:w="523" w:type="pct"/>
          </w:tcPr>
          <w:p w14:paraId="5207F2BA" w14:textId="77777777" w:rsidR="00281EA7" w:rsidRDefault="00281EA7" w:rsidP="00281EA7">
            <w:pPr>
              <w:spacing w:after="40"/>
              <w:jc w:val="center"/>
              <w:rPr>
                <w:sz w:val="20"/>
                <w:szCs w:val="20"/>
              </w:rPr>
            </w:pPr>
            <w:r>
              <w:rPr>
                <w:b/>
                <w:color w:val="1F1F1F"/>
                <w:sz w:val="20"/>
                <w:szCs w:val="20"/>
              </w:rPr>
              <w:t>Да</w:t>
            </w:r>
          </w:p>
        </w:tc>
        <w:tc>
          <w:tcPr>
            <w:tcW w:w="2035" w:type="pct"/>
          </w:tcPr>
          <w:p w14:paraId="15F798B3" w14:textId="77777777" w:rsidR="00281EA7" w:rsidRDefault="00281EA7" w:rsidP="00281EA7">
            <w:pPr>
              <w:spacing w:after="40"/>
              <w:rPr>
                <w:sz w:val="20"/>
                <w:szCs w:val="20"/>
              </w:rPr>
            </w:pPr>
            <w:r>
              <w:rPr>
                <w:color w:val="1F1F1F"/>
                <w:sz w:val="20"/>
                <w:szCs w:val="20"/>
              </w:rPr>
              <w:t>Базовое ожидаемое состояние рабочего пути для всех архитектур.</w:t>
            </w:r>
          </w:p>
        </w:tc>
      </w:tr>
      <w:tr w:rsidR="00281EA7" w:rsidRPr="003E0862" w14:paraId="56BCF77C" w14:textId="77777777" w:rsidTr="00281EA7">
        <w:tc>
          <w:tcPr>
            <w:tcW w:w="1046" w:type="pct"/>
          </w:tcPr>
          <w:p w14:paraId="47EA38F3" w14:textId="77777777" w:rsidR="00281EA7" w:rsidRDefault="00281EA7" w:rsidP="00281EA7">
            <w:pPr>
              <w:spacing w:after="40"/>
              <w:rPr>
                <w:sz w:val="20"/>
                <w:szCs w:val="20"/>
              </w:rPr>
            </w:pPr>
            <w:r>
              <w:rPr>
                <w:color w:val="1F1F1F"/>
                <w:sz w:val="20"/>
                <w:szCs w:val="20"/>
              </w:rPr>
              <w:t>Резервная или неактивная группа путей в active-passive / ALUA</w:t>
            </w:r>
          </w:p>
        </w:tc>
        <w:tc>
          <w:tcPr>
            <w:tcW w:w="1396" w:type="pct"/>
          </w:tcPr>
          <w:p w14:paraId="7F97A7A7" w14:textId="77777777" w:rsidR="00281EA7" w:rsidRDefault="00281EA7" w:rsidP="00281EA7">
            <w:pPr>
              <w:spacing w:after="40"/>
              <w:rPr>
                <w:sz w:val="20"/>
                <w:szCs w:val="20"/>
              </w:rPr>
            </w:pPr>
            <w:r>
              <w:rPr>
                <w:color w:val="1F1F1F"/>
                <w:sz w:val="20"/>
                <w:szCs w:val="20"/>
              </w:rPr>
              <w:t>enabled / standby / ghost</w:t>
            </w:r>
          </w:p>
        </w:tc>
        <w:tc>
          <w:tcPr>
            <w:tcW w:w="523" w:type="pct"/>
          </w:tcPr>
          <w:p w14:paraId="7807A8A7" w14:textId="77777777" w:rsidR="00281EA7" w:rsidRDefault="00281EA7" w:rsidP="00281EA7">
            <w:pPr>
              <w:spacing w:after="40"/>
              <w:jc w:val="center"/>
              <w:rPr>
                <w:sz w:val="20"/>
                <w:szCs w:val="20"/>
              </w:rPr>
            </w:pPr>
            <w:r>
              <w:rPr>
                <w:b/>
                <w:color w:val="1F1F1F"/>
                <w:sz w:val="20"/>
                <w:szCs w:val="20"/>
              </w:rPr>
              <w:t>Да</w:t>
            </w:r>
          </w:p>
        </w:tc>
        <w:tc>
          <w:tcPr>
            <w:tcW w:w="2035" w:type="pct"/>
          </w:tcPr>
          <w:p w14:paraId="58DDF997" w14:textId="77777777" w:rsidR="00281EA7" w:rsidRDefault="00281EA7" w:rsidP="00281EA7">
            <w:pPr>
              <w:spacing w:after="40"/>
              <w:rPr>
                <w:sz w:val="20"/>
                <w:szCs w:val="20"/>
              </w:rPr>
            </w:pPr>
            <w:r>
              <w:rPr>
                <w:color w:val="1F1F1F"/>
                <w:sz w:val="20"/>
                <w:szCs w:val="20"/>
              </w:rPr>
              <w:t>Допустимо только при наличии хотя бы одной рабочей active-группы без I/O errors.</w:t>
            </w:r>
          </w:p>
        </w:tc>
      </w:tr>
      <w:tr w:rsidR="00281EA7" w:rsidRPr="003E0862" w14:paraId="70D3C310" w14:textId="77777777" w:rsidTr="00281EA7">
        <w:tc>
          <w:tcPr>
            <w:tcW w:w="1046" w:type="pct"/>
          </w:tcPr>
          <w:p w14:paraId="2A6F43E3" w14:textId="77777777" w:rsidR="00281EA7" w:rsidRDefault="00281EA7" w:rsidP="00281EA7">
            <w:pPr>
              <w:spacing w:after="40"/>
              <w:rPr>
                <w:sz w:val="20"/>
                <w:szCs w:val="20"/>
              </w:rPr>
            </w:pPr>
            <w:r>
              <w:rPr>
                <w:color w:val="1F1F1F"/>
                <w:sz w:val="20"/>
                <w:szCs w:val="20"/>
              </w:rPr>
              <w:t>Путь виден, но не обслуживает I/O из-за приоритета</w:t>
            </w:r>
          </w:p>
        </w:tc>
        <w:tc>
          <w:tcPr>
            <w:tcW w:w="1396" w:type="pct"/>
          </w:tcPr>
          <w:p w14:paraId="098C2E44" w14:textId="77777777" w:rsidR="00281EA7" w:rsidRPr="00ED1D20" w:rsidRDefault="00281EA7" w:rsidP="00281EA7">
            <w:pPr>
              <w:spacing w:after="40"/>
              <w:rPr>
                <w:sz w:val="20"/>
                <w:szCs w:val="20"/>
                <w:lang w:val="en-US"/>
              </w:rPr>
            </w:pPr>
            <w:r w:rsidRPr="00ED1D20">
              <w:rPr>
                <w:color w:val="1F1F1F"/>
                <w:sz w:val="20"/>
                <w:szCs w:val="20"/>
                <w:lang w:val="en-US"/>
              </w:rPr>
              <w:t xml:space="preserve">enabled / ready / running </w:t>
            </w:r>
            <w:r>
              <w:rPr>
                <w:color w:val="1F1F1F"/>
                <w:sz w:val="20"/>
                <w:szCs w:val="20"/>
              </w:rPr>
              <w:t>с</w:t>
            </w:r>
            <w:r w:rsidRPr="00ED1D20">
              <w:rPr>
                <w:color w:val="1F1F1F"/>
                <w:sz w:val="20"/>
                <w:szCs w:val="20"/>
                <w:lang w:val="en-US"/>
              </w:rPr>
              <w:t xml:space="preserve"> </w:t>
            </w:r>
            <w:r>
              <w:rPr>
                <w:color w:val="1F1F1F"/>
                <w:sz w:val="20"/>
                <w:szCs w:val="20"/>
              </w:rPr>
              <w:t>меньшим</w:t>
            </w:r>
            <w:r w:rsidRPr="00ED1D20">
              <w:rPr>
                <w:color w:val="1F1F1F"/>
                <w:sz w:val="20"/>
                <w:szCs w:val="20"/>
                <w:lang w:val="en-US"/>
              </w:rPr>
              <w:t xml:space="preserve"> prio</w:t>
            </w:r>
          </w:p>
        </w:tc>
        <w:tc>
          <w:tcPr>
            <w:tcW w:w="523" w:type="pct"/>
          </w:tcPr>
          <w:p w14:paraId="61D78F2A" w14:textId="77777777" w:rsidR="00281EA7" w:rsidRDefault="00281EA7" w:rsidP="00281EA7">
            <w:pPr>
              <w:spacing w:after="40"/>
              <w:jc w:val="center"/>
              <w:rPr>
                <w:sz w:val="20"/>
                <w:szCs w:val="20"/>
              </w:rPr>
            </w:pPr>
            <w:r>
              <w:rPr>
                <w:b/>
                <w:color w:val="1F1F1F"/>
                <w:sz w:val="20"/>
                <w:szCs w:val="20"/>
              </w:rPr>
              <w:t>Да</w:t>
            </w:r>
          </w:p>
        </w:tc>
        <w:tc>
          <w:tcPr>
            <w:tcW w:w="2035" w:type="pct"/>
          </w:tcPr>
          <w:p w14:paraId="259C1B65" w14:textId="77777777" w:rsidR="00281EA7" w:rsidRDefault="00281EA7" w:rsidP="00281EA7">
            <w:pPr>
              <w:spacing w:after="40"/>
              <w:rPr>
                <w:sz w:val="20"/>
                <w:szCs w:val="20"/>
              </w:rPr>
            </w:pPr>
            <w:r>
              <w:rPr>
                <w:color w:val="1F1F1F"/>
                <w:sz w:val="20"/>
                <w:szCs w:val="20"/>
              </w:rPr>
              <w:t>Допустимо для ALUA и иных реализаций, где часть путей не является preferred.</w:t>
            </w:r>
          </w:p>
        </w:tc>
      </w:tr>
      <w:tr w:rsidR="00281EA7" w:rsidRPr="003E0862" w14:paraId="478009B0" w14:textId="77777777" w:rsidTr="00281EA7">
        <w:tc>
          <w:tcPr>
            <w:tcW w:w="1046" w:type="pct"/>
          </w:tcPr>
          <w:p w14:paraId="06EF20B2" w14:textId="77777777" w:rsidR="00281EA7" w:rsidRDefault="00281EA7" w:rsidP="00281EA7">
            <w:pPr>
              <w:spacing w:after="40"/>
              <w:rPr>
                <w:sz w:val="20"/>
                <w:szCs w:val="20"/>
              </w:rPr>
            </w:pPr>
            <w:r>
              <w:rPr>
                <w:color w:val="1F1F1F"/>
                <w:sz w:val="20"/>
                <w:szCs w:val="20"/>
              </w:rPr>
              <w:t>Путь неисправен или потерян</w:t>
            </w:r>
          </w:p>
        </w:tc>
        <w:tc>
          <w:tcPr>
            <w:tcW w:w="1396" w:type="pct"/>
          </w:tcPr>
          <w:p w14:paraId="1EC60516" w14:textId="77777777" w:rsidR="00281EA7" w:rsidRPr="00ED1D20" w:rsidRDefault="00281EA7" w:rsidP="00281EA7">
            <w:pPr>
              <w:spacing w:after="40"/>
              <w:rPr>
                <w:sz w:val="20"/>
                <w:szCs w:val="20"/>
                <w:lang w:val="en-US"/>
              </w:rPr>
            </w:pPr>
            <w:r w:rsidRPr="00ED1D20">
              <w:rPr>
                <w:color w:val="1F1F1F"/>
                <w:sz w:val="20"/>
                <w:szCs w:val="20"/>
                <w:lang w:val="en-US"/>
              </w:rPr>
              <w:t>faulty / failed / offline / shaky / undef</w:t>
            </w:r>
          </w:p>
        </w:tc>
        <w:tc>
          <w:tcPr>
            <w:tcW w:w="523" w:type="pct"/>
          </w:tcPr>
          <w:p w14:paraId="2DBDEE37" w14:textId="77777777" w:rsidR="00281EA7" w:rsidRDefault="00281EA7" w:rsidP="00281EA7">
            <w:pPr>
              <w:spacing w:after="40"/>
              <w:jc w:val="center"/>
              <w:rPr>
                <w:sz w:val="20"/>
                <w:szCs w:val="20"/>
              </w:rPr>
            </w:pPr>
            <w:r>
              <w:rPr>
                <w:b/>
                <w:color w:val="1F1F1F"/>
                <w:sz w:val="20"/>
                <w:szCs w:val="20"/>
              </w:rPr>
              <w:t>Нет</w:t>
            </w:r>
          </w:p>
        </w:tc>
        <w:tc>
          <w:tcPr>
            <w:tcW w:w="2035" w:type="pct"/>
          </w:tcPr>
          <w:p w14:paraId="6A6889EC" w14:textId="77777777" w:rsidR="00281EA7" w:rsidRDefault="00281EA7" w:rsidP="00281EA7">
            <w:pPr>
              <w:spacing w:after="40"/>
              <w:rPr>
                <w:sz w:val="20"/>
                <w:szCs w:val="20"/>
              </w:rPr>
            </w:pPr>
            <w:r>
              <w:rPr>
                <w:color w:val="1F1F1F"/>
                <w:sz w:val="20"/>
                <w:szCs w:val="20"/>
              </w:rPr>
              <w:t>Неприемлемо для исходного состояния и для целевого прогона. Допустимо только как кратковременный эффект в тесте отказа с последующим восстановлением.</w:t>
            </w:r>
          </w:p>
        </w:tc>
      </w:tr>
      <w:tr w:rsidR="00281EA7" w:rsidRPr="003E0862" w14:paraId="092679BA" w14:textId="77777777" w:rsidTr="00281EA7">
        <w:tc>
          <w:tcPr>
            <w:tcW w:w="1046" w:type="pct"/>
          </w:tcPr>
          <w:p w14:paraId="16006E72" w14:textId="77777777" w:rsidR="00281EA7" w:rsidRDefault="00281EA7" w:rsidP="00281EA7">
            <w:pPr>
              <w:spacing w:after="40"/>
              <w:rPr>
                <w:sz w:val="20"/>
                <w:szCs w:val="20"/>
              </w:rPr>
            </w:pPr>
            <w:r>
              <w:rPr>
                <w:color w:val="1F1F1F"/>
                <w:sz w:val="20"/>
                <w:szCs w:val="20"/>
              </w:rPr>
              <w:t>Количество путей меньше расчётного</w:t>
            </w:r>
          </w:p>
        </w:tc>
        <w:tc>
          <w:tcPr>
            <w:tcW w:w="1396" w:type="pct"/>
          </w:tcPr>
          <w:p w14:paraId="2999C629" w14:textId="77777777" w:rsidR="00281EA7" w:rsidRDefault="00281EA7" w:rsidP="00281EA7">
            <w:pPr>
              <w:spacing w:after="40"/>
              <w:rPr>
                <w:sz w:val="20"/>
                <w:szCs w:val="20"/>
              </w:rPr>
            </w:pPr>
            <w:r>
              <w:rPr>
                <w:color w:val="1F1F1F"/>
                <w:sz w:val="20"/>
                <w:szCs w:val="20"/>
              </w:rPr>
              <w:t>отсутствует часть путей</w:t>
            </w:r>
          </w:p>
        </w:tc>
        <w:tc>
          <w:tcPr>
            <w:tcW w:w="523" w:type="pct"/>
          </w:tcPr>
          <w:p w14:paraId="0B53D5F5" w14:textId="77777777" w:rsidR="00281EA7" w:rsidRDefault="00281EA7" w:rsidP="00281EA7">
            <w:pPr>
              <w:spacing w:after="40"/>
              <w:jc w:val="center"/>
              <w:rPr>
                <w:sz w:val="20"/>
                <w:szCs w:val="20"/>
              </w:rPr>
            </w:pPr>
            <w:r>
              <w:rPr>
                <w:b/>
                <w:color w:val="1F1F1F"/>
                <w:sz w:val="20"/>
                <w:szCs w:val="20"/>
              </w:rPr>
              <w:t>Нет</w:t>
            </w:r>
          </w:p>
        </w:tc>
        <w:tc>
          <w:tcPr>
            <w:tcW w:w="2035" w:type="pct"/>
          </w:tcPr>
          <w:p w14:paraId="2A43E149" w14:textId="77777777" w:rsidR="00281EA7" w:rsidRDefault="00281EA7" w:rsidP="00281EA7">
            <w:pPr>
              <w:spacing w:after="40"/>
              <w:rPr>
                <w:sz w:val="20"/>
                <w:szCs w:val="20"/>
              </w:rPr>
            </w:pPr>
            <w:r>
              <w:rPr>
                <w:color w:val="1F1F1F"/>
                <w:sz w:val="20"/>
                <w:szCs w:val="20"/>
              </w:rPr>
              <w:t>Нужно сравнить с расчётной схемой zoning и количеством задействованных инициаторов/targets.</w:t>
            </w:r>
          </w:p>
        </w:tc>
      </w:tr>
    </w:tbl>
    <w:p w14:paraId="24187DA2" w14:textId="77777777" w:rsidR="00281EA7" w:rsidRPr="00D61DB8" w:rsidRDefault="00281EA7" w:rsidP="00281EA7">
      <w:pPr>
        <w:pStyle w:val="21"/>
        <w:rPr>
          <w:sz w:val="16"/>
          <w:szCs w:val="16"/>
        </w:rPr>
      </w:pPr>
      <w:bookmarkStart w:id="7" w:name="_Toc226714080"/>
      <w:r w:rsidRPr="00D61DB8">
        <w:rPr>
          <w:sz w:val="16"/>
          <w:szCs w:val="16"/>
        </w:rPr>
        <w:t>Пояснение по числу путей</w:t>
      </w:r>
      <w:bookmarkEnd w:id="7"/>
    </w:p>
    <w:p w14:paraId="5A987802" w14:textId="77777777" w:rsidR="00281EA7" w:rsidRPr="00D61DB8" w:rsidRDefault="00281EA7" w:rsidP="00281EA7">
      <w:pPr>
        <w:rPr>
          <w:sz w:val="16"/>
          <w:szCs w:val="16"/>
        </w:rPr>
      </w:pPr>
      <w:r w:rsidRPr="00D61DB8">
        <w:rPr>
          <w:sz w:val="16"/>
          <w:szCs w:val="16"/>
        </w:rPr>
        <w:t>К каждому LUN на каждом сервере должно быть зафиксировано не менее 4 путей с распределением через оба контроллера СХД. Конкретное число путей определяется зонированием и количеством инициаторных и target-портов; оно фиксируется в журнале испытаний до начала нагрузочных тестов. В выводе multipath -ll каждая группа путей должна иметь статус status=active с одинаковым prio, а каждый рабочий путь — состояние active ready running.</w:t>
      </w:r>
    </w:p>
    <w:p w14:paraId="2640BB7F" w14:textId="77777777" w:rsidR="00281EA7" w:rsidRPr="00582D30" w:rsidRDefault="00281EA7" w:rsidP="00281EA7">
      <w:pPr>
        <w:rPr>
          <w:sz w:val="20"/>
          <w:szCs w:val="20"/>
        </w:rPr>
      </w:pPr>
      <w:r w:rsidRPr="00582D30">
        <w:br w:type="page"/>
      </w:r>
    </w:p>
    <w:p w14:paraId="1C65B7A7" w14:textId="77777777" w:rsidR="00281EA7" w:rsidRPr="002366F0" w:rsidRDefault="00281EA7" w:rsidP="00281EA7">
      <w:pPr>
        <w:rPr>
          <w:b/>
          <w:bCs/>
          <w:szCs w:val="28"/>
        </w:rPr>
      </w:pPr>
      <w:bookmarkStart w:id="8" w:name="_Toc226714081"/>
      <w:r>
        <w:rPr>
          <w:b/>
          <w:bCs/>
          <w:szCs w:val="28"/>
        </w:rPr>
        <w:lastRenderedPageBreak/>
        <w:t>12</w:t>
      </w:r>
      <w:r w:rsidRPr="002366F0">
        <w:rPr>
          <w:b/>
          <w:bCs/>
          <w:szCs w:val="28"/>
        </w:rPr>
        <w:t xml:space="preserve"> </w:t>
      </w:r>
      <w:r w:rsidRPr="00E505A8">
        <w:rPr>
          <w:b/>
          <w:bCs/>
          <w:szCs w:val="28"/>
        </w:rPr>
        <w:t>Примеры FIO-профилей и единый источник запуска</w:t>
      </w:r>
    </w:p>
    <w:bookmarkEnd w:id="8"/>
    <w:p w14:paraId="05434435" w14:textId="77777777" w:rsidR="00281EA7" w:rsidRDefault="00281EA7" w:rsidP="00281EA7">
      <w:pPr>
        <w:spacing w:line="252" w:lineRule="auto"/>
        <w:rPr>
          <w:color w:val="4A4A4A"/>
          <w:sz w:val="20"/>
          <w:szCs w:val="20"/>
        </w:rPr>
      </w:pPr>
      <w:r>
        <w:rPr>
          <w:color w:val="4A4A4A"/>
          <w:sz w:val="20"/>
          <w:szCs w:val="20"/>
        </w:rPr>
        <w:t>Ниже приведены читабельные примеры создания файлов FIO и их запуска. Везде используются host-specific job-файлы и единый источник старта на server-1 через режим client/server.</w:t>
      </w:r>
    </w:p>
    <w:p w14:paraId="009C641F" w14:textId="77777777" w:rsidR="00281EA7" w:rsidRDefault="00281EA7" w:rsidP="00281EA7">
      <w:pPr>
        <w:spacing w:line="252" w:lineRule="auto"/>
        <w:rPr>
          <w:color w:val="4A4A4A"/>
          <w:sz w:val="20"/>
          <w:szCs w:val="20"/>
        </w:rPr>
      </w:pPr>
      <w:r>
        <w:rPr>
          <w:color w:val="4A4A4A"/>
          <w:sz w:val="20"/>
          <w:szCs w:val="20"/>
        </w:rPr>
        <w:t>Расчёт суммарной глубины очереди. Для всех целевых FIO-профилей суммарная глубина очереди определяется по формуле: Суммарная глубина очереди = numjobs × iodepth × количество LUN × количество серверов.</w:t>
      </w:r>
    </w:p>
    <w:p w14:paraId="0AB9BBF4" w14:textId="77777777" w:rsidR="00281EA7" w:rsidRDefault="00281EA7" w:rsidP="00281EA7">
      <w:pPr>
        <w:spacing w:line="252" w:lineRule="auto"/>
        <w:rPr>
          <w:color w:val="4A4A4A"/>
          <w:sz w:val="20"/>
          <w:szCs w:val="20"/>
        </w:rPr>
      </w:pPr>
      <w:r>
        <w:rPr>
          <w:color w:val="4A4A4A"/>
          <w:sz w:val="20"/>
          <w:szCs w:val="20"/>
        </w:rPr>
        <w:t>Где:</w:t>
      </w:r>
    </w:p>
    <w:p w14:paraId="126C2615" w14:textId="77777777" w:rsidR="00281EA7" w:rsidRDefault="00281EA7" w:rsidP="00281EA7">
      <w:pPr>
        <w:pStyle w:val="aff5"/>
        <w:numPr>
          <w:ilvl w:val="0"/>
          <w:numId w:val="19"/>
        </w:numPr>
        <w:suppressAutoHyphens/>
        <w:spacing w:after="120" w:line="252" w:lineRule="auto"/>
        <w:rPr>
          <w:color w:val="4A4A4A"/>
          <w:sz w:val="20"/>
          <w:szCs w:val="20"/>
          <w:lang w:val="ru-RU"/>
        </w:rPr>
      </w:pPr>
      <w:r>
        <w:rPr>
          <w:color w:val="4A4A4A"/>
          <w:sz w:val="20"/>
          <w:szCs w:val="20"/>
          <w:lang w:val="ru-RU"/>
        </w:rPr>
        <w:t xml:space="preserve">numjobs — число параллельных job на один LUN; </w:t>
      </w:r>
    </w:p>
    <w:p w14:paraId="59FDB993" w14:textId="77777777" w:rsidR="00281EA7" w:rsidRDefault="00281EA7" w:rsidP="00281EA7">
      <w:pPr>
        <w:pStyle w:val="aff5"/>
        <w:numPr>
          <w:ilvl w:val="0"/>
          <w:numId w:val="19"/>
        </w:numPr>
        <w:suppressAutoHyphens/>
        <w:spacing w:after="120" w:line="252" w:lineRule="auto"/>
        <w:rPr>
          <w:color w:val="4A4A4A"/>
          <w:sz w:val="20"/>
          <w:szCs w:val="20"/>
          <w:lang w:val="ru-RU"/>
        </w:rPr>
      </w:pPr>
      <w:r>
        <w:rPr>
          <w:color w:val="4A4A4A"/>
          <w:sz w:val="20"/>
          <w:szCs w:val="20"/>
          <w:lang w:val="ru-RU"/>
        </w:rPr>
        <w:t xml:space="preserve">iodepth — глубина очереди для одной job; </w:t>
      </w:r>
    </w:p>
    <w:p w14:paraId="75C51899" w14:textId="77777777" w:rsidR="00281EA7" w:rsidRDefault="00281EA7" w:rsidP="00281EA7">
      <w:pPr>
        <w:pStyle w:val="aff5"/>
        <w:numPr>
          <w:ilvl w:val="0"/>
          <w:numId w:val="19"/>
        </w:numPr>
        <w:suppressAutoHyphens/>
        <w:spacing w:after="120" w:line="252" w:lineRule="auto"/>
        <w:rPr>
          <w:color w:val="4A4A4A"/>
          <w:sz w:val="20"/>
          <w:szCs w:val="20"/>
          <w:lang w:val="ru-RU"/>
        </w:rPr>
      </w:pPr>
      <w:r>
        <w:rPr>
          <w:color w:val="4A4A4A"/>
          <w:sz w:val="20"/>
          <w:szCs w:val="20"/>
          <w:lang w:val="ru-RU"/>
        </w:rPr>
        <w:t xml:space="preserve">количество LUN — </w:t>
      </w:r>
      <w:r w:rsidRPr="001B3B98">
        <w:rPr>
          <w:color w:val="4A4A4A"/>
          <w:sz w:val="20"/>
          <w:szCs w:val="20"/>
          <w:lang w:val="ru-RU"/>
        </w:rPr>
        <w:t>число LUN, участвующих в одном host-specific FIO-профиле на одном сервере</w:t>
      </w:r>
      <w:r>
        <w:rPr>
          <w:color w:val="4A4A4A"/>
          <w:sz w:val="20"/>
          <w:szCs w:val="20"/>
          <w:lang w:val="ru-RU"/>
        </w:rPr>
        <w:t xml:space="preserve">; </w:t>
      </w:r>
    </w:p>
    <w:p w14:paraId="254DA629" w14:textId="77777777" w:rsidR="00281EA7" w:rsidRDefault="00281EA7" w:rsidP="00281EA7">
      <w:pPr>
        <w:pStyle w:val="aff5"/>
        <w:numPr>
          <w:ilvl w:val="0"/>
          <w:numId w:val="19"/>
        </w:numPr>
        <w:suppressAutoHyphens/>
        <w:spacing w:after="120" w:line="252" w:lineRule="auto"/>
        <w:rPr>
          <w:color w:val="4A4A4A"/>
          <w:sz w:val="20"/>
          <w:szCs w:val="20"/>
          <w:lang w:val="ru-RU"/>
        </w:rPr>
      </w:pPr>
      <w:r>
        <w:rPr>
          <w:color w:val="4A4A4A"/>
          <w:sz w:val="20"/>
          <w:szCs w:val="20"/>
          <w:lang w:val="ru-RU"/>
        </w:rPr>
        <w:t xml:space="preserve">количество серверов — число серверов-нагружаторов, одновременно участвующих в прогоне. </w:t>
      </w:r>
    </w:p>
    <w:p w14:paraId="2EEC410C" w14:textId="77777777" w:rsidR="00281EA7" w:rsidRDefault="00281EA7" w:rsidP="00281EA7">
      <w:pPr>
        <w:spacing w:line="252" w:lineRule="auto"/>
        <w:rPr>
          <w:sz w:val="20"/>
          <w:szCs w:val="20"/>
        </w:rPr>
      </w:pPr>
    </w:p>
    <w:p w14:paraId="38882E25" w14:textId="77777777" w:rsidR="00281EA7" w:rsidRDefault="00281EA7" w:rsidP="00281EA7">
      <w:pPr>
        <w:pStyle w:val="21"/>
        <w:rPr>
          <w:sz w:val="20"/>
          <w:szCs w:val="20"/>
        </w:rPr>
      </w:pPr>
      <w:bookmarkStart w:id="9" w:name="_Toc226714082"/>
      <w:r>
        <w:rPr>
          <w:sz w:val="20"/>
          <w:szCs w:val="20"/>
        </w:rPr>
        <w:t>Подготовка каталогов под профили и результаты</w:t>
      </w:r>
      <w:bookmarkEnd w:id="9"/>
    </w:p>
    <w:p w14:paraId="5B5F118A" w14:textId="77777777" w:rsidR="00281EA7" w:rsidRDefault="00281EA7" w:rsidP="00281EA7">
      <w:pPr>
        <w:spacing w:after="80"/>
        <w:rPr>
          <w:sz w:val="20"/>
          <w:szCs w:val="20"/>
        </w:rPr>
      </w:pPr>
      <w:r>
        <w:rPr>
          <w:i/>
          <w:color w:val="505050"/>
          <w:sz w:val="20"/>
          <w:szCs w:val="20"/>
        </w:rPr>
        <w:t>В командах ниже используется обозначение: $ — обычный пользователь, # — root.</w:t>
      </w:r>
    </w:p>
    <w:tbl>
      <w:tblPr>
        <w:tblW w:w="5000" w:type="pct"/>
        <w:jc w:val="center"/>
        <w:tblCellMar>
          <w:top w:w="60" w:type="dxa"/>
          <w:left w:w="70" w:type="dxa"/>
          <w:bottom w:w="60" w:type="dxa"/>
          <w:right w:w="70" w:type="dxa"/>
        </w:tblCellMar>
        <w:tblLook w:val="04A0" w:firstRow="1" w:lastRow="0" w:firstColumn="1" w:lastColumn="0" w:noHBand="0" w:noVBand="1"/>
      </w:tblPr>
      <w:tblGrid>
        <w:gridCol w:w="14480"/>
      </w:tblGrid>
      <w:tr w:rsidR="00281EA7" w:rsidRPr="00B16F71" w14:paraId="0D9B5A9F" w14:textId="77777777" w:rsidTr="00281EA7">
        <w:trPr>
          <w:jc w:val="center"/>
        </w:trPr>
        <w:tc>
          <w:tcPr>
            <w:tcW w:w="5000" w:type="pct"/>
            <w:shd w:val="clear" w:color="auto" w:fill="F4F6F8"/>
            <w:vAlign w:val="center"/>
          </w:tcPr>
          <w:p w14:paraId="6930BBA3"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mkdir -p /var/tmp/pmi_fio/profiles</w:t>
            </w:r>
            <w:r w:rsidRPr="00A0593A">
              <w:rPr>
                <w:rFonts w:ascii="Times New Roman" w:hAnsi="Times New Roman" w:cs="Times New Roman"/>
              </w:rPr>
              <w:br/>
              <w:t>mkdir -p /var/tmp/pmi_fio/results</w:t>
            </w:r>
          </w:p>
        </w:tc>
      </w:tr>
    </w:tbl>
    <w:p w14:paraId="1BF049A6" w14:textId="77777777" w:rsidR="00281EA7" w:rsidRPr="00281EA7" w:rsidRDefault="00281EA7" w:rsidP="00281EA7">
      <w:pPr>
        <w:rPr>
          <w:sz w:val="20"/>
          <w:szCs w:val="20"/>
          <w:lang w:val="en-US"/>
        </w:rPr>
      </w:pPr>
    </w:p>
    <w:p w14:paraId="6C462E82" w14:textId="77777777" w:rsidR="00281EA7" w:rsidRDefault="00281EA7" w:rsidP="00281EA7">
      <w:pPr>
        <w:pStyle w:val="21"/>
        <w:rPr>
          <w:sz w:val="20"/>
          <w:szCs w:val="20"/>
        </w:rPr>
      </w:pPr>
      <w:bookmarkStart w:id="10" w:name="_Toc226714083"/>
      <w:r>
        <w:rPr>
          <w:sz w:val="20"/>
          <w:szCs w:val="20"/>
        </w:rPr>
        <w:t>Prefill: создание файлов и запуск</w:t>
      </w:r>
      <w:bookmarkEnd w:id="10"/>
    </w:p>
    <w:p w14:paraId="5B731CD2" w14:textId="77777777" w:rsidR="00281EA7" w:rsidRDefault="00281EA7" w:rsidP="00281EA7">
      <w:pPr>
        <w:spacing w:line="252" w:lineRule="auto"/>
        <w:rPr>
          <w:sz w:val="20"/>
          <w:szCs w:val="20"/>
        </w:rPr>
      </w:pPr>
      <w:r>
        <w:rPr>
          <w:color w:val="4A4A4A"/>
          <w:sz w:val="20"/>
          <w:szCs w:val="20"/>
        </w:rPr>
        <w:t>В каждом host-specific профиле перечисляются пути к тем LUN, которые доступны на соответствующем сервере. Если используются временные LUN для достижения 80% ёмкости пула, их также нужно включить в профиль.</w:t>
      </w:r>
    </w:p>
    <w:p w14:paraId="6A259E32" w14:textId="77777777" w:rsidR="00281EA7" w:rsidRDefault="00281EA7" w:rsidP="00281EA7">
      <w:pPr>
        <w:rPr>
          <w:rStyle w:val="affc"/>
        </w:rPr>
      </w:pPr>
      <w:r>
        <w:rPr>
          <w:rStyle w:val="affc"/>
        </w:rPr>
        <w:t>Команда создания файла prefill_host1.fio</w:t>
      </w:r>
    </w:p>
    <w:tbl>
      <w:tblPr>
        <w:tblW w:w="5000" w:type="pct"/>
        <w:jc w:val="center"/>
        <w:tblCellMar>
          <w:top w:w="60" w:type="dxa"/>
          <w:left w:w="70" w:type="dxa"/>
          <w:bottom w:w="60" w:type="dxa"/>
          <w:right w:w="70" w:type="dxa"/>
        </w:tblCellMar>
        <w:tblLook w:val="04A0" w:firstRow="1" w:lastRow="0" w:firstColumn="1" w:lastColumn="0" w:noHBand="0" w:noVBand="1"/>
      </w:tblPr>
      <w:tblGrid>
        <w:gridCol w:w="14480"/>
      </w:tblGrid>
      <w:tr w:rsidR="00281EA7" w14:paraId="69FB080C" w14:textId="77777777" w:rsidTr="00281EA7">
        <w:trPr>
          <w:jc w:val="center"/>
        </w:trPr>
        <w:tc>
          <w:tcPr>
            <w:tcW w:w="5000" w:type="pct"/>
            <w:shd w:val="clear" w:color="auto" w:fill="F4F6F8"/>
            <w:vAlign w:val="center"/>
          </w:tcPr>
          <w:p w14:paraId="4032D24F"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cat &gt;/var/tmp/pmi_fio/profiles/prefill_host1.fio &lt;&lt;'EOF'</w:t>
            </w:r>
            <w:r w:rsidRPr="00A0593A">
              <w:rPr>
                <w:rFonts w:ascii="Times New Roman" w:hAnsi="Times New Roman" w:cs="Times New Roman"/>
              </w:rPr>
              <w:br/>
              <w:t>[global]</w:t>
            </w:r>
          </w:p>
          <w:p w14:paraId="78BAFAFC"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name=prefil</w:t>
            </w:r>
            <w:r w:rsidRPr="00A0593A">
              <w:rPr>
                <w:rFonts w:ascii="Times New Roman" w:hAnsi="Times New Roman" w:cs="Times New Roman"/>
              </w:rPr>
              <w:br/>
              <w:t>ioengine=libaio</w:t>
            </w:r>
            <w:r w:rsidRPr="00A0593A">
              <w:rPr>
                <w:rFonts w:ascii="Times New Roman" w:hAnsi="Times New Roman" w:cs="Times New Roman"/>
              </w:rPr>
              <w:br/>
              <w:t>rw=write</w:t>
            </w:r>
          </w:p>
          <w:p w14:paraId="383B9108"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bs=1024K</w:t>
            </w:r>
          </w:p>
          <w:p w14:paraId="6037A091"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direct=1</w:t>
            </w:r>
          </w:p>
          <w:p w14:paraId="5117D183"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numjobs=1</w:t>
            </w:r>
          </w:p>
          <w:p w14:paraId="19CD6B94"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ramp_time=0</w:t>
            </w:r>
          </w:p>
          <w:p w14:paraId="78A4D033"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randrepeat=0</w:t>
            </w:r>
          </w:p>
          <w:p w14:paraId="65D420A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group_reporting=1</w:t>
            </w:r>
          </w:p>
          <w:p w14:paraId="15F55E58"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loops=1</w:t>
            </w:r>
          </w:p>
          <w:p w14:paraId="013107E0" w14:textId="77777777" w:rsidR="00281EA7" w:rsidRPr="00A0593A" w:rsidRDefault="00281EA7" w:rsidP="00281EA7">
            <w:pPr>
              <w:pStyle w:val="CodeBlock"/>
              <w:shd w:val="clear" w:color="auto" w:fill="F2F4F7"/>
              <w:rPr>
                <w:rFonts w:ascii="Times New Roman" w:hAnsi="Times New Roman" w:cs="Times New Roman"/>
              </w:rPr>
            </w:pPr>
          </w:p>
          <w:p w14:paraId="5107CECD"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br/>
            </w:r>
            <w:r w:rsidRPr="00A0593A">
              <w:rPr>
                <w:rFonts w:ascii="Times New Roman" w:hAnsi="Times New Roman" w:cs="Times New Roman"/>
              </w:rPr>
              <w:br/>
              <w:t>[lun1]</w:t>
            </w:r>
            <w:r w:rsidRPr="00A0593A">
              <w:rPr>
                <w:rFonts w:ascii="Times New Roman" w:hAnsi="Times New Roman" w:cs="Times New Roman"/>
              </w:rPr>
              <w:br/>
              <w:t>filename=&lt;LUN1_PATH_SERVER1&gt;</w:t>
            </w:r>
          </w:p>
          <w:p w14:paraId="339571AE"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lastRenderedPageBreak/>
              <w:t>size=100%</w:t>
            </w:r>
          </w:p>
          <w:p w14:paraId="0736F209"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iodepth=8</w:t>
            </w:r>
            <w:r w:rsidRPr="00A0593A">
              <w:rPr>
                <w:rFonts w:ascii="Times New Roman" w:hAnsi="Times New Roman" w:cs="Times New Roman"/>
              </w:rPr>
              <w:br/>
            </w:r>
            <w:r w:rsidRPr="00A0593A">
              <w:rPr>
                <w:rFonts w:ascii="Times New Roman" w:hAnsi="Times New Roman" w:cs="Times New Roman"/>
              </w:rPr>
              <w:br/>
              <w:t>[lun2]</w:t>
            </w:r>
            <w:r w:rsidRPr="00A0593A">
              <w:rPr>
                <w:rFonts w:ascii="Times New Roman" w:hAnsi="Times New Roman" w:cs="Times New Roman"/>
              </w:rPr>
              <w:br/>
              <w:t>filename=&lt;LUN2_PATH_SERVER1&gt;</w:t>
            </w:r>
          </w:p>
          <w:p w14:paraId="61F0043B"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size=100%</w:t>
            </w:r>
          </w:p>
          <w:p w14:paraId="4FDF37C7"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iodepth=8</w:t>
            </w:r>
          </w:p>
          <w:p w14:paraId="416BC029" w14:textId="77777777" w:rsidR="00281EA7" w:rsidRPr="00E505A8" w:rsidRDefault="00281EA7" w:rsidP="00281EA7">
            <w:pPr>
              <w:pStyle w:val="CodeBlock"/>
              <w:shd w:val="clear" w:color="auto" w:fill="F2F4F7"/>
              <w:rPr>
                <w:rFonts w:ascii="Times New Roman" w:hAnsi="Times New Roman" w:cs="Times New Roman"/>
                <w:lang w:val="ru-RU"/>
              </w:rPr>
            </w:pPr>
          </w:p>
          <w:p w14:paraId="5DB7A9D4"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EOF</w:t>
            </w:r>
          </w:p>
        </w:tc>
      </w:tr>
    </w:tbl>
    <w:p w14:paraId="5E70B2FD" w14:textId="77777777" w:rsidR="00281EA7" w:rsidRDefault="00281EA7" w:rsidP="00281EA7">
      <w:pPr>
        <w:rPr>
          <w:sz w:val="20"/>
          <w:szCs w:val="20"/>
        </w:rPr>
      </w:pPr>
    </w:p>
    <w:p w14:paraId="248F6CB4" w14:textId="77777777" w:rsidR="00281EA7" w:rsidRDefault="00281EA7" w:rsidP="00281EA7">
      <w:pPr>
        <w:rPr>
          <w:rStyle w:val="affc"/>
        </w:rPr>
      </w:pPr>
      <w:r>
        <w:rPr>
          <w:rStyle w:val="affc"/>
        </w:rPr>
        <w:t>Команда создания файла prefill_host2.fio</w:t>
      </w:r>
    </w:p>
    <w:tbl>
      <w:tblPr>
        <w:tblW w:w="5000" w:type="pct"/>
        <w:jc w:val="center"/>
        <w:tblCellMar>
          <w:top w:w="60" w:type="dxa"/>
          <w:left w:w="70" w:type="dxa"/>
          <w:bottom w:w="60" w:type="dxa"/>
          <w:right w:w="70" w:type="dxa"/>
        </w:tblCellMar>
        <w:tblLook w:val="04A0" w:firstRow="1" w:lastRow="0" w:firstColumn="1" w:lastColumn="0" w:noHBand="0" w:noVBand="1"/>
      </w:tblPr>
      <w:tblGrid>
        <w:gridCol w:w="14480"/>
      </w:tblGrid>
      <w:tr w:rsidR="00281EA7" w14:paraId="77B99CB6" w14:textId="77777777" w:rsidTr="00281EA7">
        <w:trPr>
          <w:jc w:val="center"/>
        </w:trPr>
        <w:tc>
          <w:tcPr>
            <w:tcW w:w="5000" w:type="pct"/>
            <w:shd w:val="clear" w:color="auto" w:fill="F4F6F8"/>
            <w:vAlign w:val="center"/>
          </w:tcPr>
          <w:p w14:paraId="2D49F23C"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cat &gt;/var/tmp/pmi_fio/profiles/prefill_host2.fio &lt;&lt;'EOF'</w:t>
            </w:r>
            <w:r w:rsidRPr="00A0593A">
              <w:rPr>
                <w:rFonts w:ascii="Times New Roman" w:hAnsi="Times New Roman" w:cs="Times New Roman"/>
              </w:rPr>
              <w:br/>
              <w:t>[global]</w:t>
            </w:r>
          </w:p>
          <w:p w14:paraId="08DEAE29"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name=prefil</w:t>
            </w:r>
            <w:r w:rsidRPr="00A0593A">
              <w:rPr>
                <w:rFonts w:ascii="Times New Roman" w:hAnsi="Times New Roman" w:cs="Times New Roman"/>
              </w:rPr>
              <w:br/>
              <w:t>ioengine=libaio</w:t>
            </w:r>
            <w:r w:rsidRPr="00A0593A">
              <w:rPr>
                <w:rFonts w:ascii="Times New Roman" w:hAnsi="Times New Roman" w:cs="Times New Roman"/>
              </w:rPr>
              <w:br/>
              <w:t>rw=write</w:t>
            </w:r>
          </w:p>
          <w:p w14:paraId="61CBFD82"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bs=1024K</w:t>
            </w:r>
          </w:p>
          <w:p w14:paraId="69C96148"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direct=1</w:t>
            </w:r>
          </w:p>
          <w:p w14:paraId="6DA5E710"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numjobs=1</w:t>
            </w:r>
          </w:p>
          <w:p w14:paraId="109E3DD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ramp_time=0</w:t>
            </w:r>
          </w:p>
          <w:p w14:paraId="21B6F94F"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randrepeat=0</w:t>
            </w:r>
          </w:p>
          <w:p w14:paraId="038718E1"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group_reporting=1</w:t>
            </w:r>
          </w:p>
          <w:p w14:paraId="70D226A8"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loops=1</w:t>
            </w:r>
          </w:p>
          <w:p w14:paraId="492200B4" w14:textId="77777777" w:rsidR="00281EA7" w:rsidRPr="00A0593A" w:rsidRDefault="00281EA7" w:rsidP="00281EA7">
            <w:pPr>
              <w:pStyle w:val="CodeBlock"/>
              <w:shd w:val="clear" w:color="auto" w:fill="F2F4F7"/>
              <w:rPr>
                <w:rFonts w:ascii="Times New Roman" w:hAnsi="Times New Roman" w:cs="Times New Roman"/>
              </w:rPr>
            </w:pPr>
          </w:p>
          <w:p w14:paraId="3881D507" w14:textId="77777777" w:rsidR="00281EA7" w:rsidRPr="00A0593A" w:rsidRDefault="00281EA7" w:rsidP="00281EA7">
            <w:pPr>
              <w:pStyle w:val="CodeBlock"/>
              <w:shd w:val="clear" w:color="auto" w:fill="F2F4F7"/>
              <w:rPr>
                <w:rFonts w:ascii="Times New Roman" w:hAnsi="Times New Roman" w:cs="Times New Roman"/>
              </w:rPr>
            </w:pPr>
          </w:p>
          <w:p w14:paraId="67D64D00"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br/>
            </w:r>
            <w:r w:rsidRPr="00A0593A">
              <w:rPr>
                <w:rFonts w:ascii="Times New Roman" w:hAnsi="Times New Roman" w:cs="Times New Roman"/>
              </w:rPr>
              <w:br/>
              <w:t>[lun3]</w:t>
            </w:r>
            <w:r w:rsidRPr="00A0593A">
              <w:rPr>
                <w:rFonts w:ascii="Times New Roman" w:hAnsi="Times New Roman" w:cs="Times New Roman"/>
              </w:rPr>
              <w:br/>
              <w:t>filename=&lt;LUN3_PATH_SERVER2&gt;</w:t>
            </w:r>
          </w:p>
          <w:p w14:paraId="2354E293"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size=100%</w:t>
            </w:r>
          </w:p>
          <w:p w14:paraId="0A84F89F"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iodepth=8</w:t>
            </w:r>
            <w:r w:rsidRPr="00A0593A">
              <w:rPr>
                <w:rFonts w:ascii="Times New Roman" w:hAnsi="Times New Roman" w:cs="Times New Roman"/>
              </w:rPr>
              <w:br/>
            </w:r>
            <w:r w:rsidRPr="00A0593A">
              <w:rPr>
                <w:rFonts w:ascii="Times New Roman" w:hAnsi="Times New Roman" w:cs="Times New Roman"/>
              </w:rPr>
              <w:br/>
              <w:t>[lun4]</w:t>
            </w:r>
            <w:r w:rsidRPr="00A0593A">
              <w:rPr>
                <w:rFonts w:ascii="Times New Roman" w:hAnsi="Times New Roman" w:cs="Times New Roman"/>
              </w:rPr>
              <w:br/>
              <w:t>filename=&lt;LUN4_PATH_SERVER2&gt;</w:t>
            </w:r>
          </w:p>
          <w:p w14:paraId="2A42AFB9"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size=100%</w:t>
            </w:r>
          </w:p>
          <w:p w14:paraId="5B5C1C61"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iodepth=8</w:t>
            </w:r>
            <w:r w:rsidRPr="00E505A8">
              <w:rPr>
                <w:rFonts w:ascii="Times New Roman" w:hAnsi="Times New Roman" w:cs="Times New Roman"/>
                <w:lang w:val="ru-RU"/>
              </w:rPr>
              <w:br/>
              <w:t>EOF</w:t>
            </w:r>
          </w:p>
        </w:tc>
      </w:tr>
    </w:tbl>
    <w:p w14:paraId="26BDEC67" w14:textId="77777777" w:rsidR="00281EA7" w:rsidRDefault="00281EA7" w:rsidP="00281EA7">
      <w:pPr>
        <w:rPr>
          <w:sz w:val="20"/>
          <w:szCs w:val="20"/>
        </w:rPr>
      </w:pPr>
    </w:p>
    <w:p w14:paraId="5F22EFAD" w14:textId="77777777" w:rsidR="00281EA7" w:rsidRDefault="00281EA7" w:rsidP="00281EA7">
      <w:pPr>
        <w:rPr>
          <w:rStyle w:val="affc"/>
        </w:rPr>
      </w:pPr>
      <w:r>
        <w:rPr>
          <w:rStyle w:val="affc"/>
        </w:rPr>
        <w:t>Команда запуска prefill из одного источника</w:t>
      </w:r>
    </w:p>
    <w:tbl>
      <w:tblPr>
        <w:tblW w:w="5000" w:type="pct"/>
        <w:jc w:val="center"/>
        <w:tblCellMar>
          <w:top w:w="60" w:type="dxa"/>
          <w:left w:w="70" w:type="dxa"/>
          <w:bottom w:w="60" w:type="dxa"/>
          <w:right w:w="70" w:type="dxa"/>
        </w:tblCellMar>
        <w:tblLook w:val="04A0" w:firstRow="1" w:lastRow="0" w:firstColumn="1" w:lastColumn="0" w:noHBand="0" w:noVBand="1"/>
      </w:tblPr>
      <w:tblGrid>
        <w:gridCol w:w="14480"/>
      </w:tblGrid>
      <w:tr w:rsidR="00281EA7" w:rsidRPr="00B16F71" w14:paraId="7E027657" w14:textId="77777777" w:rsidTr="00281EA7">
        <w:trPr>
          <w:jc w:val="center"/>
        </w:trPr>
        <w:tc>
          <w:tcPr>
            <w:tcW w:w="5000" w:type="pct"/>
            <w:shd w:val="clear" w:color="auto" w:fill="F4F6F8"/>
            <w:vAlign w:val="center"/>
          </w:tcPr>
          <w:p w14:paraId="5A51ABE5"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 На обоих серверах:</w:t>
            </w:r>
          </w:p>
          <w:p w14:paraId="0A3C4730"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fio --server</w:t>
            </w:r>
          </w:p>
          <w:p w14:paraId="4583AB7E" w14:textId="77777777" w:rsidR="00281EA7" w:rsidRPr="00E505A8" w:rsidRDefault="00281EA7" w:rsidP="00281EA7">
            <w:pPr>
              <w:pStyle w:val="CodeBlock"/>
              <w:shd w:val="clear" w:color="auto" w:fill="F2F4F7"/>
              <w:rPr>
                <w:rFonts w:ascii="Times New Roman" w:hAnsi="Times New Roman" w:cs="Times New Roman"/>
                <w:lang w:val="ru-RU"/>
              </w:rPr>
            </w:pPr>
          </w:p>
          <w:p w14:paraId="6756DD4F"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 На server-1:</w:t>
            </w:r>
          </w:p>
          <w:p w14:paraId="0A75060E"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RUN_DIR=/var/tmp/pmi_fio/results/prefill_$(date +%F_%H%M%S)</w:t>
            </w:r>
          </w:p>
          <w:p w14:paraId="4675FF35"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lastRenderedPageBreak/>
              <w:t>mkdir -p "$RUN_DIR"</w:t>
            </w:r>
          </w:p>
          <w:p w14:paraId="37CC6FF8" w14:textId="77777777" w:rsidR="00281EA7" w:rsidRPr="00A0593A" w:rsidRDefault="00281EA7" w:rsidP="00281EA7">
            <w:pPr>
              <w:pStyle w:val="CodeBlock"/>
              <w:shd w:val="clear" w:color="auto" w:fill="F2F4F7"/>
              <w:rPr>
                <w:rFonts w:ascii="Times New Roman" w:hAnsi="Times New Roman" w:cs="Times New Roman"/>
              </w:rPr>
            </w:pPr>
          </w:p>
          <w:p w14:paraId="38F03D28"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fio \</w:t>
            </w:r>
          </w:p>
          <w:p w14:paraId="73670CFB"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 xml:space="preserve">  --output="$RUN_DIR/prefill_total.txt" \</w:t>
            </w:r>
          </w:p>
          <w:p w14:paraId="5369F723"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 xml:space="preserve">  --output-format=normal \</w:t>
            </w:r>
          </w:p>
          <w:p w14:paraId="233AE098"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 xml:space="preserve">  --client=127.0.0.1 /var/tmp/pmi_fio/profiles/prefill_host1.fio \</w:t>
            </w:r>
          </w:p>
          <w:p w14:paraId="24C6E9C2"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 xml:space="preserve">  --client=&lt;IP_server2&gt; /var/tmp/pmi_fio/profiles/prefill_host2.fio</w:t>
            </w:r>
          </w:p>
        </w:tc>
      </w:tr>
    </w:tbl>
    <w:p w14:paraId="3F82D0A8" w14:textId="77777777" w:rsidR="00281EA7" w:rsidRPr="00281EA7" w:rsidRDefault="00281EA7" w:rsidP="00281EA7">
      <w:pPr>
        <w:rPr>
          <w:sz w:val="20"/>
          <w:szCs w:val="20"/>
          <w:lang w:val="en-US"/>
        </w:rPr>
      </w:pPr>
    </w:p>
    <w:p w14:paraId="188B89FC" w14:textId="77777777" w:rsidR="00281EA7" w:rsidRDefault="00281EA7" w:rsidP="00281EA7">
      <w:pPr>
        <w:pStyle w:val="21"/>
        <w:rPr>
          <w:sz w:val="20"/>
          <w:szCs w:val="20"/>
        </w:rPr>
      </w:pPr>
      <w:bookmarkStart w:id="11" w:name="_Toc226714084"/>
      <w:r>
        <w:rPr>
          <w:sz w:val="20"/>
          <w:szCs w:val="20"/>
        </w:rPr>
        <w:t>SSD-профиль: создание файлов и запуск</w:t>
      </w:r>
      <w:bookmarkEnd w:id="11"/>
    </w:p>
    <w:p w14:paraId="3C3950EE" w14:textId="77777777" w:rsidR="00281EA7" w:rsidRDefault="00281EA7" w:rsidP="00281EA7">
      <w:pPr>
        <w:rPr>
          <w:rStyle w:val="affc"/>
        </w:rPr>
      </w:pPr>
      <w:r>
        <w:rPr>
          <w:rStyle w:val="affc"/>
        </w:rPr>
        <w:t>Команда создания файла ssd_host1.fio</w:t>
      </w:r>
    </w:p>
    <w:tbl>
      <w:tblPr>
        <w:tblW w:w="5000" w:type="pct"/>
        <w:jc w:val="center"/>
        <w:tblCellMar>
          <w:top w:w="60" w:type="dxa"/>
          <w:left w:w="70" w:type="dxa"/>
          <w:bottom w:w="60" w:type="dxa"/>
          <w:right w:w="70" w:type="dxa"/>
        </w:tblCellMar>
        <w:tblLook w:val="04A0" w:firstRow="1" w:lastRow="0" w:firstColumn="1" w:lastColumn="0" w:noHBand="0" w:noVBand="1"/>
      </w:tblPr>
      <w:tblGrid>
        <w:gridCol w:w="14480"/>
      </w:tblGrid>
      <w:tr w:rsidR="00281EA7" w14:paraId="12FF81F5" w14:textId="77777777" w:rsidTr="00281EA7">
        <w:trPr>
          <w:jc w:val="center"/>
        </w:trPr>
        <w:tc>
          <w:tcPr>
            <w:tcW w:w="5000" w:type="pct"/>
            <w:shd w:val="clear" w:color="auto" w:fill="F4F6F8"/>
            <w:vAlign w:val="center"/>
          </w:tcPr>
          <w:p w14:paraId="7DE27FC4"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cat &gt;/var/tmp/pmi_fio/profiles/ssd_host1.fio &lt;&lt;'EOF'</w:t>
            </w:r>
          </w:p>
          <w:p w14:paraId="754C8314"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[global]</w:t>
            </w:r>
          </w:p>
          <w:p w14:paraId="134D804B"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direct=1</w:t>
            </w:r>
          </w:p>
          <w:p w14:paraId="1F3F71A0"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ioengine=libaio</w:t>
            </w:r>
          </w:p>
          <w:p w14:paraId="5FF6B953"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continue_on_error=io</w:t>
            </w:r>
          </w:p>
          <w:p w14:paraId="173099D2"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group_reporting=1</w:t>
            </w:r>
          </w:p>
          <w:p w14:paraId="3E89B9A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randrepeat=0</w:t>
            </w:r>
          </w:p>
          <w:p w14:paraId="44A3DD29"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rw=randrw</w:t>
            </w:r>
          </w:p>
          <w:p w14:paraId="5D684F2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blocksize=64k</w:t>
            </w:r>
          </w:p>
          <w:p w14:paraId="05B15C2B"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rwmixread=70</w:t>
            </w:r>
          </w:p>
          <w:p w14:paraId="00299EAA"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time_based=1</w:t>
            </w:r>
          </w:p>
          <w:p w14:paraId="57B88658"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ramp_time=600</w:t>
            </w:r>
          </w:p>
          <w:p w14:paraId="5D06CCB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runtime=7200</w:t>
            </w:r>
          </w:p>
          <w:p w14:paraId="68E85C2C"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lat_percentiles=1</w:t>
            </w:r>
          </w:p>
          <w:p w14:paraId="35250011"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percentile_list=99</w:t>
            </w:r>
          </w:p>
          <w:p w14:paraId="67805E38" w14:textId="77777777" w:rsidR="00281EA7" w:rsidRPr="00A0593A" w:rsidRDefault="00281EA7" w:rsidP="00281EA7">
            <w:pPr>
              <w:pStyle w:val="CodeBlock"/>
              <w:shd w:val="clear" w:color="auto" w:fill="F2F4F7"/>
              <w:rPr>
                <w:rFonts w:ascii="Times New Roman" w:hAnsi="Times New Roman" w:cs="Times New Roman"/>
              </w:rPr>
            </w:pPr>
          </w:p>
          <w:p w14:paraId="42AB8693"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[lun1]</w:t>
            </w:r>
          </w:p>
          <w:p w14:paraId="49569563"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filename=&lt;LUN1_PATH_SERVER1&gt;</w:t>
            </w:r>
          </w:p>
          <w:p w14:paraId="19ADC498"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numjobs=1</w:t>
            </w:r>
          </w:p>
          <w:p w14:paraId="3A5BB597"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iodepth=32</w:t>
            </w:r>
          </w:p>
          <w:p w14:paraId="6B522870" w14:textId="77777777" w:rsidR="00281EA7" w:rsidRPr="00A0593A" w:rsidRDefault="00281EA7" w:rsidP="00281EA7">
            <w:pPr>
              <w:pStyle w:val="CodeBlock"/>
              <w:shd w:val="clear" w:color="auto" w:fill="F2F4F7"/>
              <w:rPr>
                <w:rFonts w:ascii="Times New Roman" w:hAnsi="Times New Roman" w:cs="Times New Roman"/>
              </w:rPr>
            </w:pPr>
          </w:p>
          <w:p w14:paraId="49E62E93"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[lun2]</w:t>
            </w:r>
          </w:p>
          <w:p w14:paraId="1E9587CF"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filename=&lt;LUN2_PATH_SERVER1&gt;</w:t>
            </w:r>
          </w:p>
          <w:p w14:paraId="6987D1D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numjobs=1</w:t>
            </w:r>
          </w:p>
          <w:p w14:paraId="1A89DD14"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iodepth=32</w:t>
            </w:r>
          </w:p>
          <w:p w14:paraId="35F3160B" w14:textId="77777777" w:rsidR="00281EA7" w:rsidRPr="00A0593A" w:rsidRDefault="00281EA7" w:rsidP="00281EA7">
            <w:pPr>
              <w:pStyle w:val="CodeBlock"/>
              <w:shd w:val="clear" w:color="auto" w:fill="F2F4F7"/>
              <w:rPr>
                <w:rFonts w:ascii="Times New Roman" w:hAnsi="Times New Roman" w:cs="Times New Roman"/>
              </w:rPr>
            </w:pPr>
          </w:p>
          <w:p w14:paraId="49A16C4D"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[lun3]</w:t>
            </w:r>
          </w:p>
          <w:p w14:paraId="50C4AAAD"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filename=&lt;LUN3_PATH_SERVER1&gt;</w:t>
            </w:r>
          </w:p>
          <w:p w14:paraId="23D48D7C"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numjobs=1</w:t>
            </w:r>
          </w:p>
          <w:p w14:paraId="2C44915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iodepth=33</w:t>
            </w:r>
          </w:p>
          <w:p w14:paraId="5D884810" w14:textId="77777777" w:rsidR="00281EA7" w:rsidRPr="00A0593A" w:rsidRDefault="00281EA7" w:rsidP="00281EA7">
            <w:pPr>
              <w:pStyle w:val="CodeBlock"/>
              <w:shd w:val="clear" w:color="auto" w:fill="F2F4F7"/>
              <w:rPr>
                <w:rFonts w:ascii="Times New Roman" w:hAnsi="Times New Roman" w:cs="Times New Roman"/>
              </w:rPr>
            </w:pPr>
          </w:p>
          <w:p w14:paraId="50417404"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[lun4]</w:t>
            </w:r>
          </w:p>
          <w:p w14:paraId="7A0C8DFF"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filename=&lt;LUN4_PATH_SERVER1&gt;</w:t>
            </w:r>
          </w:p>
          <w:p w14:paraId="4EB079F4"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numjobs=1</w:t>
            </w:r>
          </w:p>
          <w:p w14:paraId="63436B77"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lastRenderedPageBreak/>
              <w:t>iodepth=33</w:t>
            </w:r>
          </w:p>
          <w:p w14:paraId="2C7EAEAA"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EOF</w:t>
            </w:r>
          </w:p>
        </w:tc>
      </w:tr>
    </w:tbl>
    <w:p w14:paraId="6F295171" w14:textId="77777777" w:rsidR="00281EA7" w:rsidRDefault="00281EA7" w:rsidP="00281EA7">
      <w:pPr>
        <w:rPr>
          <w:sz w:val="20"/>
          <w:szCs w:val="20"/>
        </w:rPr>
      </w:pPr>
    </w:p>
    <w:p w14:paraId="1F265A28" w14:textId="77777777" w:rsidR="00281EA7" w:rsidRDefault="00281EA7" w:rsidP="00281EA7">
      <w:pPr>
        <w:rPr>
          <w:rStyle w:val="affc"/>
        </w:rPr>
      </w:pPr>
      <w:r>
        <w:rPr>
          <w:rStyle w:val="affc"/>
        </w:rPr>
        <w:t>Команда создания файла ssd_host2.fio</w:t>
      </w:r>
    </w:p>
    <w:tbl>
      <w:tblPr>
        <w:tblW w:w="5000" w:type="pct"/>
        <w:jc w:val="center"/>
        <w:tblCellMar>
          <w:top w:w="60" w:type="dxa"/>
          <w:left w:w="70" w:type="dxa"/>
          <w:bottom w:w="60" w:type="dxa"/>
          <w:right w:w="70" w:type="dxa"/>
        </w:tblCellMar>
        <w:tblLook w:val="04A0" w:firstRow="1" w:lastRow="0" w:firstColumn="1" w:lastColumn="0" w:noHBand="0" w:noVBand="1"/>
      </w:tblPr>
      <w:tblGrid>
        <w:gridCol w:w="14480"/>
      </w:tblGrid>
      <w:tr w:rsidR="00281EA7" w14:paraId="0A8F4A30" w14:textId="77777777" w:rsidTr="00281EA7">
        <w:trPr>
          <w:jc w:val="center"/>
        </w:trPr>
        <w:tc>
          <w:tcPr>
            <w:tcW w:w="5000" w:type="pct"/>
            <w:shd w:val="clear" w:color="auto" w:fill="F4F6F8"/>
            <w:vAlign w:val="center"/>
          </w:tcPr>
          <w:p w14:paraId="1D5D7EFC"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cat &gt;/var/tmp/pmi_fio/profiles/ssd_host2.fio &lt;&lt;'EOF'</w:t>
            </w:r>
          </w:p>
          <w:p w14:paraId="26DD43D8"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[global]</w:t>
            </w:r>
          </w:p>
          <w:p w14:paraId="1180751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direct=1</w:t>
            </w:r>
          </w:p>
          <w:p w14:paraId="081888A4"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ioengine=libaio</w:t>
            </w:r>
          </w:p>
          <w:p w14:paraId="303E9F2C"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continue_on_error=io</w:t>
            </w:r>
          </w:p>
          <w:p w14:paraId="6D6D192C"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group_reporting=1</w:t>
            </w:r>
          </w:p>
          <w:p w14:paraId="0D6BA40D"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randrepeat=0</w:t>
            </w:r>
          </w:p>
          <w:p w14:paraId="75812BF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rw=randrw</w:t>
            </w:r>
          </w:p>
          <w:p w14:paraId="778060C5"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blocksize=64k</w:t>
            </w:r>
          </w:p>
          <w:p w14:paraId="130D4EB2"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rwmixread=70</w:t>
            </w:r>
          </w:p>
          <w:p w14:paraId="0090B02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time_based=1</w:t>
            </w:r>
          </w:p>
          <w:p w14:paraId="49C25F19"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ramp_time=600</w:t>
            </w:r>
          </w:p>
          <w:p w14:paraId="40C70BE3"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runtime=7200</w:t>
            </w:r>
          </w:p>
          <w:p w14:paraId="2F1FE58C"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lat_percentiles=1</w:t>
            </w:r>
          </w:p>
          <w:p w14:paraId="75B5FCC7"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percentile_list=99</w:t>
            </w:r>
          </w:p>
          <w:p w14:paraId="61AF6516" w14:textId="77777777" w:rsidR="00281EA7" w:rsidRPr="00A0593A" w:rsidRDefault="00281EA7" w:rsidP="00281EA7">
            <w:pPr>
              <w:pStyle w:val="CodeBlock"/>
              <w:shd w:val="clear" w:color="auto" w:fill="F2F4F7"/>
              <w:rPr>
                <w:rFonts w:ascii="Times New Roman" w:hAnsi="Times New Roman" w:cs="Times New Roman"/>
              </w:rPr>
            </w:pPr>
          </w:p>
          <w:p w14:paraId="20C5F481"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[lun1]</w:t>
            </w:r>
          </w:p>
          <w:p w14:paraId="6541C7D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filename=&lt;LUN1_PATH_SERVER2&gt;</w:t>
            </w:r>
          </w:p>
          <w:p w14:paraId="279C47D1"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numjobs=1</w:t>
            </w:r>
          </w:p>
          <w:p w14:paraId="317BE60F"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iodepth=32</w:t>
            </w:r>
          </w:p>
          <w:p w14:paraId="79358BB6" w14:textId="77777777" w:rsidR="00281EA7" w:rsidRPr="00A0593A" w:rsidRDefault="00281EA7" w:rsidP="00281EA7">
            <w:pPr>
              <w:pStyle w:val="CodeBlock"/>
              <w:shd w:val="clear" w:color="auto" w:fill="F2F4F7"/>
              <w:rPr>
                <w:rFonts w:ascii="Times New Roman" w:hAnsi="Times New Roman" w:cs="Times New Roman"/>
              </w:rPr>
            </w:pPr>
          </w:p>
          <w:p w14:paraId="163DC32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[lun2]</w:t>
            </w:r>
          </w:p>
          <w:p w14:paraId="5A74505C"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filename=&lt;LUN2_PATH_SERVER2&gt;</w:t>
            </w:r>
          </w:p>
          <w:p w14:paraId="3B3BC52B"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numjobs=1</w:t>
            </w:r>
          </w:p>
          <w:p w14:paraId="7F07E419"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iodepth=32</w:t>
            </w:r>
          </w:p>
          <w:p w14:paraId="6CC69F58" w14:textId="77777777" w:rsidR="00281EA7" w:rsidRPr="00A0593A" w:rsidRDefault="00281EA7" w:rsidP="00281EA7">
            <w:pPr>
              <w:pStyle w:val="CodeBlock"/>
              <w:shd w:val="clear" w:color="auto" w:fill="F2F4F7"/>
              <w:rPr>
                <w:rFonts w:ascii="Times New Roman" w:hAnsi="Times New Roman" w:cs="Times New Roman"/>
              </w:rPr>
            </w:pPr>
          </w:p>
          <w:p w14:paraId="1ADBF45F"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[lun3]</w:t>
            </w:r>
          </w:p>
          <w:p w14:paraId="033AAEAA"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filename=&lt;LUN3_PATH_SERVER2&gt;</w:t>
            </w:r>
          </w:p>
          <w:p w14:paraId="7D4B748A"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numjobs=1</w:t>
            </w:r>
          </w:p>
          <w:p w14:paraId="52C2C899"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iodepth=33</w:t>
            </w:r>
          </w:p>
          <w:p w14:paraId="159666BB" w14:textId="77777777" w:rsidR="00281EA7" w:rsidRPr="00A0593A" w:rsidRDefault="00281EA7" w:rsidP="00281EA7">
            <w:pPr>
              <w:pStyle w:val="CodeBlock"/>
              <w:shd w:val="clear" w:color="auto" w:fill="F2F4F7"/>
              <w:rPr>
                <w:rFonts w:ascii="Times New Roman" w:hAnsi="Times New Roman" w:cs="Times New Roman"/>
              </w:rPr>
            </w:pPr>
          </w:p>
          <w:p w14:paraId="45EFE2E8"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[lun4]</w:t>
            </w:r>
          </w:p>
          <w:p w14:paraId="1EE0C95B"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filename=&lt;LUN4_PATH_SERVER2&gt;</w:t>
            </w:r>
          </w:p>
          <w:p w14:paraId="30997131"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numjobs=1</w:t>
            </w:r>
          </w:p>
          <w:p w14:paraId="09982312"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iodepth=33</w:t>
            </w:r>
          </w:p>
          <w:p w14:paraId="2C861AD8" w14:textId="77777777" w:rsidR="00281EA7" w:rsidRPr="00E505A8" w:rsidRDefault="00281EA7" w:rsidP="00281EA7">
            <w:pPr>
              <w:pStyle w:val="CodeBlock"/>
              <w:shd w:val="clear" w:color="auto" w:fill="F2F4F7"/>
              <w:rPr>
                <w:rFonts w:ascii="Times New Roman" w:hAnsi="Times New Roman" w:cs="Times New Roman"/>
                <w:lang w:val="ru-RU"/>
              </w:rPr>
            </w:pPr>
          </w:p>
          <w:p w14:paraId="2FC097E0"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EOF</w:t>
            </w:r>
          </w:p>
        </w:tc>
      </w:tr>
    </w:tbl>
    <w:p w14:paraId="361DD6CD" w14:textId="77777777" w:rsidR="00281EA7" w:rsidRDefault="00281EA7" w:rsidP="00281EA7">
      <w:pPr>
        <w:rPr>
          <w:sz w:val="20"/>
          <w:szCs w:val="20"/>
        </w:rPr>
      </w:pPr>
    </w:p>
    <w:p w14:paraId="31C63544" w14:textId="77777777" w:rsidR="00281EA7" w:rsidRDefault="00281EA7" w:rsidP="00281EA7">
      <w:pPr>
        <w:rPr>
          <w:rStyle w:val="affc"/>
        </w:rPr>
      </w:pPr>
      <w:r>
        <w:rPr>
          <w:rStyle w:val="affc"/>
        </w:rPr>
        <w:t>Команда запуска SSD-профиля из одного источника</w:t>
      </w:r>
    </w:p>
    <w:tbl>
      <w:tblPr>
        <w:tblW w:w="5000" w:type="pct"/>
        <w:jc w:val="center"/>
        <w:tblCellMar>
          <w:top w:w="60" w:type="dxa"/>
          <w:left w:w="70" w:type="dxa"/>
          <w:bottom w:w="60" w:type="dxa"/>
          <w:right w:w="70" w:type="dxa"/>
        </w:tblCellMar>
        <w:tblLook w:val="04A0" w:firstRow="1" w:lastRow="0" w:firstColumn="1" w:lastColumn="0" w:noHBand="0" w:noVBand="1"/>
      </w:tblPr>
      <w:tblGrid>
        <w:gridCol w:w="14480"/>
      </w:tblGrid>
      <w:tr w:rsidR="00281EA7" w:rsidRPr="00B16F71" w14:paraId="1223AC58" w14:textId="77777777" w:rsidTr="00281EA7">
        <w:trPr>
          <w:jc w:val="center"/>
        </w:trPr>
        <w:tc>
          <w:tcPr>
            <w:tcW w:w="5000" w:type="pct"/>
            <w:shd w:val="clear" w:color="auto" w:fill="F4F6F8"/>
            <w:vAlign w:val="center"/>
          </w:tcPr>
          <w:p w14:paraId="1BF62D6C"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lastRenderedPageBreak/>
              <w:t># На обоих серверах:</w:t>
            </w:r>
          </w:p>
          <w:p w14:paraId="4E395928"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fio --server</w:t>
            </w:r>
          </w:p>
          <w:p w14:paraId="091E33F8" w14:textId="77777777" w:rsidR="00281EA7" w:rsidRPr="00E505A8" w:rsidRDefault="00281EA7" w:rsidP="00281EA7">
            <w:pPr>
              <w:pStyle w:val="CodeBlock"/>
              <w:shd w:val="clear" w:color="auto" w:fill="F2F4F7"/>
              <w:rPr>
                <w:rFonts w:ascii="Times New Roman" w:hAnsi="Times New Roman" w:cs="Times New Roman"/>
                <w:lang w:val="ru-RU"/>
              </w:rPr>
            </w:pPr>
          </w:p>
          <w:p w14:paraId="66BC5BCD"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 На server-1:</w:t>
            </w:r>
          </w:p>
          <w:p w14:paraId="631AB5D7"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RUN_DIR=/var/tmp/pmi_fio/results/ssd_run_$(date +%F_%H%M%S)</w:t>
            </w:r>
          </w:p>
          <w:p w14:paraId="12BEE84D"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mkdir -p "$RUN_DIR"</w:t>
            </w:r>
          </w:p>
          <w:p w14:paraId="40E29ABA" w14:textId="77777777" w:rsidR="00281EA7" w:rsidRPr="00A0593A" w:rsidRDefault="00281EA7" w:rsidP="00281EA7">
            <w:pPr>
              <w:pStyle w:val="CodeBlock"/>
              <w:shd w:val="clear" w:color="auto" w:fill="F2F4F7"/>
              <w:rPr>
                <w:rFonts w:ascii="Times New Roman" w:hAnsi="Times New Roman" w:cs="Times New Roman"/>
              </w:rPr>
            </w:pPr>
          </w:p>
          <w:p w14:paraId="5056B9B8"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fio \</w:t>
            </w:r>
          </w:p>
          <w:p w14:paraId="2A1FB41E"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 xml:space="preserve">  --output="$RUN_DIR/ssd_total.txt" \</w:t>
            </w:r>
          </w:p>
          <w:p w14:paraId="1D4DA86F"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 xml:space="preserve">  --output-format=normal \</w:t>
            </w:r>
          </w:p>
          <w:p w14:paraId="47437361"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 xml:space="preserve">  --client=127.0.0.1 /var/tmp/pmi_fio/profiles/ssd_host1.fio \</w:t>
            </w:r>
          </w:p>
          <w:p w14:paraId="01AE2DE7"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 xml:space="preserve">  --client=&lt;IP_server2&gt; /var/tmp/pmi_fio/profiles/ssd_host2.fio</w:t>
            </w:r>
          </w:p>
        </w:tc>
      </w:tr>
    </w:tbl>
    <w:p w14:paraId="7D977300" w14:textId="77777777" w:rsidR="00281EA7" w:rsidRPr="00281EA7" w:rsidRDefault="00281EA7" w:rsidP="00281EA7">
      <w:pPr>
        <w:rPr>
          <w:sz w:val="20"/>
          <w:szCs w:val="20"/>
          <w:lang w:val="en-US"/>
        </w:rPr>
      </w:pPr>
    </w:p>
    <w:p w14:paraId="3623BF56" w14:textId="77777777" w:rsidR="00281EA7" w:rsidRDefault="00281EA7" w:rsidP="00281EA7">
      <w:pPr>
        <w:pStyle w:val="21"/>
        <w:rPr>
          <w:sz w:val="20"/>
          <w:szCs w:val="20"/>
        </w:rPr>
      </w:pPr>
      <w:bookmarkStart w:id="12" w:name="_Toc226714085"/>
      <w:r>
        <w:rPr>
          <w:sz w:val="20"/>
          <w:szCs w:val="20"/>
        </w:rPr>
        <w:t>NVMe-профиль: создание файлов и запуск</w:t>
      </w:r>
      <w:bookmarkEnd w:id="12"/>
    </w:p>
    <w:p w14:paraId="1470154B" w14:textId="77777777" w:rsidR="00281EA7" w:rsidRDefault="00281EA7" w:rsidP="00281EA7">
      <w:pPr>
        <w:rPr>
          <w:rStyle w:val="affc"/>
        </w:rPr>
      </w:pPr>
      <w:r>
        <w:rPr>
          <w:rStyle w:val="affc"/>
        </w:rPr>
        <w:t>Команда создания файла nvme_host1.fio</w:t>
      </w:r>
    </w:p>
    <w:tbl>
      <w:tblPr>
        <w:tblW w:w="5000" w:type="pct"/>
        <w:jc w:val="center"/>
        <w:tblCellMar>
          <w:top w:w="60" w:type="dxa"/>
          <w:left w:w="70" w:type="dxa"/>
          <w:bottom w:w="60" w:type="dxa"/>
          <w:right w:w="70" w:type="dxa"/>
        </w:tblCellMar>
        <w:tblLook w:val="04A0" w:firstRow="1" w:lastRow="0" w:firstColumn="1" w:lastColumn="0" w:noHBand="0" w:noVBand="1"/>
      </w:tblPr>
      <w:tblGrid>
        <w:gridCol w:w="14480"/>
      </w:tblGrid>
      <w:tr w:rsidR="00281EA7" w14:paraId="5B10C689" w14:textId="77777777" w:rsidTr="00281EA7">
        <w:trPr>
          <w:jc w:val="center"/>
        </w:trPr>
        <w:tc>
          <w:tcPr>
            <w:tcW w:w="5000" w:type="pct"/>
            <w:shd w:val="clear" w:color="auto" w:fill="F4F6F8"/>
            <w:vAlign w:val="center"/>
          </w:tcPr>
          <w:p w14:paraId="2AEDA9ED"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cat &gt;/var/tmp/pmi_fio/profiles/nvme_host1.fio &lt;&lt;'EOF'</w:t>
            </w:r>
          </w:p>
          <w:p w14:paraId="7A9CAE1A" w14:textId="77777777" w:rsidR="00281EA7" w:rsidRPr="00A0593A" w:rsidRDefault="00281EA7" w:rsidP="00281EA7">
            <w:pPr>
              <w:pStyle w:val="CodeBlock"/>
              <w:shd w:val="clear" w:color="auto" w:fill="F2F4F7"/>
              <w:rPr>
                <w:rFonts w:ascii="Times New Roman" w:hAnsi="Times New Roman" w:cs="Times New Roman"/>
              </w:rPr>
            </w:pPr>
          </w:p>
          <w:p w14:paraId="67D026CF"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[global]</w:t>
            </w:r>
          </w:p>
          <w:p w14:paraId="376DCDB5"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direct=1</w:t>
            </w:r>
          </w:p>
          <w:p w14:paraId="0A7971EC"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ioengine=libaio</w:t>
            </w:r>
          </w:p>
          <w:p w14:paraId="7014240D"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continue_on_error=io</w:t>
            </w:r>
          </w:p>
          <w:p w14:paraId="4FB80533"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group_reporting=1</w:t>
            </w:r>
          </w:p>
          <w:p w14:paraId="61AC66BE"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randrepeat=0</w:t>
            </w:r>
          </w:p>
          <w:p w14:paraId="2DEE7279"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rw=randrw</w:t>
            </w:r>
          </w:p>
          <w:p w14:paraId="2FAA5191"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blocksize=64k</w:t>
            </w:r>
          </w:p>
          <w:p w14:paraId="3407F7B3"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rwmixread=70</w:t>
            </w:r>
          </w:p>
          <w:p w14:paraId="30B66791"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time_based=1</w:t>
            </w:r>
          </w:p>
          <w:p w14:paraId="60B001D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ramp_time=600</w:t>
            </w:r>
          </w:p>
          <w:p w14:paraId="5B43589D"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runtime=7200</w:t>
            </w:r>
          </w:p>
          <w:p w14:paraId="41AB7220"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lat_percentiles=1</w:t>
            </w:r>
          </w:p>
          <w:p w14:paraId="69460F7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percentile_list=99</w:t>
            </w:r>
          </w:p>
          <w:p w14:paraId="3FCC19E7" w14:textId="77777777" w:rsidR="00281EA7" w:rsidRPr="00A0593A" w:rsidRDefault="00281EA7" w:rsidP="00281EA7">
            <w:pPr>
              <w:pStyle w:val="CodeBlock"/>
              <w:shd w:val="clear" w:color="auto" w:fill="F2F4F7"/>
              <w:rPr>
                <w:rFonts w:ascii="Times New Roman" w:hAnsi="Times New Roman" w:cs="Times New Roman"/>
              </w:rPr>
            </w:pPr>
          </w:p>
          <w:p w14:paraId="140A8C4F" w14:textId="77777777" w:rsidR="00281EA7" w:rsidRPr="00A0593A" w:rsidRDefault="00281EA7" w:rsidP="00281EA7">
            <w:pPr>
              <w:pStyle w:val="CodeBlock"/>
              <w:shd w:val="clear" w:color="auto" w:fill="F2F4F7"/>
              <w:rPr>
                <w:rFonts w:ascii="Times New Roman" w:hAnsi="Times New Roman" w:cs="Times New Roman"/>
              </w:rPr>
            </w:pPr>
          </w:p>
          <w:p w14:paraId="73B580EC"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[lun1]</w:t>
            </w:r>
          </w:p>
          <w:p w14:paraId="151FCFDA"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filename=&lt;LUN1_PATH_SERVER1&gt;</w:t>
            </w:r>
          </w:p>
          <w:p w14:paraId="0075AA40"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numjobs=4</w:t>
            </w:r>
          </w:p>
          <w:p w14:paraId="3D111ABD"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iodepth=16</w:t>
            </w:r>
          </w:p>
          <w:p w14:paraId="543B950F" w14:textId="77777777" w:rsidR="00281EA7" w:rsidRPr="00A0593A" w:rsidRDefault="00281EA7" w:rsidP="00281EA7">
            <w:pPr>
              <w:pStyle w:val="CodeBlock"/>
              <w:shd w:val="clear" w:color="auto" w:fill="F2F4F7"/>
              <w:rPr>
                <w:rFonts w:ascii="Times New Roman" w:hAnsi="Times New Roman" w:cs="Times New Roman"/>
              </w:rPr>
            </w:pPr>
          </w:p>
          <w:p w14:paraId="0CD241EF"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[lun2]</w:t>
            </w:r>
          </w:p>
          <w:p w14:paraId="79382D5C"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filename=&lt;LUN2_PATH_SERVER1&gt;</w:t>
            </w:r>
          </w:p>
          <w:p w14:paraId="7B3123D2"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numjobs=4</w:t>
            </w:r>
          </w:p>
          <w:p w14:paraId="273823CE"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iodepth=16</w:t>
            </w:r>
          </w:p>
          <w:p w14:paraId="2FC25AB2" w14:textId="77777777" w:rsidR="00281EA7" w:rsidRPr="00A0593A" w:rsidRDefault="00281EA7" w:rsidP="00281EA7">
            <w:pPr>
              <w:pStyle w:val="CodeBlock"/>
              <w:shd w:val="clear" w:color="auto" w:fill="F2F4F7"/>
              <w:rPr>
                <w:rFonts w:ascii="Times New Roman" w:hAnsi="Times New Roman" w:cs="Times New Roman"/>
              </w:rPr>
            </w:pPr>
          </w:p>
          <w:p w14:paraId="4E1E35BB"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[lun3]</w:t>
            </w:r>
          </w:p>
          <w:p w14:paraId="78002351"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lastRenderedPageBreak/>
              <w:t>filename=&lt;LUN3_PATH_SERVER1&gt;</w:t>
            </w:r>
          </w:p>
          <w:p w14:paraId="3857D935"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numjobs=4</w:t>
            </w:r>
          </w:p>
          <w:p w14:paraId="1D34869F"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iodepth=16</w:t>
            </w:r>
          </w:p>
          <w:p w14:paraId="031D365E" w14:textId="77777777" w:rsidR="00281EA7" w:rsidRPr="00A0593A" w:rsidRDefault="00281EA7" w:rsidP="00281EA7">
            <w:pPr>
              <w:pStyle w:val="CodeBlock"/>
              <w:shd w:val="clear" w:color="auto" w:fill="F2F4F7"/>
              <w:rPr>
                <w:rFonts w:ascii="Times New Roman" w:hAnsi="Times New Roman" w:cs="Times New Roman"/>
              </w:rPr>
            </w:pPr>
          </w:p>
          <w:p w14:paraId="12BB54E5"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[lun4]</w:t>
            </w:r>
          </w:p>
          <w:p w14:paraId="37B49722"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filename=&lt;LUN4_PATH_SERVER1&gt;</w:t>
            </w:r>
          </w:p>
          <w:p w14:paraId="2616B7D7"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numjobs=4</w:t>
            </w:r>
          </w:p>
          <w:p w14:paraId="50976754"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iodepth=16</w:t>
            </w:r>
          </w:p>
          <w:p w14:paraId="5B63F282" w14:textId="77777777" w:rsidR="00281EA7" w:rsidRPr="00E505A8" w:rsidRDefault="00281EA7" w:rsidP="00281EA7">
            <w:pPr>
              <w:pStyle w:val="CodeBlock"/>
              <w:shd w:val="clear" w:color="auto" w:fill="F2F4F7"/>
              <w:rPr>
                <w:rFonts w:ascii="Times New Roman" w:hAnsi="Times New Roman" w:cs="Times New Roman"/>
                <w:lang w:val="ru-RU"/>
              </w:rPr>
            </w:pPr>
          </w:p>
          <w:p w14:paraId="245B3BC5"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EOF</w:t>
            </w:r>
          </w:p>
        </w:tc>
      </w:tr>
    </w:tbl>
    <w:p w14:paraId="2D9D6B09" w14:textId="77777777" w:rsidR="00281EA7" w:rsidRDefault="00281EA7" w:rsidP="00281EA7">
      <w:pPr>
        <w:rPr>
          <w:sz w:val="20"/>
          <w:szCs w:val="20"/>
        </w:rPr>
      </w:pPr>
    </w:p>
    <w:p w14:paraId="0B1FF604" w14:textId="77777777" w:rsidR="00281EA7" w:rsidRDefault="00281EA7" w:rsidP="00281EA7">
      <w:pPr>
        <w:rPr>
          <w:rStyle w:val="affc"/>
        </w:rPr>
      </w:pPr>
      <w:r>
        <w:rPr>
          <w:rStyle w:val="affc"/>
        </w:rPr>
        <w:t>Команда создания файла nvme_host2.fio</w:t>
      </w:r>
    </w:p>
    <w:tbl>
      <w:tblPr>
        <w:tblW w:w="5000" w:type="pct"/>
        <w:jc w:val="center"/>
        <w:tblCellMar>
          <w:top w:w="60" w:type="dxa"/>
          <w:left w:w="70" w:type="dxa"/>
          <w:bottom w:w="60" w:type="dxa"/>
          <w:right w:w="70" w:type="dxa"/>
        </w:tblCellMar>
        <w:tblLook w:val="04A0" w:firstRow="1" w:lastRow="0" w:firstColumn="1" w:lastColumn="0" w:noHBand="0" w:noVBand="1"/>
      </w:tblPr>
      <w:tblGrid>
        <w:gridCol w:w="14480"/>
      </w:tblGrid>
      <w:tr w:rsidR="00281EA7" w14:paraId="2D5B2EB9" w14:textId="77777777" w:rsidTr="00281EA7">
        <w:trPr>
          <w:jc w:val="center"/>
        </w:trPr>
        <w:tc>
          <w:tcPr>
            <w:tcW w:w="5000" w:type="pct"/>
            <w:shd w:val="clear" w:color="auto" w:fill="F4F6F8"/>
            <w:vAlign w:val="center"/>
          </w:tcPr>
          <w:p w14:paraId="642D9E57"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 xml:space="preserve">cat &gt;/var/tmp/pmi_fio/profiles/nvme_host2.fio &lt;&lt;'EOF' </w:t>
            </w:r>
          </w:p>
          <w:p w14:paraId="452053DC" w14:textId="77777777" w:rsidR="00281EA7" w:rsidRPr="00A0593A" w:rsidRDefault="00281EA7" w:rsidP="00281EA7">
            <w:pPr>
              <w:pStyle w:val="CodeBlock"/>
              <w:shd w:val="clear" w:color="auto" w:fill="F2F4F7"/>
              <w:rPr>
                <w:rFonts w:ascii="Times New Roman" w:hAnsi="Times New Roman" w:cs="Times New Roman"/>
              </w:rPr>
            </w:pPr>
          </w:p>
          <w:p w14:paraId="043DFA1D"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[global]</w:t>
            </w:r>
          </w:p>
          <w:p w14:paraId="58B0E02F"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direct=1</w:t>
            </w:r>
          </w:p>
          <w:p w14:paraId="14954704"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ioengine=libaio</w:t>
            </w:r>
          </w:p>
          <w:p w14:paraId="3DD2130F"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continue_on_error=io</w:t>
            </w:r>
          </w:p>
          <w:p w14:paraId="3F31FF8A"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group_reporting=1</w:t>
            </w:r>
          </w:p>
          <w:p w14:paraId="7C2529D8"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randrepeat=0</w:t>
            </w:r>
          </w:p>
          <w:p w14:paraId="38C34612"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rw=randrw</w:t>
            </w:r>
          </w:p>
          <w:p w14:paraId="3663EB18"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blocksize=64k</w:t>
            </w:r>
          </w:p>
          <w:p w14:paraId="323EC74B"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rwmixread=70</w:t>
            </w:r>
          </w:p>
          <w:p w14:paraId="2D705E57"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time_based=1</w:t>
            </w:r>
          </w:p>
          <w:p w14:paraId="4ADFFE21"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ramp_time=600</w:t>
            </w:r>
          </w:p>
          <w:p w14:paraId="0E251F9E"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runtime=7200</w:t>
            </w:r>
          </w:p>
          <w:p w14:paraId="413AABE4"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lat_percentiles=1</w:t>
            </w:r>
          </w:p>
          <w:p w14:paraId="02E12C37"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percentile_list=99</w:t>
            </w:r>
          </w:p>
          <w:p w14:paraId="1369DA0E" w14:textId="77777777" w:rsidR="00281EA7" w:rsidRPr="00A0593A" w:rsidRDefault="00281EA7" w:rsidP="00281EA7">
            <w:pPr>
              <w:pStyle w:val="CodeBlock"/>
              <w:shd w:val="clear" w:color="auto" w:fill="F2F4F7"/>
              <w:rPr>
                <w:rFonts w:ascii="Times New Roman" w:hAnsi="Times New Roman" w:cs="Times New Roman"/>
              </w:rPr>
            </w:pPr>
          </w:p>
          <w:p w14:paraId="5EDEF4AC" w14:textId="77777777" w:rsidR="00281EA7" w:rsidRPr="00A0593A" w:rsidRDefault="00281EA7" w:rsidP="00281EA7">
            <w:pPr>
              <w:pStyle w:val="CodeBlock"/>
              <w:shd w:val="clear" w:color="auto" w:fill="F2F4F7"/>
              <w:rPr>
                <w:rFonts w:ascii="Times New Roman" w:hAnsi="Times New Roman" w:cs="Times New Roman"/>
              </w:rPr>
            </w:pPr>
          </w:p>
          <w:p w14:paraId="2A5D540F"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[lun1]</w:t>
            </w:r>
          </w:p>
          <w:p w14:paraId="596E9AAA"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filename=&lt;LUN1_PATH_SERVER2&gt;</w:t>
            </w:r>
          </w:p>
          <w:p w14:paraId="0330561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numjobs=4</w:t>
            </w:r>
          </w:p>
          <w:p w14:paraId="706333CD"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iodepth=16</w:t>
            </w:r>
          </w:p>
          <w:p w14:paraId="28C726F4" w14:textId="77777777" w:rsidR="00281EA7" w:rsidRPr="00A0593A" w:rsidRDefault="00281EA7" w:rsidP="00281EA7">
            <w:pPr>
              <w:pStyle w:val="CodeBlock"/>
              <w:shd w:val="clear" w:color="auto" w:fill="F2F4F7"/>
              <w:rPr>
                <w:rFonts w:ascii="Times New Roman" w:hAnsi="Times New Roman" w:cs="Times New Roman"/>
              </w:rPr>
            </w:pPr>
          </w:p>
          <w:p w14:paraId="7B2E2332"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[lun2]</w:t>
            </w:r>
          </w:p>
          <w:p w14:paraId="34093D1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filename=&lt;LUN2_PATH_SERVER2&gt;</w:t>
            </w:r>
          </w:p>
          <w:p w14:paraId="61793BA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numjobs=4</w:t>
            </w:r>
          </w:p>
          <w:p w14:paraId="02F2342A"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iodepth=16</w:t>
            </w:r>
          </w:p>
          <w:p w14:paraId="20C7CF1B" w14:textId="77777777" w:rsidR="00281EA7" w:rsidRPr="00A0593A" w:rsidRDefault="00281EA7" w:rsidP="00281EA7">
            <w:pPr>
              <w:pStyle w:val="CodeBlock"/>
              <w:shd w:val="clear" w:color="auto" w:fill="F2F4F7"/>
              <w:rPr>
                <w:rFonts w:ascii="Times New Roman" w:hAnsi="Times New Roman" w:cs="Times New Roman"/>
              </w:rPr>
            </w:pPr>
          </w:p>
          <w:p w14:paraId="2C60F9DB"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[lun3]</w:t>
            </w:r>
          </w:p>
          <w:p w14:paraId="1F5E1622"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filename=&lt;LUN3_PATH_SERVER2&gt;</w:t>
            </w:r>
          </w:p>
          <w:p w14:paraId="7783EC71"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numjobs=4</w:t>
            </w:r>
          </w:p>
          <w:p w14:paraId="1B129FF1"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iodepth=16</w:t>
            </w:r>
          </w:p>
          <w:p w14:paraId="348EA1D0" w14:textId="77777777" w:rsidR="00281EA7" w:rsidRPr="00A0593A" w:rsidRDefault="00281EA7" w:rsidP="00281EA7">
            <w:pPr>
              <w:pStyle w:val="CodeBlock"/>
              <w:shd w:val="clear" w:color="auto" w:fill="F2F4F7"/>
              <w:rPr>
                <w:rFonts w:ascii="Times New Roman" w:hAnsi="Times New Roman" w:cs="Times New Roman"/>
              </w:rPr>
            </w:pPr>
          </w:p>
          <w:p w14:paraId="5EE28A6B"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lastRenderedPageBreak/>
              <w:t>[lun4]</w:t>
            </w:r>
          </w:p>
          <w:p w14:paraId="33E50D41"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filename=&lt;LUN4_PATH_SERVER2&gt;</w:t>
            </w:r>
          </w:p>
          <w:p w14:paraId="753A3D0B"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numjobs=4</w:t>
            </w:r>
          </w:p>
          <w:p w14:paraId="5644C54F"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iodepth=16</w:t>
            </w:r>
          </w:p>
          <w:p w14:paraId="27523A59" w14:textId="77777777" w:rsidR="00281EA7" w:rsidRPr="00E505A8" w:rsidRDefault="00281EA7" w:rsidP="00281EA7">
            <w:pPr>
              <w:pStyle w:val="CodeBlock"/>
              <w:shd w:val="clear" w:color="auto" w:fill="F2F4F7"/>
              <w:rPr>
                <w:rFonts w:ascii="Times New Roman" w:hAnsi="Times New Roman" w:cs="Times New Roman"/>
                <w:lang w:val="ru-RU"/>
              </w:rPr>
            </w:pPr>
          </w:p>
          <w:p w14:paraId="18952939"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EOF</w:t>
            </w:r>
          </w:p>
        </w:tc>
      </w:tr>
    </w:tbl>
    <w:p w14:paraId="1E1C3FD5" w14:textId="77777777" w:rsidR="00281EA7" w:rsidRDefault="00281EA7" w:rsidP="00281EA7">
      <w:pPr>
        <w:rPr>
          <w:sz w:val="20"/>
          <w:szCs w:val="20"/>
        </w:rPr>
      </w:pPr>
    </w:p>
    <w:p w14:paraId="3CC992F0" w14:textId="77777777" w:rsidR="00281EA7" w:rsidRDefault="00281EA7" w:rsidP="00281EA7">
      <w:pPr>
        <w:rPr>
          <w:rStyle w:val="affc"/>
        </w:rPr>
      </w:pPr>
      <w:r>
        <w:rPr>
          <w:rStyle w:val="affc"/>
        </w:rPr>
        <w:t>Команда запуска NVMe-профиля из одного источника</w:t>
      </w:r>
    </w:p>
    <w:tbl>
      <w:tblPr>
        <w:tblW w:w="5000" w:type="pct"/>
        <w:jc w:val="center"/>
        <w:tblCellMar>
          <w:top w:w="60" w:type="dxa"/>
          <w:left w:w="70" w:type="dxa"/>
          <w:bottom w:w="60" w:type="dxa"/>
          <w:right w:w="70" w:type="dxa"/>
        </w:tblCellMar>
        <w:tblLook w:val="04A0" w:firstRow="1" w:lastRow="0" w:firstColumn="1" w:lastColumn="0" w:noHBand="0" w:noVBand="1"/>
      </w:tblPr>
      <w:tblGrid>
        <w:gridCol w:w="14480"/>
      </w:tblGrid>
      <w:tr w:rsidR="00281EA7" w:rsidRPr="00B16F71" w14:paraId="35057FE5" w14:textId="77777777" w:rsidTr="00281EA7">
        <w:trPr>
          <w:jc w:val="center"/>
        </w:trPr>
        <w:tc>
          <w:tcPr>
            <w:tcW w:w="5000" w:type="pct"/>
            <w:shd w:val="clear" w:color="auto" w:fill="F4F6F8"/>
            <w:vAlign w:val="center"/>
          </w:tcPr>
          <w:p w14:paraId="1C16E2BF"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 xml:space="preserve"># </w:t>
            </w:r>
            <w:r w:rsidRPr="00E505A8">
              <w:rPr>
                <w:rFonts w:ascii="Times New Roman" w:hAnsi="Times New Roman" w:cs="Times New Roman"/>
                <w:lang w:val="ru-RU"/>
              </w:rPr>
              <w:t>На</w:t>
            </w:r>
            <w:r w:rsidRPr="00A0593A">
              <w:rPr>
                <w:rFonts w:ascii="Times New Roman" w:hAnsi="Times New Roman" w:cs="Times New Roman"/>
              </w:rPr>
              <w:t xml:space="preserve"> </w:t>
            </w:r>
            <w:r w:rsidRPr="00E505A8">
              <w:rPr>
                <w:rFonts w:ascii="Times New Roman" w:hAnsi="Times New Roman" w:cs="Times New Roman"/>
                <w:lang w:val="ru-RU"/>
              </w:rPr>
              <w:t>обоих</w:t>
            </w:r>
            <w:r w:rsidRPr="00A0593A">
              <w:rPr>
                <w:rFonts w:ascii="Times New Roman" w:hAnsi="Times New Roman" w:cs="Times New Roman"/>
              </w:rPr>
              <w:t xml:space="preserve"> </w:t>
            </w:r>
            <w:r w:rsidRPr="00E505A8">
              <w:rPr>
                <w:rFonts w:ascii="Times New Roman" w:hAnsi="Times New Roman" w:cs="Times New Roman"/>
                <w:lang w:val="ru-RU"/>
              </w:rPr>
              <w:t>серверах</w:t>
            </w:r>
            <w:r w:rsidRPr="00A0593A">
              <w:rPr>
                <w:rFonts w:ascii="Times New Roman" w:hAnsi="Times New Roman" w:cs="Times New Roman"/>
              </w:rPr>
              <w:t>:</w:t>
            </w:r>
            <w:r w:rsidRPr="00A0593A">
              <w:rPr>
                <w:rFonts w:ascii="Times New Roman" w:hAnsi="Times New Roman" w:cs="Times New Roman"/>
              </w:rPr>
              <w:br/>
              <w:t>fio --server</w:t>
            </w:r>
            <w:r w:rsidRPr="00A0593A">
              <w:rPr>
                <w:rFonts w:ascii="Times New Roman" w:hAnsi="Times New Roman" w:cs="Times New Roman"/>
              </w:rPr>
              <w:br/>
            </w:r>
            <w:r w:rsidRPr="00A0593A">
              <w:rPr>
                <w:rFonts w:ascii="Times New Roman" w:hAnsi="Times New Roman" w:cs="Times New Roman"/>
              </w:rPr>
              <w:br/>
              <w:t xml:space="preserve"># </w:t>
            </w:r>
            <w:r w:rsidRPr="00E505A8">
              <w:rPr>
                <w:rFonts w:ascii="Times New Roman" w:hAnsi="Times New Roman" w:cs="Times New Roman"/>
                <w:lang w:val="ru-RU"/>
              </w:rPr>
              <w:t>На</w:t>
            </w:r>
            <w:r w:rsidRPr="00A0593A">
              <w:rPr>
                <w:rFonts w:ascii="Times New Roman" w:hAnsi="Times New Roman" w:cs="Times New Roman"/>
              </w:rPr>
              <w:t xml:space="preserve"> server-1:</w:t>
            </w:r>
            <w:r w:rsidRPr="00A0593A">
              <w:rPr>
                <w:rFonts w:ascii="Times New Roman" w:hAnsi="Times New Roman" w:cs="Times New Roman"/>
              </w:rPr>
              <w:br/>
              <w:t>RUN_DIR=/var/tmp/pmi_fio/results/nvme_run_$(date +%F_%H%M%S)</w:t>
            </w:r>
            <w:r w:rsidRPr="00A0593A">
              <w:rPr>
                <w:rFonts w:ascii="Times New Roman" w:hAnsi="Times New Roman" w:cs="Times New Roman"/>
              </w:rPr>
              <w:br/>
              <w:t>mkdir -p "$RUN_DIR"</w:t>
            </w:r>
            <w:r w:rsidRPr="00A0593A">
              <w:rPr>
                <w:rFonts w:ascii="Times New Roman" w:hAnsi="Times New Roman" w:cs="Times New Roman"/>
              </w:rPr>
              <w:br/>
            </w:r>
            <w:r w:rsidRPr="00A0593A">
              <w:rPr>
                <w:rFonts w:ascii="Times New Roman" w:hAnsi="Times New Roman" w:cs="Times New Roman"/>
              </w:rPr>
              <w:br/>
              <w:t>fio \</w:t>
            </w:r>
            <w:r w:rsidRPr="00A0593A">
              <w:rPr>
                <w:rFonts w:ascii="Times New Roman" w:hAnsi="Times New Roman" w:cs="Times New Roman"/>
              </w:rPr>
              <w:br/>
              <w:t>--output="$RUN_DIR/nvme_total.txt" \</w:t>
            </w:r>
            <w:r w:rsidRPr="00A0593A">
              <w:rPr>
                <w:rFonts w:ascii="Times New Roman" w:hAnsi="Times New Roman" w:cs="Times New Roman"/>
              </w:rPr>
              <w:br/>
              <w:t>--output-format=normal \</w:t>
            </w:r>
            <w:r w:rsidRPr="00A0593A">
              <w:rPr>
                <w:rFonts w:ascii="Times New Roman" w:hAnsi="Times New Roman" w:cs="Times New Roman"/>
              </w:rPr>
              <w:br/>
              <w:t>--client=127.0.0.1 /var/tmp/pmi_fio/profiles/nvme_host1.fio \</w:t>
            </w:r>
            <w:r w:rsidRPr="00A0593A">
              <w:rPr>
                <w:rFonts w:ascii="Times New Roman" w:hAnsi="Times New Roman" w:cs="Times New Roman"/>
              </w:rPr>
              <w:br/>
              <w:t>--client=&lt;IP_server2&gt; /var/tmp/pmi_fio/profiles/nvme_host2.fio</w:t>
            </w:r>
          </w:p>
        </w:tc>
      </w:tr>
    </w:tbl>
    <w:p w14:paraId="2F084B1C" w14:textId="77777777" w:rsidR="00281EA7" w:rsidRPr="00281EA7" w:rsidRDefault="00281EA7" w:rsidP="00281EA7">
      <w:pPr>
        <w:rPr>
          <w:sz w:val="20"/>
          <w:szCs w:val="20"/>
          <w:lang w:val="en-US"/>
        </w:rPr>
      </w:pPr>
    </w:p>
    <w:p w14:paraId="6C363F9F" w14:textId="77777777" w:rsidR="00281EA7" w:rsidRDefault="00281EA7" w:rsidP="00281EA7">
      <w:pPr>
        <w:pStyle w:val="21"/>
        <w:rPr>
          <w:sz w:val="20"/>
          <w:szCs w:val="20"/>
        </w:rPr>
      </w:pPr>
      <w:bookmarkStart w:id="13" w:name="_Toc226714086"/>
      <w:r>
        <w:rPr>
          <w:sz w:val="20"/>
          <w:szCs w:val="20"/>
        </w:rPr>
        <w:t>Что фиксировать в журнале испытаний</w:t>
      </w:r>
      <w:bookmarkEnd w:id="13"/>
    </w:p>
    <w:p w14:paraId="7833976B" w14:textId="77777777" w:rsidR="00281EA7" w:rsidRDefault="00281EA7" w:rsidP="00281EA7">
      <w:pPr>
        <w:pStyle w:val="a0"/>
        <w:suppressAutoHyphens/>
        <w:spacing w:after="120" w:line="276" w:lineRule="auto"/>
        <w:rPr>
          <w:sz w:val="20"/>
          <w:szCs w:val="20"/>
          <w:lang w:val="ru-RU"/>
        </w:rPr>
      </w:pPr>
      <w:r>
        <w:rPr>
          <w:sz w:val="20"/>
          <w:szCs w:val="20"/>
          <w:lang w:val="ru-RU"/>
        </w:rPr>
        <w:t xml:space="preserve">полную команду запуска </w:t>
      </w:r>
      <w:r>
        <w:rPr>
          <w:sz w:val="20"/>
          <w:szCs w:val="20"/>
        </w:rPr>
        <w:t>FIO</w:t>
      </w:r>
      <w:r>
        <w:rPr>
          <w:sz w:val="20"/>
          <w:szCs w:val="20"/>
          <w:lang w:val="ru-RU"/>
        </w:rPr>
        <w:t xml:space="preserve"> и состав задействованных </w:t>
      </w:r>
      <w:r>
        <w:rPr>
          <w:sz w:val="20"/>
          <w:szCs w:val="20"/>
        </w:rPr>
        <w:t>LUN</w:t>
      </w:r>
      <w:r>
        <w:rPr>
          <w:sz w:val="20"/>
          <w:szCs w:val="20"/>
          <w:lang w:val="ru-RU"/>
        </w:rPr>
        <w:t>;</w:t>
      </w:r>
    </w:p>
    <w:p w14:paraId="6E44C9FF" w14:textId="77777777" w:rsidR="00281EA7" w:rsidRDefault="00281EA7" w:rsidP="00281EA7">
      <w:pPr>
        <w:pStyle w:val="a0"/>
        <w:suppressAutoHyphens/>
        <w:spacing w:after="120" w:line="276" w:lineRule="auto"/>
        <w:rPr>
          <w:sz w:val="20"/>
          <w:szCs w:val="20"/>
          <w:lang w:val="ru-RU"/>
        </w:rPr>
      </w:pPr>
      <w:r>
        <w:rPr>
          <w:sz w:val="20"/>
          <w:szCs w:val="20"/>
          <w:lang w:val="ru-RU"/>
        </w:rPr>
        <w:t>дату и время начала/окончания прогона;</w:t>
      </w:r>
    </w:p>
    <w:p w14:paraId="60062BA7" w14:textId="77777777" w:rsidR="00281EA7" w:rsidRDefault="00281EA7" w:rsidP="00281EA7">
      <w:pPr>
        <w:pStyle w:val="a0"/>
        <w:suppressAutoHyphens/>
        <w:spacing w:after="120" w:line="276" w:lineRule="auto"/>
        <w:rPr>
          <w:sz w:val="20"/>
          <w:szCs w:val="20"/>
          <w:lang w:val="ru-RU"/>
        </w:rPr>
      </w:pPr>
      <w:r>
        <w:rPr>
          <w:sz w:val="20"/>
          <w:szCs w:val="20"/>
          <w:lang w:val="ru-RU"/>
        </w:rPr>
        <w:t xml:space="preserve">имя каталога </w:t>
      </w:r>
      <w:r>
        <w:rPr>
          <w:sz w:val="20"/>
          <w:szCs w:val="20"/>
        </w:rPr>
        <w:t>RUN</w:t>
      </w:r>
      <w:r>
        <w:rPr>
          <w:sz w:val="20"/>
          <w:szCs w:val="20"/>
          <w:lang w:val="ru-RU"/>
        </w:rPr>
        <w:t>_</w:t>
      </w:r>
      <w:r>
        <w:rPr>
          <w:sz w:val="20"/>
          <w:szCs w:val="20"/>
        </w:rPr>
        <w:t>DIR</w:t>
      </w:r>
      <w:r>
        <w:rPr>
          <w:sz w:val="20"/>
          <w:szCs w:val="20"/>
          <w:lang w:val="ru-RU"/>
        </w:rPr>
        <w:t xml:space="preserve"> и путь к отчёту;</w:t>
      </w:r>
    </w:p>
    <w:p w14:paraId="67C594C9" w14:textId="77777777" w:rsidR="00281EA7" w:rsidRDefault="00281EA7" w:rsidP="00281EA7">
      <w:pPr>
        <w:pStyle w:val="a0"/>
        <w:suppressAutoHyphens/>
        <w:spacing w:after="120" w:line="276" w:lineRule="auto"/>
        <w:rPr>
          <w:sz w:val="20"/>
          <w:szCs w:val="20"/>
        </w:rPr>
      </w:pPr>
      <w:r>
        <w:rPr>
          <w:sz w:val="20"/>
          <w:szCs w:val="20"/>
        </w:rPr>
        <w:t>read IOPS, write IOPS и total IOPS = read IOPS + write IOPS;</w:t>
      </w:r>
    </w:p>
    <w:p w14:paraId="21E9CB2C" w14:textId="77777777" w:rsidR="00281EA7" w:rsidRDefault="00281EA7" w:rsidP="00281EA7">
      <w:pPr>
        <w:pStyle w:val="a0"/>
        <w:suppressAutoHyphens/>
        <w:spacing w:after="120" w:line="276" w:lineRule="auto"/>
        <w:rPr>
          <w:sz w:val="20"/>
          <w:szCs w:val="20"/>
        </w:rPr>
      </w:pPr>
      <w:r>
        <w:rPr>
          <w:sz w:val="20"/>
          <w:szCs w:val="20"/>
        </w:rPr>
        <w:t>mean read latency и mean write latency;</w:t>
      </w:r>
    </w:p>
    <w:p w14:paraId="21241CE5" w14:textId="77777777" w:rsidR="00281EA7" w:rsidRDefault="00281EA7" w:rsidP="00281EA7">
      <w:pPr>
        <w:pStyle w:val="a0"/>
        <w:suppressAutoHyphens/>
        <w:spacing w:after="120" w:line="276" w:lineRule="auto"/>
        <w:rPr>
          <w:sz w:val="20"/>
          <w:szCs w:val="20"/>
          <w:lang w:val="ru-RU"/>
        </w:rPr>
      </w:pPr>
      <w:r>
        <w:rPr>
          <w:sz w:val="20"/>
          <w:szCs w:val="20"/>
          <w:lang w:val="ru-RU"/>
        </w:rPr>
        <w:t xml:space="preserve">замечания по путям, событиям </w:t>
      </w:r>
      <w:r>
        <w:rPr>
          <w:sz w:val="20"/>
          <w:szCs w:val="20"/>
        </w:rPr>
        <w:t>FC</w:t>
      </w:r>
      <w:r>
        <w:rPr>
          <w:sz w:val="20"/>
          <w:szCs w:val="20"/>
          <w:lang w:val="ru-RU"/>
        </w:rPr>
        <w:t xml:space="preserve">, </w:t>
      </w:r>
      <w:r>
        <w:rPr>
          <w:sz w:val="20"/>
          <w:szCs w:val="20"/>
        </w:rPr>
        <w:t>dmesg</w:t>
      </w:r>
      <w:r>
        <w:rPr>
          <w:sz w:val="20"/>
          <w:szCs w:val="20"/>
          <w:lang w:val="ru-RU"/>
        </w:rPr>
        <w:t xml:space="preserve"> и сообщениям СХД.</w:t>
      </w:r>
    </w:p>
    <w:p w14:paraId="017542BB" w14:textId="77777777" w:rsidR="00281EA7" w:rsidRDefault="00281EA7" w:rsidP="00281EA7">
      <w:pPr>
        <w:pStyle w:val="21"/>
        <w:rPr>
          <w:sz w:val="20"/>
          <w:szCs w:val="20"/>
        </w:rPr>
      </w:pPr>
      <w:bookmarkStart w:id="14" w:name="_Toc226714087"/>
      <w:r>
        <w:rPr>
          <w:sz w:val="20"/>
          <w:szCs w:val="20"/>
        </w:rPr>
        <w:t>Интерпретация FIO результатов после теста</w:t>
      </w:r>
      <w:bookmarkEnd w:id="14"/>
    </w:p>
    <w:tbl>
      <w:tblPr>
        <w:tblW w:w="5000" w:type="pct"/>
        <w:tblLayout w:type="fixed"/>
        <w:tblLook w:val="0420" w:firstRow="1" w:lastRow="0" w:firstColumn="0" w:lastColumn="0" w:noHBand="0" w:noVBand="1"/>
      </w:tblPr>
      <w:tblGrid>
        <w:gridCol w:w="3620"/>
        <w:gridCol w:w="5430"/>
        <w:gridCol w:w="5430"/>
      </w:tblGrid>
      <w:tr w:rsidR="00281EA7" w:rsidRPr="00582D30" w14:paraId="2999D37E" w14:textId="77777777" w:rsidTr="00281EA7">
        <w:tc>
          <w:tcPr>
            <w:tcW w:w="2466" w:type="dxa"/>
            <w:shd w:val="clear" w:color="auto" w:fill="DEEAF6" w:themeFill="accent1" w:themeFillTint="33"/>
          </w:tcPr>
          <w:p w14:paraId="0A8DA2A1" w14:textId="77777777" w:rsidR="00281EA7" w:rsidRPr="00582D30" w:rsidRDefault="00281EA7" w:rsidP="00281EA7">
            <w:pPr>
              <w:jc w:val="center"/>
              <w:rPr>
                <w:sz w:val="20"/>
                <w:szCs w:val="20"/>
              </w:rPr>
            </w:pPr>
            <w:r w:rsidRPr="00582D30">
              <w:rPr>
                <w:sz w:val="20"/>
                <w:szCs w:val="20"/>
              </w:rPr>
              <w:t>Блок вывода FIO</w:t>
            </w:r>
          </w:p>
        </w:tc>
        <w:tc>
          <w:tcPr>
            <w:tcW w:w="3700" w:type="dxa"/>
            <w:shd w:val="clear" w:color="auto" w:fill="DEEAF6" w:themeFill="accent1" w:themeFillTint="33"/>
          </w:tcPr>
          <w:p w14:paraId="76A4B1C9" w14:textId="77777777" w:rsidR="00281EA7" w:rsidRPr="00582D30" w:rsidRDefault="00281EA7" w:rsidP="00281EA7">
            <w:pPr>
              <w:jc w:val="center"/>
              <w:rPr>
                <w:sz w:val="20"/>
                <w:szCs w:val="20"/>
              </w:rPr>
            </w:pPr>
            <w:r w:rsidRPr="00582D30">
              <w:rPr>
                <w:sz w:val="20"/>
                <w:szCs w:val="20"/>
              </w:rPr>
              <w:t>Что означает</w:t>
            </w:r>
          </w:p>
        </w:tc>
        <w:tc>
          <w:tcPr>
            <w:tcW w:w="3700" w:type="dxa"/>
            <w:shd w:val="clear" w:color="auto" w:fill="DEEAF6" w:themeFill="accent1" w:themeFillTint="33"/>
          </w:tcPr>
          <w:p w14:paraId="2745534F" w14:textId="77777777" w:rsidR="00281EA7" w:rsidRPr="00582D30" w:rsidRDefault="00281EA7" w:rsidP="00281EA7">
            <w:pPr>
              <w:jc w:val="center"/>
              <w:rPr>
                <w:sz w:val="20"/>
                <w:szCs w:val="20"/>
              </w:rPr>
            </w:pPr>
            <w:r w:rsidRPr="00582D30">
              <w:rPr>
                <w:sz w:val="20"/>
                <w:szCs w:val="20"/>
              </w:rPr>
              <w:t>На что обратить внимание</w:t>
            </w:r>
          </w:p>
        </w:tc>
      </w:tr>
      <w:tr w:rsidR="00281EA7" w:rsidRPr="003E0862" w14:paraId="3CF85E70" w14:textId="77777777" w:rsidTr="00281EA7">
        <w:tc>
          <w:tcPr>
            <w:tcW w:w="2466" w:type="dxa"/>
          </w:tcPr>
          <w:p w14:paraId="0D5361CB" w14:textId="77777777" w:rsidR="00281EA7" w:rsidRPr="00ED1D20" w:rsidRDefault="00281EA7" w:rsidP="00281EA7">
            <w:pPr>
              <w:keepLines/>
              <w:spacing w:after="0"/>
              <w:rPr>
                <w:sz w:val="20"/>
                <w:szCs w:val="20"/>
                <w:lang w:val="en-US"/>
              </w:rPr>
            </w:pPr>
            <w:proofErr w:type="gramStart"/>
            <w:r w:rsidRPr="00ED1D20">
              <w:rPr>
                <w:sz w:val="20"/>
                <w:szCs w:val="20"/>
                <w:lang w:val="en-US"/>
              </w:rPr>
              <w:t>fio-&lt;</w:t>
            </w:r>
            <w:proofErr w:type="gramEnd"/>
            <w:r w:rsidRPr="00582D30">
              <w:rPr>
                <w:sz w:val="20"/>
                <w:szCs w:val="20"/>
              </w:rPr>
              <w:t>версия</w:t>
            </w:r>
            <w:r w:rsidRPr="00ED1D20">
              <w:rPr>
                <w:sz w:val="20"/>
                <w:szCs w:val="20"/>
                <w:lang w:val="en-US"/>
              </w:rPr>
              <w:t>&gt;</w:t>
            </w:r>
            <w:r w:rsidRPr="00ED1D20">
              <w:rPr>
                <w:sz w:val="20"/>
                <w:szCs w:val="20"/>
                <w:lang w:val="en-US"/>
              </w:rPr>
              <w:br/>
              <w:t>Starting N processes</w:t>
            </w:r>
            <w:r w:rsidRPr="00ED1D20">
              <w:rPr>
                <w:sz w:val="20"/>
                <w:szCs w:val="20"/>
                <w:lang w:val="en-US"/>
              </w:rPr>
              <w:br/>
              <w:t>Jobs: ...</w:t>
            </w:r>
          </w:p>
        </w:tc>
        <w:tc>
          <w:tcPr>
            <w:tcW w:w="3700" w:type="dxa"/>
          </w:tcPr>
          <w:p w14:paraId="52DB5421" w14:textId="77777777" w:rsidR="00281EA7" w:rsidRPr="00582D30" w:rsidRDefault="00281EA7" w:rsidP="00281EA7">
            <w:pPr>
              <w:keepLines/>
              <w:spacing w:after="0"/>
              <w:rPr>
                <w:sz w:val="20"/>
                <w:szCs w:val="20"/>
              </w:rPr>
            </w:pPr>
            <w:r w:rsidRPr="00582D30">
              <w:rPr>
                <w:sz w:val="20"/>
                <w:szCs w:val="20"/>
              </w:rPr>
              <w:t>Показывает версию FIO, количество стартовавших процессов и текущее число job. Позволяет быстро проверить, что профиль реально запущен и jobs не завершились досрочно.</w:t>
            </w:r>
          </w:p>
        </w:tc>
        <w:tc>
          <w:tcPr>
            <w:tcW w:w="3700" w:type="dxa"/>
          </w:tcPr>
          <w:p w14:paraId="43375659" w14:textId="77777777" w:rsidR="00281EA7" w:rsidRPr="00582D30" w:rsidRDefault="00281EA7" w:rsidP="00281EA7">
            <w:pPr>
              <w:keepLines/>
              <w:spacing w:after="0"/>
              <w:rPr>
                <w:sz w:val="20"/>
                <w:szCs w:val="20"/>
              </w:rPr>
            </w:pPr>
            <w:r w:rsidRPr="00582D30">
              <w:rPr>
                <w:sz w:val="20"/>
                <w:szCs w:val="20"/>
              </w:rPr>
              <w:t>Количество jobs должно соответствовать профилю. Если jobs уменьшаются во время прогона, это может указывать на ошибку, завершение задания или потерю части нагрузки.</w:t>
            </w:r>
          </w:p>
        </w:tc>
      </w:tr>
      <w:tr w:rsidR="00281EA7" w:rsidRPr="003E0862" w14:paraId="67094921" w14:textId="77777777" w:rsidTr="00281EA7">
        <w:tc>
          <w:tcPr>
            <w:tcW w:w="2466" w:type="dxa"/>
          </w:tcPr>
          <w:p w14:paraId="1F4BBAD1" w14:textId="77777777" w:rsidR="00281EA7" w:rsidRPr="00582D30" w:rsidRDefault="00281EA7" w:rsidP="00281EA7">
            <w:pPr>
              <w:keepLines/>
              <w:spacing w:after="0"/>
              <w:rPr>
                <w:sz w:val="20"/>
                <w:szCs w:val="20"/>
              </w:rPr>
            </w:pPr>
            <w:r w:rsidRPr="00582D30">
              <w:rPr>
                <w:sz w:val="20"/>
                <w:szCs w:val="20"/>
              </w:rPr>
              <w:t>&lt;устройство&gt;: (groupid=..., jobs=...): err= 0</w:t>
            </w:r>
          </w:p>
        </w:tc>
        <w:tc>
          <w:tcPr>
            <w:tcW w:w="3700" w:type="dxa"/>
          </w:tcPr>
          <w:p w14:paraId="374AAC62" w14:textId="77777777" w:rsidR="00281EA7" w:rsidRPr="00582D30" w:rsidRDefault="00281EA7" w:rsidP="00281EA7">
            <w:pPr>
              <w:keepLines/>
              <w:spacing w:after="0"/>
              <w:rPr>
                <w:sz w:val="20"/>
                <w:szCs w:val="20"/>
              </w:rPr>
            </w:pPr>
            <w:r w:rsidRPr="00582D30">
              <w:rPr>
                <w:sz w:val="20"/>
                <w:szCs w:val="20"/>
              </w:rPr>
              <w:t>Строка заголовка по группе job. Поле err показывает, завершился ли прогон без ошибок.</w:t>
            </w:r>
          </w:p>
        </w:tc>
        <w:tc>
          <w:tcPr>
            <w:tcW w:w="3700" w:type="dxa"/>
          </w:tcPr>
          <w:p w14:paraId="46C3F7E1" w14:textId="77777777" w:rsidR="00281EA7" w:rsidRPr="00582D30" w:rsidRDefault="00281EA7" w:rsidP="00281EA7">
            <w:pPr>
              <w:keepLines/>
              <w:spacing w:after="0"/>
              <w:rPr>
                <w:sz w:val="20"/>
                <w:szCs w:val="20"/>
              </w:rPr>
            </w:pPr>
            <w:r w:rsidRPr="00582D30">
              <w:rPr>
                <w:sz w:val="20"/>
                <w:szCs w:val="20"/>
              </w:rPr>
              <w:t>Для успешного испытания err должен быть равен 0. Любые ненулевые значения требуют разбора логов FIO, dmesg, multipath и событий на СХД.</w:t>
            </w:r>
          </w:p>
        </w:tc>
      </w:tr>
      <w:tr w:rsidR="00281EA7" w:rsidRPr="00582D30" w14:paraId="0854AC8E" w14:textId="77777777" w:rsidTr="00281EA7">
        <w:tc>
          <w:tcPr>
            <w:tcW w:w="2466" w:type="dxa"/>
          </w:tcPr>
          <w:p w14:paraId="6A476162" w14:textId="77777777" w:rsidR="00281EA7" w:rsidRPr="00ED1D20" w:rsidRDefault="00281EA7" w:rsidP="00281EA7">
            <w:pPr>
              <w:keepLines/>
              <w:spacing w:after="0"/>
              <w:rPr>
                <w:sz w:val="20"/>
                <w:szCs w:val="20"/>
                <w:lang w:val="en-US"/>
              </w:rPr>
            </w:pPr>
            <w:proofErr w:type="gramStart"/>
            <w:r w:rsidRPr="00ED1D20">
              <w:rPr>
                <w:sz w:val="20"/>
                <w:szCs w:val="20"/>
                <w:lang w:val="en-US"/>
              </w:rPr>
              <w:lastRenderedPageBreak/>
              <w:t>read</w:t>
            </w:r>
            <w:proofErr w:type="gramEnd"/>
            <w:r w:rsidRPr="00ED1D20">
              <w:rPr>
                <w:sz w:val="20"/>
                <w:szCs w:val="20"/>
                <w:lang w:val="en-US"/>
              </w:rPr>
              <w:t>: IOPS=..., BW=...</w:t>
            </w:r>
            <w:r w:rsidRPr="00ED1D20">
              <w:rPr>
                <w:sz w:val="20"/>
                <w:szCs w:val="20"/>
                <w:lang w:val="en-US"/>
              </w:rPr>
              <w:br/>
              <w:t>write: IOPS=..., BW=...</w:t>
            </w:r>
          </w:p>
        </w:tc>
        <w:tc>
          <w:tcPr>
            <w:tcW w:w="3700" w:type="dxa"/>
          </w:tcPr>
          <w:p w14:paraId="4F6FEA1B" w14:textId="77777777" w:rsidR="00281EA7" w:rsidRPr="00582D30" w:rsidRDefault="00281EA7" w:rsidP="00281EA7">
            <w:pPr>
              <w:keepLines/>
              <w:spacing w:after="0"/>
              <w:rPr>
                <w:sz w:val="20"/>
                <w:szCs w:val="20"/>
              </w:rPr>
            </w:pPr>
            <w:r w:rsidRPr="00582D30">
              <w:rPr>
                <w:sz w:val="20"/>
                <w:szCs w:val="20"/>
              </w:rPr>
              <w:t>Основные показатели производительности по чтению и записи: IOPS и пропускная способность BW.</w:t>
            </w:r>
          </w:p>
        </w:tc>
        <w:tc>
          <w:tcPr>
            <w:tcW w:w="3700" w:type="dxa"/>
          </w:tcPr>
          <w:p w14:paraId="1374F12B" w14:textId="77777777" w:rsidR="00281EA7" w:rsidRPr="00582D30" w:rsidRDefault="00281EA7" w:rsidP="00281EA7">
            <w:pPr>
              <w:keepLines/>
              <w:spacing w:after="0"/>
              <w:rPr>
                <w:sz w:val="20"/>
                <w:szCs w:val="20"/>
              </w:rPr>
            </w:pPr>
            <w:r w:rsidRPr="00582D30">
              <w:rPr>
                <w:sz w:val="20"/>
                <w:szCs w:val="20"/>
              </w:rPr>
              <w:t>В данном ПМИ ключевой показатель — IOPS. Для mixed-нагрузки total IOPS принимается как сумма read IOPS + write IOPS. BW используется как дополнительный контроль характера нагрузки.</w:t>
            </w:r>
          </w:p>
        </w:tc>
      </w:tr>
      <w:tr w:rsidR="00281EA7" w:rsidRPr="003E0862" w14:paraId="3E4382CD" w14:textId="77777777" w:rsidTr="00281EA7">
        <w:tc>
          <w:tcPr>
            <w:tcW w:w="2466" w:type="dxa"/>
          </w:tcPr>
          <w:p w14:paraId="336C8453" w14:textId="77777777" w:rsidR="00281EA7" w:rsidRPr="00ED1D20" w:rsidRDefault="00281EA7" w:rsidP="00281EA7">
            <w:pPr>
              <w:keepLines/>
              <w:spacing w:after="0"/>
              <w:rPr>
                <w:sz w:val="20"/>
                <w:szCs w:val="20"/>
                <w:lang w:val="en-US"/>
              </w:rPr>
            </w:pPr>
            <w:r w:rsidRPr="00ED1D20">
              <w:rPr>
                <w:sz w:val="20"/>
                <w:szCs w:val="20"/>
                <w:lang w:val="en-US"/>
              </w:rPr>
              <w:t>slat (usec)</w:t>
            </w:r>
            <w:r w:rsidRPr="00ED1D20">
              <w:rPr>
                <w:sz w:val="20"/>
                <w:szCs w:val="20"/>
                <w:lang w:val="en-US"/>
              </w:rPr>
              <w:br/>
              <w:t>clat (usec)</w:t>
            </w:r>
            <w:r w:rsidRPr="00ED1D20">
              <w:rPr>
                <w:sz w:val="20"/>
                <w:szCs w:val="20"/>
                <w:lang w:val="en-US"/>
              </w:rPr>
              <w:br/>
              <w:t>lat (usec)</w:t>
            </w:r>
          </w:p>
        </w:tc>
        <w:tc>
          <w:tcPr>
            <w:tcW w:w="3700" w:type="dxa"/>
          </w:tcPr>
          <w:p w14:paraId="651D3B97" w14:textId="77777777" w:rsidR="00281EA7" w:rsidRPr="00582D30" w:rsidRDefault="00281EA7" w:rsidP="00281EA7">
            <w:pPr>
              <w:keepLines/>
              <w:spacing w:after="0"/>
              <w:rPr>
                <w:sz w:val="20"/>
                <w:szCs w:val="20"/>
              </w:rPr>
            </w:pPr>
            <w:r w:rsidRPr="00582D30">
              <w:rPr>
                <w:sz w:val="20"/>
                <w:szCs w:val="20"/>
              </w:rPr>
              <w:t>slat — задержка постановки I/O со стороны хоста и fio; clat — время выполнения I/O после отправки в стек/устройство; lat — суммарная задержка, видимая приложению (slat + clat).</w:t>
            </w:r>
          </w:p>
        </w:tc>
        <w:tc>
          <w:tcPr>
            <w:tcW w:w="3700" w:type="dxa"/>
          </w:tcPr>
          <w:p w14:paraId="2D840F16" w14:textId="77777777" w:rsidR="00281EA7" w:rsidRPr="00582D30" w:rsidRDefault="00281EA7" w:rsidP="00281EA7">
            <w:pPr>
              <w:keepLines/>
              <w:spacing w:after="0"/>
              <w:rPr>
                <w:sz w:val="20"/>
                <w:szCs w:val="20"/>
              </w:rPr>
            </w:pPr>
            <w:r w:rsidRPr="00582D30">
              <w:rPr>
                <w:sz w:val="20"/>
                <w:szCs w:val="20"/>
              </w:rPr>
              <w:t>Для приёмки ориентироваться прежде всего на среднее значение lat по чтению и записи. Если lat заметно выше clat, возможен bottleneck на стороне хоста, драйвера или очередей.</w:t>
            </w:r>
          </w:p>
        </w:tc>
      </w:tr>
      <w:tr w:rsidR="00281EA7" w:rsidRPr="003E0862" w14:paraId="086A711D" w14:textId="77777777" w:rsidTr="00281EA7">
        <w:tc>
          <w:tcPr>
            <w:tcW w:w="2466" w:type="dxa"/>
          </w:tcPr>
          <w:p w14:paraId="3EFDDB13" w14:textId="77777777" w:rsidR="00281EA7" w:rsidRPr="00582D30" w:rsidRDefault="00281EA7" w:rsidP="00281EA7">
            <w:pPr>
              <w:keepLines/>
              <w:spacing w:after="0"/>
              <w:rPr>
                <w:sz w:val="20"/>
                <w:szCs w:val="20"/>
              </w:rPr>
            </w:pPr>
            <w:r w:rsidRPr="00582D30">
              <w:rPr>
                <w:sz w:val="20"/>
                <w:szCs w:val="20"/>
              </w:rPr>
              <w:t>avg= ...</w:t>
            </w:r>
            <w:r w:rsidRPr="00582D30">
              <w:rPr>
                <w:sz w:val="20"/>
                <w:szCs w:val="20"/>
              </w:rPr>
              <w:br/>
              <w:t>stdev= ...</w:t>
            </w:r>
          </w:p>
        </w:tc>
        <w:tc>
          <w:tcPr>
            <w:tcW w:w="3700" w:type="dxa"/>
          </w:tcPr>
          <w:p w14:paraId="2BCA3142" w14:textId="77777777" w:rsidR="00281EA7" w:rsidRPr="00582D30" w:rsidRDefault="00281EA7" w:rsidP="00281EA7">
            <w:pPr>
              <w:keepLines/>
              <w:spacing w:after="0"/>
              <w:rPr>
                <w:sz w:val="20"/>
                <w:szCs w:val="20"/>
              </w:rPr>
            </w:pPr>
            <w:r w:rsidRPr="00582D30">
              <w:rPr>
                <w:sz w:val="20"/>
                <w:szCs w:val="20"/>
              </w:rPr>
              <w:t>Среднее значение и разброс метрики по времени прогона.</w:t>
            </w:r>
          </w:p>
        </w:tc>
        <w:tc>
          <w:tcPr>
            <w:tcW w:w="3700" w:type="dxa"/>
          </w:tcPr>
          <w:p w14:paraId="06D08427" w14:textId="77777777" w:rsidR="00281EA7" w:rsidRPr="00582D30" w:rsidRDefault="00281EA7" w:rsidP="00281EA7">
            <w:pPr>
              <w:keepLines/>
              <w:spacing w:after="0"/>
              <w:rPr>
                <w:sz w:val="20"/>
                <w:szCs w:val="20"/>
              </w:rPr>
            </w:pPr>
            <w:r w:rsidRPr="00582D30">
              <w:rPr>
                <w:sz w:val="20"/>
                <w:szCs w:val="20"/>
              </w:rPr>
              <w:t>avg используют для сверки с требованиями ТЗ по latency. stdev помогает понять устойчивость: чем сильнее разброс, тем менее стабильна система под нагрузкой.</w:t>
            </w:r>
          </w:p>
        </w:tc>
      </w:tr>
      <w:tr w:rsidR="00281EA7" w:rsidRPr="003E0862" w14:paraId="11E191C5" w14:textId="77777777" w:rsidTr="00281EA7">
        <w:tc>
          <w:tcPr>
            <w:tcW w:w="2466" w:type="dxa"/>
          </w:tcPr>
          <w:p w14:paraId="768207B3" w14:textId="77777777" w:rsidR="00281EA7" w:rsidRPr="00582D30" w:rsidRDefault="00281EA7" w:rsidP="00281EA7">
            <w:pPr>
              <w:keepLines/>
              <w:spacing w:after="0"/>
              <w:rPr>
                <w:sz w:val="20"/>
                <w:szCs w:val="20"/>
              </w:rPr>
            </w:pPr>
            <w:r w:rsidRPr="00ED1D20">
              <w:rPr>
                <w:sz w:val="20"/>
                <w:szCs w:val="20"/>
                <w:lang w:val="en-US"/>
              </w:rPr>
              <w:t>clat percentiles</w:t>
            </w:r>
            <w:r w:rsidRPr="00ED1D20">
              <w:rPr>
                <w:sz w:val="20"/>
                <w:szCs w:val="20"/>
                <w:lang w:val="en-US"/>
              </w:rPr>
              <w:br/>
              <w:t xml:space="preserve"> 1.00th ... 95.00th ... 99.00th ... </w:t>
            </w:r>
            <w:r w:rsidRPr="00582D30">
              <w:rPr>
                <w:sz w:val="20"/>
                <w:szCs w:val="20"/>
              </w:rPr>
              <w:t>99.90th ...</w:t>
            </w:r>
          </w:p>
        </w:tc>
        <w:tc>
          <w:tcPr>
            <w:tcW w:w="3700" w:type="dxa"/>
          </w:tcPr>
          <w:p w14:paraId="756E57A2" w14:textId="77777777" w:rsidR="00281EA7" w:rsidRPr="00582D30" w:rsidRDefault="00281EA7" w:rsidP="00281EA7">
            <w:pPr>
              <w:keepLines/>
              <w:spacing w:after="0"/>
              <w:rPr>
                <w:sz w:val="20"/>
                <w:szCs w:val="20"/>
              </w:rPr>
            </w:pPr>
            <w:r w:rsidRPr="00582D30">
              <w:rPr>
                <w:sz w:val="20"/>
                <w:szCs w:val="20"/>
              </w:rPr>
              <w:t>Процентильная оценка задержек: какая задержка не превышается для заданной доли операций.</w:t>
            </w:r>
          </w:p>
        </w:tc>
        <w:tc>
          <w:tcPr>
            <w:tcW w:w="3700" w:type="dxa"/>
          </w:tcPr>
          <w:p w14:paraId="2524DA90" w14:textId="77777777" w:rsidR="00281EA7" w:rsidRPr="00582D30" w:rsidRDefault="00281EA7" w:rsidP="00281EA7">
            <w:pPr>
              <w:keepLines/>
              <w:spacing w:after="0"/>
              <w:rPr>
                <w:sz w:val="20"/>
                <w:szCs w:val="20"/>
              </w:rPr>
            </w:pPr>
            <w:r w:rsidRPr="00582D30">
              <w:rPr>
                <w:sz w:val="20"/>
                <w:szCs w:val="20"/>
              </w:rPr>
              <w:t>Даже если средняя latency укладывается в требование, высокие 99/99.9 процентильные значения могут говорить о всплесках задержки, перегрузке путей или неравномерности работы массива.</w:t>
            </w:r>
          </w:p>
        </w:tc>
      </w:tr>
      <w:tr w:rsidR="00281EA7" w:rsidRPr="00582D30" w14:paraId="48B638B1" w14:textId="77777777" w:rsidTr="00281EA7">
        <w:tc>
          <w:tcPr>
            <w:tcW w:w="2466" w:type="dxa"/>
          </w:tcPr>
          <w:p w14:paraId="15A1E2AC" w14:textId="77777777" w:rsidR="00281EA7" w:rsidRPr="00582D30" w:rsidRDefault="00281EA7" w:rsidP="00281EA7">
            <w:pPr>
              <w:keepLines/>
              <w:spacing w:after="0"/>
              <w:rPr>
                <w:sz w:val="20"/>
                <w:szCs w:val="20"/>
              </w:rPr>
            </w:pPr>
            <w:r w:rsidRPr="00582D30">
              <w:rPr>
                <w:sz w:val="20"/>
                <w:szCs w:val="20"/>
              </w:rPr>
              <w:t>cpu          : usr=..., sys=..., ctx=...</w:t>
            </w:r>
          </w:p>
        </w:tc>
        <w:tc>
          <w:tcPr>
            <w:tcW w:w="3700" w:type="dxa"/>
          </w:tcPr>
          <w:p w14:paraId="7E81AB7C" w14:textId="77777777" w:rsidR="00281EA7" w:rsidRPr="00582D30" w:rsidRDefault="00281EA7" w:rsidP="00281EA7">
            <w:pPr>
              <w:keepLines/>
              <w:spacing w:after="0"/>
              <w:rPr>
                <w:sz w:val="20"/>
                <w:szCs w:val="20"/>
              </w:rPr>
            </w:pPr>
            <w:r w:rsidRPr="00582D30">
              <w:rPr>
                <w:sz w:val="20"/>
                <w:szCs w:val="20"/>
              </w:rPr>
              <w:t>Показывает загрузку CPU, долю времени в user/system и количество переключений контекста.</w:t>
            </w:r>
          </w:p>
        </w:tc>
        <w:tc>
          <w:tcPr>
            <w:tcW w:w="3700" w:type="dxa"/>
          </w:tcPr>
          <w:p w14:paraId="4F9CAD6E" w14:textId="77777777" w:rsidR="00281EA7" w:rsidRPr="00582D30" w:rsidRDefault="00281EA7" w:rsidP="00281EA7">
            <w:pPr>
              <w:keepLines/>
              <w:spacing w:after="0"/>
              <w:rPr>
                <w:sz w:val="20"/>
                <w:szCs w:val="20"/>
              </w:rPr>
            </w:pPr>
            <w:r w:rsidRPr="00582D30">
              <w:rPr>
                <w:sz w:val="20"/>
                <w:szCs w:val="20"/>
              </w:rPr>
              <w:t>Слишком высокий sys или аномально большие ctx могут указывать, что ограничение находится на хосте, а не на СХД. Это особенно важно при сравнении SSD и NVMe-профилей.</w:t>
            </w:r>
          </w:p>
        </w:tc>
      </w:tr>
      <w:tr w:rsidR="00281EA7" w:rsidRPr="003E0862" w14:paraId="2CF40BC5" w14:textId="77777777" w:rsidTr="00281EA7">
        <w:tc>
          <w:tcPr>
            <w:tcW w:w="2466" w:type="dxa"/>
          </w:tcPr>
          <w:p w14:paraId="11A9AF14" w14:textId="77777777" w:rsidR="00281EA7" w:rsidRPr="00582D30" w:rsidRDefault="00281EA7" w:rsidP="00281EA7">
            <w:pPr>
              <w:keepLines/>
              <w:spacing w:after="0"/>
              <w:rPr>
                <w:sz w:val="20"/>
                <w:szCs w:val="20"/>
              </w:rPr>
            </w:pPr>
            <w:r w:rsidRPr="00582D30">
              <w:rPr>
                <w:sz w:val="20"/>
                <w:szCs w:val="20"/>
              </w:rPr>
              <w:t>IO depths    : ...</w:t>
            </w:r>
            <w:r w:rsidRPr="00582D30">
              <w:rPr>
                <w:sz w:val="20"/>
                <w:szCs w:val="20"/>
              </w:rPr>
              <w:br/>
              <w:t>submit      : ...</w:t>
            </w:r>
            <w:r w:rsidRPr="00582D30">
              <w:rPr>
                <w:sz w:val="20"/>
                <w:szCs w:val="20"/>
              </w:rPr>
              <w:br/>
              <w:t>complete    : ...</w:t>
            </w:r>
          </w:p>
        </w:tc>
        <w:tc>
          <w:tcPr>
            <w:tcW w:w="3700" w:type="dxa"/>
          </w:tcPr>
          <w:p w14:paraId="35AE3E66" w14:textId="77777777" w:rsidR="00281EA7" w:rsidRPr="00582D30" w:rsidRDefault="00281EA7" w:rsidP="00281EA7">
            <w:pPr>
              <w:keepLines/>
              <w:spacing w:after="0"/>
              <w:rPr>
                <w:sz w:val="20"/>
                <w:szCs w:val="20"/>
              </w:rPr>
            </w:pPr>
            <w:r w:rsidRPr="00582D30">
              <w:rPr>
                <w:sz w:val="20"/>
                <w:szCs w:val="20"/>
              </w:rPr>
              <w:t>Показывает фактически достигнутую глубину очереди и распределение операций по отправке/завершению.</w:t>
            </w:r>
          </w:p>
        </w:tc>
        <w:tc>
          <w:tcPr>
            <w:tcW w:w="3700" w:type="dxa"/>
          </w:tcPr>
          <w:p w14:paraId="789CA85E" w14:textId="77777777" w:rsidR="00281EA7" w:rsidRPr="00582D30" w:rsidRDefault="00281EA7" w:rsidP="00281EA7">
            <w:pPr>
              <w:keepLines/>
              <w:spacing w:after="0"/>
              <w:rPr>
                <w:sz w:val="20"/>
                <w:szCs w:val="20"/>
              </w:rPr>
            </w:pPr>
            <w:r w:rsidRPr="00582D30">
              <w:rPr>
                <w:sz w:val="20"/>
                <w:szCs w:val="20"/>
              </w:rPr>
              <w:t>Нужно убедиться, что тест действительно вышел на плановую очередь. Если фактическая глубина существенно ниже ожидаемой, результат может занижать производительность СХД.</w:t>
            </w:r>
          </w:p>
        </w:tc>
      </w:tr>
      <w:tr w:rsidR="00281EA7" w:rsidRPr="003E0862" w14:paraId="0B92F8F2" w14:textId="77777777" w:rsidTr="00281EA7">
        <w:tc>
          <w:tcPr>
            <w:tcW w:w="2466" w:type="dxa"/>
          </w:tcPr>
          <w:p w14:paraId="29745484" w14:textId="77777777" w:rsidR="00281EA7" w:rsidRPr="00ED1D20" w:rsidRDefault="00281EA7" w:rsidP="00281EA7">
            <w:pPr>
              <w:keepLines/>
              <w:spacing w:after="0"/>
              <w:rPr>
                <w:sz w:val="20"/>
                <w:szCs w:val="20"/>
                <w:lang w:val="en-US"/>
              </w:rPr>
            </w:pPr>
            <w:proofErr w:type="gramStart"/>
            <w:r w:rsidRPr="00ED1D20">
              <w:rPr>
                <w:sz w:val="20"/>
                <w:szCs w:val="20"/>
                <w:lang w:val="en-US"/>
              </w:rPr>
              <w:t>issued</w:t>
            </w:r>
            <w:proofErr w:type="gramEnd"/>
            <w:r w:rsidRPr="00ED1D20">
              <w:rPr>
                <w:sz w:val="20"/>
                <w:szCs w:val="20"/>
                <w:lang w:val="en-US"/>
              </w:rPr>
              <w:t xml:space="preserve"> rwts: total=..., short=..., dropped=...</w:t>
            </w:r>
          </w:p>
        </w:tc>
        <w:tc>
          <w:tcPr>
            <w:tcW w:w="3700" w:type="dxa"/>
          </w:tcPr>
          <w:p w14:paraId="6EDB1E86" w14:textId="77777777" w:rsidR="00281EA7" w:rsidRPr="00582D30" w:rsidRDefault="00281EA7" w:rsidP="00281EA7">
            <w:pPr>
              <w:keepLines/>
              <w:spacing w:after="0"/>
              <w:rPr>
                <w:sz w:val="20"/>
                <w:szCs w:val="20"/>
              </w:rPr>
            </w:pPr>
            <w:r w:rsidRPr="00582D30">
              <w:rPr>
                <w:sz w:val="20"/>
                <w:szCs w:val="20"/>
              </w:rPr>
              <w:t>Счётчики реально выполненных операций, коротких I/O и потерянных операций.</w:t>
            </w:r>
          </w:p>
        </w:tc>
        <w:tc>
          <w:tcPr>
            <w:tcW w:w="3700" w:type="dxa"/>
          </w:tcPr>
          <w:p w14:paraId="672EDAF6" w14:textId="77777777" w:rsidR="00281EA7" w:rsidRPr="00582D30" w:rsidRDefault="00281EA7" w:rsidP="00281EA7">
            <w:pPr>
              <w:keepLines/>
              <w:spacing w:after="0"/>
              <w:rPr>
                <w:sz w:val="20"/>
                <w:szCs w:val="20"/>
              </w:rPr>
            </w:pPr>
            <w:r w:rsidRPr="00582D30">
              <w:rPr>
                <w:sz w:val="20"/>
                <w:szCs w:val="20"/>
              </w:rPr>
              <w:t>Для штатного прогона short и dropped должны отсутствовать либо быть равны нулю. Их наличие указывает на сбои выполнения, таймауты или проблемы транспортного уровня.</w:t>
            </w:r>
          </w:p>
        </w:tc>
      </w:tr>
      <w:tr w:rsidR="00281EA7" w:rsidRPr="003E0862" w14:paraId="5829B175" w14:textId="77777777" w:rsidTr="00281EA7">
        <w:tc>
          <w:tcPr>
            <w:tcW w:w="2466" w:type="dxa"/>
          </w:tcPr>
          <w:p w14:paraId="20650CC5" w14:textId="77777777" w:rsidR="00281EA7" w:rsidRPr="00ED1D20" w:rsidRDefault="00281EA7" w:rsidP="00281EA7">
            <w:pPr>
              <w:keepLines/>
              <w:spacing w:after="0"/>
              <w:rPr>
                <w:sz w:val="20"/>
                <w:szCs w:val="20"/>
                <w:lang w:val="en-US"/>
              </w:rPr>
            </w:pPr>
            <w:r w:rsidRPr="00ED1D20">
              <w:rPr>
                <w:sz w:val="20"/>
                <w:szCs w:val="20"/>
                <w:lang w:val="en-US"/>
              </w:rPr>
              <w:t>Run status group 0 (all jobs):</w:t>
            </w:r>
          </w:p>
        </w:tc>
        <w:tc>
          <w:tcPr>
            <w:tcW w:w="3700" w:type="dxa"/>
          </w:tcPr>
          <w:p w14:paraId="5FA7A586" w14:textId="77777777" w:rsidR="00281EA7" w:rsidRPr="00582D30" w:rsidRDefault="00281EA7" w:rsidP="00281EA7">
            <w:pPr>
              <w:keepLines/>
              <w:spacing w:after="0"/>
              <w:rPr>
                <w:sz w:val="20"/>
                <w:szCs w:val="20"/>
              </w:rPr>
            </w:pPr>
            <w:r w:rsidRPr="00582D30">
              <w:rPr>
                <w:sz w:val="20"/>
                <w:szCs w:val="20"/>
              </w:rPr>
              <w:t>Итоговая сводка по группе job. При group_reporting именно этот блок удобно использовать как краткий итог по прогону.</w:t>
            </w:r>
          </w:p>
        </w:tc>
        <w:tc>
          <w:tcPr>
            <w:tcW w:w="3700" w:type="dxa"/>
          </w:tcPr>
          <w:p w14:paraId="3D85FC37" w14:textId="77777777" w:rsidR="00281EA7" w:rsidRPr="00582D30" w:rsidRDefault="00281EA7" w:rsidP="00281EA7">
            <w:pPr>
              <w:keepLines/>
              <w:spacing w:after="0"/>
              <w:rPr>
                <w:sz w:val="20"/>
                <w:szCs w:val="20"/>
              </w:rPr>
            </w:pPr>
            <w:r w:rsidRPr="00582D30">
              <w:rPr>
                <w:sz w:val="20"/>
                <w:szCs w:val="20"/>
              </w:rPr>
              <w:t xml:space="preserve">В журнал испытаний рекомендуется фиксировать значения из итоговой сводки </w:t>
            </w:r>
          </w:p>
        </w:tc>
      </w:tr>
    </w:tbl>
    <w:p w14:paraId="5289A96C" w14:textId="77777777" w:rsidR="00281EA7" w:rsidRDefault="00281EA7" w:rsidP="00281EA7"/>
    <w:p w14:paraId="06357EDC" w14:textId="77777777" w:rsidR="00281EA7" w:rsidRPr="002366F0" w:rsidRDefault="00281EA7" w:rsidP="00281EA7"/>
    <w:p w14:paraId="4D50839B" w14:textId="77777777" w:rsidR="00281EA7" w:rsidRPr="00A0593A" w:rsidRDefault="00281EA7" w:rsidP="00281EA7"/>
    <w:p w14:paraId="24D5A84D" w14:textId="77777777" w:rsidR="00281EA7" w:rsidRPr="00A0593A" w:rsidRDefault="00281EA7" w:rsidP="00281EA7">
      <w:r w:rsidRPr="00A0593A">
        <w:rPr>
          <w:b/>
        </w:rPr>
        <w:t xml:space="preserve">13. Требования к приложениям и материалам испытаний для нагрузочных испытаний </w:t>
      </w:r>
      <w:r>
        <w:rPr>
          <w:b/>
        </w:rPr>
        <w:t>SSD</w:t>
      </w:r>
      <w:r w:rsidRPr="00A0593A">
        <w:rPr>
          <w:b/>
        </w:rPr>
        <w:t xml:space="preserve"> и </w:t>
      </w:r>
      <w:r>
        <w:rPr>
          <w:b/>
        </w:rPr>
        <w:t>NVMe</w:t>
      </w:r>
      <w:r w:rsidRPr="00A0593A">
        <w:rPr>
          <w:b/>
        </w:rPr>
        <w:t xml:space="preserve"> СХД</w:t>
      </w:r>
    </w:p>
    <w:p w14:paraId="33A66764" w14:textId="77777777" w:rsidR="00281EA7" w:rsidRPr="00A0593A" w:rsidRDefault="00281EA7" w:rsidP="00281EA7"/>
    <w:p w14:paraId="11D943DE" w14:textId="77777777" w:rsidR="00281EA7" w:rsidRPr="00A0593A" w:rsidRDefault="00281EA7" w:rsidP="00281EA7">
      <w:r w:rsidRPr="00A0593A">
        <w:rPr>
          <w:b/>
        </w:rPr>
        <w:t xml:space="preserve">13.1 Требования к приложениям и материалам испытаний для теста "Нагрузочные испытания для </w:t>
      </w:r>
      <w:r>
        <w:rPr>
          <w:b/>
        </w:rPr>
        <w:t>SSD</w:t>
      </w:r>
      <w:r w:rsidRPr="00A0593A">
        <w:rPr>
          <w:b/>
        </w:rPr>
        <w:t xml:space="preserve"> СХД"</w:t>
      </w:r>
    </w:p>
    <w:tbl>
      <w:tblPr>
        <w:tblW w:w="5000" w:type="pct"/>
        <w:jc w:val="center"/>
        <w:tblBorders>
          <w:top w:val="single" w:sz="4" w:space="0" w:color="C9D2E3"/>
          <w:left w:val="single" w:sz="4" w:space="0" w:color="C9D2E3"/>
          <w:bottom w:val="single" w:sz="4" w:space="0" w:color="C9D2E3"/>
          <w:right w:val="single" w:sz="4" w:space="0" w:color="C9D2E3"/>
          <w:insideH w:val="single" w:sz="4" w:space="0" w:color="C9D2E3"/>
          <w:insideV w:val="single" w:sz="4" w:space="0" w:color="C9D2E3"/>
        </w:tblBorders>
        <w:tblLook w:val="04A0" w:firstRow="1" w:lastRow="0" w:firstColumn="1" w:lastColumn="0" w:noHBand="0" w:noVBand="1"/>
      </w:tblPr>
      <w:tblGrid>
        <w:gridCol w:w="2412"/>
        <w:gridCol w:w="6029"/>
        <w:gridCol w:w="6029"/>
      </w:tblGrid>
      <w:tr w:rsidR="00281EA7" w:rsidRPr="00A0593A" w14:paraId="4D691916" w14:textId="77777777" w:rsidTr="00281EA7">
        <w:trPr>
          <w:tblHeader/>
          <w:jc w:val="center"/>
        </w:trPr>
        <w:tc>
          <w:tcPr>
            <w:tcW w:w="833" w:type="pct"/>
            <w:shd w:val="clear" w:color="auto" w:fill="E9EEF8"/>
          </w:tcPr>
          <w:p w14:paraId="570D5BA3" w14:textId="77777777" w:rsidR="00281EA7" w:rsidRPr="00A0593A" w:rsidRDefault="00281EA7" w:rsidP="00281EA7">
            <w:pPr>
              <w:pStyle w:val="TableText"/>
              <w:spacing w:after="40"/>
              <w:rPr>
                <w:rFonts w:cs="Times New Roman"/>
                <w:szCs w:val="16"/>
              </w:rPr>
            </w:pPr>
            <w:r w:rsidRPr="00A0593A">
              <w:rPr>
                <w:rFonts w:cs="Times New Roman"/>
                <w:b/>
                <w:szCs w:val="16"/>
              </w:rPr>
              <w:lastRenderedPageBreak/>
              <w:t>Материал</w:t>
            </w:r>
          </w:p>
        </w:tc>
        <w:tc>
          <w:tcPr>
            <w:tcW w:w="2083" w:type="pct"/>
            <w:shd w:val="clear" w:color="auto" w:fill="E9EEF8"/>
          </w:tcPr>
          <w:p w14:paraId="36815AB3" w14:textId="77777777" w:rsidR="00281EA7" w:rsidRPr="00A0593A" w:rsidRDefault="00281EA7" w:rsidP="00281EA7">
            <w:pPr>
              <w:pStyle w:val="TableText"/>
              <w:spacing w:after="40"/>
              <w:rPr>
                <w:rFonts w:cs="Times New Roman"/>
                <w:szCs w:val="16"/>
              </w:rPr>
            </w:pPr>
            <w:r w:rsidRPr="00A0593A">
              <w:rPr>
                <w:rFonts w:cs="Times New Roman"/>
                <w:b/>
                <w:szCs w:val="16"/>
              </w:rPr>
              <w:t>Содержание</w:t>
            </w:r>
          </w:p>
        </w:tc>
        <w:tc>
          <w:tcPr>
            <w:tcW w:w="2083" w:type="pct"/>
            <w:shd w:val="clear" w:color="auto" w:fill="E9EEF8"/>
          </w:tcPr>
          <w:p w14:paraId="1B8160BE" w14:textId="77777777" w:rsidR="00281EA7" w:rsidRPr="00A0593A" w:rsidRDefault="00281EA7" w:rsidP="00281EA7">
            <w:pPr>
              <w:pStyle w:val="TableText"/>
              <w:spacing w:after="40"/>
              <w:rPr>
                <w:rFonts w:cs="Times New Roman"/>
                <w:szCs w:val="16"/>
              </w:rPr>
            </w:pPr>
            <w:r w:rsidRPr="00A0593A">
              <w:rPr>
                <w:rFonts w:cs="Times New Roman"/>
                <w:b/>
                <w:szCs w:val="16"/>
              </w:rPr>
              <w:t>Когда собирается</w:t>
            </w:r>
          </w:p>
        </w:tc>
      </w:tr>
      <w:tr w:rsidR="00281EA7" w:rsidRPr="003E0862" w14:paraId="40AC5930" w14:textId="77777777" w:rsidTr="00281EA7">
        <w:trPr>
          <w:jc w:val="center"/>
        </w:trPr>
        <w:tc>
          <w:tcPr>
            <w:tcW w:w="833" w:type="pct"/>
          </w:tcPr>
          <w:p w14:paraId="53F44672" w14:textId="77777777" w:rsidR="00281EA7" w:rsidRPr="00A0593A" w:rsidRDefault="00281EA7" w:rsidP="00281EA7">
            <w:pPr>
              <w:pStyle w:val="TableText"/>
              <w:spacing w:after="40"/>
              <w:rPr>
                <w:rFonts w:cs="Times New Roman"/>
                <w:szCs w:val="16"/>
                <w:lang w:val="ru-RU"/>
              </w:rPr>
            </w:pPr>
            <w:r w:rsidRPr="00A0593A">
              <w:rPr>
                <w:rFonts w:cs="Times New Roman"/>
                <w:szCs w:val="16"/>
                <w:lang w:val="ru-RU"/>
              </w:rPr>
              <w:t xml:space="preserve">Скриншоты или выгрузки </w:t>
            </w:r>
            <w:r w:rsidRPr="00A0593A">
              <w:rPr>
                <w:rFonts w:cs="Times New Roman"/>
                <w:szCs w:val="16"/>
              </w:rPr>
              <w:t>CLI</w:t>
            </w:r>
            <w:r w:rsidRPr="00A0593A">
              <w:rPr>
                <w:rFonts w:cs="Times New Roman"/>
                <w:szCs w:val="16"/>
                <w:lang w:val="ru-RU"/>
              </w:rPr>
              <w:t xml:space="preserve"> СХД</w:t>
            </w:r>
          </w:p>
        </w:tc>
        <w:tc>
          <w:tcPr>
            <w:tcW w:w="2083" w:type="pct"/>
          </w:tcPr>
          <w:p w14:paraId="5D3F5B01" w14:textId="77777777" w:rsidR="00281EA7" w:rsidRPr="00A0593A" w:rsidRDefault="00281EA7" w:rsidP="00281EA7">
            <w:pPr>
              <w:pStyle w:val="TableText"/>
              <w:spacing w:after="40"/>
              <w:rPr>
                <w:rFonts w:cs="Times New Roman"/>
                <w:szCs w:val="16"/>
                <w:lang w:val="ru-RU"/>
              </w:rPr>
            </w:pPr>
            <w:r w:rsidRPr="00A0593A">
              <w:rPr>
                <w:rFonts w:cs="Times New Roman"/>
                <w:szCs w:val="16"/>
                <w:lang w:val="ru-RU"/>
              </w:rPr>
              <w:t xml:space="preserve">Состояние контроллеров, </w:t>
            </w:r>
            <w:r w:rsidRPr="00A0593A">
              <w:rPr>
                <w:rFonts w:cs="Times New Roman"/>
                <w:szCs w:val="16"/>
              </w:rPr>
              <w:t>front</w:t>
            </w:r>
            <w:r w:rsidRPr="00A0593A">
              <w:rPr>
                <w:rFonts w:cs="Times New Roman"/>
                <w:szCs w:val="16"/>
                <w:lang w:val="ru-RU"/>
              </w:rPr>
              <w:t>-</w:t>
            </w:r>
            <w:r w:rsidRPr="00A0593A">
              <w:rPr>
                <w:rFonts w:cs="Times New Roman"/>
                <w:szCs w:val="16"/>
              </w:rPr>
              <w:t>end</w:t>
            </w:r>
            <w:r w:rsidRPr="00A0593A">
              <w:rPr>
                <w:rFonts w:cs="Times New Roman"/>
                <w:szCs w:val="16"/>
                <w:lang w:val="ru-RU"/>
              </w:rPr>
              <w:t xml:space="preserve"> портов, </w:t>
            </w:r>
            <w:r w:rsidRPr="00A0593A">
              <w:rPr>
                <w:rFonts w:cs="Times New Roman"/>
                <w:szCs w:val="16"/>
              </w:rPr>
              <w:t>LUN</w:t>
            </w:r>
            <w:r w:rsidRPr="00A0593A">
              <w:rPr>
                <w:rFonts w:cs="Times New Roman"/>
                <w:szCs w:val="16"/>
                <w:lang w:val="ru-RU"/>
              </w:rPr>
              <w:t>, пулов, событий, счётчики производительности по контроллерам и портам.</w:t>
            </w:r>
          </w:p>
        </w:tc>
        <w:tc>
          <w:tcPr>
            <w:tcW w:w="2083" w:type="pct"/>
          </w:tcPr>
          <w:p w14:paraId="62931C2A" w14:textId="77777777" w:rsidR="00281EA7" w:rsidRPr="00A0593A" w:rsidRDefault="00281EA7" w:rsidP="00281EA7">
            <w:pPr>
              <w:rPr>
                <w:sz w:val="16"/>
                <w:szCs w:val="16"/>
              </w:rPr>
            </w:pPr>
            <w:r w:rsidRPr="00A0593A">
              <w:rPr>
                <w:sz w:val="16"/>
                <w:szCs w:val="16"/>
              </w:rPr>
              <w:t>До начала целевого SSD-прогона, во время прогона не реже одного раза в 10 минут, после завершения прогона. Для испытания отказа двух накопителей — до отказа, в момент отказа, после стабилизации и после завершения короткого прогона.</w:t>
            </w:r>
          </w:p>
        </w:tc>
      </w:tr>
      <w:tr w:rsidR="00281EA7" w:rsidRPr="003E0862" w14:paraId="151E6EF6" w14:textId="77777777" w:rsidTr="00281EA7">
        <w:trPr>
          <w:jc w:val="center"/>
        </w:trPr>
        <w:tc>
          <w:tcPr>
            <w:tcW w:w="833" w:type="pct"/>
          </w:tcPr>
          <w:p w14:paraId="2EE66FCA" w14:textId="77777777" w:rsidR="00281EA7" w:rsidRPr="00A0593A" w:rsidRDefault="00281EA7" w:rsidP="00281EA7">
            <w:pPr>
              <w:pStyle w:val="TableText"/>
              <w:spacing w:after="40"/>
              <w:rPr>
                <w:rFonts w:cs="Times New Roman"/>
                <w:szCs w:val="16"/>
              </w:rPr>
            </w:pPr>
            <w:r w:rsidRPr="00A0593A">
              <w:rPr>
                <w:rFonts w:cs="Times New Roman"/>
                <w:szCs w:val="16"/>
              </w:rPr>
              <w:t>Схема SAN и zoning</w:t>
            </w:r>
          </w:p>
        </w:tc>
        <w:tc>
          <w:tcPr>
            <w:tcW w:w="2083" w:type="pct"/>
          </w:tcPr>
          <w:p w14:paraId="595B5AB1" w14:textId="77777777" w:rsidR="00281EA7" w:rsidRPr="00A0593A" w:rsidRDefault="00281EA7" w:rsidP="00281EA7">
            <w:pPr>
              <w:pStyle w:val="TableText"/>
              <w:spacing w:after="40"/>
              <w:rPr>
                <w:rFonts w:cs="Times New Roman"/>
                <w:szCs w:val="16"/>
              </w:rPr>
            </w:pPr>
            <w:r w:rsidRPr="00A0593A">
              <w:rPr>
                <w:rFonts w:cs="Times New Roman"/>
                <w:szCs w:val="16"/>
              </w:rPr>
              <w:t>WWPN инициаторов, WWPN target-портов, принадлежность target-портов к контроллерам, zoning/masking, схема двух FC-фабрик.</w:t>
            </w:r>
          </w:p>
        </w:tc>
        <w:tc>
          <w:tcPr>
            <w:tcW w:w="2083" w:type="pct"/>
          </w:tcPr>
          <w:p w14:paraId="20B32EFD" w14:textId="77777777" w:rsidR="00281EA7" w:rsidRPr="00A0593A" w:rsidRDefault="00281EA7" w:rsidP="00281EA7">
            <w:pPr>
              <w:rPr>
                <w:sz w:val="16"/>
                <w:szCs w:val="16"/>
              </w:rPr>
            </w:pPr>
            <w:r w:rsidRPr="00A0593A">
              <w:rPr>
                <w:sz w:val="16"/>
                <w:szCs w:val="16"/>
              </w:rPr>
              <w:t>До начала нагрузочных испытаний SSD. Повторно собирается при любом изменении схемы подключения, zoning, masking или состава target-портов.</w:t>
            </w:r>
          </w:p>
        </w:tc>
      </w:tr>
      <w:tr w:rsidR="00281EA7" w:rsidRPr="003E0862" w14:paraId="7EB8CF4F" w14:textId="77777777" w:rsidTr="00281EA7">
        <w:trPr>
          <w:jc w:val="center"/>
        </w:trPr>
        <w:tc>
          <w:tcPr>
            <w:tcW w:w="833" w:type="pct"/>
          </w:tcPr>
          <w:p w14:paraId="4B939F0B" w14:textId="77777777" w:rsidR="00281EA7" w:rsidRPr="00A0593A" w:rsidRDefault="00281EA7" w:rsidP="00281EA7">
            <w:pPr>
              <w:pStyle w:val="TableText"/>
              <w:spacing w:after="40"/>
              <w:rPr>
                <w:rFonts w:cs="Times New Roman"/>
                <w:szCs w:val="16"/>
              </w:rPr>
            </w:pPr>
            <w:r w:rsidRPr="00A0593A">
              <w:rPr>
                <w:rFonts w:cs="Times New Roman"/>
                <w:szCs w:val="16"/>
              </w:rPr>
              <w:t>FIO normal</w:t>
            </w:r>
          </w:p>
        </w:tc>
        <w:tc>
          <w:tcPr>
            <w:tcW w:w="2083" w:type="pct"/>
          </w:tcPr>
          <w:p w14:paraId="7949545D" w14:textId="77777777" w:rsidR="00281EA7" w:rsidRPr="00A0593A" w:rsidRDefault="00281EA7" w:rsidP="00281EA7">
            <w:pPr>
              <w:pStyle w:val="TableText"/>
              <w:spacing w:after="40"/>
              <w:rPr>
                <w:rFonts w:cs="Times New Roman"/>
                <w:szCs w:val="16"/>
                <w:lang w:val="ru-RU"/>
              </w:rPr>
            </w:pPr>
            <w:r w:rsidRPr="00A0593A">
              <w:rPr>
                <w:rFonts w:cs="Times New Roman"/>
                <w:szCs w:val="16"/>
                <w:lang w:val="ru-RU"/>
              </w:rPr>
              <w:t xml:space="preserve">Отчёт </w:t>
            </w:r>
            <w:r w:rsidRPr="00A0593A">
              <w:rPr>
                <w:rFonts w:cs="Times New Roman"/>
                <w:szCs w:val="16"/>
              </w:rPr>
              <w:t>FIO</w:t>
            </w:r>
            <w:r w:rsidRPr="00A0593A">
              <w:rPr>
                <w:rFonts w:cs="Times New Roman"/>
                <w:szCs w:val="16"/>
                <w:lang w:val="ru-RU"/>
              </w:rPr>
              <w:t xml:space="preserve"> по каждому серверу: профиль, </w:t>
            </w:r>
            <w:r w:rsidRPr="00A0593A">
              <w:rPr>
                <w:rFonts w:cs="Times New Roman"/>
                <w:szCs w:val="16"/>
              </w:rPr>
              <w:t>IOPS</w:t>
            </w:r>
            <w:r w:rsidRPr="00A0593A">
              <w:rPr>
                <w:rFonts w:cs="Times New Roman"/>
                <w:szCs w:val="16"/>
                <w:lang w:val="ru-RU"/>
              </w:rPr>
              <w:t>, задержка, состояние заданий, ошибки выполнения, параметры фактического запуска.</w:t>
            </w:r>
          </w:p>
        </w:tc>
        <w:tc>
          <w:tcPr>
            <w:tcW w:w="2083" w:type="pct"/>
          </w:tcPr>
          <w:p w14:paraId="0D367F28" w14:textId="77777777" w:rsidR="00281EA7" w:rsidRPr="00A0593A" w:rsidRDefault="00281EA7" w:rsidP="00281EA7">
            <w:pPr>
              <w:rPr>
                <w:sz w:val="16"/>
                <w:szCs w:val="16"/>
              </w:rPr>
            </w:pPr>
            <w:r w:rsidRPr="00A0593A">
              <w:rPr>
                <w:sz w:val="16"/>
                <w:szCs w:val="16"/>
              </w:rPr>
              <w:t>По каждому SSD-прогону: целевой прогон производительности, проверка равномерности нагрузки и отдельный короткий прогон при отказе двух накопителей. Сохраняются итоговые логи по двум серверам и суммарный результат из RUN_DIR.</w:t>
            </w:r>
          </w:p>
        </w:tc>
      </w:tr>
      <w:tr w:rsidR="00281EA7" w:rsidRPr="003E0862" w14:paraId="28FAE712" w14:textId="77777777" w:rsidTr="00281EA7">
        <w:trPr>
          <w:jc w:val="center"/>
        </w:trPr>
        <w:tc>
          <w:tcPr>
            <w:tcW w:w="833" w:type="pct"/>
          </w:tcPr>
          <w:p w14:paraId="12F6093B" w14:textId="77777777" w:rsidR="00281EA7" w:rsidRPr="00A0593A" w:rsidRDefault="00281EA7" w:rsidP="00281EA7">
            <w:pPr>
              <w:pStyle w:val="TableText"/>
              <w:spacing w:after="40"/>
              <w:rPr>
                <w:rFonts w:cs="Times New Roman"/>
                <w:szCs w:val="16"/>
              </w:rPr>
            </w:pPr>
            <w:r w:rsidRPr="00A0593A">
              <w:rPr>
                <w:rFonts w:cs="Times New Roman"/>
                <w:szCs w:val="16"/>
              </w:rPr>
              <w:t>dmesg / journalctl / messages</w:t>
            </w:r>
          </w:p>
        </w:tc>
        <w:tc>
          <w:tcPr>
            <w:tcW w:w="2083" w:type="pct"/>
          </w:tcPr>
          <w:p w14:paraId="03CCD5E8" w14:textId="77777777" w:rsidR="00281EA7" w:rsidRPr="00A0593A" w:rsidRDefault="00281EA7" w:rsidP="00281EA7">
            <w:pPr>
              <w:pStyle w:val="TableText"/>
              <w:spacing w:after="40"/>
              <w:rPr>
                <w:rFonts w:cs="Times New Roman"/>
                <w:szCs w:val="16"/>
                <w:lang w:val="ru-RU"/>
              </w:rPr>
            </w:pPr>
            <w:r w:rsidRPr="00A0593A">
              <w:rPr>
                <w:rFonts w:cs="Times New Roman"/>
                <w:szCs w:val="16"/>
                <w:lang w:val="ru-RU"/>
              </w:rPr>
              <w:t xml:space="preserve">Сообщения ядра и ОС, относящиеся к </w:t>
            </w:r>
            <w:r w:rsidRPr="00A0593A">
              <w:rPr>
                <w:rFonts w:cs="Times New Roman"/>
                <w:szCs w:val="16"/>
              </w:rPr>
              <w:t>FC</w:t>
            </w:r>
            <w:r w:rsidRPr="00A0593A">
              <w:rPr>
                <w:rFonts w:cs="Times New Roman"/>
                <w:szCs w:val="16"/>
                <w:lang w:val="ru-RU"/>
              </w:rPr>
              <w:t xml:space="preserve">, </w:t>
            </w:r>
            <w:r w:rsidRPr="00A0593A">
              <w:rPr>
                <w:rFonts w:cs="Times New Roman"/>
                <w:szCs w:val="16"/>
              </w:rPr>
              <w:t>SCSI</w:t>
            </w:r>
            <w:r w:rsidRPr="00A0593A">
              <w:rPr>
                <w:rFonts w:cs="Times New Roman"/>
                <w:szCs w:val="16"/>
                <w:lang w:val="ru-RU"/>
              </w:rPr>
              <w:t xml:space="preserve">, </w:t>
            </w:r>
            <w:r w:rsidRPr="00A0593A">
              <w:rPr>
                <w:rFonts w:cs="Times New Roman"/>
                <w:szCs w:val="16"/>
              </w:rPr>
              <w:t>multipath</w:t>
            </w:r>
            <w:r w:rsidRPr="00A0593A">
              <w:rPr>
                <w:rFonts w:cs="Times New Roman"/>
                <w:szCs w:val="16"/>
                <w:lang w:val="ru-RU"/>
              </w:rPr>
              <w:t>, ошибкам путей и блочным устройствам.</w:t>
            </w:r>
          </w:p>
        </w:tc>
        <w:tc>
          <w:tcPr>
            <w:tcW w:w="2083" w:type="pct"/>
          </w:tcPr>
          <w:p w14:paraId="6436E4F8" w14:textId="77777777" w:rsidR="00281EA7" w:rsidRPr="00A0593A" w:rsidRDefault="00281EA7" w:rsidP="00281EA7">
            <w:pPr>
              <w:rPr>
                <w:sz w:val="16"/>
                <w:szCs w:val="16"/>
              </w:rPr>
            </w:pPr>
            <w:r w:rsidRPr="00A0593A">
              <w:rPr>
                <w:sz w:val="16"/>
                <w:szCs w:val="16"/>
              </w:rPr>
              <w:t>До начала SSD-прогона и после его завершения; дополнительно при фиксации ошибок FIO, SCSI/multipath-событий, отклонений по путям и при испытании отказа двух накопителей.</w:t>
            </w:r>
          </w:p>
        </w:tc>
      </w:tr>
      <w:tr w:rsidR="00281EA7" w:rsidRPr="003E0862" w14:paraId="1A49B282" w14:textId="77777777" w:rsidTr="00281EA7">
        <w:trPr>
          <w:jc w:val="center"/>
        </w:trPr>
        <w:tc>
          <w:tcPr>
            <w:tcW w:w="833" w:type="pct"/>
          </w:tcPr>
          <w:p w14:paraId="3C7F635F" w14:textId="77777777" w:rsidR="00281EA7" w:rsidRPr="00A0593A" w:rsidRDefault="00281EA7" w:rsidP="00281EA7">
            <w:pPr>
              <w:pStyle w:val="TableText"/>
              <w:spacing w:after="40"/>
              <w:rPr>
                <w:rFonts w:cs="Times New Roman"/>
                <w:szCs w:val="16"/>
              </w:rPr>
            </w:pPr>
            <w:r w:rsidRPr="00A0593A">
              <w:rPr>
                <w:rFonts w:cs="Times New Roman"/>
                <w:szCs w:val="16"/>
              </w:rPr>
              <w:t>multipath -ll</w:t>
            </w:r>
          </w:p>
        </w:tc>
        <w:tc>
          <w:tcPr>
            <w:tcW w:w="2083" w:type="pct"/>
          </w:tcPr>
          <w:p w14:paraId="7E141870" w14:textId="77777777" w:rsidR="00281EA7" w:rsidRPr="00A0593A" w:rsidRDefault="00281EA7" w:rsidP="00281EA7">
            <w:pPr>
              <w:pStyle w:val="TableText"/>
              <w:spacing w:after="40"/>
              <w:rPr>
                <w:rFonts w:cs="Times New Roman"/>
                <w:szCs w:val="16"/>
                <w:lang w:val="ru-RU"/>
              </w:rPr>
            </w:pPr>
            <w:r w:rsidRPr="00A0593A">
              <w:rPr>
                <w:rFonts w:cs="Times New Roman"/>
                <w:szCs w:val="16"/>
                <w:lang w:val="ru-RU"/>
              </w:rPr>
              <w:t xml:space="preserve">Состояние </w:t>
            </w:r>
            <w:r w:rsidRPr="00A0593A">
              <w:rPr>
                <w:rFonts w:cs="Times New Roman"/>
                <w:szCs w:val="16"/>
              </w:rPr>
              <w:t>DM</w:t>
            </w:r>
            <w:r w:rsidRPr="00A0593A">
              <w:rPr>
                <w:rFonts w:cs="Times New Roman"/>
                <w:szCs w:val="16"/>
                <w:lang w:val="ru-RU"/>
              </w:rPr>
              <w:t>-</w:t>
            </w:r>
            <w:r w:rsidRPr="00A0593A">
              <w:rPr>
                <w:rFonts w:cs="Times New Roman"/>
                <w:szCs w:val="16"/>
              </w:rPr>
              <w:t>multipath</w:t>
            </w:r>
            <w:r w:rsidRPr="00A0593A">
              <w:rPr>
                <w:rFonts w:cs="Times New Roman"/>
                <w:szCs w:val="16"/>
                <w:lang w:val="ru-RU"/>
              </w:rPr>
              <w:t xml:space="preserve"> устройств, группы путей, статусы путей, число путей.</w:t>
            </w:r>
          </w:p>
        </w:tc>
        <w:tc>
          <w:tcPr>
            <w:tcW w:w="2083" w:type="pct"/>
          </w:tcPr>
          <w:p w14:paraId="63FA743A" w14:textId="77777777" w:rsidR="00281EA7" w:rsidRPr="00A0593A" w:rsidRDefault="00281EA7" w:rsidP="00281EA7">
            <w:pPr>
              <w:rPr>
                <w:sz w:val="16"/>
                <w:szCs w:val="16"/>
              </w:rPr>
            </w:pPr>
            <w:r w:rsidRPr="00A0593A">
              <w:rPr>
                <w:sz w:val="16"/>
                <w:szCs w:val="16"/>
              </w:rPr>
              <w:t>До начала SSD-нагрузки, во время проверки равномерности нагрузки каждые 10 минут, после завершения прогона; дополнительно при потере, восстановлении или деградации путей.</w:t>
            </w:r>
          </w:p>
        </w:tc>
      </w:tr>
      <w:tr w:rsidR="00281EA7" w:rsidRPr="003E0862" w14:paraId="23A43BA2" w14:textId="77777777" w:rsidTr="00281EA7">
        <w:trPr>
          <w:jc w:val="center"/>
        </w:trPr>
        <w:tc>
          <w:tcPr>
            <w:tcW w:w="833" w:type="pct"/>
          </w:tcPr>
          <w:p w14:paraId="1851EC1D" w14:textId="77777777" w:rsidR="00281EA7" w:rsidRPr="00A0593A" w:rsidRDefault="00281EA7" w:rsidP="00281EA7">
            <w:pPr>
              <w:pStyle w:val="TableText"/>
              <w:spacing w:after="40"/>
              <w:rPr>
                <w:rFonts w:cs="Times New Roman"/>
                <w:szCs w:val="16"/>
              </w:rPr>
            </w:pPr>
            <w:r w:rsidRPr="00A0593A">
              <w:rPr>
                <w:rFonts w:cs="Times New Roman"/>
                <w:szCs w:val="16"/>
              </w:rPr>
              <w:t>multipathd show config / multipathd show paths</w:t>
            </w:r>
          </w:p>
        </w:tc>
        <w:tc>
          <w:tcPr>
            <w:tcW w:w="2083" w:type="pct"/>
          </w:tcPr>
          <w:p w14:paraId="19DBC192" w14:textId="77777777" w:rsidR="00281EA7" w:rsidRPr="00A0593A" w:rsidRDefault="00281EA7" w:rsidP="00281EA7">
            <w:pPr>
              <w:pStyle w:val="TableText"/>
              <w:spacing w:after="40"/>
              <w:rPr>
                <w:rFonts w:cs="Times New Roman"/>
                <w:szCs w:val="16"/>
                <w:lang w:val="ru-RU"/>
              </w:rPr>
            </w:pPr>
            <w:r w:rsidRPr="00A0593A">
              <w:rPr>
                <w:rFonts w:cs="Times New Roman"/>
                <w:szCs w:val="16"/>
                <w:lang w:val="ru-RU"/>
              </w:rPr>
              <w:t xml:space="preserve">Активная итоговая конфигурация </w:t>
            </w:r>
            <w:r w:rsidRPr="00A0593A">
              <w:rPr>
                <w:rFonts w:cs="Times New Roman"/>
                <w:szCs w:val="16"/>
              </w:rPr>
              <w:t>multipath</w:t>
            </w:r>
            <w:r w:rsidRPr="00A0593A">
              <w:rPr>
                <w:rFonts w:cs="Times New Roman"/>
                <w:szCs w:val="16"/>
                <w:lang w:val="ru-RU"/>
              </w:rPr>
              <w:t xml:space="preserve"> (сверка с разделом 7.0) и подробный список путей с дополнительными полями для разбора нештатных ситуаций.</w:t>
            </w:r>
          </w:p>
        </w:tc>
        <w:tc>
          <w:tcPr>
            <w:tcW w:w="2083" w:type="pct"/>
          </w:tcPr>
          <w:p w14:paraId="1E9DB7E3" w14:textId="77777777" w:rsidR="00281EA7" w:rsidRPr="00A0593A" w:rsidRDefault="00281EA7" w:rsidP="00281EA7">
            <w:pPr>
              <w:rPr>
                <w:sz w:val="16"/>
                <w:szCs w:val="16"/>
              </w:rPr>
            </w:pPr>
            <w:r w:rsidRPr="00A0593A">
              <w:rPr>
                <w:sz w:val="16"/>
                <w:szCs w:val="16"/>
              </w:rPr>
              <w:t>До начала SSD-нагрузочных испытаний; дополнительно при разборе замечаний по multipath, числу путей, состояниям путей или ошибкам ввода-вывода.</w:t>
            </w:r>
          </w:p>
        </w:tc>
      </w:tr>
      <w:tr w:rsidR="00281EA7" w:rsidRPr="003E0862" w14:paraId="5C2833E6" w14:textId="77777777" w:rsidTr="00281EA7">
        <w:trPr>
          <w:jc w:val="center"/>
        </w:trPr>
        <w:tc>
          <w:tcPr>
            <w:tcW w:w="833" w:type="pct"/>
          </w:tcPr>
          <w:p w14:paraId="6E908A38" w14:textId="77777777" w:rsidR="00281EA7" w:rsidRPr="00A0593A" w:rsidRDefault="00281EA7" w:rsidP="00281EA7">
            <w:pPr>
              <w:pStyle w:val="TableText"/>
              <w:spacing w:after="40"/>
              <w:rPr>
                <w:rFonts w:cs="Times New Roman"/>
                <w:szCs w:val="16"/>
              </w:rPr>
            </w:pPr>
            <w:r w:rsidRPr="00A0593A">
              <w:rPr>
                <w:rFonts w:cs="Times New Roman"/>
                <w:szCs w:val="16"/>
              </w:rPr>
              <w:t>iostat</w:t>
            </w:r>
          </w:p>
        </w:tc>
        <w:tc>
          <w:tcPr>
            <w:tcW w:w="2083" w:type="pct"/>
          </w:tcPr>
          <w:p w14:paraId="3A13746A" w14:textId="77777777" w:rsidR="00281EA7" w:rsidRPr="00A0593A" w:rsidRDefault="00281EA7" w:rsidP="00281EA7">
            <w:pPr>
              <w:pStyle w:val="TableText"/>
              <w:spacing w:after="40"/>
              <w:rPr>
                <w:rFonts w:cs="Times New Roman"/>
                <w:szCs w:val="16"/>
              </w:rPr>
            </w:pPr>
            <w:r w:rsidRPr="00A0593A">
              <w:rPr>
                <w:rFonts w:cs="Times New Roman"/>
                <w:szCs w:val="16"/>
                <w:lang w:val="ru-RU"/>
              </w:rPr>
              <w:t xml:space="preserve">Активность по </w:t>
            </w:r>
            <w:r w:rsidRPr="00A0593A">
              <w:rPr>
                <w:rFonts w:cs="Times New Roman"/>
                <w:szCs w:val="16"/>
              </w:rPr>
              <w:t>DM</w:t>
            </w:r>
            <w:r w:rsidRPr="00A0593A">
              <w:rPr>
                <w:rFonts w:cs="Times New Roman"/>
                <w:szCs w:val="16"/>
                <w:lang w:val="ru-RU"/>
              </w:rPr>
              <w:t xml:space="preserve">-устройствам и нижележащим путям, загрузка и задержка на хосте. </w:t>
            </w:r>
            <w:r w:rsidRPr="00A0593A">
              <w:rPr>
                <w:rFonts w:cs="Times New Roman"/>
                <w:szCs w:val="16"/>
              </w:rPr>
              <w:t xml:space="preserve">Для отказных сценариев используется секундный сбор </w:t>
            </w:r>
          </w:p>
          <w:p w14:paraId="1765D9E8" w14:textId="77777777" w:rsidR="00281EA7" w:rsidRPr="00A0593A" w:rsidRDefault="00281EA7" w:rsidP="00281EA7">
            <w:pPr>
              <w:pStyle w:val="TableText"/>
              <w:spacing w:after="40"/>
              <w:rPr>
                <w:rFonts w:cs="Times New Roman"/>
                <w:szCs w:val="16"/>
              </w:rPr>
            </w:pPr>
            <w:r w:rsidRPr="00A0593A">
              <w:rPr>
                <w:rFonts w:eastAsia="Consolas" w:cs="Times New Roman"/>
                <w:szCs w:val="16"/>
              </w:rPr>
              <w:t>iostat -t -dxm 1</w:t>
            </w:r>
          </w:p>
          <w:p w14:paraId="39655320" w14:textId="77777777" w:rsidR="00281EA7" w:rsidRPr="00A0593A" w:rsidRDefault="00281EA7" w:rsidP="00281EA7">
            <w:pPr>
              <w:pStyle w:val="TableText"/>
              <w:spacing w:after="40"/>
              <w:rPr>
                <w:rFonts w:cs="Times New Roman"/>
                <w:szCs w:val="16"/>
              </w:rPr>
            </w:pPr>
            <w:r w:rsidRPr="00A0593A">
              <w:rPr>
                <w:rFonts w:cs="Times New Roman"/>
                <w:szCs w:val="16"/>
              </w:rPr>
              <w:t>.</w:t>
            </w:r>
          </w:p>
        </w:tc>
        <w:tc>
          <w:tcPr>
            <w:tcW w:w="2083" w:type="pct"/>
          </w:tcPr>
          <w:p w14:paraId="7F32D527" w14:textId="77777777" w:rsidR="00281EA7" w:rsidRPr="00A0593A" w:rsidRDefault="00281EA7" w:rsidP="00281EA7">
            <w:pPr>
              <w:rPr>
                <w:sz w:val="16"/>
                <w:szCs w:val="16"/>
              </w:rPr>
            </w:pPr>
            <w:r w:rsidRPr="00A0593A">
              <w:rPr>
                <w:sz w:val="16"/>
                <w:szCs w:val="16"/>
              </w:rPr>
              <w:t>Во время целевого SSD-прогона и проверки равномерности нагрузки. Для контроля по разделу 10.2 используется сбор с фиксированным интервалом; для отказа двух накопителей фиксируются значения до отказа, в момент отказа и после стабилизации.</w:t>
            </w:r>
          </w:p>
        </w:tc>
      </w:tr>
      <w:tr w:rsidR="00281EA7" w:rsidRPr="003E0862" w14:paraId="725B94B9" w14:textId="77777777" w:rsidTr="00281EA7">
        <w:trPr>
          <w:jc w:val="center"/>
        </w:trPr>
        <w:tc>
          <w:tcPr>
            <w:tcW w:w="833" w:type="pct"/>
          </w:tcPr>
          <w:p w14:paraId="0D5BECC7" w14:textId="77777777" w:rsidR="00281EA7" w:rsidRPr="00A0593A" w:rsidRDefault="00281EA7" w:rsidP="00281EA7">
            <w:pPr>
              <w:pStyle w:val="TableText"/>
              <w:spacing w:after="40"/>
              <w:rPr>
                <w:rFonts w:cs="Times New Roman"/>
                <w:szCs w:val="16"/>
              </w:rPr>
            </w:pPr>
            <w:r w:rsidRPr="00A0593A">
              <w:rPr>
                <w:rFonts w:cs="Times New Roman"/>
                <w:szCs w:val="16"/>
              </w:rPr>
              <w:t>Журнал испытаний</w:t>
            </w:r>
          </w:p>
        </w:tc>
        <w:tc>
          <w:tcPr>
            <w:tcW w:w="2083" w:type="pct"/>
          </w:tcPr>
          <w:p w14:paraId="1A974930" w14:textId="77777777" w:rsidR="00281EA7" w:rsidRPr="00A0593A" w:rsidRDefault="00281EA7" w:rsidP="00281EA7">
            <w:pPr>
              <w:pStyle w:val="TableText"/>
              <w:spacing w:after="40"/>
              <w:rPr>
                <w:rFonts w:cs="Times New Roman"/>
                <w:szCs w:val="16"/>
                <w:lang w:val="ru-RU"/>
              </w:rPr>
            </w:pPr>
            <w:r w:rsidRPr="00A0593A">
              <w:rPr>
                <w:rFonts w:cs="Times New Roman"/>
                <w:szCs w:val="16"/>
                <w:lang w:val="ru-RU"/>
              </w:rPr>
              <w:t>Время действий, фактический результат, ссылка на файлы логов, вывод о прохождении испытания.</w:t>
            </w:r>
          </w:p>
        </w:tc>
        <w:tc>
          <w:tcPr>
            <w:tcW w:w="2083" w:type="pct"/>
          </w:tcPr>
          <w:p w14:paraId="38DF8770" w14:textId="77777777" w:rsidR="00281EA7" w:rsidRPr="00A0593A" w:rsidRDefault="00281EA7" w:rsidP="00281EA7">
            <w:pPr>
              <w:rPr>
                <w:sz w:val="16"/>
                <w:szCs w:val="16"/>
              </w:rPr>
            </w:pPr>
            <w:r w:rsidRPr="00A0593A">
              <w:rPr>
                <w:sz w:val="16"/>
                <w:szCs w:val="16"/>
              </w:rPr>
              <w:t>Заполняется по каждому испытанию раздела 10.2: производительность SSD, равномерность нагрузки по LUN/путям, отказ двух накопителей.</w:t>
            </w:r>
          </w:p>
        </w:tc>
      </w:tr>
    </w:tbl>
    <w:p w14:paraId="3E657086" w14:textId="77777777" w:rsidR="00281EA7" w:rsidRPr="00A0593A" w:rsidRDefault="00281EA7" w:rsidP="00281EA7"/>
    <w:p w14:paraId="549A8D22" w14:textId="77777777" w:rsidR="00281EA7" w:rsidRPr="00A0593A" w:rsidRDefault="00281EA7" w:rsidP="00281EA7">
      <w:r w:rsidRPr="00A0593A">
        <w:rPr>
          <w:b/>
        </w:rPr>
        <w:t xml:space="preserve">13.2 Требования к приложениям и материалам испытаний для теста "Нагрузочные испытания для </w:t>
      </w:r>
      <w:r>
        <w:rPr>
          <w:b/>
        </w:rPr>
        <w:t>NVMe</w:t>
      </w:r>
      <w:r w:rsidRPr="00A0593A">
        <w:rPr>
          <w:b/>
        </w:rPr>
        <w:t xml:space="preserve"> СХД"</w:t>
      </w:r>
    </w:p>
    <w:tbl>
      <w:tblPr>
        <w:tblW w:w="5000" w:type="pct"/>
        <w:jc w:val="center"/>
        <w:tblBorders>
          <w:top w:val="single" w:sz="4" w:space="0" w:color="C9D2E3"/>
          <w:left w:val="single" w:sz="4" w:space="0" w:color="C9D2E3"/>
          <w:bottom w:val="single" w:sz="4" w:space="0" w:color="C9D2E3"/>
          <w:right w:val="single" w:sz="4" w:space="0" w:color="C9D2E3"/>
          <w:insideH w:val="single" w:sz="4" w:space="0" w:color="C9D2E3"/>
          <w:insideV w:val="single" w:sz="4" w:space="0" w:color="C9D2E3"/>
        </w:tblBorders>
        <w:tblLook w:val="04A0" w:firstRow="1" w:lastRow="0" w:firstColumn="1" w:lastColumn="0" w:noHBand="0" w:noVBand="1"/>
      </w:tblPr>
      <w:tblGrid>
        <w:gridCol w:w="2412"/>
        <w:gridCol w:w="6029"/>
        <w:gridCol w:w="6029"/>
      </w:tblGrid>
      <w:tr w:rsidR="00281EA7" w:rsidRPr="00A0593A" w14:paraId="71B40EAC" w14:textId="77777777" w:rsidTr="00281EA7">
        <w:trPr>
          <w:tblHeader/>
          <w:jc w:val="center"/>
        </w:trPr>
        <w:tc>
          <w:tcPr>
            <w:tcW w:w="833" w:type="pct"/>
            <w:shd w:val="clear" w:color="auto" w:fill="E9EEF8"/>
          </w:tcPr>
          <w:p w14:paraId="482543FE" w14:textId="77777777" w:rsidR="00281EA7" w:rsidRPr="00A0593A" w:rsidRDefault="00281EA7" w:rsidP="00281EA7">
            <w:pPr>
              <w:pStyle w:val="TableText"/>
              <w:spacing w:after="40"/>
              <w:rPr>
                <w:rFonts w:cs="Times New Roman"/>
                <w:szCs w:val="16"/>
              </w:rPr>
            </w:pPr>
            <w:r w:rsidRPr="00A0593A">
              <w:rPr>
                <w:rFonts w:cs="Times New Roman"/>
                <w:b/>
                <w:szCs w:val="16"/>
              </w:rPr>
              <w:t>Материал</w:t>
            </w:r>
          </w:p>
        </w:tc>
        <w:tc>
          <w:tcPr>
            <w:tcW w:w="2083" w:type="pct"/>
            <w:shd w:val="clear" w:color="auto" w:fill="E9EEF8"/>
          </w:tcPr>
          <w:p w14:paraId="58AE3DAA" w14:textId="77777777" w:rsidR="00281EA7" w:rsidRPr="00A0593A" w:rsidRDefault="00281EA7" w:rsidP="00281EA7">
            <w:pPr>
              <w:pStyle w:val="TableText"/>
              <w:spacing w:after="40"/>
              <w:rPr>
                <w:rFonts w:cs="Times New Roman"/>
                <w:szCs w:val="16"/>
              </w:rPr>
            </w:pPr>
            <w:r w:rsidRPr="00A0593A">
              <w:rPr>
                <w:rFonts w:cs="Times New Roman"/>
                <w:b/>
                <w:szCs w:val="16"/>
              </w:rPr>
              <w:t>Содержание</w:t>
            </w:r>
          </w:p>
        </w:tc>
        <w:tc>
          <w:tcPr>
            <w:tcW w:w="2083" w:type="pct"/>
            <w:shd w:val="clear" w:color="auto" w:fill="E9EEF8"/>
          </w:tcPr>
          <w:p w14:paraId="2F808D28" w14:textId="77777777" w:rsidR="00281EA7" w:rsidRPr="00A0593A" w:rsidRDefault="00281EA7" w:rsidP="00281EA7">
            <w:pPr>
              <w:pStyle w:val="TableText"/>
              <w:spacing w:after="40"/>
              <w:rPr>
                <w:rFonts w:cs="Times New Roman"/>
                <w:szCs w:val="16"/>
              </w:rPr>
            </w:pPr>
            <w:r w:rsidRPr="00A0593A">
              <w:rPr>
                <w:rFonts w:cs="Times New Roman"/>
                <w:b/>
                <w:szCs w:val="16"/>
              </w:rPr>
              <w:t>Когда собирается</w:t>
            </w:r>
          </w:p>
        </w:tc>
      </w:tr>
      <w:tr w:rsidR="00281EA7" w:rsidRPr="003E0862" w14:paraId="18A240C2" w14:textId="77777777" w:rsidTr="00281EA7">
        <w:trPr>
          <w:jc w:val="center"/>
        </w:trPr>
        <w:tc>
          <w:tcPr>
            <w:tcW w:w="833" w:type="pct"/>
          </w:tcPr>
          <w:p w14:paraId="23A3BFD7" w14:textId="77777777" w:rsidR="00281EA7" w:rsidRPr="00A0593A" w:rsidRDefault="00281EA7" w:rsidP="00281EA7">
            <w:pPr>
              <w:pStyle w:val="TableText"/>
              <w:spacing w:after="40"/>
              <w:rPr>
                <w:rFonts w:cs="Times New Roman"/>
                <w:szCs w:val="16"/>
                <w:lang w:val="ru-RU"/>
              </w:rPr>
            </w:pPr>
            <w:r w:rsidRPr="00A0593A">
              <w:rPr>
                <w:rFonts w:cs="Times New Roman"/>
                <w:szCs w:val="16"/>
                <w:lang w:val="ru-RU"/>
              </w:rPr>
              <w:t xml:space="preserve">Скриншоты или выгрузки </w:t>
            </w:r>
            <w:r w:rsidRPr="00A0593A">
              <w:rPr>
                <w:rFonts w:cs="Times New Roman"/>
                <w:szCs w:val="16"/>
              </w:rPr>
              <w:t>CLI</w:t>
            </w:r>
            <w:r w:rsidRPr="00A0593A">
              <w:rPr>
                <w:rFonts w:cs="Times New Roman"/>
                <w:szCs w:val="16"/>
                <w:lang w:val="ru-RU"/>
              </w:rPr>
              <w:t xml:space="preserve"> СХД</w:t>
            </w:r>
          </w:p>
        </w:tc>
        <w:tc>
          <w:tcPr>
            <w:tcW w:w="2083" w:type="pct"/>
          </w:tcPr>
          <w:p w14:paraId="5C036F8C" w14:textId="77777777" w:rsidR="00281EA7" w:rsidRPr="00A0593A" w:rsidRDefault="00281EA7" w:rsidP="00281EA7">
            <w:pPr>
              <w:pStyle w:val="TableText"/>
              <w:spacing w:after="40"/>
              <w:rPr>
                <w:rFonts w:cs="Times New Roman"/>
                <w:szCs w:val="16"/>
                <w:lang w:val="ru-RU"/>
              </w:rPr>
            </w:pPr>
            <w:r w:rsidRPr="00A0593A">
              <w:rPr>
                <w:rFonts w:cs="Times New Roman"/>
                <w:szCs w:val="16"/>
                <w:lang w:val="ru-RU"/>
              </w:rPr>
              <w:t xml:space="preserve">Состояние контроллеров, </w:t>
            </w:r>
            <w:r w:rsidRPr="00A0593A">
              <w:rPr>
                <w:rFonts w:cs="Times New Roman"/>
                <w:szCs w:val="16"/>
              </w:rPr>
              <w:t>front</w:t>
            </w:r>
            <w:r w:rsidRPr="00A0593A">
              <w:rPr>
                <w:rFonts w:cs="Times New Roman"/>
                <w:szCs w:val="16"/>
                <w:lang w:val="ru-RU"/>
              </w:rPr>
              <w:t>-</w:t>
            </w:r>
            <w:r w:rsidRPr="00A0593A">
              <w:rPr>
                <w:rFonts w:cs="Times New Roman"/>
                <w:szCs w:val="16"/>
              </w:rPr>
              <w:t>end</w:t>
            </w:r>
            <w:r w:rsidRPr="00A0593A">
              <w:rPr>
                <w:rFonts w:cs="Times New Roman"/>
                <w:szCs w:val="16"/>
                <w:lang w:val="ru-RU"/>
              </w:rPr>
              <w:t xml:space="preserve"> портов, </w:t>
            </w:r>
            <w:r w:rsidRPr="00A0593A">
              <w:rPr>
                <w:rFonts w:cs="Times New Roman"/>
                <w:szCs w:val="16"/>
              </w:rPr>
              <w:t>LUN</w:t>
            </w:r>
            <w:r w:rsidRPr="00A0593A">
              <w:rPr>
                <w:rFonts w:cs="Times New Roman"/>
                <w:szCs w:val="16"/>
                <w:lang w:val="ru-RU"/>
              </w:rPr>
              <w:t>, пулов, событий, счётчики производительности по контроллерам и портам.</w:t>
            </w:r>
          </w:p>
        </w:tc>
        <w:tc>
          <w:tcPr>
            <w:tcW w:w="2083" w:type="pct"/>
          </w:tcPr>
          <w:p w14:paraId="0ADB42E7" w14:textId="77777777" w:rsidR="00281EA7" w:rsidRPr="00A0593A" w:rsidRDefault="00281EA7" w:rsidP="00281EA7">
            <w:pPr>
              <w:rPr>
                <w:sz w:val="16"/>
                <w:szCs w:val="16"/>
              </w:rPr>
            </w:pPr>
            <w:r w:rsidRPr="00A0593A">
              <w:rPr>
                <w:sz w:val="16"/>
                <w:szCs w:val="16"/>
              </w:rPr>
              <w:t>До начала целевого NVMe-прогона, во время прогона не реже одного раза в 10 минут и после завершения прогона. Фиксируются счётчики LUN, front-end портов, контроллеров и события СХД.</w:t>
            </w:r>
          </w:p>
        </w:tc>
      </w:tr>
      <w:tr w:rsidR="00281EA7" w:rsidRPr="003E0862" w14:paraId="731208C1" w14:textId="77777777" w:rsidTr="00281EA7">
        <w:trPr>
          <w:jc w:val="center"/>
        </w:trPr>
        <w:tc>
          <w:tcPr>
            <w:tcW w:w="833" w:type="pct"/>
          </w:tcPr>
          <w:p w14:paraId="239B05BB" w14:textId="77777777" w:rsidR="00281EA7" w:rsidRPr="00A0593A" w:rsidRDefault="00281EA7" w:rsidP="00281EA7">
            <w:pPr>
              <w:pStyle w:val="TableText"/>
              <w:spacing w:after="40"/>
              <w:rPr>
                <w:rFonts w:cs="Times New Roman"/>
                <w:szCs w:val="16"/>
              </w:rPr>
            </w:pPr>
            <w:r w:rsidRPr="00A0593A">
              <w:rPr>
                <w:rFonts w:cs="Times New Roman"/>
                <w:szCs w:val="16"/>
              </w:rPr>
              <w:t>Схема SAN и zoning</w:t>
            </w:r>
          </w:p>
        </w:tc>
        <w:tc>
          <w:tcPr>
            <w:tcW w:w="2083" w:type="pct"/>
          </w:tcPr>
          <w:p w14:paraId="0D3793B4" w14:textId="77777777" w:rsidR="00281EA7" w:rsidRPr="00A0593A" w:rsidRDefault="00281EA7" w:rsidP="00281EA7">
            <w:pPr>
              <w:pStyle w:val="TableText"/>
              <w:spacing w:after="40"/>
              <w:rPr>
                <w:rFonts w:cs="Times New Roman"/>
                <w:szCs w:val="16"/>
              </w:rPr>
            </w:pPr>
            <w:r w:rsidRPr="00A0593A">
              <w:rPr>
                <w:rFonts w:cs="Times New Roman"/>
                <w:szCs w:val="16"/>
              </w:rPr>
              <w:t>WWPN инициаторов, WWPN target-портов, принадлежность target-портов к контроллерам, zoning/masking, схема двух FC-фабрик.</w:t>
            </w:r>
          </w:p>
        </w:tc>
        <w:tc>
          <w:tcPr>
            <w:tcW w:w="2083" w:type="pct"/>
          </w:tcPr>
          <w:p w14:paraId="282A1FC8" w14:textId="77777777" w:rsidR="00281EA7" w:rsidRPr="00A0593A" w:rsidRDefault="00281EA7" w:rsidP="00281EA7">
            <w:pPr>
              <w:rPr>
                <w:sz w:val="16"/>
                <w:szCs w:val="16"/>
              </w:rPr>
            </w:pPr>
            <w:r w:rsidRPr="00A0593A">
              <w:rPr>
                <w:sz w:val="16"/>
                <w:szCs w:val="16"/>
              </w:rPr>
              <w:t>До начала нагрузочных испытаний NVMe. Повторно собирается при любом изменении схемы подключения, zoning, masking или состава target-портов.</w:t>
            </w:r>
          </w:p>
        </w:tc>
      </w:tr>
      <w:tr w:rsidR="00281EA7" w:rsidRPr="003E0862" w14:paraId="494EEFA7" w14:textId="77777777" w:rsidTr="00281EA7">
        <w:trPr>
          <w:jc w:val="center"/>
        </w:trPr>
        <w:tc>
          <w:tcPr>
            <w:tcW w:w="833" w:type="pct"/>
          </w:tcPr>
          <w:p w14:paraId="15E6D0CC" w14:textId="77777777" w:rsidR="00281EA7" w:rsidRPr="00A0593A" w:rsidRDefault="00281EA7" w:rsidP="00281EA7">
            <w:pPr>
              <w:pStyle w:val="TableText"/>
              <w:spacing w:after="40"/>
              <w:rPr>
                <w:rFonts w:cs="Times New Roman"/>
                <w:szCs w:val="16"/>
              </w:rPr>
            </w:pPr>
            <w:r w:rsidRPr="00A0593A">
              <w:rPr>
                <w:rFonts w:cs="Times New Roman"/>
                <w:szCs w:val="16"/>
              </w:rPr>
              <w:t>FIO normal</w:t>
            </w:r>
          </w:p>
        </w:tc>
        <w:tc>
          <w:tcPr>
            <w:tcW w:w="2083" w:type="pct"/>
          </w:tcPr>
          <w:p w14:paraId="52E4DF2D" w14:textId="77777777" w:rsidR="00281EA7" w:rsidRPr="00A0593A" w:rsidRDefault="00281EA7" w:rsidP="00281EA7">
            <w:pPr>
              <w:pStyle w:val="TableText"/>
              <w:spacing w:after="40"/>
              <w:rPr>
                <w:rFonts w:cs="Times New Roman"/>
                <w:szCs w:val="16"/>
                <w:lang w:val="ru-RU"/>
              </w:rPr>
            </w:pPr>
            <w:r w:rsidRPr="00A0593A">
              <w:rPr>
                <w:rFonts w:cs="Times New Roman"/>
                <w:szCs w:val="16"/>
                <w:lang w:val="ru-RU"/>
              </w:rPr>
              <w:t xml:space="preserve">Отчёт </w:t>
            </w:r>
            <w:r w:rsidRPr="00A0593A">
              <w:rPr>
                <w:rFonts w:cs="Times New Roman"/>
                <w:szCs w:val="16"/>
              </w:rPr>
              <w:t>FIO</w:t>
            </w:r>
            <w:r w:rsidRPr="00A0593A">
              <w:rPr>
                <w:rFonts w:cs="Times New Roman"/>
                <w:szCs w:val="16"/>
                <w:lang w:val="ru-RU"/>
              </w:rPr>
              <w:t xml:space="preserve"> по каждому серверу: профиль, </w:t>
            </w:r>
            <w:r w:rsidRPr="00A0593A">
              <w:rPr>
                <w:rFonts w:cs="Times New Roman"/>
                <w:szCs w:val="16"/>
              </w:rPr>
              <w:t>IOPS</w:t>
            </w:r>
            <w:r w:rsidRPr="00A0593A">
              <w:rPr>
                <w:rFonts w:cs="Times New Roman"/>
                <w:szCs w:val="16"/>
                <w:lang w:val="ru-RU"/>
              </w:rPr>
              <w:t>, задержка, состояние заданий, ошибки выполнения, параметры фактического запуска.</w:t>
            </w:r>
          </w:p>
        </w:tc>
        <w:tc>
          <w:tcPr>
            <w:tcW w:w="2083" w:type="pct"/>
          </w:tcPr>
          <w:p w14:paraId="31529C9D" w14:textId="77777777" w:rsidR="00281EA7" w:rsidRPr="00A0593A" w:rsidRDefault="00281EA7" w:rsidP="00281EA7">
            <w:pPr>
              <w:rPr>
                <w:sz w:val="16"/>
                <w:szCs w:val="16"/>
              </w:rPr>
            </w:pPr>
            <w:r w:rsidRPr="00A0593A">
              <w:rPr>
                <w:sz w:val="16"/>
                <w:szCs w:val="16"/>
              </w:rPr>
              <w:t>По каждому NVMe-прогону: целевой прогон производительности и проверка равномерности нагрузки. Сохраняются итоговые логи по двум серверам и суммарный результат из RUN_DIR.</w:t>
            </w:r>
          </w:p>
        </w:tc>
      </w:tr>
      <w:tr w:rsidR="00281EA7" w:rsidRPr="003E0862" w14:paraId="3B06B789" w14:textId="77777777" w:rsidTr="00281EA7">
        <w:trPr>
          <w:jc w:val="center"/>
        </w:trPr>
        <w:tc>
          <w:tcPr>
            <w:tcW w:w="833" w:type="pct"/>
          </w:tcPr>
          <w:p w14:paraId="744CB17B" w14:textId="77777777" w:rsidR="00281EA7" w:rsidRPr="00A0593A" w:rsidRDefault="00281EA7" w:rsidP="00281EA7">
            <w:pPr>
              <w:pStyle w:val="TableText"/>
              <w:spacing w:after="40"/>
              <w:rPr>
                <w:rFonts w:cs="Times New Roman"/>
                <w:szCs w:val="16"/>
              </w:rPr>
            </w:pPr>
            <w:r w:rsidRPr="00A0593A">
              <w:rPr>
                <w:rFonts w:cs="Times New Roman"/>
                <w:szCs w:val="16"/>
              </w:rPr>
              <w:lastRenderedPageBreak/>
              <w:t>dmesg / journalctl / messages</w:t>
            </w:r>
          </w:p>
        </w:tc>
        <w:tc>
          <w:tcPr>
            <w:tcW w:w="2083" w:type="pct"/>
          </w:tcPr>
          <w:p w14:paraId="3D41B764" w14:textId="77777777" w:rsidR="00281EA7" w:rsidRPr="00A0593A" w:rsidRDefault="00281EA7" w:rsidP="00281EA7">
            <w:pPr>
              <w:pStyle w:val="TableText"/>
              <w:spacing w:after="40"/>
              <w:rPr>
                <w:rFonts w:cs="Times New Roman"/>
                <w:szCs w:val="16"/>
                <w:lang w:val="ru-RU"/>
              </w:rPr>
            </w:pPr>
            <w:r w:rsidRPr="00A0593A">
              <w:rPr>
                <w:rFonts w:cs="Times New Roman"/>
                <w:szCs w:val="16"/>
                <w:lang w:val="ru-RU"/>
              </w:rPr>
              <w:t xml:space="preserve">Сообщения ядра и ОС, относящиеся к </w:t>
            </w:r>
            <w:r w:rsidRPr="00A0593A">
              <w:rPr>
                <w:rFonts w:cs="Times New Roman"/>
                <w:szCs w:val="16"/>
              </w:rPr>
              <w:t>FC</w:t>
            </w:r>
            <w:r w:rsidRPr="00A0593A">
              <w:rPr>
                <w:rFonts w:cs="Times New Roman"/>
                <w:szCs w:val="16"/>
                <w:lang w:val="ru-RU"/>
              </w:rPr>
              <w:t xml:space="preserve">, </w:t>
            </w:r>
            <w:r w:rsidRPr="00A0593A">
              <w:rPr>
                <w:rFonts w:cs="Times New Roman"/>
                <w:szCs w:val="16"/>
              </w:rPr>
              <w:t>SCSI</w:t>
            </w:r>
            <w:r w:rsidRPr="00A0593A">
              <w:rPr>
                <w:rFonts w:cs="Times New Roman"/>
                <w:szCs w:val="16"/>
                <w:lang w:val="ru-RU"/>
              </w:rPr>
              <w:t xml:space="preserve">, </w:t>
            </w:r>
            <w:r w:rsidRPr="00A0593A">
              <w:rPr>
                <w:rFonts w:cs="Times New Roman"/>
                <w:szCs w:val="16"/>
              </w:rPr>
              <w:t>multipath</w:t>
            </w:r>
            <w:r w:rsidRPr="00A0593A">
              <w:rPr>
                <w:rFonts w:cs="Times New Roman"/>
                <w:szCs w:val="16"/>
                <w:lang w:val="ru-RU"/>
              </w:rPr>
              <w:t>, ошибкам путей и блочным устройствам.</w:t>
            </w:r>
          </w:p>
        </w:tc>
        <w:tc>
          <w:tcPr>
            <w:tcW w:w="2083" w:type="pct"/>
          </w:tcPr>
          <w:p w14:paraId="1D254CF9" w14:textId="77777777" w:rsidR="00281EA7" w:rsidRPr="00A0593A" w:rsidRDefault="00281EA7" w:rsidP="00281EA7">
            <w:pPr>
              <w:rPr>
                <w:sz w:val="16"/>
                <w:szCs w:val="16"/>
              </w:rPr>
            </w:pPr>
            <w:r w:rsidRPr="00A0593A">
              <w:rPr>
                <w:sz w:val="16"/>
                <w:szCs w:val="16"/>
              </w:rPr>
              <w:t>До начала NVMe-прогона и после его завершения; дополнительно при фиксации ошибок FIO, SCSI/multipath-событий, отклонений по путям или нестабильности нагрузки.</w:t>
            </w:r>
          </w:p>
        </w:tc>
      </w:tr>
      <w:tr w:rsidR="00281EA7" w:rsidRPr="003E0862" w14:paraId="005F0B0F" w14:textId="77777777" w:rsidTr="00281EA7">
        <w:trPr>
          <w:jc w:val="center"/>
        </w:trPr>
        <w:tc>
          <w:tcPr>
            <w:tcW w:w="833" w:type="pct"/>
          </w:tcPr>
          <w:p w14:paraId="0BBBDCC3" w14:textId="77777777" w:rsidR="00281EA7" w:rsidRPr="00A0593A" w:rsidRDefault="00281EA7" w:rsidP="00281EA7">
            <w:pPr>
              <w:pStyle w:val="TableText"/>
              <w:spacing w:after="40"/>
              <w:rPr>
                <w:rFonts w:cs="Times New Roman"/>
                <w:szCs w:val="16"/>
              </w:rPr>
            </w:pPr>
            <w:r w:rsidRPr="00A0593A">
              <w:rPr>
                <w:rFonts w:cs="Times New Roman"/>
                <w:szCs w:val="16"/>
              </w:rPr>
              <w:t>multipath -ll</w:t>
            </w:r>
          </w:p>
        </w:tc>
        <w:tc>
          <w:tcPr>
            <w:tcW w:w="2083" w:type="pct"/>
          </w:tcPr>
          <w:p w14:paraId="4110DE16" w14:textId="77777777" w:rsidR="00281EA7" w:rsidRPr="00A0593A" w:rsidRDefault="00281EA7" w:rsidP="00281EA7">
            <w:pPr>
              <w:pStyle w:val="TableText"/>
              <w:spacing w:after="40"/>
              <w:rPr>
                <w:rFonts w:cs="Times New Roman"/>
                <w:szCs w:val="16"/>
                <w:lang w:val="ru-RU"/>
              </w:rPr>
            </w:pPr>
            <w:r w:rsidRPr="00A0593A">
              <w:rPr>
                <w:rFonts w:cs="Times New Roman"/>
                <w:szCs w:val="16"/>
                <w:lang w:val="ru-RU"/>
              </w:rPr>
              <w:t xml:space="preserve">Состояние </w:t>
            </w:r>
            <w:r w:rsidRPr="00A0593A">
              <w:rPr>
                <w:rFonts w:cs="Times New Roman"/>
                <w:szCs w:val="16"/>
              </w:rPr>
              <w:t>DM</w:t>
            </w:r>
            <w:r w:rsidRPr="00A0593A">
              <w:rPr>
                <w:rFonts w:cs="Times New Roman"/>
                <w:szCs w:val="16"/>
                <w:lang w:val="ru-RU"/>
              </w:rPr>
              <w:t>-</w:t>
            </w:r>
            <w:r w:rsidRPr="00A0593A">
              <w:rPr>
                <w:rFonts w:cs="Times New Roman"/>
                <w:szCs w:val="16"/>
              </w:rPr>
              <w:t>multipath</w:t>
            </w:r>
            <w:r w:rsidRPr="00A0593A">
              <w:rPr>
                <w:rFonts w:cs="Times New Roman"/>
                <w:szCs w:val="16"/>
                <w:lang w:val="ru-RU"/>
              </w:rPr>
              <w:t xml:space="preserve"> устройств, группы путей, статусы путей, число путей.</w:t>
            </w:r>
          </w:p>
        </w:tc>
        <w:tc>
          <w:tcPr>
            <w:tcW w:w="2083" w:type="pct"/>
          </w:tcPr>
          <w:p w14:paraId="3F24C324" w14:textId="77777777" w:rsidR="00281EA7" w:rsidRPr="00A0593A" w:rsidRDefault="00281EA7" w:rsidP="00281EA7">
            <w:pPr>
              <w:rPr>
                <w:sz w:val="16"/>
                <w:szCs w:val="16"/>
              </w:rPr>
            </w:pPr>
            <w:r w:rsidRPr="00A0593A">
              <w:rPr>
                <w:sz w:val="16"/>
                <w:szCs w:val="16"/>
              </w:rPr>
              <w:t>До начала NVMe-нагрузки, во время проверки равномерности нагрузки каждые 10 минут, после завершения прогона; дополнительно при потере, восстановлении или деградации путей.</w:t>
            </w:r>
          </w:p>
        </w:tc>
      </w:tr>
      <w:tr w:rsidR="00281EA7" w:rsidRPr="003E0862" w14:paraId="2BB4AB38" w14:textId="77777777" w:rsidTr="00281EA7">
        <w:trPr>
          <w:jc w:val="center"/>
        </w:trPr>
        <w:tc>
          <w:tcPr>
            <w:tcW w:w="833" w:type="pct"/>
          </w:tcPr>
          <w:p w14:paraId="5937DCCB" w14:textId="77777777" w:rsidR="00281EA7" w:rsidRPr="00A0593A" w:rsidRDefault="00281EA7" w:rsidP="00281EA7">
            <w:pPr>
              <w:pStyle w:val="TableText"/>
              <w:spacing w:after="40"/>
              <w:rPr>
                <w:rFonts w:cs="Times New Roman"/>
                <w:szCs w:val="16"/>
              </w:rPr>
            </w:pPr>
            <w:r w:rsidRPr="00A0593A">
              <w:rPr>
                <w:rFonts w:cs="Times New Roman"/>
                <w:szCs w:val="16"/>
              </w:rPr>
              <w:t>multipathd show config / multipathd show paths</w:t>
            </w:r>
          </w:p>
        </w:tc>
        <w:tc>
          <w:tcPr>
            <w:tcW w:w="2083" w:type="pct"/>
          </w:tcPr>
          <w:p w14:paraId="4F1E473E" w14:textId="77777777" w:rsidR="00281EA7" w:rsidRPr="00A0593A" w:rsidRDefault="00281EA7" w:rsidP="00281EA7">
            <w:pPr>
              <w:pStyle w:val="TableText"/>
              <w:spacing w:after="40"/>
              <w:rPr>
                <w:rFonts w:cs="Times New Roman"/>
                <w:szCs w:val="16"/>
                <w:lang w:val="ru-RU"/>
              </w:rPr>
            </w:pPr>
            <w:r w:rsidRPr="00A0593A">
              <w:rPr>
                <w:rFonts w:cs="Times New Roman"/>
                <w:szCs w:val="16"/>
                <w:lang w:val="ru-RU"/>
              </w:rPr>
              <w:t xml:space="preserve">Активная итоговая конфигурация </w:t>
            </w:r>
            <w:r w:rsidRPr="00A0593A">
              <w:rPr>
                <w:rFonts w:cs="Times New Roman"/>
                <w:szCs w:val="16"/>
              </w:rPr>
              <w:t>multipath</w:t>
            </w:r>
            <w:r w:rsidRPr="00A0593A">
              <w:rPr>
                <w:rFonts w:cs="Times New Roman"/>
                <w:szCs w:val="16"/>
                <w:lang w:val="ru-RU"/>
              </w:rPr>
              <w:t xml:space="preserve"> (сверка с разделом 7.0) и подробный список путей с дополнительными полями для разбора нештатных ситуаций.</w:t>
            </w:r>
          </w:p>
        </w:tc>
        <w:tc>
          <w:tcPr>
            <w:tcW w:w="2083" w:type="pct"/>
          </w:tcPr>
          <w:p w14:paraId="579FE22D" w14:textId="77777777" w:rsidR="00281EA7" w:rsidRPr="00A0593A" w:rsidRDefault="00281EA7" w:rsidP="00281EA7">
            <w:pPr>
              <w:rPr>
                <w:sz w:val="16"/>
                <w:szCs w:val="16"/>
              </w:rPr>
            </w:pPr>
            <w:r w:rsidRPr="00A0593A">
              <w:rPr>
                <w:sz w:val="16"/>
                <w:szCs w:val="16"/>
              </w:rPr>
              <w:t>До начала NVMe-нагрузочных испытаний; дополнительно при разборе замечаний по multipath, числу путей, состояниям путей или ошибкам ввода-вывода.</w:t>
            </w:r>
          </w:p>
        </w:tc>
      </w:tr>
      <w:tr w:rsidR="00281EA7" w:rsidRPr="003E0862" w14:paraId="5DA5A0A4" w14:textId="77777777" w:rsidTr="00281EA7">
        <w:trPr>
          <w:jc w:val="center"/>
        </w:trPr>
        <w:tc>
          <w:tcPr>
            <w:tcW w:w="833" w:type="pct"/>
          </w:tcPr>
          <w:p w14:paraId="4D195923" w14:textId="77777777" w:rsidR="00281EA7" w:rsidRPr="00A0593A" w:rsidRDefault="00281EA7" w:rsidP="00281EA7">
            <w:pPr>
              <w:pStyle w:val="TableText"/>
              <w:spacing w:after="40"/>
              <w:rPr>
                <w:rFonts w:cs="Times New Roman"/>
                <w:szCs w:val="16"/>
              </w:rPr>
            </w:pPr>
            <w:r w:rsidRPr="00A0593A">
              <w:rPr>
                <w:rFonts w:cs="Times New Roman"/>
                <w:szCs w:val="16"/>
              </w:rPr>
              <w:t>iostat</w:t>
            </w:r>
          </w:p>
        </w:tc>
        <w:tc>
          <w:tcPr>
            <w:tcW w:w="2083" w:type="pct"/>
          </w:tcPr>
          <w:p w14:paraId="607D6CBA" w14:textId="77777777" w:rsidR="00281EA7" w:rsidRPr="00A0593A" w:rsidRDefault="00281EA7" w:rsidP="00281EA7">
            <w:pPr>
              <w:pStyle w:val="TableText"/>
              <w:spacing w:after="40"/>
              <w:rPr>
                <w:rFonts w:cs="Times New Roman"/>
                <w:szCs w:val="16"/>
              </w:rPr>
            </w:pPr>
            <w:r w:rsidRPr="00A0593A">
              <w:rPr>
                <w:rFonts w:cs="Times New Roman"/>
                <w:szCs w:val="16"/>
                <w:lang w:val="ru-RU"/>
              </w:rPr>
              <w:t xml:space="preserve">Активность по </w:t>
            </w:r>
            <w:r w:rsidRPr="00A0593A">
              <w:rPr>
                <w:rFonts w:cs="Times New Roman"/>
                <w:szCs w:val="16"/>
              </w:rPr>
              <w:t>DM</w:t>
            </w:r>
            <w:r w:rsidRPr="00A0593A">
              <w:rPr>
                <w:rFonts w:cs="Times New Roman"/>
                <w:szCs w:val="16"/>
                <w:lang w:val="ru-RU"/>
              </w:rPr>
              <w:t xml:space="preserve">-устройствам и нижележащим путям, загрузка и задержка на хосте. </w:t>
            </w:r>
            <w:r w:rsidRPr="00A0593A">
              <w:rPr>
                <w:rFonts w:cs="Times New Roman"/>
                <w:szCs w:val="16"/>
              </w:rPr>
              <w:t xml:space="preserve">Для отказных сценариев используется секундный сбор </w:t>
            </w:r>
          </w:p>
          <w:p w14:paraId="46C113AE" w14:textId="77777777" w:rsidR="00281EA7" w:rsidRPr="00A0593A" w:rsidRDefault="00281EA7" w:rsidP="00281EA7">
            <w:pPr>
              <w:pStyle w:val="TableText"/>
              <w:spacing w:after="40"/>
              <w:rPr>
                <w:rFonts w:cs="Times New Roman"/>
                <w:szCs w:val="16"/>
              </w:rPr>
            </w:pPr>
            <w:r w:rsidRPr="00A0593A">
              <w:rPr>
                <w:rFonts w:eastAsia="Consolas" w:cs="Times New Roman"/>
                <w:szCs w:val="16"/>
              </w:rPr>
              <w:t>iostat -t -dxm 1</w:t>
            </w:r>
          </w:p>
          <w:p w14:paraId="781CDA91" w14:textId="77777777" w:rsidR="00281EA7" w:rsidRPr="00A0593A" w:rsidRDefault="00281EA7" w:rsidP="00281EA7">
            <w:pPr>
              <w:pStyle w:val="TableText"/>
              <w:spacing w:after="40"/>
              <w:rPr>
                <w:rFonts w:cs="Times New Roman"/>
                <w:szCs w:val="16"/>
              </w:rPr>
            </w:pPr>
            <w:r w:rsidRPr="00A0593A">
              <w:rPr>
                <w:rFonts w:cs="Times New Roman"/>
                <w:szCs w:val="16"/>
              </w:rPr>
              <w:t>.</w:t>
            </w:r>
          </w:p>
        </w:tc>
        <w:tc>
          <w:tcPr>
            <w:tcW w:w="2083" w:type="pct"/>
          </w:tcPr>
          <w:p w14:paraId="05F9DD26" w14:textId="77777777" w:rsidR="00281EA7" w:rsidRPr="00A0593A" w:rsidRDefault="00281EA7" w:rsidP="00281EA7">
            <w:pPr>
              <w:rPr>
                <w:sz w:val="16"/>
                <w:szCs w:val="16"/>
              </w:rPr>
            </w:pPr>
            <w:r w:rsidRPr="00A0593A">
              <w:rPr>
                <w:sz w:val="16"/>
                <w:szCs w:val="16"/>
              </w:rPr>
              <w:t>Во время целевого NVMe-прогона и проверки равномерности нагрузки. Для контроля по разделу 10.3 используется сбор с фиксированным интервалом и сохранением вывода в каталог RUN_DIR.</w:t>
            </w:r>
          </w:p>
        </w:tc>
      </w:tr>
      <w:tr w:rsidR="00281EA7" w:rsidRPr="003E0862" w14:paraId="345D7253" w14:textId="77777777" w:rsidTr="00281EA7">
        <w:trPr>
          <w:jc w:val="center"/>
        </w:trPr>
        <w:tc>
          <w:tcPr>
            <w:tcW w:w="833" w:type="pct"/>
          </w:tcPr>
          <w:p w14:paraId="3610A95E" w14:textId="77777777" w:rsidR="00281EA7" w:rsidRPr="00A0593A" w:rsidRDefault="00281EA7" w:rsidP="00281EA7">
            <w:pPr>
              <w:pStyle w:val="TableText"/>
              <w:spacing w:after="40"/>
              <w:rPr>
                <w:rFonts w:cs="Times New Roman"/>
                <w:szCs w:val="16"/>
              </w:rPr>
            </w:pPr>
            <w:r w:rsidRPr="00A0593A">
              <w:rPr>
                <w:rFonts w:cs="Times New Roman"/>
                <w:szCs w:val="16"/>
              </w:rPr>
              <w:t>Журнал испытаний</w:t>
            </w:r>
          </w:p>
        </w:tc>
        <w:tc>
          <w:tcPr>
            <w:tcW w:w="2083" w:type="pct"/>
          </w:tcPr>
          <w:p w14:paraId="383E434E" w14:textId="77777777" w:rsidR="00281EA7" w:rsidRPr="00A0593A" w:rsidRDefault="00281EA7" w:rsidP="00281EA7">
            <w:pPr>
              <w:pStyle w:val="TableText"/>
              <w:spacing w:after="40"/>
              <w:rPr>
                <w:rFonts w:cs="Times New Roman"/>
                <w:szCs w:val="16"/>
                <w:lang w:val="ru-RU"/>
              </w:rPr>
            </w:pPr>
            <w:r w:rsidRPr="00A0593A">
              <w:rPr>
                <w:rFonts w:cs="Times New Roman"/>
                <w:szCs w:val="16"/>
                <w:lang w:val="ru-RU"/>
              </w:rPr>
              <w:t>Время действий, фактический результат, ссылка на файлы логов, вывод о прохождении испытания.</w:t>
            </w:r>
          </w:p>
        </w:tc>
        <w:tc>
          <w:tcPr>
            <w:tcW w:w="2083" w:type="pct"/>
          </w:tcPr>
          <w:p w14:paraId="47A8DE1A" w14:textId="77777777" w:rsidR="00281EA7" w:rsidRPr="00A0593A" w:rsidRDefault="00281EA7" w:rsidP="00281EA7">
            <w:pPr>
              <w:rPr>
                <w:sz w:val="16"/>
                <w:szCs w:val="16"/>
              </w:rPr>
            </w:pPr>
            <w:r w:rsidRPr="00A0593A">
              <w:rPr>
                <w:sz w:val="16"/>
                <w:szCs w:val="16"/>
              </w:rPr>
              <w:t>Заполняется по каждому испытанию раздела 10.3: производительность NVMe и равномерность нагрузки по LUN/путям.</w:t>
            </w:r>
          </w:p>
        </w:tc>
      </w:tr>
    </w:tbl>
    <w:p w14:paraId="7FF79CAF" w14:textId="77777777" w:rsidR="00281EA7" w:rsidRPr="00A0593A" w:rsidRDefault="00281EA7" w:rsidP="00281EA7"/>
    <w:p w14:paraId="5942F12A" w14:textId="77777777" w:rsidR="00281EA7" w:rsidRPr="00A0593A" w:rsidRDefault="00281EA7" w:rsidP="00281EA7">
      <w:r w:rsidRPr="00A0593A">
        <w:rPr>
          <w:b/>
        </w:rPr>
        <w:t xml:space="preserve">14. Журнал испытаний для нагрузочных испытаний </w:t>
      </w:r>
      <w:r>
        <w:rPr>
          <w:b/>
        </w:rPr>
        <w:t>SSD</w:t>
      </w:r>
      <w:r w:rsidRPr="00A0593A">
        <w:rPr>
          <w:b/>
        </w:rPr>
        <w:t xml:space="preserve"> и </w:t>
      </w:r>
      <w:r>
        <w:rPr>
          <w:b/>
        </w:rPr>
        <w:t>NVMe</w:t>
      </w:r>
      <w:r w:rsidRPr="00A0593A">
        <w:rPr>
          <w:b/>
        </w:rPr>
        <w:t xml:space="preserve"> СХД</w:t>
      </w:r>
    </w:p>
    <w:p w14:paraId="782AC161" w14:textId="77777777" w:rsidR="00281EA7" w:rsidRPr="00A0593A" w:rsidRDefault="00281EA7" w:rsidP="00281EA7"/>
    <w:p w14:paraId="1B49A060" w14:textId="77777777" w:rsidR="00281EA7" w:rsidRPr="00A0593A" w:rsidRDefault="00281EA7" w:rsidP="00281EA7">
      <w:r w:rsidRPr="00A0593A">
        <w:rPr>
          <w:b/>
        </w:rPr>
        <w:t xml:space="preserve">14.1 Журнал испытаний для теста "Нагрузочные испытания для </w:t>
      </w:r>
      <w:r>
        <w:rPr>
          <w:b/>
        </w:rPr>
        <w:t>SSD</w:t>
      </w:r>
      <w:r w:rsidRPr="00A0593A">
        <w:rPr>
          <w:b/>
        </w:rPr>
        <w:t xml:space="preserve"> СХД"</w:t>
      </w:r>
    </w:p>
    <w:tbl>
      <w:tblPr>
        <w:tblW w:w="0" w:type="auto"/>
        <w:jc w:val="center"/>
        <w:tblBorders>
          <w:top w:val="single" w:sz="4" w:space="0" w:color="C9D2E3"/>
          <w:left w:val="single" w:sz="4" w:space="0" w:color="C9D2E3"/>
          <w:bottom w:val="single" w:sz="4" w:space="0" w:color="C9D2E3"/>
          <w:right w:val="single" w:sz="4" w:space="0" w:color="C9D2E3"/>
          <w:insideH w:val="single" w:sz="4" w:space="0" w:color="C9D2E3"/>
          <w:insideV w:val="single" w:sz="4" w:space="0" w:color="C9D2E3"/>
        </w:tblBorders>
        <w:tblLook w:val="04A0" w:firstRow="1" w:lastRow="0" w:firstColumn="1" w:lastColumn="0" w:noHBand="0" w:noVBand="1"/>
      </w:tblPr>
      <w:tblGrid>
        <w:gridCol w:w="1026"/>
        <w:gridCol w:w="2179"/>
        <w:gridCol w:w="1622"/>
        <w:gridCol w:w="2867"/>
        <w:gridCol w:w="3472"/>
        <w:gridCol w:w="3304"/>
      </w:tblGrid>
      <w:tr w:rsidR="00281EA7" w:rsidRPr="00291DA9" w14:paraId="664D2BF3" w14:textId="77777777" w:rsidTr="00281EA7">
        <w:trPr>
          <w:tblHeader/>
          <w:jc w:val="center"/>
        </w:trPr>
        <w:tc>
          <w:tcPr>
            <w:tcW w:w="567" w:type="dxa"/>
            <w:shd w:val="clear" w:color="auto" w:fill="E9EEF8"/>
          </w:tcPr>
          <w:p w14:paraId="729A3958" w14:textId="77777777" w:rsidR="00281EA7" w:rsidRPr="00291DA9" w:rsidRDefault="00281EA7" w:rsidP="00281EA7">
            <w:pPr>
              <w:pStyle w:val="TableText"/>
              <w:spacing w:after="40"/>
              <w:rPr>
                <w:rFonts w:cs="Times New Roman"/>
              </w:rPr>
            </w:pPr>
            <w:r w:rsidRPr="00291DA9">
              <w:rPr>
                <w:rFonts w:cs="Times New Roman"/>
                <w:b/>
              </w:rPr>
              <w:t>№ испытания</w:t>
            </w:r>
          </w:p>
        </w:tc>
        <w:tc>
          <w:tcPr>
            <w:tcW w:w="1417" w:type="dxa"/>
            <w:shd w:val="clear" w:color="auto" w:fill="E9EEF8"/>
          </w:tcPr>
          <w:p w14:paraId="2196E732" w14:textId="77777777" w:rsidR="00281EA7" w:rsidRPr="00291DA9" w:rsidRDefault="00281EA7" w:rsidP="00281EA7">
            <w:pPr>
              <w:pStyle w:val="TableText"/>
              <w:spacing w:after="40"/>
              <w:rPr>
                <w:rFonts w:cs="Times New Roman"/>
              </w:rPr>
            </w:pPr>
            <w:r w:rsidRPr="00291DA9">
              <w:rPr>
                <w:rFonts w:cs="Times New Roman"/>
                <w:b/>
              </w:rPr>
              <w:t>Название испытания</w:t>
            </w:r>
          </w:p>
        </w:tc>
        <w:tc>
          <w:tcPr>
            <w:tcW w:w="1701" w:type="dxa"/>
            <w:shd w:val="clear" w:color="auto" w:fill="E9EEF8"/>
          </w:tcPr>
          <w:p w14:paraId="35303751" w14:textId="77777777" w:rsidR="00281EA7" w:rsidRPr="00291DA9" w:rsidRDefault="00281EA7" w:rsidP="00281EA7">
            <w:pPr>
              <w:pStyle w:val="TableText"/>
              <w:spacing w:after="40"/>
              <w:rPr>
                <w:rFonts w:cs="Times New Roman"/>
              </w:rPr>
            </w:pPr>
            <w:r w:rsidRPr="00291DA9">
              <w:rPr>
                <w:rFonts w:cs="Times New Roman"/>
                <w:b/>
              </w:rPr>
              <w:t>Дата/время</w:t>
            </w:r>
          </w:p>
        </w:tc>
        <w:tc>
          <w:tcPr>
            <w:tcW w:w="3061" w:type="dxa"/>
            <w:shd w:val="clear" w:color="auto" w:fill="E9EEF8"/>
          </w:tcPr>
          <w:p w14:paraId="15C6E336" w14:textId="77777777" w:rsidR="00281EA7" w:rsidRPr="00291DA9" w:rsidRDefault="00281EA7" w:rsidP="00281EA7">
            <w:pPr>
              <w:pStyle w:val="TableText"/>
              <w:spacing w:after="40"/>
              <w:rPr>
                <w:rFonts w:cs="Times New Roman"/>
              </w:rPr>
            </w:pPr>
            <w:r w:rsidRPr="00291DA9">
              <w:rPr>
                <w:rFonts w:cs="Times New Roman"/>
                <w:b/>
              </w:rPr>
              <w:t>Результат</w:t>
            </w:r>
          </w:p>
        </w:tc>
        <w:tc>
          <w:tcPr>
            <w:tcW w:w="3572" w:type="dxa"/>
            <w:shd w:val="clear" w:color="auto" w:fill="E9EEF8"/>
          </w:tcPr>
          <w:p w14:paraId="0A075EB8" w14:textId="77777777" w:rsidR="00281EA7" w:rsidRPr="00291DA9" w:rsidRDefault="00281EA7" w:rsidP="00281EA7">
            <w:pPr>
              <w:pStyle w:val="TableText"/>
              <w:spacing w:after="40"/>
              <w:rPr>
                <w:rFonts w:cs="Times New Roman"/>
                <w:lang w:val="ru-RU"/>
              </w:rPr>
            </w:pPr>
            <w:r w:rsidRPr="00291DA9">
              <w:rPr>
                <w:rFonts w:cs="Times New Roman"/>
                <w:b/>
                <w:lang w:val="ru-RU"/>
              </w:rPr>
              <w:t>Фактический результат / ссылки на логи</w:t>
            </w:r>
          </w:p>
        </w:tc>
        <w:tc>
          <w:tcPr>
            <w:tcW w:w="3572" w:type="dxa"/>
            <w:shd w:val="clear" w:color="auto" w:fill="E9EEF8"/>
          </w:tcPr>
          <w:p w14:paraId="57C972FD" w14:textId="77777777" w:rsidR="00281EA7" w:rsidRPr="00291DA9" w:rsidRDefault="00281EA7" w:rsidP="00281EA7">
            <w:pPr>
              <w:pStyle w:val="TableText"/>
              <w:spacing w:after="40"/>
              <w:rPr>
                <w:rFonts w:cs="Times New Roman"/>
              </w:rPr>
            </w:pPr>
            <w:r w:rsidRPr="00291DA9">
              <w:rPr>
                <w:rFonts w:cs="Times New Roman"/>
                <w:b/>
              </w:rPr>
              <w:t>Ответственный</w:t>
            </w:r>
          </w:p>
        </w:tc>
      </w:tr>
      <w:tr w:rsidR="00281EA7" w14:paraId="25EAF801" w14:textId="77777777" w:rsidTr="00281EA7">
        <w:trPr>
          <w:jc w:val="center"/>
        </w:trPr>
        <w:tc>
          <w:tcPr>
            <w:tcW w:w="1026" w:type="dxa"/>
          </w:tcPr>
          <w:p w14:paraId="399BF387" w14:textId="77777777" w:rsidR="00281EA7" w:rsidRDefault="00281EA7" w:rsidP="00281EA7">
            <w:r>
              <w:t>1</w:t>
            </w:r>
          </w:p>
        </w:tc>
        <w:tc>
          <w:tcPr>
            <w:tcW w:w="1417" w:type="dxa"/>
          </w:tcPr>
          <w:p w14:paraId="2EDA4B40" w14:textId="77777777" w:rsidR="00281EA7" w:rsidRPr="00A0593A" w:rsidRDefault="00281EA7" w:rsidP="00281EA7">
            <w:r w:rsidRPr="00A0593A">
              <w:t xml:space="preserve">Проверка производительности </w:t>
            </w:r>
            <w:r>
              <w:t>SSD</w:t>
            </w:r>
            <w:r w:rsidRPr="00A0593A">
              <w:t xml:space="preserve">-конфигурации: 64 </w:t>
            </w:r>
            <w:r>
              <w:t>KB</w:t>
            </w:r>
            <w:r w:rsidRPr="00A0593A">
              <w:t xml:space="preserve">, 100% </w:t>
            </w:r>
            <w:r>
              <w:t>random</w:t>
            </w:r>
            <w:r w:rsidRPr="00A0593A">
              <w:t xml:space="preserve">, 70/30 </w:t>
            </w:r>
            <w:r>
              <w:t>read</w:t>
            </w:r>
            <w:r w:rsidRPr="00A0593A">
              <w:t>/</w:t>
            </w:r>
            <w:r>
              <w:t>write</w:t>
            </w:r>
            <w:r w:rsidRPr="00A0593A">
              <w:t xml:space="preserve">, 4 </w:t>
            </w:r>
            <w:r>
              <w:t>LUN</w:t>
            </w:r>
            <w:r w:rsidRPr="00A0593A">
              <w:t xml:space="preserve">, </w:t>
            </w:r>
            <w:r>
              <w:t>FC</w:t>
            </w:r>
            <w:r w:rsidRPr="00A0593A">
              <w:t>, суммарная глубина очереди 260</w:t>
            </w:r>
          </w:p>
        </w:tc>
        <w:tc>
          <w:tcPr>
            <w:tcW w:w="1701" w:type="dxa"/>
          </w:tcPr>
          <w:p w14:paraId="07859B7D" w14:textId="77777777" w:rsidR="00281EA7" w:rsidRDefault="00281EA7" w:rsidP="00281EA7">
            <w:r>
              <w:t>__</w:t>
            </w:r>
          </w:p>
        </w:tc>
        <w:tc>
          <w:tcPr>
            <w:tcW w:w="3061" w:type="dxa"/>
          </w:tcPr>
          <w:p w14:paraId="2BAAB798" w14:textId="77777777" w:rsidR="00281EA7" w:rsidRPr="00A0593A" w:rsidRDefault="00281EA7" w:rsidP="00281EA7">
            <w:r w:rsidRPr="00A0593A">
              <w:t>□ Пройдено □ Не пройдено □ Не выполнялось</w:t>
            </w:r>
          </w:p>
        </w:tc>
        <w:tc>
          <w:tcPr>
            <w:tcW w:w="3572" w:type="dxa"/>
          </w:tcPr>
          <w:p w14:paraId="4F520A00" w14:textId="77777777" w:rsidR="00281EA7" w:rsidRPr="00281EA7" w:rsidRDefault="00281EA7" w:rsidP="00281EA7">
            <w:pPr>
              <w:rPr>
                <w:lang w:val="en-US"/>
              </w:rPr>
            </w:pPr>
            <w:r w:rsidRPr="00281EA7">
              <w:rPr>
                <w:lang w:val="en-US"/>
              </w:rPr>
              <w:t xml:space="preserve">RUN_DIR: __; </w:t>
            </w:r>
            <w:r>
              <w:t>итоговый</w:t>
            </w:r>
            <w:r w:rsidRPr="00281EA7">
              <w:rPr>
                <w:lang w:val="en-US"/>
              </w:rPr>
              <w:t xml:space="preserve"> FIO normal: __; total IOPS: __; read latency mean: __; write latency mean: __; FIO err: __; </w:t>
            </w:r>
            <w:r>
              <w:t>задействованные</w:t>
            </w:r>
            <w:r w:rsidRPr="00281EA7">
              <w:rPr>
                <w:lang w:val="en-US"/>
              </w:rPr>
              <w:t xml:space="preserve"> LUN: __; dmesg/journalctl/messages: __; </w:t>
            </w:r>
            <w:r>
              <w:t>скриншоты</w:t>
            </w:r>
            <w:r w:rsidRPr="00281EA7">
              <w:rPr>
                <w:lang w:val="en-US"/>
              </w:rPr>
              <w:t xml:space="preserve">/CLI </w:t>
            </w:r>
            <w:r>
              <w:t>СХД</w:t>
            </w:r>
            <w:r w:rsidRPr="00281EA7">
              <w:rPr>
                <w:lang w:val="en-US"/>
              </w:rPr>
              <w:t>: __.</w:t>
            </w:r>
          </w:p>
        </w:tc>
        <w:tc>
          <w:tcPr>
            <w:tcW w:w="3572" w:type="dxa"/>
          </w:tcPr>
          <w:p w14:paraId="19567C4B" w14:textId="77777777" w:rsidR="00281EA7" w:rsidRDefault="00281EA7" w:rsidP="00281EA7">
            <w:r>
              <w:t>__</w:t>
            </w:r>
          </w:p>
        </w:tc>
      </w:tr>
      <w:tr w:rsidR="00281EA7" w14:paraId="7ED87193" w14:textId="77777777" w:rsidTr="00281EA7">
        <w:trPr>
          <w:jc w:val="center"/>
        </w:trPr>
        <w:tc>
          <w:tcPr>
            <w:tcW w:w="1026" w:type="dxa"/>
          </w:tcPr>
          <w:p w14:paraId="4238FF07" w14:textId="77777777" w:rsidR="00281EA7" w:rsidRDefault="00281EA7" w:rsidP="00281EA7">
            <w:r>
              <w:t>2</w:t>
            </w:r>
          </w:p>
        </w:tc>
        <w:tc>
          <w:tcPr>
            <w:tcW w:w="1417" w:type="dxa"/>
          </w:tcPr>
          <w:p w14:paraId="1F9C8005" w14:textId="77777777" w:rsidR="00281EA7" w:rsidRPr="00A0593A" w:rsidRDefault="00281EA7" w:rsidP="00281EA7">
            <w:r w:rsidRPr="00A0593A">
              <w:t xml:space="preserve">Проверка равномерности нагрузки по </w:t>
            </w:r>
            <w:r>
              <w:t>LUN</w:t>
            </w:r>
            <w:r w:rsidRPr="00A0593A">
              <w:t xml:space="preserve"> и </w:t>
            </w:r>
            <w:r w:rsidRPr="00A0593A">
              <w:lastRenderedPageBreak/>
              <w:t xml:space="preserve">путям в </w:t>
            </w:r>
            <w:r>
              <w:t>SSD</w:t>
            </w:r>
            <w:r w:rsidRPr="00A0593A">
              <w:t>-профиле</w:t>
            </w:r>
          </w:p>
        </w:tc>
        <w:tc>
          <w:tcPr>
            <w:tcW w:w="1701" w:type="dxa"/>
          </w:tcPr>
          <w:p w14:paraId="51E7F670" w14:textId="77777777" w:rsidR="00281EA7" w:rsidRDefault="00281EA7" w:rsidP="00281EA7">
            <w:r>
              <w:lastRenderedPageBreak/>
              <w:t>__</w:t>
            </w:r>
          </w:p>
        </w:tc>
        <w:tc>
          <w:tcPr>
            <w:tcW w:w="3061" w:type="dxa"/>
          </w:tcPr>
          <w:p w14:paraId="4AE6107C" w14:textId="77777777" w:rsidR="00281EA7" w:rsidRPr="00A0593A" w:rsidRDefault="00281EA7" w:rsidP="00281EA7">
            <w:r w:rsidRPr="00A0593A">
              <w:t>□ Пройдено □ Не пройдено □ Не выполнялось</w:t>
            </w:r>
          </w:p>
        </w:tc>
        <w:tc>
          <w:tcPr>
            <w:tcW w:w="3572" w:type="dxa"/>
          </w:tcPr>
          <w:p w14:paraId="7713512A" w14:textId="77777777" w:rsidR="00281EA7" w:rsidRPr="00A0593A" w:rsidRDefault="00281EA7" w:rsidP="00281EA7">
            <w:r>
              <w:t>multipath</w:t>
            </w:r>
            <w:r w:rsidRPr="00A0593A">
              <w:t xml:space="preserve"> -</w:t>
            </w:r>
            <w:r>
              <w:t>ll</w:t>
            </w:r>
            <w:r w:rsidRPr="00A0593A">
              <w:t xml:space="preserve">: __; </w:t>
            </w:r>
            <w:r>
              <w:t>iostat</w:t>
            </w:r>
            <w:r w:rsidRPr="00A0593A">
              <w:t xml:space="preserve">: __; активность </w:t>
            </w:r>
            <w:r>
              <w:t>LUN</w:t>
            </w:r>
            <w:r w:rsidRPr="00A0593A">
              <w:t>1-</w:t>
            </w:r>
            <w:r>
              <w:t>LUN</w:t>
            </w:r>
            <w:r w:rsidRPr="00A0593A">
              <w:t xml:space="preserve">4: __; активность </w:t>
            </w:r>
            <w:r>
              <w:t>front</w:t>
            </w:r>
            <w:r w:rsidRPr="00A0593A">
              <w:t>-</w:t>
            </w:r>
            <w:r>
              <w:t>end</w:t>
            </w:r>
            <w:r w:rsidRPr="00A0593A">
              <w:t xml:space="preserve"> портов СХД: </w:t>
            </w:r>
            <w:r w:rsidRPr="00A0593A">
              <w:lastRenderedPageBreak/>
              <w:t>__; замечания по путям и распределению нагрузки: __.</w:t>
            </w:r>
          </w:p>
        </w:tc>
        <w:tc>
          <w:tcPr>
            <w:tcW w:w="3572" w:type="dxa"/>
          </w:tcPr>
          <w:p w14:paraId="3B1DBC95" w14:textId="77777777" w:rsidR="00281EA7" w:rsidRDefault="00281EA7" w:rsidP="00281EA7">
            <w:r>
              <w:lastRenderedPageBreak/>
              <w:t>__</w:t>
            </w:r>
          </w:p>
        </w:tc>
      </w:tr>
      <w:tr w:rsidR="00281EA7" w14:paraId="7D46953F" w14:textId="77777777" w:rsidTr="00281EA7">
        <w:trPr>
          <w:jc w:val="center"/>
        </w:trPr>
        <w:tc>
          <w:tcPr>
            <w:tcW w:w="1026" w:type="dxa"/>
          </w:tcPr>
          <w:p w14:paraId="5089FF40" w14:textId="77777777" w:rsidR="00281EA7" w:rsidRDefault="00281EA7" w:rsidP="00281EA7">
            <w:r>
              <w:t>3</w:t>
            </w:r>
          </w:p>
        </w:tc>
        <w:tc>
          <w:tcPr>
            <w:tcW w:w="1417" w:type="dxa"/>
          </w:tcPr>
          <w:p w14:paraId="591214FD" w14:textId="77777777" w:rsidR="00281EA7" w:rsidRPr="00A0593A" w:rsidRDefault="00281EA7" w:rsidP="00281EA7">
            <w:r w:rsidRPr="00A0593A">
              <w:t>Обеспечение непрерывности работы при отказе двух накопителей в СХД</w:t>
            </w:r>
          </w:p>
        </w:tc>
        <w:tc>
          <w:tcPr>
            <w:tcW w:w="1701" w:type="dxa"/>
          </w:tcPr>
          <w:p w14:paraId="25BC067A" w14:textId="77777777" w:rsidR="00281EA7" w:rsidRDefault="00281EA7" w:rsidP="00281EA7">
            <w:r>
              <w:t>__</w:t>
            </w:r>
          </w:p>
        </w:tc>
        <w:tc>
          <w:tcPr>
            <w:tcW w:w="3061" w:type="dxa"/>
          </w:tcPr>
          <w:p w14:paraId="3951449F" w14:textId="77777777" w:rsidR="00281EA7" w:rsidRPr="00A0593A" w:rsidRDefault="00281EA7" w:rsidP="00281EA7">
            <w:r w:rsidRPr="00A0593A">
              <w:t>□ Пройдено □ Не пройдено □ Не выполнялось</w:t>
            </w:r>
          </w:p>
        </w:tc>
        <w:tc>
          <w:tcPr>
            <w:tcW w:w="3572" w:type="dxa"/>
          </w:tcPr>
          <w:p w14:paraId="7DC25A7B" w14:textId="77777777" w:rsidR="00281EA7" w:rsidRPr="00A0593A" w:rsidRDefault="00281EA7" w:rsidP="00281EA7">
            <w:r w:rsidRPr="00A0593A">
              <w:t xml:space="preserve">Способ отказа / номера накопителей: __; </w:t>
            </w:r>
            <w:r>
              <w:t>IOPS</w:t>
            </w:r>
            <w:r w:rsidRPr="00A0593A">
              <w:t xml:space="preserve"> и </w:t>
            </w:r>
            <w:r>
              <w:t>latency</w:t>
            </w:r>
            <w:r w:rsidRPr="00A0593A">
              <w:t xml:space="preserve"> до отказа: __; в момент отказа: __; после стабилизации: __; сообщения ОС/СХД: __; доступность </w:t>
            </w:r>
            <w:r>
              <w:t>LUN</w:t>
            </w:r>
            <w:r w:rsidRPr="00A0593A">
              <w:t xml:space="preserve"> и статус </w:t>
            </w:r>
            <w:r>
              <w:t>FIO</w:t>
            </w:r>
            <w:r w:rsidRPr="00A0593A">
              <w:t>: __; ссылки на логи: __.</w:t>
            </w:r>
          </w:p>
        </w:tc>
        <w:tc>
          <w:tcPr>
            <w:tcW w:w="3572" w:type="dxa"/>
          </w:tcPr>
          <w:p w14:paraId="24160EE8" w14:textId="77777777" w:rsidR="00281EA7" w:rsidRDefault="00281EA7" w:rsidP="00281EA7">
            <w:r>
              <w:t>__</w:t>
            </w:r>
          </w:p>
        </w:tc>
      </w:tr>
    </w:tbl>
    <w:p w14:paraId="17D89038" w14:textId="77777777" w:rsidR="00281EA7" w:rsidRDefault="00281EA7" w:rsidP="00281EA7"/>
    <w:p w14:paraId="6A217168" w14:textId="77777777" w:rsidR="00281EA7" w:rsidRPr="00A0593A" w:rsidRDefault="00281EA7" w:rsidP="00281EA7">
      <w:r w:rsidRPr="00A0593A">
        <w:rPr>
          <w:b/>
        </w:rPr>
        <w:t xml:space="preserve">14.2 Журнал испытаний для теста "Нагрузочные испытания для </w:t>
      </w:r>
      <w:r>
        <w:rPr>
          <w:b/>
        </w:rPr>
        <w:t>NVMe</w:t>
      </w:r>
      <w:r w:rsidRPr="00A0593A">
        <w:rPr>
          <w:b/>
        </w:rPr>
        <w:t xml:space="preserve"> СХД"</w:t>
      </w:r>
    </w:p>
    <w:tbl>
      <w:tblPr>
        <w:tblW w:w="0" w:type="auto"/>
        <w:jc w:val="center"/>
        <w:tblBorders>
          <w:top w:val="single" w:sz="4" w:space="0" w:color="C9D2E3"/>
          <w:left w:val="single" w:sz="4" w:space="0" w:color="C9D2E3"/>
          <w:bottom w:val="single" w:sz="4" w:space="0" w:color="C9D2E3"/>
          <w:right w:val="single" w:sz="4" w:space="0" w:color="C9D2E3"/>
          <w:insideH w:val="single" w:sz="4" w:space="0" w:color="C9D2E3"/>
          <w:insideV w:val="single" w:sz="4" w:space="0" w:color="C9D2E3"/>
        </w:tblBorders>
        <w:tblLook w:val="04A0" w:firstRow="1" w:lastRow="0" w:firstColumn="1" w:lastColumn="0" w:noHBand="0" w:noVBand="1"/>
      </w:tblPr>
      <w:tblGrid>
        <w:gridCol w:w="1026"/>
        <w:gridCol w:w="2179"/>
        <w:gridCol w:w="1622"/>
        <w:gridCol w:w="2867"/>
        <w:gridCol w:w="3472"/>
        <w:gridCol w:w="3304"/>
      </w:tblGrid>
      <w:tr w:rsidR="00281EA7" w:rsidRPr="00291DA9" w14:paraId="708DF5C9" w14:textId="77777777" w:rsidTr="00281EA7">
        <w:trPr>
          <w:tblHeader/>
          <w:jc w:val="center"/>
        </w:trPr>
        <w:tc>
          <w:tcPr>
            <w:tcW w:w="567" w:type="dxa"/>
            <w:shd w:val="clear" w:color="auto" w:fill="E9EEF8"/>
          </w:tcPr>
          <w:p w14:paraId="2008A469" w14:textId="77777777" w:rsidR="00281EA7" w:rsidRPr="00291DA9" w:rsidRDefault="00281EA7" w:rsidP="00281EA7">
            <w:pPr>
              <w:pStyle w:val="TableText"/>
              <w:spacing w:after="40"/>
              <w:rPr>
                <w:rFonts w:cs="Times New Roman"/>
              </w:rPr>
            </w:pPr>
            <w:r w:rsidRPr="00291DA9">
              <w:rPr>
                <w:rFonts w:cs="Times New Roman"/>
                <w:b/>
              </w:rPr>
              <w:t>№ испытания</w:t>
            </w:r>
          </w:p>
        </w:tc>
        <w:tc>
          <w:tcPr>
            <w:tcW w:w="1417" w:type="dxa"/>
            <w:shd w:val="clear" w:color="auto" w:fill="E9EEF8"/>
          </w:tcPr>
          <w:p w14:paraId="06980CC4" w14:textId="77777777" w:rsidR="00281EA7" w:rsidRPr="00291DA9" w:rsidRDefault="00281EA7" w:rsidP="00281EA7">
            <w:pPr>
              <w:pStyle w:val="TableText"/>
              <w:spacing w:after="40"/>
              <w:rPr>
                <w:rFonts w:cs="Times New Roman"/>
              </w:rPr>
            </w:pPr>
            <w:r w:rsidRPr="00291DA9">
              <w:rPr>
                <w:rFonts w:cs="Times New Roman"/>
                <w:b/>
              </w:rPr>
              <w:t>Название испытания</w:t>
            </w:r>
          </w:p>
        </w:tc>
        <w:tc>
          <w:tcPr>
            <w:tcW w:w="1701" w:type="dxa"/>
            <w:shd w:val="clear" w:color="auto" w:fill="E9EEF8"/>
          </w:tcPr>
          <w:p w14:paraId="122E6CA9" w14:textId="77777777" w:rsidR="00281EA7" w:rsidRPr="00291DA9" w:rsidRDefault="00281EA7" w:rsidP="00281EA7">
            <w:pPr>
              <w:pStyle w:val="TableText"/>
              <w:spacing w:after="40"/>
              <w:rPr>
                <w:rFonts w:cs="Times New Roman"/>
              </w:rPr>
            </w:pPr>
            <w:r w:rsidRPr="00291DA9">
              <w:rPr>
                <w:rFonts w:cs="Times New Roman"/>
                <w:b/>
              </w:rPr>
              <w:t>Дата/время</w:t>
            </w:r>
          </w:p>
        </w:tc>
        <w:tc>
          <w:tcPr>
            <w:tcW w:w="3061" w:type="dxa"/>
            <w:shd w:val="clear" w:color="auto" w:fill="E9EEF8"/>
          </w:tcPr>
          <w:p w14:paraId="1A0B3E61" w14:textId="77777777" w:rsidR="00281EA7" w:rsidRPr="00291DA9" w:rsidRDefault="00281EA7" w:rsidP="00281EA7">
            <w:pPr>
              <w:pStyle w:val="TableText"/>
              <w:spacing w:after="40"/>
              <w:rPr>
                <w:rFonts w:cs="Times New Roman"/>
              </w:rPr>
            </w:pPr>
            <w:r w:rsidRPr="00291DA9">
              <w:rPr>
                <w:rFonts w:cs="Times New Roman"/>
                <w:b/>
              </w:rPr>
              <w:t>Результат</w:t>
            </w:r>
          </w:p>
        </w:tc>
        <w:tc>
          <w:tcPr>
            <w:tcW w:w="3572" w:type="dxa"/>
            <w:shd w:val="clear" w:color="auto" w:fill="E9EEF8"/>
          </w:tcPr>
          <w:p w14:paraId="3C64BE72" w14:textId="77777777" w:rsidR="00281EA7" w:rsidRPr="00291DA9" w:rsidRDefault="00281EA7" w:rsidP="00281EA7">
            <w:pPr>
              <w:pStyle w:val="TableText"/>
              <w:spacing w:after="40"/>
              <w:rPr>
                <w:rFonts w:cs="Times New Roman"/>
                <w:lang w:val="ru-RU"/>
              </w:rPr>
            </w:pPr>
            <w:r w:rsidRPr="00291DA9">
              <w:rPr>
                <w:rFonts w:cs="Times New Roman"/>
                <w:b/>
                <w:lang w:val="ru-RU"/>
              </w:rPr>
              <w:t>Фактический результат / ссылки на логи</w:t>
            </w:r>
          </w:p>
        </w:tc>
        <w:tc>
          <w:tcPr>
            <w:tcW w:w="3572" w:type="dxa"/>
            <w:shd w:val="clear" w:color="auto" w:fill="E9EEF8"/>
          </w:tcPr>
          <w:p w14:paraId="7FEADF85" w14:textId="77777777" w:rsidR="00281EA7" w:rsidRPr="00291DA9" w:rsidRDefault="00281EA7" w:rsidP="00281EA7">
            <w:pPr>
              <w:pStyle w:val="TableText"/>
              <w:spacing w:after="40"/>
              <w:rPr>
                <w:rFonts w:cs="Times New Roman"/>
              </w:rPr>
            </w:pPr>
            <w:r w:rsidRPr="00291DA9">
              <w:rPr>
                <w:rFonts w:cs="Times New Roman"/>
                <w:b/>
              </w:rPr>
              <w:t>Ответственный</w:t>
            </w:r>
          </w:p>
        </w:tc>
      </w:tr>
      <w:tr w:rsidR="00281EA7" w14:paraId="5FCA1599" w14:textId="77777777" w:rsidTr="00281EA7">
        <w:trPr>
          <w:jc w:val="center"/>
        </w:trPr>
        <w:tc>
          <w:tcPr>
            <w:tcW w:w="1026" w:type="dxa"/>
          </w:tcPr>
          <w:p w14:paraId="111B259F" w14:textId="77777777" w:rsidR="00281EA7" w:rsidRDefault="00281EA7" w:rsidP="00281EA7">
            <w:r>
              <w:t>1</w:t>
            </w:r>
          </w:p>
        </w:tc>
        <w:tc>
          <w:tcPr>
            <w:tcW w:w="1417" w:type="dxa"/>
          </w:tcPr>
          <w:p w14:paraId="597EF324" w14:textId="77777777" w:rsidR="00281EA7" w:rsidRPr="00A0593A" w:rsidRDefault="00281EA7" w:rsidP="00281EA7">
            <w:r w:rsidRPr="00A0593A">
              <w:t xml:space="preserve">Проверка производительности </w:t>
            </w:r>
            <w:r>
              <w:t>NVMe</w:t>
            </w:r>
            <w:r w:rsidRPr="00A0593A">
              <w:t xml:space="preserve">-конфигурации: 64 </w:t>
            </w:r>
            <w:r>
              <w:t>KB</w:t>
            </w:r>
            <w:r w:rsidRPr="00A0593A">
              <w:t xml:space="preserve">, 100% </w:t>
            </w:r>
            <w:r>
              <w:t>random</w:t>
            </w:r>
            <w:r w:rsidRPr="00A0593A">
              <w:t xml:space="preserve">, 70/30 </w:t>
            </w:r>
            <w:r>
              <w:t>read</w:t>
            </w:r>
            <w:r w:rsidRPr="00A0593A">
              <w:t>/</w:t>
            </w:r>
            <w:r>
              <w:t>write</w:t>
            </w:r>
            <w:r w:rsidRPr="00A0593A">
              <w:t xml:space="preserve">, 4 </w:t>
            </w:r>
            <w:r>
              <w:t>LUN</w:t>
            </w:r>
            <w:r w:rsidRPr="00A0593A">
              <w:t xml:space="preserve">, </w:t>
            </w:r>
            <w:r>
              <w:t>FC</w:t>
            </w:r>
            <w:r w:rsidRPr="00A0593A">
              <w:t>, суммарная глубина очереди 512</w:t>
            </w:r>
          </w:p>
        </w:tc>
        <w:tc>
          <w:tcPr>
            <w:tcW w:w="1701" w:type="dxa"/>
          </w:tcPr>
          <w:p w14:paraId="764296A0" w14:textId="77777777" w:rsidR="00281EA7" w:rsidRDefault="00281EA7" w:rsidP="00281EA7">
            <w:r>
              <w:t>__</w:t>
            </w:r>
          </w:p>
        </w:tc>
        <w:tc>
          <w:tcPr>
            <w:tcW w:w="3061" w:type="dxa"/>
          </w:tcPr>
          <w:p w14:paraId="73995D33" w14:textId="77777777" w:rsidR="00281EA7" w:rsidRPr="00A0593A" w:rsidRDefault="00281EA7" w:rsidP="00281EA7">
            <w:r w:rsidRPr="00A0593A">
              <w:t>□ Пройдено □ Не пройдено □ Не выполнялось</w:t>
            </w:r>
          </w:p>
        </w:tc>
        <w:tc>
          <w:tcPr>
            <w:tcW w:w="3572" w:type="dxa"/>
          </w:tcPr>
          <w:p w14:paraId="5D996F14" w14:textId="77777777" w:rsidR="00281EA7" w:rsidRPr="00281EA7" w:rsidRDefault="00281EA7" w:rsidP="00281EA7">
            <w:pPr>
              <w:rPr>
                <w:lang w:val="en-US"/>
              </w:rPr>
            </w:pPr>
            <w:r w:rsidRPr="00281EA7">
              <w:rPr>
                <w:lang w:val="en-US"/>
              </w:rPr>
              <w:t xml:space="preserve">RUN_DIR: __; </w:t>
            </w:r>
            <w:r>
              <w:t>итоговый</w:t>
            </w:r>
            <w:r w:rsidRPr="00281EA7">
              <w:rPr>
                <w:lang w:val="en-US"/>
              </w:rPr>
              <w:t xml:space="preserve"> FIO normal: __; total IOPS: __; read latency mean: __; write latency mean: __; FIO err: __; </w:t>
            </w:r>
            <w:r>
              <w:t>задействованные</w:t>
            </w:r>
            <w:r w:rsidRPr="00281EA7">
              <w:rPr>
                <w:lang w:val="en-US"/>
              </w:rPr>
              <w:t xml:space="preserve"> LUN: __; dmesg/journalctl/messages: __; </w:t>
            </w:r>
            <w:r>
              <w:t>скриншоты</w:t>
            </w:r>
            <w:r w:rsidRPr="00281EA7">
              <w:rPr>
                <w:lang w:val="en-US"/>
              </w:rPr>
              <w:t xml:space="preserve">/CLI </w:t>
            </w:r>
            <w:r>
              <w:t>СХД</w:t>
            </w:r>
            <w:r w:rsidRPr="00281EA7">
              <w:rPr>
                <w:lang w:val="en-US"/>
              </w:rPr>
              <w:t>: __.</w:t>
            </w:r>
          </w:p>
        </w:tc>
        <w:tc>
          <w:tcPr>
            <w:tcW w:w="3572" w:type="dxa"/>
          </w:tcPr>
          <w:p w14:paraId="62472E5A" w14:textId="77777777" w:rsidR="00281EA7" w:rsidRDefault="00281EA7" w:rsidP="00281EA7">
            <w:r>
              <w:t>__</w:t>
            </w:r>
          </w:p>
        </w:tc>
      </w:tr>
      <w:tr w:rsidR="00281EA7" w14:paraId="3F4D1749" w14:textId="77777777" w:rsidTr="00281EA7">
        <w:trPr>
          <w:jc w:val="center"/>
        </w:trPr>
        <w:tc>
          <w:tcPr>
            <w:tcW w:w="1026" w:type="dxa"/>
          </w:tcPr>
          <w:p w14:paraId="66AB85CA" w14:textId="77777777" w:rsidR="00281EA7" w:rsidRDefault="00281EA7" w:rsidP="00281EA7">
            <w:r>
              <w:t>2</w:t>
            </w:r>
          </w:p>
        </w:tc>
        <w:tc>
          <w:tcPr>
            <w:tcW w:w="1417" w:type="dxa"/>
          </w:tcPr>
          <w:p w14:paraId="5D389636" w14:textId="77777777" w:rsidR="00281EA7" w:rsidRPr="00A0593A" w:rsidRDefault="00281EA7" w:rsidP="00281EA7">
            <w:r w:rsidRPr="00A0593A">
              <w:t xml:space="preserve">Проверка равномерности нагрузки по </w:t>
            </w:r>
            <w:r>
              <w:t>LUN</w:t>
            </w:r>
            <w:r w:rsidRPr="00A0593A">
              <w:t xml:space="preserve"> и путям в </w:t>
            </w:r>
            <w:r>
              <w:t>NVMe</w:t>
            </w:r>
            <w:r w:rsidRPr="00A0593A">
              <w:t>-профиле</w:t>
            </w:r>
          </w:p>
        </w:tc>
        <w:tc>
          <w:tcPr>
            <w:tcW w:w="1701" w:type="dxa"/>
          </w:tcPr>
          <w:p w14:paraId="5EE76ACF" w14:textId="77777777" w:rsidR="00281EA7" w:rsidRDefault="00281EA7" w:rsidP="00281EA7">
            <w:r>
              <w:t>__</w:t>
            </w:r>
          </w:p>
        </w:tc>
        <w:tc>
          <w:tcPr>
            <w:tcW w:w="3061" w:type="dxa"/>
          </w:tcPr>
          <w:p w14:paraId="6EF97531" w14:textId="77777777" w:rsidR="00281EA7" w:rsidRPr="00A0593A" w:rsidRDefault="00281EA7" w:rsidP="00281EA7">
            <w:r w:rsidRPr="00A0593A">
              <w:t>□ Пройдено □ Не пройдено □ Не выполнялось</w:t>
            </w:r>
          </w:p>
        </w:tc>
        <w:tc>
          <w:tcPr>
            <w:tcW w:w="3572" w:type="dxa"/>
          </w:tcPr>
          <w:p w14:paraId="7311CB83" w14:textId="77777777" w:rsidR="00281EA7" w:rsidRPr="00A0593A" w:rsidRDefault="00281EA7" w:rsidP="00281EA7">
            <w:r>
              <w:t>multipath</w:t>
            </w:r>
            <w:r w:rsidRPr="00A0593A">
              <w:t xml:space="preserve"> -</w:t>
            </w:r>
            <w:r>
              <w:t>ll</w:t>
            </w:r>
            <w:r w:rsidRPr="00A0593A">
              <w:t xml:space="preserve">: __; </w:t>
            </w:r>
            <w:r>
              <w:t>iostat</w:t>
            </w:r>
            <w:r w:rsidRPr="00A0593A">
              <w:t xml:space="preserve">: __; активность </w:t>
            </w:r>
            <w:r>
              <w:t>LUN</w:t>
            </w:r>
            <w:r w:rsidRPr="00A0593A">
              <w:t>1-</w:t>
            </w:r>
            <w:r>
              <w:t>LUN</w:t>
            </w:r>
            <w:r w:rsidRPr="00A0593A">
              <w:t xml:space="preserve">4: __; активность </w:t>
            </w:r>
            <w:r>
              <w:t>front</w:t>
            </w:r>
            <w:r w:rsidRPr="00A0593A">
              <w:t>-</w:t>
            </w:r>
            <w:r>
              <w:t>end</w:t>
            </w:r>
            <w:r w:rsidRPr="00A0593A">
              <w:t xml:space="preserve"> портов СХД: __; замечания по путям и распределению нагрузки: __.</w:t>
            </w:r>
          </w:p>
        </w:tc>
        <w:tc>
          <w:tcPr>
            <w:tcW w:w="3572" w:type="dxa"/>
          </w:tcPr>
          <w:p w14:paraId="0CB96464" w14:textId="77777777" w:rsidR="00281EA7" w:rsidRDefault="00281EA7" w:rsidP="00281EA7">
            <w:r>
              <w:t>__</w:t>
            </w:r>
          </w:p>
        </w:tc>
      </w:tr>
    </w:tbl>
    <w:p w14:paraId="0B8325E3" w14:textId="77777777" w:rsidR="00281EA7" w:rsidRDefault="00281EA7" w:rsidP="00281EA7"/>
    <w:p w14:paraId="6866F02C" w14:textId="46BDF5A8" w:rsidR="00DB1038" w:rsidRPr="009911D7" w:rsidRDefault="00DB1038" w:rsidP="009911D7">
      <w:pPr>
        <w:spacing w:after="0"/>
        <w:jc w:val="center"/>
        <w:rPr>
          <w:rFonts w:ascii="Times New Roman" w:hAnsi="Times New Roman"/>
          <w:i/>
          <w:sz w:val="24"/>
          <w:szCs w:val="24"/>
        </w:rPr>
      </w:pPr>
    </w:p>
    <w:sectPr w:rsidR="00DB1038" w:rsidRPr="009911D7">
      <w:footerReference w:type="default" r:id="rId10"/>
      <w:pgSz w:w="15840" w:h="12240" w:orient="landscape"/>
      <w:pgMar w:top="680" w:right="680" w:bottom="680" w:left="680"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365956" w14:textId="77777777" w:rsidR="00086388" w:rsidRDefault="00086388" w:rsidP="00B76470">
      <w:pPr>
        <w:spacing w:after="0" w:line="240" w:lineRule="auto"/>
      </w:pPr>
      <w:r>
        <w:separator/>
      </w:r>
    </w:p>
  </w:endnote>
  <w:endnote w:type="continuationSeparator" w:id="0">
    <w:p w14:paraId="352C0910" w14:textId="77777777" w:rsidR="00086388" w:rsidRDefault="00086388" w:rsidP="00B76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w:panose1 w:val="02070409020205020404"/>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00000000" w:usb1="E9DFFFFF" w:usb2="0000003F" w:usb3="00000000" w:csb0="003F01FF" w:csb1="00000000"/>
  </w:font>
  <w:font w:name="Futura PT">
    <w:altName w:val="Century Gothic"/>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707D1" w14:textId="76C2A119" w:rsidR="00B16F71" w:rsidRPr="00281EA7" w:rsidRDefault="00B16F71" w:rsidP="00281EA7">
    <w:pPr>
      <w:pStyle w:val="af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E65E10" w14:textId="77777777" w:rsidR="00086388" w:rsidRDefault="00086388" w:rsidP="00B76470">
      <w:pPr>
        <w:spacing w:after="0" w:line="240" w:lineRule="auto"/>
      </w:pPr>
      <w:r>
        <w:separator/>
      </w:r>
    </w:p>
  </w:footnote>
  <w:footnote w:type="continuationSeparator" w:id="0">
    <w:p w14:paraId="4AA3EAA6" w14:textId="77777777" w:rsidR="00086388" w:rsidRDefault="00086388" w:rsidP="00B76470">
      <w:pPr>
        <w:spacing w:after="0" w:line="240" w:lineRule="auto"/>
      </w:pPr>
      <w:r>
        <w:continuationSeparator/>
      </w:r>
    </w:p>
  </w:footnote>
  <w:footnote w:id="1">
    <w:p w14:paraId="42EA71E6" w14:textId="77777777" w:rsidR="00B16F71" w:rsidRPr="00851704" w:rsidRDefault="00B16F71" w:rsidP="00B16F71">
      <w:pPr>
        <w:pStyle w:val="ad"/>
        <w:jc w:val="both"/>
        <w:rPr>
          <w:sz w:val="18"/>
          <w:szCs w:val="18"/>
        </w:rPr>
      </w:pPr>
      <w:r w:rsidRPr="00851704">
        <w:rPr>
          <w:rStyle w:val="af"/>
          <w:sz w:val="18"/>
          <w:szCs w:val="18"/>
        </w:rPr>
        <w:footnoteRef/>
      </w:r>
      <w:r w:rsidRPr="00851704">
        <w:rPr>
          <w:sz w:val="18"/>
          <w:szCs w:val="18"/>
        </w:rPr>
        <w:t xml:space="preserve"> Указывается дата заключения Договора.</w:t>
      </w:r>
    </w:p>
  </w:footnote>
  <w:footnote w:id="2">
    <w:p w14:paraId="372056E7" w14:textId="77777777" w:rsidR="00B16F71" w:rsidRDefault="00B16F71" w:rsidP="00B16F71">
      <w:pPr>
        <w:pStyle w:val="ad"/>
        <w:jc w:val="both"/>
      </w:pPr>
      <w:r w:rsidRPr="00851704">
        <w:rPr>
          <w:rStyle w:val="af"/>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 w:id="3">
    <w:p w14:paraId="7DEB3D8C" w14:textId="77777777" w:rsidR="00B16F71" w:rsidRPr="00252611" w:rsidRDefault="00B16F71" w:rsidP="00B76470">
      <w:pPr>
        <w:pStyle w:val="ad"/>
        <w:rPr>
          <w:i/>
        </w:rPr>
      </w:pPr>
      <w:r w:rsidRPr="00252611">
        <w:rPr>
          <w:rStyle w:val="af"/>
          <w:i/>
        </w:rPr>
        <w:footnoteRef/>
      </w:r>
      <w:r w:rsidRPr="00252611">
        <w:rPr>
          <w:i/>
        </w:rPr>
        <w:t xml:space="preserve"> Условные наименования Товара с требуемым набором характеристик.</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7DF74" w14:textId="77777777" w:rsidR="00B16F71" w:rsidRPr="00182C0B" w:rsidRDefault="00B16F71">
    <w:pPr>
      <w:pStyle w:val="af2"/>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6B73127"/>
    <w:multiLevelType w:val="hybridMultilevel"/>
    <w:tmpl w:val="B59A8CF2"/>
    <w:lvl w:ilvl="0" w:tplc="8AF8D9E4">
      <w:numFmt w:val="bullet"/>
      <w:pStyle w:val="1"/>
      <w:lvlText w:val="‒"/>
      <w:lvlJc w:val="left"/>
      <w:pPr>
        <w:ind w:left="284" w:hanging="284"/>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2240818"/>
    <w:multiLevelType w:val="hybridMultilevel"/>
    <w:tmpl w:val="1D3284FE"/>
    <w:lvl w:ilvl="0" w:tplc="7F322046">
      <w:start w:val="1"/>
      <w:numFmt w:val="decimal"/>
      <w:pStyle w:val="a1"/>
      <w:suff w:val="nothing"/>
      <w:lvlText w:val="%1."/>
      <w:lvlJc w:val="left"/>
      <w:pPr>
        <w:ind w:left="0" w:firstLine="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ED7B0E"/>
    <w:multiLevelType w:val="hybridMultilevel"/>
    <w:tmpl w:val="2DF45AA8"/>
    <w:lvl w:ilvl="0" w:tplc="10BEB862">
      <w:start w:val="1"/>
      <w:numFmt w:val="decimal"/>
      <w:pStyle w:val="a2"/>
      <w:lvlText w:val="%1)"/>
      <w:lvlJc w:val="left"/>
      <w:pPr>
        <w:ind w:left="284"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53567C6"/>
    <w:multiLevelType w:val="multilevel"/>
    <w:tmpl w:val="CEE25C6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3D911A42"/>
    <w:multiLevelType w:val="multilevel"/>
    <w:tmpl w:val="4BDEE82C"/>
    <w:lvl w:ilvl="0">
      <w:start w:val="1"/>
      <w:numFmt w:val="decimal"/>
      <w:pStyle w:val="10"/>
      <w:suff w:val="space"/>
      <w:lvlText w:val="%1"/>
      <w:lvlJc w:val="left"/>
      <w:pPr>
        <w:ind w:left="0" w:firstLine="567"/>
      </w:pPr>
      <w:rPr>
        <w:rFonts w:hint="default"/>
      </w:rPr>
    </w:lvl>
    <w:lvl w:ilvl="1">
      <w:start w:val="1"/>
      <w:numFmt w:val="decimal"/>
      <w:pStyle w:val="21"/>
      <w:suff w:val="space"/>
      <w:lvlText w:val="%1.%2"/>
      <w:lvlJc w:val="left"/>
      <w:pPr>
        <w:ind w:left="0" w:firstLine="567"/>
      </w:pPr>
      <w:rPr>
        <w:rFonts w:hint="default"/>
      </w:rPr>
    </w:lvl>
    <w:lvl w:ilvl="2">
      <w:start w:val="1"/>
      <w:numFmt w:val="decimal"/>
      <w:pStyle w:val="31"/>
      <w:suff w:val="space"/>
      <w:lvlText w:val="%1.%2.%3"/>
      <w:lvlJc w:val="left"/>
      <w:pPr>
        <w:ind w:left="0" w:firstLine="567"/>
      </w:pPr>
      <w:rPr>
        <w:rFonts w:hint="default"/>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4" w15:restartNumberingAfterBreak="0">
    <w:nsid w:val="41040863"/>
    <w:multiLevelType w:val="hybridMultilevel"/>
    <w:tmpl w:val="DA4AE306"/>
    <w:lvl w:ilvl="0" w:tplc="091E0116">
      <w:start w:val="1"/>
      <w:numFmt w:val="bullet"/>
      <w:pStyle w:val="11"/>
      <w:lvlText w:val=""/>
      <w:lvlJc w:val="left"/>
      <w:pPr>
        <w:ind w:left="1418" w:hanging="567"/>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47E738BF"/>
    <w:multiLevelType w:val="hybridMultilevel"/>
    <w:tmpl w:val="519C4B76"/>
    <w:lvl w:ilvl="0" w:tplc="04190001">
      <w:start w:val="1"/>
      <w:numFmt w:val="bullet"/>
      <w:lvlText w:val=""/>
      <w:lvlJc w:val="left"/>
      <w:pPr>
        <w:ind w:left="643"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EEE08E4"/>
    <w:multiLevelType w:val="multilevel"/>
    <w:tmpl w:val="9954B8EC"/>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color w:val="auto"/>
        <w:sz w:val="24"/>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10"/>
  </w:num>
  <w:num w:numId="2">
    <w:abstractNumId w:val="15"/>
  </w:num>
  <w:num w:numId="3">
    <w:abstractNumId w:val="10"/>
    <w:lvlOverride w:ilvl="0">
      <w:startOverride w:val="1"/>
    </w:lvlOverride>
  </w:num>
  <w:num w:numId="4">
    <w:abstractNumId w:val="10"/>
  </w:num>
  <w:num w:numId="5">
    <w:abstractNumId w:val="16"/>
  </w:num>
  <w:num w:numId="6">
    <w:abstractNumId w:val="13"/>
  </w:num>
  <w:num w:numId="7">
    <w:abstractNumId w:val="9"/>
  </w:num>
  <w:num w:numId="8">
    <w:abstractNumId w:val="11"/>
  </w:num>
  <w:num w:numId="9">
    <w:abstractNumId w:val="14"/>
  </w:num>
  <w:num w:numId="10">
    <w:abstractNumId w:val="8"/>
  </w:num>
  <w:num w:numId="11">
    <w:abstractNumId w:val="6"/>
  </w:num>
  <w:num w:numId="12">
    <w:abstractNumId w:val="5"/>
  </w:num>
  <w:num w:numId="13">
    <w:abstractNumId w:val="4"/>
  </w:num>
  <w:num w:numId="14">
    <w:abstractNumId w:val="7"/>
  </w:num>
  <w:num w:numId="15">
    <w:abstractNumId w:val="3"/>
  </w:num>
  <w:num w:numId="16">
    <w:abstractNumId w:val="2"/>
  </w:num>
  <w:num w:numId="17">
    <w:abstractNumId w:val="1"/>
  </w:num>
  <w:num w:numId="18">
    <w:abstractNumId w:val="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A70"/>
    <w:rsid w:val="00000EF8"/>
    <w:rsid w:val="00005702"/>
    <w:rsid w:val="00034A6E"/>
    <w:rsid w:val="00086388"/>
    <w:rsid w:val="000A2AD1"/>
    <w:rsid w:val="000C109F"/>
    <w:rsid w:val="000C6174"/>
    <w:rsid w:val="000F1472"/>
    <w:rsid w:val="00106493"/>
    <w:rsid w:val="0010673B"/>
    <w:rsid w:val="001467A3"/>
    <w:rsid w:val="0015276F"/>
    <w:rsid w:val="00157C31"/>
    <w:rsid w:val="00166F06"/>
    <w:rsid w:val="0018040F"/>
    <w:rsid w:val="001860E6"/>
    <w:rsid w:val="001928FF"/>
    <w:rsid w:val="001B1CD1"/>
    <w:rsid w:val="001B2DC8"/>
    <w:rsid w:val="001B76AD"/>
    <w:rsid w:val="001C28B2"/>
    <w:rsid w:val="001C6A56"/>
    <w:rsid w:val="001E50C8"/>
    <w:rsid w:val="00216B1B"/>
    <w:rsid w:val="002204E2"/>
    <w:rsid w:val="0022119E"/>
    <w:rsid w:val="00246B0C"/>
    <w:rsid w:val="00250DDD"/>
    <w:rsid w:val="0025274D"/>
    <w:rsid w:val="00262911"/>
    <w:rsid w:val="00266223"/>
    <w:rsid w:val="00277705"/>
    <w:rsid w:val="00281EA7"/>
    <w:rsid w:val="002927AB"/>
    <w:rsid w:val="00293A59"/>
    <w:rsid w:val="002A6CAB"/>
    <w:rsid w:val="002B0DEC"/>
    <w:rsid w:val="002C1745"/>
    <w:rsid w:val="002C5100"/>
    <w:rsid w:val="002D7D63"/>
    <w:rsid w:val="002F769F"/>
    <w:rsid w:val="003168F5"/>
    <w:rsid w:val="00335293"/>
    <w:rsid w:val="00340710"/>
    <w:rsid w:val="003412B0"/>
    <w:rsid w:val="003453A6"/>
    <w:rsid w:val="00361737"/>
    <w:rsid w:val="003713C7"/>
    <w:rsid w:val="003750EF"/>
    <w:rsid w:val="00397A3B"/>
    <w:rsid w:val="003D25C9"/>
    <w:rsid w:val="003E1318"/>
    <w:rsid w:val="003E3C73"/>
    <w:rsid w:val="004121AA"/>
    <w:rsid w:val="0041347C"/>
    <w:rsid w:val="00423A18"/>
    <w:rsid w:val="00430A9B"/>
    <w:rsid w:val="004324A2"/>
    <w:rsid w:val="00437003"/>
    <w:rsid w:val="004679B4"/>
    <w:rsid w:val="004934FD"/>
    <w:rsid w:val="00494A9B"/>
    <w:rsid w:val="004A5E7E"/>
    <w:rsid w:val="004B654C"/>
    <w:rsid w:val="004D21E1"/>
    <w:rsid w:val="004E17C9"/>
    <w:rsid w:val="00502092"/>
    <w:rsid w:val="00520A70"/>
    <w:rsid w:val="005254F9"/>
    <w:rsid w:val="00546B72"/>
    <w:rsid w:val="00547329"/>
    <w:rsid w:val="00560F79"/>
    <w:rsid w:val="0057562C"/>
    <w:rsid w:val="00582D41"/>
    <w:rsid w:val="005D1A2E"/>
    <w:rsid w:val="005D70FC"/>
    <w:rsid w:val="00603D68"/>
    <w:rsid w:val="00634389"/>
    <w:rsid w:val="00634989"/>
    <w:rsid w:val="0063510A"/>
    <w:rsid w:val="00641F08"/>
    <w:rsid w:val="0066701C"/>
    <w:rsid w:val="006812CB"/>
    <w:rsid w:val="006934B5"/>
    <w:rsid w:val="006A0997"/>
    <w:rsid w:val="006A77B0"/>
    <w:rsid w:val="006C63B0"/>
    <w:rsid w:val="006F3DBE"/>
    <w:rsid w:val="00721365"/>
    <w:rsid w:val="00725952"/>
    <w:rsid w:val="00730A4B"/>
    <w:rsid w:val="00755588"/>
    <w:rsid w:val="00755EE6"/>
    <w:rsid w:val="00757955"/>
    <w:rsid w:val="0078130A"/>
    <w:rsid w:val="007826D2"/>
    <w:rsid w:val="0079513A"/>
    <w:rsid w:val="007A1259"/>
    <w:rsid w:val="007B5FE1"/>
    <w:rsid w:val="00805A48"/>
    <w:rsid w:val="00812B9D"/>
    <w:rsid w:val="008171A7"/>
    <w:rsid w:val="008175B2"/>
    <w:rsid w:val="00833D92"/>
    <w:rsid w:val="00836499"/>
    <w:rsid w:val="00837DF8"/>
    <w:rsid w:val="00841DE1"/>
    <w:rsid w:val="00873A2A"/>
    <w:rsid w:val="008821AE"/>
    <w:rsid w:val="008A7B68"/>
    <w:rsid w:val="008B6D50"/>
    <w:rsid w:val="008E0A52"/>
    <w:rsid w:val="008E0B14"/>
    <w:rsid w:val="008F6424"/>
    <w:rsid w:val="009404C4"/>
    <w:rsid w:val="009476F4"/>
    <w:rsid w:val="009642BB"/>
    <w:rsid w:val="00973445"/>
    <w:rsid w:val="00976514"/>
    <w:rsid w:val="00983ED2"/>
    <w:rsid w:val="009911D7"/>
    <w:rsid w:val="009A238F"/>
    <w:rsid w:val="009C5522"/>
    <w:rsid w:val="009C58CC"/>
    <w:rsid w:val="009D007A"/>
    <w:rsid w:val="009D50CE"/>
    <w:rsid w:val="009F11AF"/>
    <w:rsid w:val="009F154C"/>
    <w:rsid w:val="009F4047"/>
    <w:rsid w:val="00A02AD8"/>
    <w:rsid w:val="00A24F6B"/>
    <w:rsid w:val="00A334B6"/>
    <w:rsid w:val="00A515B5"/>
    <w:rsid w:val="00A55AE8"/>
    <w:rsid w:val="00A563D0"/>
    <w:rsid w:val="00A83177"/>
    <w:rsid w:val="00A9271F"/>
    <w:rsid w:val="00AB0FBD"/>
    <w:rsid w:val="00AB38DA"/>
    <w:rsid w:val="00AB3CFD"/>
    <w:rsid w:val="00AD576F"/>
    <w:rsid w:val="00AD6935"/>
    <w:rsid w:val="00AD728B"/>
    <w:rsid w:val="00B16789"/>
    <w:rsid w:val="00B16F71"/>
    <w:rsid w:val="00B341C5"/>
    <w:rsid w:val="00B3548A"/>
    <w:rsid w:val="00B46C89"/>
    <w:rsid w:val="00B63A9E"/>
    <w:rsid w:val="00B76470"/>
    <w:rsid w:val="00BB1C95"/>
    <w:rsid w:val="00BB77B5"/>
    <w:rsid w:val="00BD7D7B"/>
    <w:rsid w:val="00BF692D"/>
    <w:rsid w:val="00C122C9"/>
    <w:rsid w:val="00C12C79"/>
    <w:rsid w:val="00C3273B"/>
    <w:rsid w:val="00C43C1B"/>
    <w:rsid w:val="00C55A06"/>
    <w:rsid w:val="00CC33D5"/>
    <w:rsid w:val="00CC3C5A"/>
    <w:rsid w:val="00CE002E"/>
    <w:rsid w:val="00CE4089"/>
    <w:rsid w:val="00D0635F"/>
    <w:rsid w:val="00D112E2"/>
    <w:rsid w:val="00D156FB"/>
    <w:rsid w:val="00D16801"/>
    <w:rsid w:val="00D179C9"/>
    <w:rsid w:val="00D26D71"/>
    <w:rsid w:val="00D500EC"/>
    <w:rsid w:val="00D502AB"/>
    <w:rsid w:val="00D62A50"/>
    <w:rsid w:val="00D86E5E"/>
    <w:rsid w:val="00DB0600"/>
    <w:rsid w:val="00DB1038"/>
    <w:rsid w:val="00DC34CE"/>
    <w:rsid w:val="00DC694B"/>
    <w:rsid w:val="00DD6CF3"/>
    <w:rsid w:val="00DE1749"/>
    <w:rsid w:val="00E05FB4"/>
    <w:rsid w:val="00E110A1"/>
    <w:rsid w:val="00E16907"/>
    <w:rsid w:val="00E16C34"/>
    <w:rsid w:val="00E54277"/>
    <w:rsid w:val="00E62AD8"/>
    <w:rsid w:val="00E716C5"/>
    <w:rsid w:val="00E75884"/>
    <w:rsid w:val="00E848B8"/>
    <w:rsid w:val="00E862CB"/>
    <w:rsid w:val="00E9188C"/>
    <w:rsid w:val="00E9580A"/>
    <w:rsid w:val="00E96294"/>
    <w:rsid w:val="00EA2E4D"/>
    <w:rsid w:val="00EA7453"/>
    <w:rsid w:val="00EB62E5"/>
    <w:rsid w:val="00EC5A75"/>
    <w:rsid w:val="00ED1D20"/>
    <w:rsid w:val="00ED7F6B"/>
    <w:rsid w:val="00F07778"/>
    <w:rsid w:val="00F5272C"/>
    <w:rsid w:val="00F86AA5"/>
    <w:rsid w:val="00F903F8"/>
    <w:rsid w:val="00FB2372"/>
    <w:rsid w:val="00FC33FB"/>
    <w:rsid w:val="00FF6C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CC391"/>
  <w15:chartTrackingRefBased/>
  <w15:docId w15:val="{6B76092D-D7CC-49C9-BE77-A62546FF5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520A70"/>
    <w:pPr>
      <w:spacing w:after="200" w:line="276" w:lineRule="auto"/>
    </w:pPr>
    <w:rPr>
      <w:rFonts w:ascii="Calibri" w:eastAsia="Calibri" w:hAnsi="Calibri" w:cs="Times New Roman"/>
    </w:rPr>
  </w:style>
  <w:style w:type="paragraph" w:styleId="10">
    <w:name w:val="heading 1"/>
    <w:basedOn w:val="a3"/>
    <w:next w:val="a3"/>
    <w:link w:val="12"/>
    <w:uiPriority w:val="9"/>
    <w:qFormat/>
    <w:rsid w:val="00250DDD"/>
    <w:pPr>
      <w:keepNext/>
      <w:numPr>
        <w:numId w:val="6"/>
      </w:numPr>
      <w:tabs>
        <w:tab w:val="left" w:pos="851"/>
      </w:tabs>
      <w:spacing w:before="240" w:after="120" w:line="240" w:lineRule="auto"/>
      <w:jc w:val="both"/>
      <w:outlineLvl w:val="0"/>
    </w:pPr>
    <w:rPr>
      <w:rFonts w:ascii="Times New Roman" w:eastAsia="Times New Roman" w:hAnsi="Times New Roman"/>
      <w:b/>
      <w:bCs/>
      <w:caps/>
      <w:kern w:val="32"/>
      <w:sz w:val="28"/>
      <w:szCs w:val="28"/>
      <w:lang w:eastAsia="ru-RU"/>
    </w:rPr>
  </w:style>
  <w:style w:type="paragraph" w:styleId="21">
    <w:name w:val="heading 2"/>
    <w:basedOn w:val="a3"/>
    <w:next w:val="a3"/>
    <w:link w:val="22"/>
    <w:uiPriority w:val="9"/>
    <w:qFormat/>
    <w:rsid w:val="00250DDD"/>
    <w:pPr>
      <w:keepNext/>
      <w:numPr>
        <w:ilvl w:val="1"/>
        <w:numId w:val="6"/>
      </w:numPr>
      <w:tabs>
        <w:tab w:val="left" w:pos="1134"/>
        <w:tab w:val="left" w:pos="1276"/>
      </w:tabs>
      <w:spacing w:before="180" w:after="60" w:line="240" w:lineRule="auto"/>
      <w:outlineLvl w:val="1"/>
    </w:pPr>
    <w:rPr>
      <w:rFonts w:ascii="Times New Roman" w:eastAsia="Times New Roman" w:hAnsi="Times New Roman"/>
      <w:b/>
      <w:bCs/>
      <w:iCs/>
      <w:sz w:val="28"/>
      <w:szCs w:val="28"/>
      <w:lang w:eastAsia="ru-RU"/>
    </w:rPr>
  </w:style>
  <w:style w:type="paragraph" w:styleId="31">
    <w:name w:val="heading 3"/>
    <w:basedOn w:val="a3"/>
    <w:next w:val="a3"/>
    <w:link w:val="32"/>
    <w:uiPriority w:val="9"/>
    <w:qFormat/>
    <w:rsid w:val="00250DDD"/>
    <w:pPr>
      <w:keepNext/>
      <w:numPr>
        <w:ilvl w:val="2"/>
        <w:numId w:val="6"/>
      </w:numPr>
      <w:tabs>
        <w:tab w:val="left" w:pos="1276"/>
      </w:tabs>
      <w:spacing w:before="120" w:after="120" w:line="240" w:lineRule="auto"/>
      <w:outlineLvl w:val="2"/>
    </w:pPr>
    <w:rPr>
      <w:rFonts w:ascii="Times New Roman" w:eastAsia="Times New Roman" w:hAnsi="Times New Roman"/>
      <w:b/>
      <w:bCs/>
      <w:sz w:val="26"/>
      <w:szCs w:val="26"/>
      <w:lang w:eastAsia="ru-RU"/>
    </w:rPr>
  </w:style>
  <w:style w:type="paragraph" w:styleId="4">
    <w:name w:val="heading 4"/>
    <w:basedOn w:val="a3"/>
    <w:next w:val="a3"/>
    <w:link w:val="40"/>
    <w:uiPriority w:val="9"/>
    <w:qFormat/>
    <w:rsid w:val="00250DDD"/>
    <w:pPr>
      <w:keepNext/>
      <w:numPr>
        <w:ilvl w:val="3"/>
        <w:numId w:val="6"/>
      </w:numPr>
      <w:tabs>
        <w:tab w:val="left" w:pos="1418"/>
      </w:tabs>
      <w:spacing w:before="120" w:after="60" w:line="240" w:lineRule="auto"/>
      <w:outlineLvl w:val="3"/>
    </w:pPr>
    <w:rPr>
      <w:rFonts w:ascii="Times New Roman" w:eastAsia="Times New Roman" w:hAnsi="Times New Roman"/>
      <w:b/>
      <w:bCs/>
      <w:sz w:val="24"/>
      <w:szCs w:val="24"/>
      <w:lang w:eastAsia="ru-RU"/>
    </w:rPr>
  </w:style>
  <w:style w:type="paragraph" w:styleId="5">
    <w:name w:val="heading 5"/>
    <w:basedOn w:val="a3"/>
    <w:next w:val="a3"/>
    <w:link w:val="50"/>
    <w:uiPriority w:val="9"/>
    <w:qFormat/>
    <w:rsid w:val="00250DDD"/>
    <w:pPr>
      <w:numPr>
        <w:ilvl w:val="4"/>
        <w:numId w:val="6"/>
      </w:numPr>
      <w:tabs>
        <w:tab w:val="left" w:pos="1701"/>
      </w:tabs>
      <w:spacing w:before="240" w:after="60" w:line="240" w:lineRule="auto"/>
      <w:outlineLvl w:val="4"/>
    </w:pPr>
    <w:rPr>
      <w:rFonts w:ascii="Times New Roman" w:eastAsia="Times New Roman" w:hAnsi="Times New Roman"/>
      <w:b/>
      <w:bCs/>
      <w:iCs/>
      <w:sz w:val="24"/>
      <w:szCs w:val="24"/>
      <w:lang w:eastAsia="ru-RU"/>
    </w:rPr>
  </w:style>
  <w:style w:type="paragraph" w:styleId="6">
    <w:name w:val="heading 6"/>
    <w:basedOn w:val="a3"/>
    <w:next w:val="a3"/>
    <w:link w:val="60"/>
    <w:uiPriority w:val="9"/>
    <w:qFormat/>
    <w:rsid w:val="00250DDD"/>
    <w:pPr>
      <w:numPr>
        <w:ilvl w:val="5"/>
        <w:numId w:val="6"/>
      </w:numPr>
      <w:spacing w:before="240" w:after="60" w:line="240" w:lineRule="auto"/>
      <w:outlineLvl w:val="5"/>
    </w:pPr>
    <w:rPr>
      <w:rFonts w:ascii="Times New Roman" w:eastAsia="Times New Roman" w:hAnsi="Times New Roman"/>
      <w:b/>
      <w:bCs/>
      <w:sz w:val="24"/>
      <w:szCs w:val="24"/>
      <w:lang w:eastAsia="ru-RU"/>
    </w:rPr>
  </w:style>
  <w:style w:type="paragraph" w:styleId="7">
    <w:name w:val="heading 7"/>
    <w:basedOn w:val="a3"/>
    <w:next w:val="a3"/>
    <w:link w:val="70"/>
    <w:uiPriority w:val="9"/>
    <w:qFormat/>
    <w:rsid w:val="00250DDD"/>
    <w:pPr>
      <w:numPr>
        <w:ilvl w:val="6"/>
        <w:numId w:val="6"/>
      </w:numPr>
      <w:spacing w:before="240" w:after="60" w:line="240" w:lineRule="auto"/>
      <w:outlineLvl w:val="6"/>
    </w:pPr>
    <w:rPr>
      <w:rFonts w:ascii="Times New Roman" w:eastAsia="Times New Roman" w:hAnsi="Times New Roman"/>
      <w:sz w:val="24"/>
      <w:szCs w:val="24"/>
      <w:lang w:eastAsia="ru-RU"/>
    </w:rPr>
  </w:style>
  <w:style w:type="paragraph" w:styleId="8">
    <w:name w:val="heading 8"/>
    <w:basedOn w:val="a3"/>
    <w:next w:val="a3"/>
    <w:link w:val="80"/>
    <w:uiPriority w:val="9"/>
    <w:qFormat/>
    <w:rsid w:val="00250DDD"/>
    <w:pPr>
      <w:numPr>
        <w:ilvl w:val="7"/>
        <w:numId w:val="6"/>
      </w:numPr>
      <w:spacing w:before="240" w:after="60" w:line="240" w:lineRule="auto"/>
      <w:outlineLvl w:val="7"/>
    </w:pPr>
    <w:rPr>
      <w:rFonts w:ascii="Times New Roman" w:eastAsia="Times New Roman" w:hAnsi="Times New Roman"/>
      <w:i/>
      <w:iCs/>
      <w:sz w:val="24"/>
      <w:szCs w:val="24"/>
      <w:lang w:eastAsia="ru-RU"/>
    </w:rPr>
  </w:style>
  <w:style w:type="paragraph" w:styleId="9">
    <w:name w:val="heading 9"/>
    <w:basedOn w:val="a3"/>
    <w:next w:val="a3"/>
    <w:link w:val="90"/>
    <w:uiPriority w:val="9"/>
    <w:qFormat/>
    <w:rsid w:val="00250DDD"/>
    <w:pPr>
      <w:numPr>
        <w:ilvl w:val="8"/>
        <w:numId w:val="6"/>
      </w:numPr>
      <w:spacing w:before="240" w:after="60" w:line="240" w:lineRule="auto"/>
      <w:outlineLvl w:val="8"/>
    </w:pPr>
    <w:rPr>
      <w:rFonts w:ascii="Arial" w:eastAsia="Times New Roman" w:hAnsi="Arial" w:cs="Arial"/>
      <w:sz w:val="24"/>
      <w:szCs w:val="24"/>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basedOn w:val="a4"/>
    <w:link w:val="10"/>
    <w:uiPriority w:val="9"/>
    <w:rsid w:val="00250DDD"/>
    <w:rPr>
      <w:rFonts w:ascii="Times New Roman" w:eastAsia="Times New Roman" w:hAnsi="Times New Roman" w:cs="Times New Roman"/>
      <w:b/>
      <w:bCs/>
      <w:caps/>
      <w:kern w:val="32"/>
      <w:sz w:val="28"/>
      <w:szCs w:val="28"/>
      <w:lang w:eastAsia="ru-RU"/>
    </w:rPr>
  </w:style>
  <w:style w:type="character" w:customStyle="1" w:styleId="22">
    <w:name w:val="Заголовок 2 Знак"/>
    <w:basedOn w:val="a4"/>
    <w:link w:val="21"/>
    <w:uiPriority w:val="9"/>
    <w:rsid w:val="00250DDD"/>
    <w:rPr>
      <w:rFonts w:ascii="Times New Roman" w:eastAsia="Times New Roman" w:hAnsi="Times New Roman" w:cs="Times New Roman"/>
      <w:b/>
      <w:bCs/>
      <w:iCs/>
      <w:sz w:val="28"/>
      <w:szCs w:val="28"/>
      <w:lang w:eastAsia="ru-RU"/>
    </w:rPr>
  </w:style>
  <w:style w:type="character" w:customStyle="1" w:styleId="32">
    <w:name w:val="Заголовок 3 Знак"/>
    <w:basedOn w:val="a4"/>
    <w:link w:val="31"/>
    <w:uiPriority w:val="9"/>
    <w:rsid w:val="00250DDD"/>
    <w:rPr>
      <w:rFonts w:ascii="Times New Roman" w:eastAsia="Times New Roman" w:hAnsi="Times New Roman" w:cs="Times New Roman"/>
      <w:b/>
      <w:bCs/>
      <w:sz w:val="26"/>
      <w:szCs w:val="26"/>
      <w:lang w:eastAsia="ru-RU"/>
    </w:rPr>
  </w:style>
  <w:style w:type="character" w:customStyle="1" w:styleId="40">
    <w:name w:val="Заголовок 4 Знак"/>
    <w:basedOn w:val="a4"/>
    <w:link w:val="4"/>
    <w:uiPriority w:val="9"/>
    <w:rsid w:val="00250DDD"/>
    <w:rPr>
      <w:rFonts w:ascii="Times New Roman" w:eastAsia="Times New Roman" w:hAnsi="Times New Roman" w:cs="Times New Roman"/>
      <w:b/>
      <w:bCs/>
      <w:sz w:val="24"/>
      <w:szCs w:val="24"/>
      <w:lang w:eastAsia="ru-RU"/>
    </w:rPr>
  </w:style>
  <w:style w:type="character" w:customStyle="1" w:styleId="50">
    <w:name w:val="Заголовок 5 Знак"/>
    <w:basedOn w:val="a4"/>
    <w:link w:val="5"/>
    <w:uiPriority w:val="9"/>
    <w:rsid w:val="00250DDD"/>
    <w:rPr>
      <w:rFonts w:ascii="Times New Roman" w:eastAsia="Times New Roman" w:hAnsi="Times New Roman" w:cs="Times New Roman"/>
      <w:b/>
      <w:bCs/>
      <w:iCs/>
      <w:sz w:val="24"/>
      <w:szCs w:val="24"/>
      <w:lang w:eastAsia="ru-RU"/>
    </w:rPr>
  </w:style>
  <w:style w:type="character" w:customStyle="1" w:styleId="60">
    <w:name w:val="Заголовок 6 Знак"/>
    <w:basedOn w:val="a4"/>
    <w:link w:val="6"/>
    <w:uiPriority w:val="9"/>
    <w:rsid w:val="00250DDD"/>
    <w:rPr>
      <w:rFonts w:ascii="Times New Roman" w:eastAsia="Times New Roman" w:hAnsi="Times New Roman" w:cs="Times New Roman"/>
      <w:b/>
      <w:bCs/>
      <w:sz w:val="24"/>
      <w:szCs w:val="24"/>
      <w:lang w:eastAsia="ru-RU"/>
    </w:rPr>
  </w:style>
  <w:style w:type="character" w:customStyle="1" w:styleId="70">
    <w:name w:val="Заголовок 7 Знак"/>
    <w:basedOn w:val="a4"/>
    <w:link w:val="7"/>
    <w:uiPriority w:val="9"/>
    <w:rsid w:val="00250DDD"/>
    <w:rPr>
      <w:rFonts w:ascii="Times New Roman" w:eastAsia="Times New Roman" w:hAnsi="Times New Roman" w:cs="Times New Roman"/>
      <w:sz w:val="24"/>
      <w:szCs w:val="24"/>
      <w:lang w:eastAsia="ru-RU"/>
    </w:rPr>
  </w:style>
  <w:style w:type="character" w:customStyle="1" w:styleId="80">
    <w:name w:val="Заголовок 8 Знак"/>
    <w:basedOn w:val="a4"/>
    <w:link w:val="8"/>
    <w:uiPriority w:val="9"/>
    <w:rsid w:val="00250DDD"/>
    <w:rPr>
      <w:rFonts w:ascii="Times New Roman" w:eastAsia="Times New Roman" w:hAnsi="Times New Roman" w:cs="Times New Roman"/>
      <w:i/>
      <w:iCs/>
      <w:sz w:val="24"/>
      <w:szCs w:val="24"/>
      <w:lang w:eastAsia="ru-RU"/>
    </w:rPr>
  </w:style>
  <w:style w:type="character" w:customStyle="1" w:styleId="90">
    <w:name w:val="Заголовок 9 Знак"/>
    <w:basedOn w:val="a4"/>
    <w:link w:val="9"/>
    <w:uiPriority w:val="9"/>
    <w:rsid w:val="00250DDD"/>
    <w:rPr>
      <w:rFonts w:ascii="Arial" w:eastAsia="Times New Roman" w:hAnsi="Arial" w:cs="Arial"/>
      <w:sz w:val="24"/>
      <w:szCs w:val="24"/>
      <w:lang w:eastAsia="ru-RU"/>
    </w:rPr>
  </w:style>
  <w:style w:type="paragraph" w:customStyle="1" w:styleId="ConsPlusNormal">
    <w:name w:val="ConsPlusNormal"/>
    <w:link w:val="ConsPlusNormal0"/>
    <w:qFormat/>
    <w:rsid w:val="00520A7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20A70"/>
    <w:rPr>
      <w:rFonts w:ascii="Arial" w:eastAsia="Times New Roman" w:hAnsi="Arial" w:cs="Arial"/>
      <w:sz w:val="20"/>
      <w:szCs w:val="20"/>
      <w:lang w:eastAsia="ru-RU"/>
    </w:rPr>
  </w:style>
  <w:style w:type="table" w:styleId="a7">
    <w:name w:val="Table Grid"/>
    <w:basedOn w:val="a5"/>
    <w:uiPriority w:val="59"/>
    <w:rsid w:val="00520A7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8">
    <w:name w:val="Таблица первая строка"/>
    <w:basedOn w:val="a3"/>
    <w:link w:val="a9"/>
    <w:qFormat/>
    <w:rsid w:val="00520A70"/>
    <w:pPr>
      <w:spacing w:after="0" w:line="240" w:lineRule="auto"/>
      <w:jc w:val="center"/>
    </w:pPr>
    <w:rPr>
      <w:rFonts w:ascii="Times New Roman" w:eastAsiaTheme="minorHAnsi" w:hAnsi="Times New Roman" w:cstheme="minorBidi"/>
      <w:b/>
      <w:bCs/>
      <w:sz w:val="20"/>
    </w:rPr>
  </w:style>
  <w:style w:type="character" w:customStyle="1" w:styleId="a9">
    <w:name w:val="Таблица первая строка Знак"/>
    <w:basedOn w:val="a4"/>
    <w:link w:val="a8"/>
    <w:rsid w:val="00520A70"/>
    <w:rPr>
      <w:rFonts w:ascii="Times New Roman" w:hAnsi="Times New Roman"/>
      <w:b/>
      <w:bCs/>
      <w:sz w:val="20"/>
    </w:rPr>
  </w:style>
  <w:style w:type="paragraph" w:customStyle="1" w:styleId="aa">
    <w:name w:val="Таблица основной"/>
    <w:basedOn w:val="a3"/>
    <w:link w:val="ab"/>
    <w:qFormat/>
    <w:rsid w:val="00520A70"/>
    <w:pPr>
      <w:spacing w:after="0" w:line="240" w:lineRule="auto"/>
    </w:pPr>
    <w:rPr>
      <w:rFonts w:ascii="Times New Roman" w:eastAsiaTheme="minorHAnsi" w:hAnsi="Times New Roman" w:cstheme="minorBidi"/>
      <w:sz w:val="20"/>
      <w:szCs w:val="20"/>
    </w:rPr>
  </w:style>
  <w:style w:type="character" w:customStyle="1" w:styleId="ab">
    <w:name w:val="Таблица основной Знак"/>
    <w:basedOn w:val="a4"/>
    <w:link w:val="aa"/>
    <w:rsid w:val="00520A70"/>
    <w:rPr>
      <w:rFonts w:ascii="Times New Roman" w:hAnsi="Times New Roman"/>
      <w:sz w:val="20"/>
      <w:szCs w:val="20"/>
    </w:rPr>
  </w:style>
  <w:style w:type="paragraph" w:customStyle="1" w:styleId="a1">
    <w:name w:val="Таблица нумерация"/>
    <w:basedOn w:val="aa"/>
    <w:link w:val="ac"/>
    <w:qFormat/>
    <w:rsid w:val="00520A70"/>
    <w:pPr>
      <w:numPr>
        <w:numId w:val="1"/>
      </w:numPr>
      <w:jc w:val="center"/>
    </w:pPr>
    <w:rPr>
      <w:lang w:val="en-US"/>
    </w:rPr>
  </w:style>
  <w:style w:type="character" w:customStyle="1" w:styleId="ac">
    <w:name w:val="Таблица нумерация Знак"/>
    <w:basedOn w:val="ab"/>
    <w:link w:val="a1"/>
    <w:rsid w:val="00520A70"/>
    <w:rPr>
      <w:rFonts w:ascii="Times New Roman" w:hAnsi="Times New Roman"/>
      <w:sz w:val="20"/>
      <w:szCs w:val="20"/>
      <w:lang w:val="en-US"/>
    </w:rPr>
  </w:style>
  <w:style w:type="paragraph" w:styleId="ad">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3"/>
    <w:link w:val="ae"/>
    <w:qFormat/>
    <w:rsid w:val="00B76470"/>
    <w:pPr>
      <w:spacing w:after="0" w:line="240" w:lineRule="auto"/>
    </w:pPr>
    <w:rPr>
      <w:rFonts w:ascii="Times New Roman" w:eastAsia="Times New Roman" w:hAnsi="Times New Roman"/>
      <w:sz w:val="20"/>
      <w:szCs w:val="20"/>
      <w:lang w:eastAsia="ru-RU"/>
    </w:rPr>
  </w:style>
  <w:style w:type="character" w:customStyle="1" w:styleId="ae">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4"/>
    <w:link w:val="ad"/>
    <w:qFormat/>
    <w:rsid w:val="00B76470"/>
    <w:rPr>
      <w:rFonts w:ascii="Times New Roman" w:eastAsia="Times New Roman" w:hAnsi="Times New Roman" w:cs="Times New Roman"/>
      <w:sz w:val="20"/>
      <w:szCs w:val="20"/>
      <w:lang w:eastAsia="ru-RU"/>
    </w:rPr>
  </w:style>
  <w:style w:type="character" w:styleId="af">
    <w:name w:val="footnote reference"/>
    <w:aliases w:val="fr,Used by Word for Help footnote symbols,Знак сноски 1,Ciae niinee 1,Знак сноски-FN,Ciae niinee-FN,Ссылка на сноску 45,Referencia nota al pie,SUPERS"/>
    <w:basedOn w:val="a4"/>
    <w:qFormat/>
    <w:rsid w:val="00B76470"/>
    <w:rPr>
      <w:vertAlign w:val="superscript"/>
    </w:rPr>
  </w:style>
  <w:style w:type="paragraph" w:customStyle="1" w:styleId="af0">
    <w:name w:val="Таблица основной по центру"/>
    <w:basedOn w:val="aa"/>
    <w:link w:val="af1"/>
    <w:qFormat/>
    <w:rsid w:val="00B76470"/>
    <w:pPr>
      <w:jc w:val="center"/>
    </w:pPr>
  </w:style>
  <w:style w:type="character" w:customStyle="1" w:styleId="af1">
    <w:name w:val="Таблица основной по центру Знак"/>
    <w:basedOn w:val="ab"/>
    <w:link w:val="af0"/>
    <w:rsid w:val="00B76470"/>
    <w:rPr>
      <w:rFonts w:ascii="Times New Roman" w:hAnsi="Times New Roman"/>
      <w:sz w:val="20"/>
      <w:szCs w:val="20"/>
    </w:rPr>
  </w:style>
  <w:style w:type="paragraph" w:customStyle="1" w:styleId="ConsPlusTitle">
    <w:name w:val="ConsPlusTitle"/>
    <w:uiPriority w:val="99"/>
    <w:rsid w:val="007A1259"/>
    <w:pPr>
      <w:widowControl w:val="0"/>
      <w:autoSpaceDE w:val="0"/>
      <w:autoSpaceDN w:val="0"/>
      <w:spacing w:after="0" w:line="240" w:lineRule="auto"/>
    </w:pPr>
    <w:rPr>
      <w:rFonts w:ascii="Calibri" w:eastAsia="Times New Roman" w:hAnsi="Calibri" w:cs="Calibri"/>
      <w:b/>
      <w:szCs w:val="20"/>
      <w:lang w:eastAsia="ru-RU"/>
    </w:rPr>
  </w:style>
  <w:style w:type="paragraph" w:styleId="af2">
    <w:name w:val="header"/>
    <w:basedOn w:val="a3"/>
    <w:link w:val="af3"/>
    <w:uiPriority w:val="99"/>
    <w:unhideWhenUsed/>
    <w:rsid w:val="007A1259"/>
    <w:pPr>
      <w:tabs>
        <w:tab w:val="center" w:pos="4677"/>
        <w:tab w:val="right" w:pos="9355"/>
      </w:tabs>
      <w:spacing w:after="0" w:line="240" w:lineRule="auto"/>
    </w:pPr>
  </w:style>
  <w:style w:type="character" w:customStyle="1" w:styleId="af3">
    <w:name w:val="Верхний колонтитул Знак"/>
    <w:basedOn w:val="a4"/>
    <w:link w:val="af2"/>
    <w:uiPriority w:val="99"/>
    <w:rsid w:val="007A1259"/>
    <w:rPr>
      <w:rFonts w:ascii="Calibri" w:eastAsia="Calibri" w:hAnsi="Calibri" w:cs="Times New Roman"/>
    </w:rPr>
  </w:style>
  <w:style w:type="paragraph" w:customStyle="1" w:styleId="af4">
    <w:name w:val="Основной"/>
    <w:basedOn w:val="a3"/>
    <w:link w:val="af5"/>
    <w:qFormat/>
    <w:rsid w:val="007A1259"/>
    <w:pPr>
      <w:spacing w:after="240" w:line="259" w:lineRule="auto"/>
      <w:ind w:firstLine="851"/>
      <w:jc w:val="both"/>
    </w:pPr>
    <w:rPr>
      <w:rFonts w:ascii="Times New Roman" w:eastAsiaTheme="minorHAnsi" w:hAnsi="Times New Roman" w:cstheme="minorBidi"/>
      <w:sz w:val="24"/>
    </w:rPr>
  </w:style>
  <w:style w:type="character" w:customStyle="1" w:styleId="af5">
    <w:name w:val="Основной Знак"/>
    <w:basedOn w:val="a4"/>
    <w:link w:val="af4"/>
    <w:rsid w:val="007A1259"/>
    <w:rPr>
      <w:rFonts w:ascii="Times New Roman" w:hAnsi="Times New Roman"/>
      <w:sz w:val="24"/>
    </w:rPr>
  </w:style>
  <w:style w:type="paragraph" w:customStyle="1" w:styleId="1">
    <w:name w:val="Таблица список маркированный 1 уровень"/>
    <w:basedOn w:val="aa"/>
    <w:link w:val="13"/>
    <w:qFormat/>
    <w:rsid w:val="00250DDD"/>
    <w:pPr>
      <w:numPr>
        <w:numId w:val="7"/>
      </w:numPr>
      <w:ind w:left="0" w:firstLine="0"/>
    </w:pPr>
  </w:style>
  <w:style w:type="character" w:customStyle="1" w:styleId="13">
    <w:name w:val="Таблица список маркированный 1 уровень Знак"/>
    <w:basedOn w:val="ab"/>
    <w:link w:val="1"/>
    <w:rsid w:val="00250DDD"/>
    <w:rPr>
      <w:rFonts w:ascii="Times New Roman" w:hAnsi="Times New Roman"/>
      <w:sz w:val="20"/>
      <w:szCs w:val="20"/>
    </w:rPr>
  </w:style>
  <w:style w:type="paragraph" w:customStyle="1" w:styleId="a2">
    <w:name w:val="Таблица список нумерованный"/>
    <w:basedOn w:val="aa"/>
    <w:link w:val="af6"/>
    <w:qFormat/>
    <w:rsid w:val="00250DDD"/>
    <w:pPr>
      <w:numPr>
        <w:numId w:val="8"/>
      </w:numPr>
    </w:pPr>
  </w:style>
  <w:style w:type="character" w:customStyle="1" w:styleId="af6">
    <w:name w:val="Таблица список нумерованный Знак"/>
    <w:basedOn w:val="ab"/>
    <w:link w:val="a2"/>
    <w:rsid w:val="00250DDD"/>
    <w:rPr>
      <w:rFonts w:ascii="Times New Roman" w:hAnsi="Times New Roman"/>
      <w:sz w:val="20"/>
      <w:szCs w:val="20"/>
    </w:rPr>
  </w:style>
  <w:style w:type="paragraph" w:customStyle="1" w:styleId="11">
    <w:name w:val="Список маркированный 1 уровень"/>
    <w:basedOn w:val="af4"/>
    <w:link w:val="14"/>
    <w:qFormat/>
    <w:rsid w:val="00E96294"/>
    <w:pPr>
      <w:numPr>
        <w:numId w:val="9"/>
      </w:numPr>
      <w:spacing w:after="0"/>
    </w:pPr>
  </w:style>
  <w:style w:type="character" w:customStyle="1" w:styleId="14">
    <w:name w:val="Список маркированный 1 уровень Знак"/>
    <w:basedOn w:val="af5"/>
    <w:link w:val="11"/>
    <w:rsid w:val="00E96294"/>
    <w:rPr>
      <w:rFonts w:ascii="Times New Roman" w:hAnsi="Times New Roman"/>
      <w:sz w:val="24"/>
    </w:rPr>
  </w:style>
  <w:style w:type="paragraph" w:styleId="af7">
    <w:name w:val="Balloon Text"/>
    <w:basedOn w:val="a3"/>
    <w:link w:val="af8"/>
    <w:uiPriority w:val="99"/>
    <w:semiHidden/>
    <w:unhideWhenUsed/>
    <w:rsid w:val="00335293"/>
    <w:pPr>
      <w:spacing w:after="0" w:line="240" w:lineRule="auto"/>
    </w:pPr>
    <w:rPr>
      <w:rFonts w:ascii="Segoe UI" w:hAnsi="Segoe UI" w:cs="Segoe UI"/>
      <w:sz w:val="18"/>
      <w:szCs w:val="18"/>
    </w:rPr>
  </w:style>
  <w:style w:type="character" w:customStyle="1" w:styleId="af8">
    <w:name w:val="Текст выноски Знак"/>
    <w:basedOn w:val="a4"/>
    <w:link w:val="af7"/>
    <w:uiPriority w:val="99"/>
    <w:semiHidden/>
    <w:rsid w:val="00335293"/>
    <w:rPr>
      <w:rFonts w:ascii="Segoe UI" w:eastAsia="Calibri" w:hAnsi="Segoe UI" w:cs="Segoe UI"/>
      <w:sz w:val="18"/>
      <w:szCs w:val="18"/>
    </w:rPr>
  </w:style>
  <w:style w:type="character" w:styleId="af9">
    <w:name w:val="annotation reference"/>
    <w:basedOn w:val="a4"/>
    <w:uiPriority w:val="99"/>
    <w:semiHidden/>
    <w:unhideWhenUsed/>
    <w:rsid w:val="00D112E2"/>
    <w:rPr>
      <w:sz w:val="16"/>
      <w:szCs w:val="16"/>
    </w:rPr>
  </w:style>
  <w:style w:type="paragraph" w:styleId="afa">
    <w:name w:val="annotation text"/>
    <w:basedOn w:val="a3"/>
    <w:link w:val="afb"/>
    <w:uiPriority w:val="99"/>
    <w:semiHidden/>
    <w:unhideWhenUsed/>
    <w:rsid w:val="00D112E2"/>
    <w:pPr>
      <w:spacing w:line="240" w:lineRule="auto"/>
    </w:pPr>
    <w:rPr>
      <w:sz w:val="20"/>
      <w:szCs w:val="20"/>
    </w:rPr>
  </w:style>
  <w:style w:type="character" w:customStyle="1" w:styleId="afb">
    <w:name w:val="Текст примечания Знак"/>
    <w:basedOn w:val="a4"/>
    <w:link w:val="afa"/>
    <w:uiPriority w:val="99"/>
    <w:semiHidden/>
    <w:rsid w:val="00D112E2"/>
    <w:rPr>
      <w:rFonts w:ascii="Calibri" w:eastAsia="Calibri" w:hAnsi="Calibri" w:cs="Times New Roman"/>
      <w:sz w:val="20"/>
      <w:szCs w:val="20"/>
    </w:rPr>
  </w:style>
  <w:style w:type="paragraph" w:styleId="afc">
    <w:name w:val="annotation subject"/>
    <w:basedOn w:val="afa"/>
    <w:next w:val="afa"/>
    <w:link w:val="afd"/>
    <w:uiPriority w:val="99"/>
    <w:semiHidden/>
    <w:unhideWhenUsed/>
    <w:rsid w:val="00D112E2"/>
    <w:rPr>
      <w:b/>
      <w:bCs/>
    </w:rPr>
  </w:style>
  <w:style w:type="character" w:customStyle="1" w:styleId="afd">
    <w:name w:val="Тема примечания Знак"/>
    <w:basedOn w:val="afb"/>
    <w:link w:val="afc"/>
    <w:uiPriority w:val="99"/>
    <w:semiHidden/>
    <w:rsid w:val="00D112E2"/>
    <w:rPr>
      <w:rFonts w:ascii="Calibri" w:eastAsia="Calibri" w:hAnsi="Calibri" w:cs="Times New Roman"/>
      <w:b/>
      <w:bCs/>
      <w:sz w:val="20"/>
      <w:szCs w:val="20"/>
    </w:rPr>
  </w:style>
  <w:style w:type="paragraph" w:styleId="afe">
    <w:name w:val="footer"/>
    <w:basedOn w:val="a3"/>
    <w:link w:val="aff"/>
    <w:uiPriority w:val="99"/>
    <w:unhideWhenUsed/>
    <w:rsid w:val="00281EA7"/>
    <w:pPr>
      <w:tabs>
        <w:tab w:val="center" w:pos="4680"/>
        <w:tab w:val="right" w:pos="9360"/>
      </w:tabs>
      <w:spacing w:after="0" w:line="240" w:lineRule="auto"/>
    </w:pPr>
    <w:rPr>
      <w:rFonts w:ascii="Times New Roman" w:eastAsia="Times New Roman" w:hAnsi="Times New Roman" w:cstheme="minorBidi"/>
      <w:sz w:val="21"/>
      <w:lang w:val="en-US"/>
    </w:rPr>
  </w:style>
  <w:style w:type="character" w:customStyle="1" w:styleId="aff">
    <w:name w:val="Нижний колонтитул Знак"/>
    <w:basedOn w:val="a4"/>
    <w:link w:val="afe"/>
    <w:uiPriority w:val="99"/>
    <w:rsid w:val="00281EA7"/>
    <w:rPr>
      <w:rFonts w:ascii="Times New Roman" w:eastAsia="Times New Roman" w:hAnsi="Times New Roman"/>
      <w:sz w:val="21"/>
      <w:lang w:val="en-US"/>
    </w:rPr>
  </w:style>
  <w:style w:type="paragraph" w:styleId="aff0">
    <w:name w:val="No Spacing"/>
    <w:uiPriority w:val="1"/>
    <w:qFormat/>
    <w:rsid w:val="00281EA7"/>
    <w:pPr>
      <w:spacing w:after="0" w:line="240" w:lineRule="auto"/>
    </w:pPr>
    <w:rPr>
      <w:rFonts w:eastAsiaTheme="minorEastAsia"/>
      <w:lang w:val="en-US"/>
    </w:rPr>
  </w:style>
  <w:style w:type="paragraph" w:styleId="aff1">
    <w:name w:val="Title"/>
    <w:basedOn w:val="a3"/>
    <w:next w:val="a3"/>
    <w:link w:val="aff2"/>
    <w:uiPriority w:val="10"/>
    <w:qFormat/>
    <w:rsid w:val="00281EA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aff2">
    <w:name w:val="Заголовок Знак"/>
    <w:basedOn w:val="a4"/>
    <w:link w:val="aff1"/>
    <w:uiPriority w:val="10"/>
    <w:rsid w:val="00281EA7"/>
    <w:rPr>
      <w:rFonts w:asciiTheme="majorHAnsi" w:eastAsiaTheme="majorEastAsia" w:hAnsiTheme="majorHAnsi" w:cstheme="majorBidi"/>
      <w:color w:val="323E4F" w:themeColor="text2" w:themeShade="BF"/>
      <w:spacing w:val="5"/>
      <w:kern w:val="28"/>
      <w:sz w:val="52"/>
      <w:szCs w:val="52"/>
      <w:lang w:val="en-US"/>
    </w:rPr>
  </w:style>
  <w:style w:type="paragraph" w:styleId="aff3">
    <w:name w:val="Subtitle"/>
    <w:basedOn w:val="a3"/>
    <w:next w:val="a3"/>
    <w:link w:val="aff4"/>
    <w:uiPriority w:val="11"/>
    <w:qFormat/>
    <w:rsid w:val="00281EA7"/>
    <w:pPr>
      <w:numPr>
        <w:ilvl w:val="1"/>
      </w:numPr>
      <w:spacing w:after="60" w:line="240" w:lineRule="auto"/>
    </w:pPr>
    <w:rPr>
      <w:rFonts w:asciiTheme="majorHAnsi" w:eastAsiaTheme="majorEastAsia" w:hAnsiTheme="majorHAnsi" w:cstheme="majorBidi"/>
      <w:i/>
      <w:iCs/>
      <w:color w:val="5B9BD5" w:themeColor="accent1"/>
      <w:spacing w:val="15"/>
      <w:sz w:val="24"/>
      <w:szCs w:val="24"/>
      <w:lang w:val="en-US"/>
    </w:rPr>
  </w:style>
  <w:style w:type="character" w:customStyle="1" w:styleId="aff4">
    <w:name w:val="Подзаголовок Знак"/>
    <w:basedOn w:val="a4"/>
    <w:link w:val="aff3"/>
    <w:uiPriority w:val="11"/>
    <w:rsid w:val="00281EA7"/>
    <w:rPr>
      <w:rFonts w:asciiTheme="majorHAnsi" w:eastAsiaTheme="majorEastAsia" w:hAnsiTheme="majorHAnsi" w:cstheme="majorBidi"/>
      <w:i/>
      <w:iCs/>
      <w:color w:val="5B9BD5" w:themeColor="accent1"/>
      <w:spacing w:val="15"/>
      <w:sz w:val="24"/>
      <w:szCs w:val="24"/>
      <w:lang w:val="en-US"/>
    </w:rPr>
  </w:style>
  <w:style w:type="paragraph" w:styleId="aff5">
    <w:name w:val="List Paragraph"/>
    <w:basedOn w:val="a3"/>
    <w:uiPriority w:val="34"/>
    <w:qFormat/>
    <w:rsid w:val="00281EA7"/>
    <w:pPr>
      <w:spacing w:after="40" w:line="240" w:lineRule="auto"/>
      <w:ind w:left="720"/>
      <w:contextualSpacing/>
    </w:pPr>
    <w:rPr>
      <w:rFonts w:ascii="Times New Roman" w:eastAsia="Times New Roman" w:hAnsi="Times New Roman" w:cstheme="minorBidi"/>
      <w:sz w:val="21"/>
      <w:lang w:val="en-US"/>
    </w:rPr>
  </w:style>
  <w:style w:type="paragraph" w:styleId="aff6">
    <w:name w:val="Body Text"/>
    <w:basedOn w:val="a3"/>
    <w:link w:val="aff7"/>
    <w:uiPriority w:val="99"/>
    <w:unhideWhenUsed/>
    <w:rsid w:val="00281EA7"/>
    <w:pPr>
      <w:spacing w:after="120" w:line="240" w:lineRule="auto"/>
    </w:pPr>
    <w:rPr>
      <w:rFonts w:ascii="Times New Roman" w:eastAsia="Times New Roman" w:hAnsi="Times New Roman" w:cstheme="minorBidi"/>
      <w:sz w:val="21"/>
      <w:lang w:val="en-US"/>
    </w:rPr>
  </w:style>
  <w:style w:type="character" w:customStyle="1" w:styleId="aff7">
    <w:name w:val="Основной текст Знак"/>
    <w:basedOn w:val="a4"/>
    <w:link w:val="aff6"/>
    <w:uiPriority w:val="99"/>
    <w:rsid w:val="00281EA7"/>
    <w:rPr>
      <w:rFonts w:ascii="Times New Roman" w:eastAsia="Times New Roman" w:hAnsi="Times New Roman"/>
      <w:sz w:val="21"/>
      <w:lang w:val="en-US"/>
    </w:rPr>
  </w:style>
  <w:style w:type="paragraph" w:styleId="23">
    <w:name w:val="Body Text 2"/>
    <w:basedOn w:val="a3"/>
    <w:link w:val="24"/>
    <w:uiPriority w:val="99"/>
    <w:unhideWhenUsed/>
    <w:rsid w:val="00281EA7"/>
    <w:pPr>
      <w:spacing w:after="120" w:line="480" w:lineRule="auto"/>
    </w:pPr>
    <w:rPr>
      <w:rFonts w:ascii="Times New Roman" w:eastAsia="Times New Roman" w:hAnsi="Times New Roman" w:cstheme="minorBidi"/>
      <w:sz w:val="21"/>
      <w:lang w:val="en-US"/>
    </w:rPr>
  </w:style>
  <w:style w:type="character" w:customStyle="1" w:styleId="24">
    <w:name w:val="Основной текст 2 Знак"/>
    <w:basedOn w:val="a4"/>
    <w:link w:val="23"/>
    <w:uiPriority w:val="99"/>
    <w:rsid w:val="00281EA7"/>
    <w:rPr>
      <w:rFonts w:ascii="Times New Roman" w:eastAsia="Times New Roman" w:hAnsi="Times New Roman"/>
      <w:sz w:val="21"/>
      <w:lang w:val="en-US"/>
    </w:rPr>
  </w:style>
  <w:style w:type="paragraph" w:styleId="33">
    <w:name w:val="Body Text 3"/>
    <w:basedOn w:val="a3"/>
    <w:link w:val="34"/>
    <w:uiPriority w:val="99"/>
    <w:unhideWhenUsed/>
    <w:rsid w:val="00281EA7"/>
    <w:pPr>
      <w:spacing w:after="120" w:line="240" w:lineRule="auto"/>
    </w:pPr>
    <w:rPr>
      <w:rFonts w:ascii="Times New Roman" w:eastAsia="Times New Roman" w:hAnsi="Times New Roman" w:cstheme="minorBidi"/>
      <w:sz w:val="16"/>
      <w:szCs w:val="16"/>
      <w:lang w:val="en-US"/>
    </w:rPr>
  </w:style>
  <w:style w:type="character" w:customStyle="1" w:styleId="34">
    <w:name w:val="Основной текст 3 Знак"/>
    <w:basedOn w:val="a4"/>
    <w:link w:val="33"/>
    <w:uiPriority w:val="99"/>
    <w:rsid w:val="00281EA7"/>
    <w:rPr>
      <w:rFonts w:ascii="Times New Roman" w:eastAsia="Times New Roman" w:hAnsi="Times New Roman"/>
      <w:sz w:val="16"/>
      <w:szCs w:val="16"/>
      <w:lang w:val="en-US"/>
    </w:rPr>
  </w:style>
  <w:style w:type="paragraph" w:styleId="aff8">
    <w:name w:val="List"/>
    <w:basedOn w:val="a3"/>
    <w:uiPriority w:val="99"/>
    <w:unhideWhenUsed/>
    <w:rsid w:val="00281EA7"/>
    <w:pPr>
      <w:spacing w:after="60" w:line="240" w:lineRule="auto"/>
      <w:ind w:left="360" w:hanging="360"/>
      <w:contextualSpacing/>
    </w:pPr>
    <w:rPr>
      <w:rFonts w:ascii="Times New Roman" w:eastAsia="Times New Roman" w:hAnsi="Times New Roman" w:cstheme="minorBidi"/>
      <w:sz w:val="21"/>
      <w:lang w:val="en-US"/>
    </w:rPr>
  </w:style>
  <w:style w:type="paragraph" w:styleId="25">
    <w:name w:val="List 2"/>
    <w:basedOn w:val="a3"/>
    <w:uiPriority w:val="99"/>
    <w:unhideWhenUsed/>
    <w:rsid w:val="00281EA7"/>
    <w:pPr>
      <w:spacing w:after="60" w:line="240" w:lineRule="auto"/>
      <w:ind w:left="720" w:hanging="360"/>
      <w:contextualSpacing/>
    </w:pPr>
    <w:rPr>
      <w:rFonts w:ascii="Times New Roman" w:eastAsia="Times New Roman" w:hAnsi="Times New Roman" w:cstheme="minorBidi"/>
      <w:sz w:val="21"/>
      <w:lang w:val="en-US"/>
    </w:rPr>
  </w:style>
  <w:style w:type="paragraph" w:styleId="35">
    <w:name w:val="List 3"/>
    <w:basedOn w:val="a3"/>
    <w:uiPriority w:val="99"/>
    <w:unhideWhenUsed/>
    <w:rsid w:val="00281EA7"/>
    <w:pPr>
      <w:spacing w:after="60" w:line="240" w:lineRule="auto"/>
      <w:ind w:left="1080" w:hanging="360"/>
      <w:contextualSpacing/>
    </w:pPr>
    <w:rPr>
      <w:rFonts w:ascii="Times New Roman" w:eastAsia="Times New Roman" w:hAnsi="Times New Roman" w:cstheme="minorBidi"/>
      <w:sz w:val="21"/>
      <w:lang w:val="en-US"/>
    </w:rPr>
  </w:style>
  <w:style w:type="paragraph" w:styleId="a0">
    <w:name w:val="List Bullet"/>
    <w:basedOn w:val="a3"/>
    <w:uiPriority w:val="99"/>
    <w:unhideWhenUsed/>
    <w:rsid w:val="00281EA7"/>
    <w:pPr>
      <w:numPr>
        <w:numId w:val="10"/>
      </w:numPr>
      <w:spacing w:after="60" w:line="240" w:lineRule="auto"/>
      <w:contextualSpacing/>
    </w:pPr>
    <w:rPr>
      <w:rFonts w:ascii="Times New Roman" w:eastAsia="Times New Roman" w:hAnsi="Times New Roman" w:cstheme="minorBidi"/>
      <w:sz w:val="21"/>
      <w:lang w:val="en-US"/>
    </w:rPr>
  </w:style>
  <w:style w:type="paragraph" w:styleId="20">
    <w:name w:val="List Bullet 2"/>
    <w:basedOn w:val="a3"/>
    <w:uiPriority w:val="99"/>
    <w:unhideWhenUsed/>
    <w:rsid w:val="00281EA7"/>
    <w:pPr>
      <w:numPr>
        <w:numId w:val="11"/>
      </w:numPr>
      <w:spacing w:after="60" w:line="240" w:lineRule="auto"/>
      <w:contextualSpacing/>
    </w:pPr>
    <w:rPr>
      <w:rFonts w:ascii="Times New Roman" w:eastAsia="Times New Roman" w:hAnsi="Times New Roman" w:cstheme="minorBidi"/>
      <w:sz w:val="21"/>
      <w:lang w:val="en-US"/>
    </w:rPr>
  </w:style>
  <w:style w:type="paragraph" w:styleId="30">
    <w:name w:val="List Bullet 3"/>
    <w:basedOn w:val="a3"/>
    <w:uiPriority w:val="99"/>
    <w:unhideWhenUsed/>
    <w:rsid w:val="00281EA7"/>
    <w:pPr>
      <w:numPr>
        <w:numId w:val="12"/>
      </w:numPr>
      <w:spacing w:after="60" w:line="240" w:lineRule="auto"/>
      <w:contextualSpacing/>
    </w:pPr>
    <w:rPr>
      <w:rFonts w:ascii="Times New Roman" w:eastAsia="Times New Roman" w:hAnsi="Times New Roman" w:cstheme="minorBidi"/>
      <w:sz w:val="21"/>
      <w:lang w:val="en-US"/>
    </w:rPr>
  </w:style>
  <w:style w:type="paragraph" w:styleId="a">
    <w:name w:val="List Number"/>
    <w:basedOn w:val="a3"/>
    <w:uiPriority w:val="99"/>
    <w:unhideWhenUsed/>
    <w:rsid w:val="00281EA7"/>
    <w:pPr>
      <w:numPr>
        <w:numId w:val="14"/>
      </w:numPr>
      <w:spacing w:after="60" w:line="240" w:lineRule="auto"/>
      <w:contextualSpacing/>
    </w:pPr>
    <w:rPr>
      <w:rFonts w:ascii="Times New Roman" w:eastAsia="Times New Roman" w:hAnsi="Times New Roman" w:cstheme="minorBidi"/>
      <w:sz w:val="21"/>
      <w:lang w:val="en-US"/>
    </w:rPr>
  </w:style>
  <w:style w:type="paragraph" w:styleId="2">
    <w:name w:val="List Number 2"/>
    <w:basedOn w:val="a3"/>
    <w:uiPriority w:val="99"/>
    <w:unhideWhenUsed/>
    <w:rsid w:val="00281EA7"/>
    <w:pPr>
      <w:numPr>
        <w:numId w:val="15"/>
      </w:numPr>
      <w:spacing w:after="60" w:line="240" w:lineRule="auto"/>
      <w:contextualSpacing/>
    </w:pPr>
    <w:rPr>
      <w:rFonts w:ascii="Times New Roman" w:eastAsia="Times New Roman" w:hAnsi="Times New Roman" w:cstheme="minorBidi"/>
      <w:sz w:val="21"/>
      <w:lang w:val="en-US"/>
    </w:rPr>
  </w:style>
  <w:style w:type="paragraph" w:styleId="3">
    <w:name w:val="List Number 3"/>
    <w:basedOn w:val="a3"/>
    <w:uiPriority w:val="99"/>
    <w:unhideWhenUsed/>
    <w:rsid w:val="00281EA7"/>
    <w:pPr>
      <w:numPr>
        <w:numId w:val="16"/>
      </w:numPr>
      <w:spacing w:after="60" w:line="240" w:lineRule="auto"/>
      <w:contextualSpacing/>
    </w:pPr>
    <w:rPr>
      <w:rFonts w:ascii="Times New Roman" w:eastAsia="Times New Roman" w:hAnsi="Times New Roman" w:cstheme="minorBidi"/>
      <w:sz w:val="21"/>
      <w:lang w:val="en-US"/>
    </w:rPr>
  </w:style>
  <w:style w:type="paragraph" w:styleId="aff9">
    <w:name w:val="List Continue"/>
    <w:basedOn w:val="a3"/>
    <w:uiPriority w:val="99"/>
    <w:unhideWhenUsed/>
    <w:rsid w:val="00281EA7"/>
    <w:pPr>
      <w:spacing w:after="120" w:line="240" w:lineRule="auto"/>
      <w:ind w:left="360"/>
      <w:contextualSpacing/>
    </w:pPr>
    <w:rPr>
      <w:rFonts w:ascii="Times New Roman" w:eastAsia="Times New Roman" w:hAnsi="Times New Roman" w:cstheme="minorBidi"/>
      <w:sz w:val="21"/>
      <w:lang w:val="en-US"/>
    </w:rPr>
  </w:style>
  <w:style w:type="paragraph" w:styleId="26">
    <w:name w:val="List Continue 2"/>
    <w:basedOn w:val="a3"/>
    <w:uiPriority w:val="99"/>
    <w:unhideWhenUsed/>
    <w:rsid w:val="00281EA7"/>
    <w:pPr>
      <w:spacing w:after="120" w:line="240" w:lineRule="auto"/>
      <w:ind w:left="720"/>
      <w:contextualSpacing/>
    </w:pPr>
    <w:rPr>
      <w:rFonts w:ascii="Times New Roman" w:eastAsia="Times New Roman" w:hAnsi="Times New Roman" w:cstheme="minorBidi"/>
      <w:sz w:val="21"/>
      <w:lang w:val="en-US"/>
    </w:rPr>
  </w:style>
  <w:style w:type="paragraph" w:styleId="36">
    <w:name w:val="List Continue 3"/>
    <w:basedOn w:val="a3"/>
    <w:uiPriority w:val="99"/>
    <w:unhideWhenUsed/>
    <w:rsid w:val="00281EA7"/>
    <w:pPr>
      <w:spacing w:after="120" w:line="240" w:lineRule="auto"/>
      <w:ind w:left="1080"/>
      <w:contextualSpacing/>
    </w:pPr>
    <w:rPr>
      <w:rFonts w:ascii="Times New Roman" w:eastAsia="Times New Roman" w:hAnsi="Times New Roman" w:cstheme="minorBidi"/>
      <w:sz w:val="21"/>
      <w:lang w:val="en-US"/>
    </w:rPr>
  </w:style>
  <w:style w:type="paragraph" w:styleId="affa">
    <w:name w:val="macro"/>
    <w:link w:val="affb"/>
    <w:uiPriority w:val="99"/>
    <w:unhideWhenUsed/>
    <w:rsid w:val="00281EA7"/>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sz w:val="20"/>
      <w:szCs w:val="20"/>
      <w:lang w:val="en-US"/>
    </w:rPr>
  </w:style>
  <w:style w:type="character" w:customStyle="1" w:styleId="affb">
    <w:name w:val="Текст макроса Знак"/>
    <w:basedOn w:val="a4"/>
    <w:link w:val="affa"/>
    <w:uiPriority w:val="99"/>
    <w:rsid w:val="00281EA7"/>
    <w:rPr>
      <w:rFonts w:ascii="Courier" w:eastAsiaTheme="minorEastAsia" w:hAnsi="Courier"/>
      <w:sz w:val="20"/>
      <w:szCs w:val="20"/>
      <w:lang w:val="en-US"/>
    </w:rPr>
  </w:style>
  <w:style w:type="paragraph" w:styleId="27">
    <w:name w:val="Quote"/>
    <w:basedOn w:val="a3"/>
    <w:next w:val="a3"/>
    <w:link w:val="28"/>
    <w:uiPriority w:val="29"/>
    <w:qFormat/>
    <w:rsid w:val="00281EA7"/>
    <w:pPr>
      <w:spacing w:after="60" w:line="240" w:lineRule="auto"/>
    </w:pPr>
    <w:rPr>
      <w:rFonts w:ascii="Times New Roman" w:eastAsia="Times New Roman" w:hAnsi="Times New Roman" w:cstheme="minorBidi"/>
      <w:i/>
      <w:iCs/>
      <w:color w:val="000000" w:themeColor="text1"/>
      <w:sz w:val="21"/>
      <w:lang w:val="en-US"/>
    </w:rPr>
  </w:style>
  <w:style w:type="character" w:customStyle="1" w:styleId="28">
    <w:name w:val="Цитата 2 Знак"/>
    <w:basedOn w:val="a4"/>
    <w:link w:val="27"/>
    <w:uiPriority w:val="29"/>
    <w:rsid w:val="00281EA7"/>
    <w:rPr>
      <w:rFonts w:ascii="Times New Roman" w:eastAsia="Times New Roman" w:hAnsi="Times New Roman"/>
      <w:i/>
      <w:iCs/>
      <w:color w:val="000000" w:themeColor="text1"/>
      <w:sz w:val="21"/>
      <w:lang w:val="en-US"/>
    </w:rPr>
  </w:style>
  <w:style w:type="character" w:styleId="affc">
    <w:name w:val="Strong"/>
    <w:basedOn w:val="a4"/>
    <w:uiPriority w:val="22"/>
    <w:qFormat/>
    <w:rsid w:val="00281EA7"/>
    <w:rPr>
      <w:b/>
      <w:bCs/>
    </w:rPr>
  </w:style>
  <w:style w:type="character" w:styleId="affd">
    <w:name w:val="Emphasis"/>
    <w:basedOn w:val="a4"/>
    <w:uiPriority w:val="20"/>
    <w:qFormat/>
    <w:rsid w:val="00281EA7"/>
    <w:rPr>
      <w:i/>
      <w:iCs/>
    </w:rPr>
  </w:style>
  <w:style w:type="paragraph" w:styleId="affe">
    <w:name w:val="Intense Quote"/>
    <w:basedOn w:val="a3"/>
    <w:next w:val="a3"/>
    <w:link w:val="afff"/>
    <w:uiPriority w:val="30"/>
    <w:qFormat/>
    <w:rsid w:val="00281EA7"/>
    <w:pPr>
      <w:pBdr>
        <w:bottom w:val="single" w:sz="4" w:space="4" w:color="5B9BD5" w:themeColor="accent1"/>
      </w:pBdr>
      <w:spacing w:before="200" w:after="280" w:line="240" w:lineRule="auto"/>
      <w:ind w:left="936" w:right="936"/>
    </w:pPr>
    <w:rPr>
      <w:rFonts w:ascii="Times New Roman" w:eastAsia="Times New Roman" w:hAnsi="Times New Roman" w:cstheme="minorBidi"/>
      <w:b/>
      <w:bCs/>
      <w:i/>
      <w:iCs/>
      <w:color w:val="5B9BD5" w:themeColor="accent1"/>
      <w:sz w:val="21"/>
      <w:lang w:val="en-US"/>
    </w:rPr>
  </w:style>
  <w:style w:type="character" w:customStyle="1" w:styleId="afff">
    <w:name w:val="Выделенная цитата Знак"/>
    <w:basedOn w:val="a4"/>
    <w:link w:val="affe"/>
    <w:uiPriority w:val="30"/>
    <w:rsid w:val="00281EA7"/>
    <w:rPr>
      <w:rFonts w:ascii="Times New Roman" w:eastAsia="Times New Roman" w:hAnsi="Times New Roman"/>
      <w:b/>
      <w:bCs/>
      <w:i/>
      <w:iCs/>
      <w:color w:val="5B9BD5" w:themeColor="accent1"/>
      <w:sz w:val="21"/>
      <w:lang w:val="en-US"/>
    </w:rPr>
  </w:style>
  <w:style w:type="character" w:styleId="afff0">
    <w:name w:val="Subtle Emphasis"/>
    <w:basedOn w:val="a4"/>
    <w:uiPriority w:val="19"/>
    <w:qFormat/>
    <w:rsid w:val="00281EA7"/>
    <w:rPr>
      <w:i/>
      <w:iCs/>
      <w:color w:val="808080" w:themeColor="text1" w:themeTint="7F"/>
    </w:rPr>
  </w:style>
  <w:style w:type="character" w:styleId="afff1">
    <w:name w:val="Intense Emphasis"/>
    <w:basedOn w:val="a4"/>
    <w:uiPriority w:val="21"/>
    <w:qFormat/>
    <w:rsid w:val="00281EA7"/>
    <w:rPr>
      <w:b/>
      <w:bCs/>
      <w:i/>
      <w:iCs/>
      <w:color w:val="5B9BD5" w:themeColor="accent1"/>
    </w:rPr>
  </w:style>
  <w:style w:type="character" w:styleId="afff2">
    <w:name w:val="Subtle Reference"/>
    <w:basedOn w:val="a4"/>
    <w:uiPriority w:val="31"/>
    <w:qFormat/>
    <w:rsid w:val="00281EA7"/>
    <w:rPr>
      <w:smallCaps/>
      <w:color w:val="ED7D31" w:themeColor="accent2"/>
      <w:u w:val="single"/>
    </w:rPr>
  </w:style>
  <w:style w:type="character" w:styleId="afff3">
    <w:name w:val="Intense Reference"/>
    <w:basedOn w:val="a4"/>
    <w:uiPriority w:val="32"/>
    <w:qFormat/>
    <w:rsid w:val="00281EA7"/>
    <w:rPr>
      <w:b/>
      <w:bCs/>
      <w:smallCaps/>
      <w:color w:val="ED7D31" w:themeColor="accent2"/>
      <w:spacing w:val="5"/>
      <w:u w:val="single"/>
    </w:rPr>
  </w:style>
  <w:style w:type="character" w:styleId="afff4">
    <w:name w:val="Book Title"/>
    <w:basedOn w:val="a4"/>
    <w:uiPriority w:val="33"/>
    <w:qFormat/>
    <w:rsid w:val="00281EA7"/>
    <w:rPr>
      <w:b/>
      <w:bCs/>
      <w:smallCaps/>
      <w:spacing w:val="5"/>
    </w:rPr>
  </w:style>
  <w:style w:type="table" w:styleId="-2">
    <w:name w:val="Dark List Accent 2"/>
    <w:basedOn w:val="a5"/>
    <w:uiPriority w:val="70"/>
    <w:rsid w:val="00281EA7"/>
    <w:pPr>
      <w:spacing w:after="0" w:line="240" w:lineRule="auto"/>
    </w:pPr>
    <w:rPr>
      <w:rFonts w:eastAsiaTheme="minorEastAsia"/>
      <w:color w:val="FFFFFF" w:themeColor="background1"/>
      <w:lang w:val="en-US"/>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4">
    <w:name w:val="Dark List Accent 4"/>
    <w:basedOn w:val="a5"/>
    <w:uiPriority w:val="70"/>
    <w:rsid w:val="00281EA7"/>
    <w:pPr>
      <w:spacing w:after="0" w:line="240" w:lineRule="auto"/>
    </w:pPr>
    <w:rPr>
      <w:rFonts w:eastAsiaTheme="minorEastAsia"/>
      <w:color w:val="FFFFFF" w:themeColor="background1"/>
      <w:lang w:val="en-US"/>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paragraph" w:customStyle="1" w:styleId="CodeBlock">
    <w:name w:val="CodeBlock"/>
    <w:basedOn w:val="a3"/>
    <w:rsid w:val="00281EA7"/>
    <w:pPr>
      <w:spacing w:after="40" w:line="240" w:lineRule="auto"/>
    </w:pPr>
    <w:rPr>
      <w:rFonts w:ascii="Consolas" w:eastAsia="Consolas" w:hAnsi="Consolas" w:cstheme="minorBidi"/>
      <w:sz w:val="16"/>
      <w:lang w:val="en-US"/>
    </w:rPr>
  </w:style>
  <w:style w:type="paragraph" w:customStyle="1" w:styleId="TableText">
    <w:name w:val="TableText"/>
    <w:basedOn w:val="a3"/>
    <w:rsid w:val="00281EA7"/>
    <w:pPr>
      <w:spacing w:after="60" w:line="240" w:lineRule="auto"/>
    </w:pPr>
    <w:rPr>
      <w:rFonts w:ascii="Times New Roman" w:eastAsia="Times New Roman" w:hAnsi="Times New Roman" w:cstheme="minorBidi"/>
      <w:sz w:val="16"/>
      <w:lang w:val="en-US"/>
    </w:rPr>
  </w:style>
  <w:style w:type="paragraph" w:customStyle="1" w:styleId="SmallText">
    <w:name w:val="SmallText"/>
    <w:basedOn w:val="a3"/>
    <w:rsid w:val="00281EA7"/>
    <w:pPr>
      <w:spacing w:after="60" w:line="240" w:lineRule="auto"/>
    </w:pPr>
    <w:rPr>
      <w:rFonts w:ascii="Times New Roman" w:eastAsia="Times New Roman" w:hAnsi="Times New Roman" w:cstheme="minorBidi"/>
      <w:sz w:val="17"/>
      <w:lang w:val="en-US"/>
    </w:rPr>
  </w:style>
  <w:style w:type="character" w:customStyle="1" w:styleId="translatable-message">
    <w:name w:val="translatable-message"/>
    <w:basedOn w:val="a4"/>
    <w:qFormat/>
    <w:rsid w:val="00281EA7"/>
  </w:style>
  <w:style w:type="table" w:styleId="afff5">
    <w:name w:val="Grid Table Light"/>
    <w:basedOn w:val="a5"/>
    <w:uiPriority w:val="99"/>
    <w:rsid w:val="00281EA7"/>
    <w:pPr>
      <w:spacing w:after="0" w:line="240" w:lineRule="auto"/>
    </w:pPr>
    <w:rPr>
      <w:rFonts w:eastAsiaTheme="minorEastAsia"/>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
    <w:name w:val="ͼt"/>
    <w:basedOn w:val="a4"/>
    <w:qFormat/>
    <w:rsid w:val="00281EA7"/>
  </w:style>
  <w:style w:type="character" w:customStyle="1" w:styleId="v">
    <w:name w:val="ͼv"/>
    <w:basedOn w:val="a4"/>
    <w:qFormat/>
    <w:rsid w:val="00281EA7"/>
  </w:style>
  <w:style w:type="character" w:customStyle="1" w:styleId="100">
    <w:name w:val="ͼ10"/>
    <w:basedOn w:val="a4"/>
    <w:qFormat/>
    <w:rsid w:val="00281EA7"/>
  </w:style>
  <w:style w:type="character" w:customStyle="1" w:styleId="z">
    <w:name w:val="ͼz"/>
    <w:basedOn w:val="a4"/>
    <w:qFormat/>
    <w:rsid w:val="00281EA7"/>
  </w:style>
  <w:style w:type="character" w:customStyle="1" w:styleId="y">
    <w:name w:val="ͼy"/>
    <w:basedOn w:val="a4"/>
    <w:qFormat/>
    <w:rsid w:val="00281E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293725">
      <w:bodyDiv w:val="1"/>
      <w:marLeft w:val="0"/>
      <w:marRight w:val="0"/>
      <w:marTop w:val="0"/>
      <w:marBottom w:val="0"/>
      <w:divBdr>
        <w:top w:val="none" w:sz="0" w:space="0" w:color="auto"/>
        <w:left w:val="none" w:sz="0" w:space="0" w:color="auto"/>
        <w:bottom w:val="none" w:sz="0" w:space="0" w:color="auto"/>
        <w:right w:val="none" w:sz="0" w:space="0" w:color="auto"/>
      </w:divBdr>
    </w:div>
    <w:div w:id="80466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3FA13-ADF3-4AE6-88BB-F9AB0CA60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72</Pages>
  <Words>25246</Words>
  <Characters>143904</Characters>
  <Application>Microsoft Office Word</Application>
  <DocSecurity>0</DocSecurity>
  <Lines>1199</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168813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Ганаба Роман Александрович</dc:creator>
  <cp:keywords/>
  <dc:description/>
  <cp:lastModifiedBy>Бочкарев Сергей Викторович</cp:lastModifiedBy>
  <cp:revision>9</cp:revision>
  <dcterms:created xsi:type="dcterms:W3CDTF">2026-05-25T08:30:00Z</dcterms:created>
  <dcterms:modified xsi:type="dcterms:W3CDTF">2026-08-12T09:38:00Z</dcterms:modified>
</cp:coreProperties>
</file>