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A66259" w14:textId="77777777" w:rsidR="00884866" w:rsidRPr="009C174D" w:rsidRDefault="00884866" w:rsidP="00884866">
      <w:pPr>
        <w:snapToGrid w:val="0"/>
        <w:spacing w:after="0"/>
        <w:jc w:val="center"/>
        <w:rPr>
          <w:rFonts w:eastAsia="Calibri"/>
          <w:i/>
          <w:sz w:val="24"/>
          <w:szCs w:val="24"/>
          <w:shd w:val="clear" w:color="auto" w:fill="FFFF99"/>
        </w:rPr>
      </w:pPr>
      <w:r w:rsidRPr="009C174D">
        <w:rPr>
          <w:noProof/>
          <w:sz w:val="26"/>
          <w:szCs w:val="26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4F46CB0" wp14:editId="4FFA60CC">
            <wp:simplePos x="0" y="0"/>
            <wp:positionH relativeFrom="column">
              <wp:posOffset>2136775</wp:posOffset>
            </wp:positionH>
            <wp:positionV relativeFrom="paragraph">
              <wp:posOffset>635</wp:posOffset>
            </wp:positionV>
            <wp:extent cx="1951990" cy="730250"/>
            <wp:effectExtent l="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990" cy="73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174D">
        <w:rPr>
          <w:noProof/>
          <w:sz w:val="26"/>
          <w:szCs w:val="26"/>
          <w:lang w:val="ru-RU"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360492D" wp14:editId="2FE41FBC">
                <wp:simplePos x="0" y="0"/>
                <wp:positionH relativeFrom="margin">
                  <wp:posOffset>-114300</wp:posOffset>
                </wp:positionH>
                <wp:positionV relativeFrom="paragraph">
                  <wp:posOffset>815975</wp:posOffset>
                </wp:positionV>
                <wp:extent cx="6356350" cy="0"/>
                <wp:effectExtent l="0" t="19050" r="4445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635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87813B" id="Прямая соединительная линия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-9pt,64.25pt" to="491.5pt,6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" o:allowincell="f" strokeweight="4.5pt">
                <v:stroke linestyle="thickThin"/>
                <w10:wrap anchorx="margin"/>
              </v:line>
            </w:pict>
          </mc:Fallback>
        </mc:AlternateContent>
      </w:r>
    </w:p>
    <w:p w14:paraId="0117E0E1" w14:textId="77777777" w:rsidR="00884866" w:rsidRPr="009C174D" w:rsidRDefault="00884866" w:rsidP="00884866">
      <w:pPr>
        <w:snapToGrid w:val="0"/>
        <w:spacing w:after="0"/>
        <w:ind w:left="5954"/>
        <w:jc w:val="center"/>
        <w:rPr>
          <w:b/>
          <w:sz w:val="36"/>
          <w:szCs w:val="26"/>
        </w:rPr>
      </w:pPr>
    </w:p>
    <w:p w14:paraId="0C1AC479" w14:textId="77777777" w:rsidR="00884866" w:rsidRPr="009C174D" w:rsidRDefault="00884866" w:rsidP="00884866">
      <w:pPr>
        <w:snapToGrid w:val="0"/>
        <w:spacing w:after="0"/>
        <w:jc w:val="center"/>
        <w:rPr>
          <w:b/>
          <w:sz w:val="24"/>
          <w:szCs w:val="24"/>
        </w:rPr>
      </w:pPr>
    </w:p>
    <w:p w14:paraId="79F01A4A" w14:textId="77777777" w:rsidR="00884866" w:rsidRPr="009C174D" w:rsidRDefault="00884866" w:rsidP="00884866">
      <w:pPr>
        <w:snapToGrid w:val="0"/>
        <w:spacing w:after="0"/>
        <w:jc w:val="center"/>
        <w:rPr>
          <w:b/>
          <w:sz w:val="24"/>
          <w:szCs w:val="24"/>
        </w:rPr>
      </w:pPr>
    </w:p>
    <w:p w14:paraId="0B2D8767" w14:textId="77777777" w:rsidR="00884866" w:rsidRPr="009C174D" w:rsidRDefault="00884866" w:rsidP="00884866">
      <w:pPr>
        <w:keepNext/>
        <w:keepLines/>
        <w:suppressAutoHyphens/>
        <w:spacing w:after="0"/>
        <w:jc w:val="center"/>
        <w:outlineLvl w:val="0"/>
        <w:rPr>
          <w:b/>
          <w:bCs/>
          <w:kern w:val="28"/>
        </w:rPr>
      </w:pPr>
    </w:p>
    <w:p w14:paraId="6CB035AF" w14:textId="77777777" w:rsidR="00884866" w:rsidRPr="009C174D" w:rsidRDefault="00884866" w:rsidP="00884866">
      <w:pPr>
        <w:keepNext/>
        <w:keepLines/>
        <w:spacing w:after="0"/>
        <w:jc w:val="center"/>
        <w:rPr>
          <w:rFonts w:eastAsia="Calibri"/>
          <w:sz w:val="24"/>
          <w:szCs w:val="24"/>
        </w:rPr>
      </w:pPr>
    </w:p>
    <w:p w14:paraId="3F086E6A" w14:textId="77777777" w:rsidR="00884866" w:rsidRPr="009C174D" w:rsidRDefault="00884866" w:rsidP="00884866">
      <w:pPr>
        <w:keepNext/>
        <w:keepLines/>
        <w:spacing w:after="0"/>
        <w:jc w:val="center"/>
        <w:rPr>
          <w:rFonts w:eastAsia="Calibri"/>
          <w:sz w:val="24"/>
          <w:szCs w:val="24"/>
        </w:rPr>
      </w:pPr>
    </w:p>
    <w:p w14:paraId="4180AB74" w14:textId="77777777" w:rsidR="00884866" w:rsidRPr="009C174D" w:rsidRDefault="00884866" w:rsidP="00884866">
      <w:pPr>
        <w:keepNext/>
        <w:keepLines/>
        <w:spacing w:after="0"/>
        <w:jc w:val="center"/>
        <w:rPr>
          <w:rFonts w:eastAsia="Calibri"/>
          <w:sz w:val="24"/>
          <w:szCs w:val="24"/>
        </w:rPr>
      </w:pPr>
    </w:p>
    <w:p w14:paraId="003E5DE8" w14:textId="77777777" w:rsidR="00884866" w:rsidRPr="009C174D" w:rsidRDefault="00884866" w:rsidP="00884866">
      <w:pPr>
        <w:keepNext/>
        <w:keepLines/>
        <w:spacing w:after="0"/>
        <w:jc w:val="center"/>
        <w:rPr>
          <w:rFonts w:eastAsia="Calibri"/>
          <w:sz w:val="24"/>
          <w:szCs w:val="24"/>
        </w:rPr>
      </w:pPr>
    </w:p>
    <w:p w14:paraId="73A53BCF" w14:textId="77777777" w:rsidR="00884866" w:rsidRPr="009C174D" w:rsidRDefault="00884866" w:rsidP="00884866">
      <w:pPr>
        <w:keepNext/>
        <w:keepLines/>
        <w:spacing w:after="0"/>
        <w:jc w:val="center"/>
        <w:rPr>
          <w:rFonts w:eastAsia="Calibri"/>
          <w:sz w:val="24"/>
          <w:szCs w:val="24"/>
        </w:rPr>
      </w:pPr>
    </w:p>
    <w:p w14:paraId="08E9D643" w14:textId="769A078E" w:rsidR="008650BF" w:rsidRPr="00884866" w:rsidRDefault="00884866">
      <w:pPr>
        <w:spacing w:after="120"/>
        <w:jc w:val="center"/>
        <w:rPr>
          <w:b/>
          <w:sz w:val="32"/>
          <w:lang w:val="ru-RU"/>
        </w:rPr>
      </w:pPr>
      <w:r w:rsidRPr="00884866">
        <w:rPr>
          <w:b/>
          <w:sz w:val="32"/>
          <w:lang w:val="ru-RU"/>
        </w:rPr>
        <w:t xml:space="preserve"> </w:t>
      </w:r>
    </w:p>
    <w:p w14:paraId="0DCD8DBA" w14:textId="77777777" w:rsidR="008650BF" w:rsidRDefault="008650BF">
      <w:pPr>
        <w:spacing w:after="120"/>
        <w:jc w:val="center"/>
        <w:rPr>
          <w:b/>
          <w:sz w:val="32"/>
          <w:lang w:val="ru-RU"/>
        </w:rPr>
      </w:pPr>
    </w:p>
    <w:p w14:paraId="21C2D3B1" w14:textId="77777777" w:rsidR="008650BF" w:rsidRDefault="008650BF">
      <w:pPr>
        <w:spacing w:after="120"/>
        <w:jc w:val="center"/>
        <w:rPr>
          <w:b/>
          <w:sz w:val="32"/>
          <w:lang w:val="ru-RU"/>
        </w:rPr>
      </w:pPr>
    </w:p>
    <w:p w14:paraId="4A3FECD7" w14:textId="77777777" w:rsidR="008650BF" w:rsidRDefault="008650BF">
      <w:pPr>
        <w:spacing w:after="120"/>
        <w:jc w:val="center"/>
        <w:rPr>
          <w:b/>
          <w:sz w:val="32"/>
          <w:lang w:val="ru-RU"/>
        </w:rPr>
      </w:pPr>
    </w:p>
    <w:p w14:paraId="116DCF26" w14:textId="77777777" w:rsidR="008650BF" w:rsidRPr="00884866" w:rsidRDefault="008650BF">
      <w:pPr>
        <w:spacing w:after="120"/>
        <w:jc w:val="center"/>
        <w:rPr>
          <w:b/>
          <w:sz w:val="28"/>
          <w:szCs w:val="28"/>
          <w:lang w:val="ru-RU"/>
        </w:rPr>
      </w:pPr>
    </w:p>
    <w:p w14:paraId="3CB08C84" w14:textId="25B7E6FC" w:rsidR="00AA4997" w:rsidRPr="00884866" w:rsidRDefault="00884866" w:rsidP="00884866">
      <w:pPr>
        <w:spacing w:after="0"/>
        <w:jc w:val="center"/>
        <w:rPr>
          <w:sz w:val="28"/>
          <w:szCs w:val="28"/>
          <w:lang w:val="ru-RU"/>
        </w:rPr>
      </w:pPr>
      <w:r w:rsidRPr="00884866">
        <w:rPr>
          <w:b/>
          <w:sz w:val="28"/>
          <w:szCs w:val="28"/>
          <w:lang w:val="ru-RU"/>
        </w:rPr>
        <w:t>Технические требования</w:t>
      </w:r>
    </w:p>
    <w:p w14:paraId="19E74D07" w14:textId="77777777" w:rsidR="00570F40" w:rsidRDefault="006D59CB" w:rsidP="008650BF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884866">
        <w:rPr>
          <w:b/>
          <w:sz w:val="28"/>
          <w:szCs w:val="28"/>
          <w:lang w:val="ru-RU"/>
        </w:rPr>
        <w:t>по упрощенной закупке в электронной форме</w:t>
      </w:r>
    </w:p>
    <w:p w14:paraId="5C0B8822" w14:textId="30FABD6F" w:rsidR="00AA4997" w:rsidRPr="00884866" w:rsidRDefault="006D59CB" w:rsidP="008650BF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884866">
        <w:rPr>
          <w:b/>
          <w:sz w:val="28"/>
          <w:szCs w:val="28"/>
          <w:lang w:val="ru-RU"/>
        </w:rPr>
        <w:t>на право заключения договора</w:t>
      </w:r>
      <w:r w:rsidR="008650BF" w:rsidRPr="00884866">
        <w:rPr>
          <w:b/>
          <w:sz w:val="28"/>
          <w:szCs w:val="28"/>
          <w:lang w:val="ru-RU"/>
        </w:rPr>
        <w:t xml:space="preserve"> по</w:t>
      </w:r>
    </w:p>
    <w:p w14:paraId="41725492" w14:textId="51D82492" w:rsidR="00AA4997" w:rsidRDefault="006D59CB" w:rsidP="008650BF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884866">
        <w:rPr>
          <w:b/>
          <w:sz w:val="28"/>
          <w:szCs w:val="28"/>
          <w:lang w:val="ru-RU"/>
        </w:rPr>
        <w:t>ОКПД2 46.51.10.110 Поставка расходных материалов для копировальной и оргтехники, комплектующих и периферийных устройств для персональных компьютеров для нужд филиала ПАО «РусГидро» – «КорУнГ» в г. Красноярске</w:t>
      </w:r>
    </w:p>
    <w:p w14:paraId="6BFFCF2D" w14:textId="77777777" w:rsidR="00884866" w:rsidRPr="00884866" w:rsidRDefault="00884866" w:rsidP="008650BF">
      <w:pPr>
        <w:spacing w:after="0" w:line="240" w:lineRule="auto"/>
        <w:jc w:val="center"/>
        <w:rPr>
          <w:sz w:val="28"/>
          <w:szCs w:val="28"/>
          <w:lang w:val="ru-RU"/>
        </w:rPr>
      </w:pPr>
    </w:p>
    <w:p w14:paraId="5A23452C" w14:textId="75ADCC96" w:rsidR="00AA4997" w:rsidRPr="00884866" w:rsidRDefault="008650BF" w:rsidP="008650BF">
      <w:pPr>
        <w:spacing w:after="0" w:line="240" w:lineRule="auto"/>
        <w:jc w:val="center"/>
        <w:rPr>
          <w:sz w:val="28"/>
          <w:szCs w:val="28"/>
          <w:lang w:val="ru-RU"/>
        </w:rPr>
      </w:pPr>
      <w:r w:rsidRPr="00884866">
        <w:rPr>
          <w:b/>
          <w:sz w:val="28"/>
          <w:szCs w:val="28"/>
          <w:lang w:val="ru-RU"/>
        </w:rPr>
        <w:t>Л</w:t>
      </w:r>
      <w:r w:rsidR="00570F40">
        <w:rPr>
          <w:b/>
          <w:sz w:val="28"/>
          <w:szCs w:val="28"/>
          <w:lang w:val="ru-RU"/>
        </w:rPr>
        <w:t>от №</w:t>
      </w:r>
      <w:r w:rsidR="006D59CB" w:rsidRPr="00884866">
        <w:rPr>
          <w:b/>
          <w:sz w:val="28"/>
          <w:szCs w:val="28"/>
          <w:lang w:val="ru-RU"/>
        </w:rPr>
        <w:t xml:space="preserve"> 13-ЭКСПДИТ-2026-КорУнг</w:t>
      </w:r>
    </w:p>
    <w:p w14:paraId="1621848D" w14:textId="77777777" w:rsidR="00AA4997" w:rsidRPr="008650BF" w:rsidRDefault="006D59CB">
      <w:pPr>
        <w:rPr>
          <w:lang w:val="ru-RU"/>
        </w:rPr>
      </w:pPr>
      <w:r w:rsidRPr="008650BF">
        <w:rPr>
          <w:lang w:val="ru-RU"/>
        </w:rPr>
        <w:br w:type="page"/>
      </w:r>
    </w:p>
    <w:p w14:paraId="1EE6C75A" w14:textId="77777777" w:rsidR="00AA4997" w:rsidRPr="008650BF" w:rsidRDefault="006D59CB">
      <w:pPr>
        <w:jc w:val="center"/>
        <w:rPr>
          <w:lang w:val="ru-RU"/>
        </w:rPr>
      </w:pPr>
      <w:r w:rsidRPr="008650BF">
        <w:rPr>
          <w:b/>
          <w:sz w:val="28"/>
          <w:lang w:val="ru-RU"/>
        </w:rPr>
        <w:lastRenderedPageBreak/>
        <w:t>СОДЕРЖАНИЕ</w:t>
      </w:r>
    </w:p>
    <w:sdt>
      <w:sdtPr>
        <w:rPr>
          <w:rFonts w:ascii="Times New Roman" w:eastAsia="Times New Roman" w:hAnsi="Times New Roman" w:cstheme="minorBidi"/>
          <w:b w:val="0"/>
          <w:bCs w:val="0"/>
          <w:color w:val="auto"/>
          <w:sz w:val="22"/>
          <w:szCs w:val="22"/>
          <w:lang w:val="ru-RU"/>
        </w:rPr>
        <w:id w:val="2090963236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4D4E458E" w14:textId="193917C2" w:rsidR="00884866" w:rsidRPr="00884866" w:rsidRDefault="00884866">
          <w:pPr>
            <w:pStyle w:val="aff"/>
            <w:rPr>
              <w:rFonts w:ascii="Times New Roman" w:hAnsi="Times New Roman" w:cs="Times New Roman"/>
              <w:color w:val="auto"/>
            </w:rPr>
          </w:pPr>
          <w:r w:rsidRPr="00884866">
            <w:rPr>
              <w:rFonts w:ascii="Times New Roman" w:hAnsi="Times New Roman" w:cs="Times New Roman"/>
              <w:color w:val="auto"/>
              <w:lang w:val="ru-RU"/>
            </w:rPr>
            <w:t>Оглавление</w:t>
          </w:r>
        </w:p>
        <w:p w14:paraId="30E4EBFA" w14:textId="605D32F8" w:rsidR="00800F0B" w:rsidRDefault="00884866">
          <w:pPr>
            <w:pStyle w:val="14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val="ru-RU"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3323794" w:history="1">
            <w:r w:rsidR="00800F0B" w:rsidRPr="00AA072A">
              <w:rPr>
                <w:rStyle w:val="afff5"/>
                <w:rFonts w:eastAsiaTheme="majorEastAsia" w:cs="Times New Roman"/>
                <w:noProof/>
              </w:rPr>
              <w:t>1. Общие сведения</w:t>
            </w:r>
            <w:r w:rsidR="00800F0B">
              <w:rPr>
                <w:noProof/>
                <w:webHidden/>
              </w:rPr>
              <w:tab/>
            </w:r>
            <w:r w:rsidR="00800F0B">
              <w:rPr>
                <w:noProof/>
                <w:webHidden/>
              </w:rPr>
              <w:fldChar w:fldCharType="begin"/>
            </w:r>
            <w:r w:rsidR="00800F0B">
              <w:rPr>
                <w:noProof/>
                <w:webHidden/>
              </w:rPr>
              <w:instrText xml:space="preserve"> PAGEREF _Toc243323794 \h </w:instrText>
            </w:r>
            <w:r w:rsidR="00800F0B">
              <w:rPr>
                <w:noProof/>
                <w:webHidden/>
              </w:rPr>
            </w:r>
            <w:r w:rsidR="00800F0B">
              <w:rPr>
                <w:noProof/>
                <w:webHidden/>
              </w:rPr>
              <w:fldChar w:fldCharType="separate"/>
            </w:r>
            <w:r w:rsidR="00800F0B">
              <w:rPr>
                <w:noProof/>
                <w:webHidden/>
              </w:rPr>
              <w:t>3</w:t>
            </w:r>
            <w:r w:rsidR="00800F0B">
              <w:rPr>
                <w:noProof/>
                <w:webHidden/>
              </w:rPr>
              <w:fldChar w:fldCharType="end"/>
            </w:r>
          </w:hyperlink>
        </w:p>
        <w:p w14:paraId="593D9116" w14:textId="5D09448B" w:rsidR="00800F0B" w:rsidRDefault="00570F40">
          <w:pPr>
            <w:pStyle w:val="2c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val="ru-RU" w:eastAsia="ru-RU"/>
            </w:rPr>
          </w:pPr>
          <w:hyperlink w:anchor="_Toc243323795" w:history="1">
            <w:r w:rsidR="00800F0B" w:rsidRPr="00AA072A">
              <w:rPr>
                <w:rStyle w:val="afff5"/>
                <w:rFonts w:eastAsiaTheme="majorEastAsia" w:cs="Times New Roman"/>
                <w:noProof/>
              </w:rPr>
              <w:t>1.1. Обозначения и сокращения</w:t>
            </w:r>
            <w:r w:rsidR="00800F0B">
              <w:rPr>
                <w:noProof/>
                <w:webHidden/>
              </w:rPr>
              <w:tab/>
            </w:r>
            <w:r w:rsidR="00800F0B">
              <w:rPr>
                <w:noProof/>
                <w:webHidden/>
              </w:rPr>
              <w:fldChar w:fldCharType="begin"/>
            </w:r>
            <w:r w:rsidR="00800F0B">
              <w:rPr>
                <w:noProof/>
                <w:webHidden/>
              </w:rPr>
              <w:instrText xml:space="preserve"> PAGEREF _Toc243323795 \h </w:instrText>
            </w:r>
            <w:r w:rsidR="00800F0B">
              <w:rPr>
                <w:noProof/>
                <w:webHidden/>
              </w:rPr>
            </w:r>
            <w:r w:rsidR="00800F0B">
              <w:rPr>
                <w:noProof/>
                <w:webHidden/>
              </w:rPr>
              <w:fldChar w:fldCharType="separate"/>
            </w:r>
            <w:r w:rsidR="00800F0B">
              <w:rPr>
                <w:noProof/>
                <w:webHidden/>
              </w:rPr>
              <w:t>3</w:t>
            </w:r>
            <w:r w:rsidR="00800F0B">
              <w:rPr>
                <w:noProof/>
                <w:webHidden/>
              </w:rPr>
              <w:fldChar w:fldCharType="end"/>
            </w:r>
          </w:hyperlink>
        </w:p>
        <w:p w14:paraId="29F3ECD5" w14:textId="4B96E289" w:rsidR="00800F0B" w:rsidRDefault="00570F40">
          <w:pPr>
            <w:pStyle w:val="2c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val="ru-RU" w:eastAsia="ru-RU"/>
            </w:rPr>
          </w:pPr>
          <w:hyperlink w:anchor="_Toc243323796" w:history="1">
            <w:r w:rsidR="00800F0B" w:rsidRPr="00AA072A">
              <w:rPr>
                <w:rStyle w:val="afff5"/>
                <w:rFonts w:eastAsiaTheme="majorEastAsia" w:cs="Times New Roman"/>
                <w:noProof/>
                <w:lang w:val="ru-RU"/>
              </w:rPr>
              <w:t>1.2. Наименование закупаемой продукции</w:t>
            </w:r>
            <w:r w:rsidR="00800F0B">
              <w:rPr>
                <w:noProof/>
                <w:webHidden/>
              </w:rPr>
              <w:tab/>
            </w:r>
            <w:r w:rsidR="00800F0B">
              <w:rPr>
                <w:noProof/>
                <w:webHidden/>
              </w:rPr>
              <w:fldChar w:fldCharType="begin"/>
            </w:r>
            <w:r w:rsidR="00800F0B">
              <w:rPr>
                <w:noProof/>
                <w:webHidden/>
              </w:rPr>
              <w:instrText xml:space="preserve"> PAGEREF _Toc243323796 \h </w:instrText>
            </w:r>
            <w:r w:rsidR="00800F0B">
              <w:rPr>
                <w:noProof/>
                <w:webHidden/>
              </w:rPr>
            </w:r>
            <w:r w:rsidR="00800F0B">
              <w:rPr>
                <w:noProof/>
                <w:webHidden/>
              </w:rPr>
              <w:fldChar w:fldCharType="separate"/>
            </w:r>
            <w:r w:rsidR="00800F0B">
              <w:rPr>
                <w:noProof/>
                <w:webHidden/>
              </w:rPr>
              <w:t>3</w:t>
            </w:r>
            <w:r w:rsidR="00800F0B">
              <w:rPr>
                <w:noProof/>
                <w:webHidden/>
              </w:rPr>
              <w:fldChar w:fldCharType="end"/>
            </w:r>
          </w:hyperlink>
        </w:p>
        <w:p w14:paraId="0DD17A2E" w14:textId="2CAACD25" w:rsidR="00800F0B" w:rsidRDefault="00570F40">
          <w:pPr>
            <w:pStyle w:val="2c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val="ru-RU" w:eastAsia="ru-RU"/>
            </w:rPr>
          </w:pPr>
          <w:hyperlink w:anchor="_Toc243323797" w:history="1">
            <w:r w:rsidR="00800F0B" w:rsidRPr="00AA072A">
              <w:rPr>
                <w:rStyle w:val="afff5"/>
                <w:rFonts w:eastAsiaTheme="majorEastAsia" w:cs="Times New Roman"/>
                <w:noProof/>
                <w:lang w:val="ru-RU"/>
              </w:rPr>
              <w:t>1.3. Цель поставки Товара</w:t>
            </w:r>
            <w:r w:rsidR="00800F0B">
              <w:rPr>
                <w:noProof/>
                <w:webHidden/>
              </w:rPr>
              <w:tab/>
            </w:r>
            <w:r w:rsidR="00800F0B">
              <w:rPr>
                <w:noProof/>
                <w:webHidden/>
              </w:rPr>
              <w:fldChar w:fldCharType="begin"/>
            </w:r>
            <w:r w:rsidR="00800F0B">
              <w:rPr>
                <w:noProof/>
                <w:webHidden/>
              </w:rPr>
              <w:instrText xml:space="preserve"> PAGEREF _Toc243323797 \h </w:instrText>
            </w:r>
            <w:r w:rsidR="00800F0B">
              <w:rPr>
                <w:noProof/>
                <w:webHidden/>
              </w:rPr>
            </w:r>
            <w:r w:rsidR="00800F0B">
              <w:rPr>
                <w:noProof/>
                <w:webHidden/>
              </w:rPr>
              <w:fldChar w:fldCharType="separate"/>
            </w:r>
            <w:r w:rsidR="00800F0B">
              <w:rPr>
                <w:noProof/>
                <w:webHidden/>
              </w:rPr>
              <w:t>3</w:t>
            </w:r>
            <w:r w:rsidR="00800F0B">
              <w:rPr>
                <w:noProof/>
                <w:webHidden/>
              </w:rPr>
              <w:fldChar w:fldCharType="end"/>
            </w:r>
          </w:hyperlink>
        </w:p>
        <w:p w14:paraId="3848DF2C" w14:textId="4CA0CA75" w:rsidR="00800F0B" w:rsidRDefault="00570F40">
          <w:pPr>
            <w:pStyle w:val="14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val="ru-RU" w:eastAsia="ru-RU"/>
            </w:rPr>
          </w:pPr>
          <w:hyperlink w:anchor="_Toc243323798" w:history="1">
            <w:r w:rsidR="00800F0B" w:rsidRPr="00AA072A">
              <w:rPr>
                <w:rStyle w:val="afff5"/>
                <w:rFonts w:eastAsiaTheme="majorEastAsia" w:cs="Times New Roman"/>
                <w:noProof/>
                <w:lang w:val="ru-RU"/>
              </w:rPr>
              <w:t>2. Требования к продукции</w:t>
            </w:r>
            <w:r w:rsidR="00800F0B">
              <w:rPr>
                <w:noProof/>
                <w:webHidden/>
              </w:rPr>
              <w:tab/>
            </w:r>
            <w:r w:rsidR="00800F0B">
              <w:rPr>
                <w:noProof/>
                <w:webHidden/>
              </w:rPr>
              <w:fldChar w:fldCharType="begin"/>
            </w:r>
            <w:r w:rsidR="00800F0B">
              <w:rPr>
                <w:noProof/>
                <w:webHidden/>
              </w:rPr>
              <w:instrText xml:space="preserve"> PAGEREF _Toc243323798 \h </w:instrText>
            </w:r>
            <w:r w:rsidR="00800F0B">
              <w:rPr>
                <w:noProof/>
                <w:webHidden/>
              </w:rPr>
            </w:r>
            <w:r w:rsidR="00800F0B">
              <w:rPr>
                <w:noProof/>
                <w:webHidden/>
              </w:rPr>
              <w:fldChar w:fldCharType="separate"/>
            </w:r>
            <w:r w:rsidR="00800F0B">
              <w:rPr>
                <w:noProof/>
                <w:webHidden/>
              </w:rPr>
              <w:t>4</w:t>
            </w:r>
            <w:r w:rsidR="00800F0B">
              <w:rPr>
                <w:noProof/>
                <w:webHidden/>
              </w:rPr>
              <w:fldChar w:fldCharType="end"/>
            </w:r>
          </w:hyperlink>
        </w:p>
        <w:p w14:paraId="5EA6781E" w14:textId="19ED7DAC" w:rsidR="00800F0B" w:rsidRDefault="00570F40">
          <w:pPr>
            <w:pStyle w:val="2c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val="ru-RU" w:eastAsia="ru-RU"/>
            </w:rPr>
          </w:pPr>
          <w:hyperlink w:anchor="_Toc243323799" w:history="1">
            <w:r w:rsidR="00800F0B" w:rsidRPr="00AA072A">
              <w:rPr>
                <w:rStyle w:val="afff5"/>
                <w:rFonts w:eastAsiaTheme="majorEastAsia" w:cs="Times New Roman"/>
                <w:noProof/>
                <w:lang w:val="ru-RU"/>
              </w:rPr>
              <w:t>2.1. Требования к объемам и срокам поставки</w:t>
            </w:r>
            <w:r w:rsidR="00800F0B">
              <w:rPr>
                <w:noProof/>
                <w:webHidden/>
              </w:rPr>
              <w:tab/>
            </w:r>
            <w:r w:rsidR="00800F0B">
              <w:rPr>
                <w:noProof/>
                <w:webHidden/>
              </w:rPr>
              <w:fldChar w:fldCharType="begin"/>
            </w:r>
            <w:r w:rsidR="00800F0B">
              <w:rPr>
                <w:noProof/>
                <w:webHidden/>
              </w:rPr>
              <w:instrText xml:space="preserve"> PAGEREF _Toc243323799 \h </w:instrText>
            </w:r>
            <w:r w:rsidR="00800F0B">
              <w:rPr>
                <w:noProof/>
                <w:webHidden/>
              </w:rPr>
            </w:r>
            <w:r w:rsidR="00800F0B">
              <w:rPr>
                <w:noProof/>
                <w:webHidden/>
              </w:rPr>
              <w:fldChar w:fldCharType="separate"/>
            </w:r>
            <w:r w:rsidR="00800F0B">
              <w:rPr>
                <w:noProof/>
                <w:webHidden/>
              </w:rPr>
              <w:t>4</w:t>
            </w:r>
            <w:r w:rsidR="00800F0B">
              <w:rPr>
                <w:noProof/>
                <w:webHidden/>
              </w:rPr>
              <w:fldChar w:fldCharType="end"/>
            </w:r>
          </w:hyperlink>
        </w:p>
        <w:p w14:paraId="335B0EA3" w14:textId="3BB2A7F9" w:rsidR="00800F0B" w:rsidRDefault="00570F40">
          <w:pPr>
            <w:pStyle w:val="2c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val="ru-RU" w:eastAsia="ru-RU"/>
            </w:rPr>
          </w:pPr>
          <w:hyperlink w:anchor="_Toc243323800" w:history="1">
            <w:r w:rsidR="00800F0B" w:rsidRPr="00AA072A">
              <w:rPr>
                <w:rStyle w:val="afff5"/>
                <w:rFonts w:eastAsiaTheme="majorEastAsia" w:cs="Times New Roman"/>
                <w:noProof/>
                <w:lang w:val="ru-RU"/>
              </w:rPr>
              <w:t>2.1.1. Перечень и объем закупаемой продукции</w:t>
            </w:r>
            <w:r w:rsidR="00800F0B">
              <w:rPr>
                <w:noProof/>
                <w:webHidden/>
              </w:rPr>
              <w:tab/>
            </w:r>
            <w:r w:rsidR="00800F0B">
              <w:rPr>
                <w:noProof/>
                <w:webHidden/>
              </w:rPr>
              <w:fldChar w:fldCharType="begin"/>
            </w:r>
            <w:r w:rsidR="00800F0B">
              <w:rPr>
                <w:noProof/>
                <w:webHidden/>
              </w:rPr>
              <w:instrText xml:space="preserve"> PAGEREF _Toc243323800 \h </w:instrText>
            </w:r>
            <w:r w:rsidR="00800F0B">
              <w:rPr>
                <w:noProof/>
                <w:webHidden/>
              </w:rPr>
            </w:r>
            <w:r w:rsidR="00800F0B">
              <w:rPr>
                <w:noProof/>
                <w:webHidden/>
              </w:rPr>
              <w:fldChar w:fldCharType="separate"/>
            </w:r>
            <w:r w:rsidR="00800F0B">
              <w:rPr>
                <w:noProof/>
                <w:webHidden/>
              </w:rPr>
              <w:t>4</w:t>
            </w:r>
            <w:r w:rsidR="00800F0B">
              <w:rPr>
                <w:noProof/>
                <w:webHidden/>
              </w:rPr>
              <w:fldChar w:fldCharType="end"/>
            </w:r>
          </w:hyperlink>
        </w:p>
        <w:p w14:paraId="474D40BB" w14:textId="6410F987" w:rsidR="00800F0B" w:rsidRDefault="00570F40">
          <w:pPr>
            <w:pStyle w:val="2c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val="ru-RU" w:eastAsia="ru-RU"/>
            </w:rPr>
          </w:pPr>
          <w:hyperlink w:anchor="_Toc243323801" w:history="1">
            <w:r w:rsidR="00800F0B" w:rsidRPr="00AA072A">
              <w:rPr>
                <w:rStyle w:val="afff5"/>
                <w:rFonts w:eastAsiaTheme="majorEastAsia" w:cs="Times New Roman"/>
                <w:noProof/>
                <w:lang w:val="ru-RU"/>
              </w:rPr>
              <w:t>Таблица 1. Перечень и объем закупаемой продукции</w:t>
            </w:r>
            <w:r w:rsidR="00800F0B">
              <w:rPr>
                <w:noProof/>
                <w:webHidden/>
              </w:rPr>
              <w:tab/>
            </w:r>
            <w:r w:rsidR="00800F0B">
              <w:rPr>
                <w:noProof/>
                <w:webHidden/>
              </w:rPr>
              <w:fldChar w:fldCharType="begin"/>
            </w:r>
            <w:r w:rsidR="00800F0B">
              <w:rPr>
                <w:noProof/>
                <w:webHidden/>
              </w:rPr>
              <w:instrText xml:space="preserve"> PAGEREF _Toc243323801 \h </w:instrText>
            </w:r>
            <w:r w:rsidR="00800F0B">
              <w:rPr>
                <w:noProof/>
                <w:webHidden/>
              </w:rPr>
            </w:r>
            <w:r w:rsidR="00800F0B">
              <w:rPr>
                <w:noProof/>
                <w:webHidden/>
              </w:rPr>
              <w:fldChar w:fldCharType="separate"/>
            </w:r>
            <w:r w:rsidR="00800F0B">
              <w:rPr>
                <w:noProof/>
                <w:webHidden/>
              </w:rPr>
              <w:t>4</w:t>
            </w:r>
            <w:r w:rsidR="00800F0B">
              <w:rPr>
                <w:noProof/>
                <w:webHidden/>
              </w:rPr>
              <w:fldChar w:fldCharType="end"/>
            </w:r>
          </w:hyperlink>
        </w:p>
        <w:p w14:paraId="79B924A4" w14:textId="04E939FA" w:rsidR="00800F0B" w:rsidRDefault="00570F40">
          <w:pPr>
            <w:pStyle w:val="2c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val="ru-RU" w:eastAsia="ru-RU"/>
            </w:rPr>
          </w:pPr>
          <w:hyperlink w:anchor="_Toc243323802" w:history="1">
            <w:r w:rsidR="00800F0B" w:rsidRPr="00AA072A">
              <w:rPr>
                <w:rStyle w:val="afff5"/>
                <w:rFonts w:eastAsiaTheme="majorEastAsia" w:cs="Times New Roman"/>
                <w:noProof/>
                <w:lang w:val="ru-RU"/>
              </w:rPr>
              <w:t>2.1.2. Требования к срокам поставки Товара</w:t>
            </w:r>
            <w:r w:rsidR="00800F0B">
              <w:rPr>
                <w:noProof/>
                <w:webHidden/>
              </w:rPr>
              <w:tab/>
            </w:r>
            <w:r w:rsidR="00800F0B">
              <w:rPr>
                <w:noProof/>
                <w:webHidden/>
              </w:rPr>
              <w:fldChar w:fldCharType="begin"/>
            </w:r>
            <w:r w:rsidR="00800F0B">
              <w:rPr>
                <w:noProof/>
                <w:webHidden/>
              </w:rPr>
              <w:instrText xml:space="preserve"> PAGEREF _Toc243323802 \h </w:instrText>
            </w:r>
            <w:r w:rsidR="00800F0B">
              <w:rPr>
                <w:noProof/>
                <w:webHidden/>
              </w:rPr>
            </w:r>
            <w:r w:rsidR="00800F0B">
              <w:rPr>
                <w:noProof/>
                <w:webHidden/>
              </w:rPr>
              <w:fldChar w:fldCharType="separate"/>
            </w:r>
            <w:r w:rsidR="00800F0B">
              <w:rPr>
                <w:noProof/>
                <w:webHidden/>
              </w:rPr>
              <w:t>5</w:t>
            </w:r>
            <w:r w:rsidR="00800F0B">
              <w:rPr>
                <w:noProof/>
                <w:webHidden/>
              </w:rPr>
              <w:fldChar w:fldCharType="end"/>
            </w:r>
          </w:hyperlink>
        </w:p>
        <w:p w14:paraId="4EBF9832" w14:textId="17248740" w:rsidR="00800F0B" w:rsidRDefault="00570F40">
          <w:pPr>
            <w:pStyle w:val="2c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val="ru-RU" w:eastAsia="ru-RU"/>
            </w:rPr>
          </w:pPr>
          <w:hyperlink w:anchor="_Toc243323803" w:history="1">
            <w:r w:rsidR="00800F0B" w:rsidRPr="00AA072A">
              <w:rPr>
                <w:rStyle w:val="afff5"/>
                <w:rFonts w:eastAsiaTheme="majorEastAsia" w:cs="Times New Roman"/>
                <w:noProof/>
                <w:lang w:val="ru-RU"/>
              </w:rPr>
              <w:t>Таблица 2. Требования к срокам поставки Товара</w:t>
            </w:r>
            <w:r w:rsidR="00800F0B">
              <w:rPr>
                <w:noProof/>
                <w:webHidden/>
              </w:rPr>
              <w:tab/>
            </w:r>
            <w:r w:rsidR="00800F0B">
              <w:rPr>
                <w:noProof/>
                <w:webHidden/>
              </w:rPr>
              <w:fldChar w:fldCharType="begin"/>
            </w:r>
            <w:r w:rsidR="00800F0B">
              <w:rPr>
                <w:noProof/>
                <w:webHidden/>
              </w:rPr>
              <w:instrText xml:space="preserve"> PAGEREF _Toc243323803 \h </w:instrText>
            </w:r>
            <w:r w:rsidR="00800F0B">
              <w:rPr>
                <w:noProof/>
                <w:webHidden/>
              </w:rPr>
            </w:r>
            <w:r w:rsidR="00800F0B">
              <w:rPr>
                <w:noProof/>
                <w:webHidden/>
              </w:rPr>
              <w:fldChar w:fldCharType="separate"/>
            </w:r>
            <w:r w:rsidR="00800F0B">
              <w:rPr>
                <w:noProof/>
                <w:webHidden/>
              </w:rPr>
              <w:t>5</w:t>
            </w:r>
            <w:r w:rsidR="00800F0B">
              <w:rPr>
                <w:noProof/>
                <w:webHidden/>
              </w:rPr>
              <w:fldChar w:fldCharType="end"/>
            </w:r>
          </w:hyperlink>
        </w:p>
        <w:p w14:paraId="273E904E" w14:textId="0C74E14B" w:rsidR="00800F0B" w:rsidRDefault="00570F40">
          <w:pPr>
            <w:pStyle w:val="2c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val="ru-RU" w:eastAsia="ru-RU"/>
            </w:rPr>
          </w:pPr>
          <w:hyperlink w:anchor="_Toc243323804" w:history="1">
            <w:r w:rsidR="00800F0B" w:rsidRPr="00AA072A">
              <w:rPr>
                <w:rStyle w:val="afff5"/>
                <w:rFonts w:eastAsiaTheme="majorEastAsia" w:cs="Times New Roman"/>
                <w:noProof/>
                <w:lang w:val="ru-RU"/>
              </w:rPr>
              <w:t>2.1.3. Требования к качеству продукции</w:t>
            </w:r>
            <w:r w:rsidR="00800F0B">
              <w:rPr>
                <w:noProof/>
                <w:webHidden/>
              </w:rPr>
              <w:tab/>
            </w:r>
            <w:r w:rsidR="00800F0B">
              <w:rPr>
                <w:noProof/>
                <w:webHidden/>
              </w:rPr>
              <w:fldChar w:fldCharType="begin"/>
            </w:r>
            <w:r w:rsidR="00800F0B">
              <w:rPr>
                <w:noProof/>
                <w:webHidden/>
              </w:rPr>
              <w:instrText xml:space="preserve"> PAGEREF _Toc243323804 \h </w:instrText>
            </w:r>
            <w:r w:rsidR="00800F0B">
              <w:rPr>
                <w:noProof/>
                <w:webHidden/>
              </w:rPr>
            </w:r>
            <w:r w:rsidR="00800F0B">
              <w:rPr>
                <w:noProof/>
                <w:webHidden/>
              </w:rPr>
              <w:fldChar w:fldCharType="separate"/>
            </w:r>
            <w:r w:rsidR="00800F0B">
              <w:rPr>
                <w:noProof/>
                <w:webHidden/>
              </w:rPr>
              <w:t>6</w:t>
            </w:r>
            <w:r w:rsidR="00800F0B">
              <w:rPr>
                <w:noProof/>
                <w:webHidden/>
              </w:rPr>
              <w:fldChar w:fldCharType="end"/>
            </w:r>
          </w:hyperlink>
        </w:p>
        <w:p w14:paraId="2632C785" w14:textId="27939A64" w:rsidR="00800F0B" w:rsidRDefault="00570F40">
          <w:pPr>
            <w:pStyle w:val="2c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val="ru-RU" w:eastAsia="ru-RU"/>
            </w:rPr>
          </w:pPr>
          <w:hyperlink w:anchor="_Toc243323805" w:history="1">
            <w:r w:rsidR="00800F0B" w:rsidRPr="00AA072A">
              <w:rPr>
                <w:rStyle w:val="afff5"/>
                <w:rFonts w:eastAsiaTheme="majorEastAsia" w:cs="Times New Roman"/>
                <w:noProof/>
                <w:lang w:val="ru-RU"/>
              </w:rPr>
              <w:t>Таблица 3. Требования к продукции</w:t>
            </w:r>
            <w:r w:rsidR="00800F0B">
              <w:rPr>
                <w:noProof/>
                <w:webHidden/>
              </w:rPr>
              <w:tab/>
            </w:r>
            <w:r w:rsidR="00800F0B">
              <w:rPr>
                <w:noProof/>
                <w:webHidden/>
              </w:rPr>
              <w:fldChar w:fldCharType="begin"/>
            </w:r>
            <w:r w:rsidR="00800F0B">
              <w:rPr>
                <w:noProof/>
                <w:webHidden/>
              </w:rPr>
              <w:instrText xml:space="preserve"> PAGEREF _Toc243323805 \h </w:instrText>
            </w:r>
            <w:r w:rsidR="00800F0B">
              <w:rPr>
                <w:noProof/>
                <w:webHidden/>
              </w:rPr>
            </w:r>
            <w:r w:rsidR="00800F0B">
              <w:rPr>
                <w:noProof/>
                <w:webHidden/>
              </w:rPr>
              <w:fldChar w:fldCharType="separate"/>
            </w:r>
            <w:r w:rsidR="00800F0B">
              <w:rPr>
                <w:noProof/>
                <w:webHidden/>
              </w:rPr>
              <w:t>6</w:t>
            </w:r>
            <w:r w:rsidR="00800F0B">
              <w:rPr>
                <w:noProof/>
                <w:webHidden/>
              </w:rPr>
              <w:fldChar w:fldCharType="end"/>
            </w:r>
          </w:hyperlink>
        </w:p>
        <w:p w14:paraId="051D023A" w14:textId="26080213" w:rsidR="00800F0B" w:rsidRDefault="00570F40">
          <w:pPr>
            <w:pStyle w:val="14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val="ru-RU" w:eastAsia="ru-RU"/>
            </w:rPr>
          </w:pPr>
          <w:hyperlink w:anchor="_Toc243323806" w:history="1">
            <w:r w:rsidR="00800F0B" w:rsidRPr="00AA072A">
              <w:rPr>
                <w:rStyle w:val="afff5"/>
                <w:rFonts w:eastAsiaTheme="majorEastAsia" w:cs="Times New Roman"/>
                <w:noProof/>
                <w:lang w:val="ru-RU"/>
              </w:rPr>
              <w:t>3. Требования к документации по ценообразованию на этапе закупки</w:t>
            </w:r>
            <w:r w:rsidR="00800F0B">
              <w:rPr>
                <w:noProof/>
                <w:webHidden/>
              </w:rPr>
              <w:tab/>
            </w:r>
            <w:r w:rsidR="00800F0B">
              <w:rPr>
                <w:noProof/>
                <w:webHidden/>
              </w:rPr>
              <w:fldChar w:fldCharType="begin"/>
            </w:r>
            <w:r w:rsidR="00800F0B">
              <w:rPr>
                <w:noProof/>
                <w:webHidden/>
              </w:rPr>
              <w:instrText xml:space="preserve"> PAGEREF _Toc243323806 \h </w:instrText>
            </w:r>
            <w:r w:rsidR="00800F0B">
              <w:rPr>
                <w:noProof/>
                <w:webHidden/>
              </w:rPr>
            </w:r>
            <w:r w:rsidR="00800F0B">
              <w:rPr>
                <w:noProof/>
                <w:webHidden/>
              </w:rPr>
              <w:fldChar w:fldCharType="separate"/>
            </w:r>
            <w:r w:rsidR="00800F0B">
              <w:rPr>
                <w:noProof/>
                <w:webHidden/>
              </w:rPr>
              <w:t>7</w:t>
            </w:r>
            <w:r w:rsidR="00800F0B">
              <w:rPr>
                <w:noProof/>
                <w:webHidden/>
              </w:rPr>
              <w:fldChar w:fldCharType="end"/>
            </w:r>
          </w:hyperlink>
        </w:p>
        <w:p w14:paraId="44EB146E" w14:textId="4FBAD0DA" w:rsidR="00800F0B" w:rsidRDefault="00570F40">
          <w:pPr>
            <w:pStyle w:val="2c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val="ru-RU" w:eastAsia="ru-RU"/>
            </w:rPr>
          </w:pPr>
          <w:hyperlink w:anchor="_Toc243323807" w:history="1">
            <w:r w:rsidR="00800F0B" w:rsidRPr="00AA072A">
              <w:rPr>
                <w:rStyle w:val="afff5"/>
                <w:rFonts w:eastAsiaTheme="majorEastAsia" w:cs="Times New Roman"/>
                <w:noProof/>
                <w:lang w:val="ru-RU"/>
              </w:rPr>
              <w:t xml:space="preserve">3.1. </w:t>
            </w:r>
            <w:r w:rsidR="00800F0B" w:rsidRPr="00AA072A">
              <w:rPr>
                <w:rStyle w:val="afff5"/>
                <w:rFonts w:eastAsiaTheme="majorEastAsia" w:cs="Times New Roman"/>
                <w:noProof/>
              </w:rPr>
              <w:t>Начальная максимальная цена</w:t>
            </w:r>
            <w:r w:rsidR="00800F0B">
              <w:rPr>
                <w:noProof/>
                <w:webHidden/>
              </w:rPr>
              <w:tab/>
            </w:r>
            <w:r w:rsidR="00800F0B">
              <w:rPr>
                <w:noProof/>
                <w:webHidden/>
              </w:rPr>
              <w:fldChar w:fldCharType="begin"/>
            </w:r>
            <w:r w:rsidR="00800F0B">
              <w:rPr>
                <w:noProof/>
                <w:webHidden/>
              </w:rPr>
              <w:instrText xml:space="preserve"> PAGEREF _Toc243323807 \h </w:instrText>
            </w:r>
            <w:r w:rsidR="00800F0B">
              <w:rPr>
                <w:noProof/>
                <w:webHidden/>
              </w:rPr>
            </w:r>
            <w:r w:rsidR="00800F0B">
              <w:rPr>
                <w:noProof/>
                <w:webHidden/>
              </w:rPr>
              <w:fldChar w:fldCharType="separate"/>
            </w:r>
            <w:r w:rsidR="00800F0B">
              <w:rPr>
                <w:noProof/>
                <w:webHidden/>
              </w:rPr>
              <w:t>7</w:t>
            </w:r>
            <w:r w:rsidR="00800F0B">
              <w:rPr>
                <w:noProof/>
                <w:webHidden/>
              </w:rPr>
              <w:fldChar w:fldCharType="end"/>
            </w:r>
          </w:hyperlink>
        </w:p>
        <w:p w14:paraId="097BA3FE" w14:textId="3F8ACE62" w:rsidR="00800F0B" w:rsidRDefault="00570F40">
          <w:pPr>
            <w:pStyle w:val="2c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val="ru-RU" w:eastAsia="ru-RU"/>
            </w:rPr>
          </w:pPr>
          <w:hyperlink w:anchor="_Toc243323808" w:history="1">
            <w:r w:rsidR="00800F0B" w:rsidRPr="00AA072A">
              <w:rPr>
                <w:rStyle w:val="afff5"/>
                <w:rFonts w:eastAsiaTheme="majorEastAsia" w:cs="Times New Roman"/>
                <w:noProof/>
                <w:lang w:val="ru-RU"/>
              </w:rPr>
              <w:t>3.2. Технико-коммерческое предложение (ТКП)</w:t>
            </w:r>
            <w:r w:rsidR="00800F0B">
              <w:rPr>
                <w:noProof/>
                <w:webHidden/>
              </w:rPr>
              <w:tab/>
            </w:r>
            <w:r w:rsidR="00800F0B">
              <w:rPr>
                <w:noProof/>
                <w:webHidden/>
              </w:rPr>
              <w:fldChar w:fldCharType="begin"/>
            </w:r>
            <w:r w:rsidR="00800F0B">
              <w:rPr>
                <w:noProof/>
                <w:webHidden/>
              </w:rPr>
              <w:instrText xml:space="preserve"> PAGEREF _Toc243323808 \h </w:instrText>
            </w:r>
            <w:r w:rsidR="00800F0B">
              <w:rPr>
                <w:noProof/>
                <w:webHidden/>
              </w:rPr>
            </w:r>
            <w:r w:rsidR="00800F0B">
              <w:rPr>
                <w:noProof/>
                <w:webHidden/>
              </w:rPr>
              <w:fldChar w:fldCharType="separate"/>
            </w:r>
            <w:r w:rsidR="00800F0B">
              <w:rPr>
                <w:noProof/>
                <w:webHidden/>
              </w:rPr>
              <w:t>7</w:t>
            </w:r>
            <w:r w:rsidR="00800F0B">
              <w:rPr>
                <w:noProof/>
                <w:webHidden/>
              </w:rPr>
              <w:fldChar w:fldCharType="end"/>
            </w:r>
          </w:hyperlink>
        </w:p>
        <w:p w14:paraId="674F0D8E" w14:textId="116E3475" w:rsidR="00800F0B" w:rsidRDefault="00570F40">
          <w:pPr>
            <w:pStyle w:val="2c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val="ru-RU" w:eastAsia="ru-RU"/>
            </w:rPr>
          </w:pPr>
          <w:hyperlink w:anchor="_Toc243323809" w:history="1">
            <w:r w:rsidR="00800F0B" w:rsidRPr="00AA072A">
              <w:rPr>
                <w:rStyle w:val="afff5"/>
                <w:rFonts w:eastAsiaTheme="majorEastAsia" w:cs="Times New Roman"/>
                <w:noProof/>
                <w:lang w:val="ru-RU"/>
              </w:rPr>
              <w:t>3.3. Анкета по форме Приложения № 3 к настоящим Техническим требованиям.</w:t>
            </w:r>
            <w:r w:rsidR="00800F0B">
              <w:rPr>
                <w:noProof/>
                <w:webHidden/>
              </w:rPr>
              <w:tab/>
            </w:r>
            <w:r w:rsidR="00800F0B">
              <w:rPr>
                <w:noProof/>
                <w:webHidden/>
              </w:rPr>
              <w:fldChar w:fldCharType="begin"/>
            </w:r>
            <w:r w:rsidR="00800F0B">
              <w:rPr>
                <w:noProof/>
                <w:webHidden/>
              </w:rPr>
              <w:instrText xml:space="preserve"> PAGEREF _Toc243323809 \h </w:instrText>
            </w:r>
            <w:r w:rsidR="00800F0B">
              <w:rPr>
                <w:noProof/>
                <w:webHidden/>
              </w:rPr>
            </w:r>
            <w:r w:rsidR="00800F0B">
              <w:rPr>
                <w:noProof/>
                <w:webHidden/>
              </w:rPr>
              <w:fldChar w:fldCharType="separate"/>
            </w:r>
            <w:r w:rsidR="00800F0B">
              <w:rPr>
                <w:noProof/>
                <w:webHidden/>
              </w:rPr>
              <w:t>7</w:t>
            </w:r>
            <w:r w:rsidR="00800F0B">
              <w:rPr>
                <w:noProof/>
                <w:webHidden/>
              </w:rPr>
              <w:fldChar w:fldCharType="end"/>
            </w:r>
          </w:hyperlink>
        </w:p>
        <w:p w14:paraId="3641002E" w14:textId="77B41F43" w:rsidR="00800F0B" w:rsidRDefault="00570F40" w:rsidP="00800F0B">
          <w:pPr>
            <w:pStyle w:val="14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val="ru-RU" w:eastAsia="ru-RU"/>
            </w:rPr>
          </w:pPr>
          <w:hyperlink w:anchor="_Toc243323810" w:history="1">
            <w:r w:rsidR="00800F0B" w:rsidRPr="00AA072A">
              <w:rPr>
                <w:rStyle w:val="afff5"/>
                <w:rFonts w:eastAsiaTheme="majorEastAsia" w:cs="Times New Roman"/>
                <w:noProof/>
                <w:lang w:val="ru-RU"/>
              </w:rPr>
              <w:t>4. Требования к документации на этапе заключения договора</w:t>
            </w:r>
            <w:r w:rsidR="00800F0B">
              <w:rPr>
                <w:noProof/>
                <w:webHidden/>
              </w:rPr>
              <w:tab/>
            </w:r>
            <w:r w:rsidR="00800F0B">
              <w:rPr>
                <w:noProof/>
                <w:webHidden/>
              </w:rPr>
              <w:fldChar w:fldCharType="begin"/>
            </w:r>
            <w:r w:rsidR="00800F0B">
              <w:rPr>
                <w:noProof/>
                <w:webHidden/>
              </w:rPr>
              <w:instrText xml:space="preserve"> PAGEREF _Toc243323810 \h </w:instrText>
            </w:r>
            <w:r w:rsidR="00800F0B">
              <w:rPr>
                <w:noProof/>
                <w:webHidden/>
              </w:rPr>
            </w:r>
            <w:r w:rsidR="00800F0B">
              <w:rPr>
                <w:noProof/>
                <w:webHidden/>
              </w:rPr>
              <w:fldChar w:fldCharType="separate"/>
            </w:r>
            <w:r w:rsidR="00800F0B">
              <w:rPr>
                <w:noProof/>
                <w:webHidden/>
              </w:rPr>
              <w:t>7</w:t>
            </w:r>
            <w:r w:rsidR="00800F0B">
              <w:rPr>
                <w:noProof/>
                <w:webHidden/>
              </w:rPr>
              <w:fldChar w:fldCharType="end"/>
            </w:r>
          </w:hyperlink>
        </w:p>
        <w:p w14:paraId="76B0C43E" w14:textId="53A06D22" w:rsidR="00800F0B" w:rsidRDefault="00570F40" w:rsidP="00800F0B">
          <w:pPr>
            <w:pStyle w:val="14"/>
            <w:tabs>
              <w:tab w:val="right" w:leader="dot" w:pos="10195"/>
            </w:tabs>
            <w:ind w:firstLine="284"/>
            <w:rPr>
              <w:rFonts w:asciiTheme="minorHAnsi" w:eastAsiaTheme="minorEastAsia" w:hAnsiTheme="minorHAnsi"/>
              <w:noProof/>
              <w:lang w:val="ru-RU" w:eastAsia="ru-RU"/>
            </w:rPr>
          </w:pPr>
          <w:hyperlink w:anchor="_Toc243323812" w:history="1">
            <w:r w:rsidR="00800F0B" w:rsidRPr="00AA072A">
              <w:rPr>
                <w:rStyle w:val="afff5"/>
                <w:rFonts w:eastAsiaTheme="majorEastAsia" w:cs="Times New Roman"/>
                <w:noProof/>
                <w:lang w:val="ru-RU"/>
              </w:rPr>
              <w:t>Приложение № 1 к Техническим требованиям</w:t>
            </w:r>
            <w:r w:rsidR="00800F0B">
              <w:rPr>
                <w:noProof/>
                <w:webHidden/>
              </w:rPr>
              <w:tab/>
            </w:r>
            <w:r w:rsidR="00800F0B">
              <w:rPr>
                <w:noProof/>
                <w:webHidden/>
              </w:rPr>
              <w:fldChar w:fldCharType="begin"/>
            </w:r>
            <w:r w:rsidR="00800F0B">
              <w:rPr>
                <w:noProof/>
                <w:webHidden/>
              </w:rPr>
              <w:instrText xml:space="preserve"> PAGEREF _Toc243323812 \h </w:instrText>
            </w:r>
            <w:r w:rsidR="00800F0B">
              <w:rPr>
                <w:noProof/>
                <w:webHidden/>
              </w:rPr>
            </w:r>
            <w:r w:rsidR="00800F0B">
              <w:rPr>
                <w:noProof/>
                <w:webHidden/>
              </w:rPr>
              <w:fldChar w:fldCharType="separate"/>
            </w:r>
            <w:r w:rsidR="00800F0B">
              <w:rPr>
                <w:noProof/>
                <w:webHidden/>
              </w:rPr>
              <w:t>8</w:t>
            </w:r>
            <w:r w:rsidR="00800F0B">
              <w:rPr>
                <w:noProof/>
                <w:webHidden/>
              </w:rPr>
              <w:fldChar w:fldCharType="end"/>
            </w:r>
          </w:hyperlink>
        </w:p>
        <w:p w14:paraId="76656F10" w14:textId="4AD0F24F" w:rsidR="00800F0B" w:rsidRDefault="00570F40" w:rsidP="00800F0B">
          <w:pPr>
            <w:pStyle w:val="14"/>
            <w:tabs>
              <w:tab w:val="right" w:leader="dot" w:pos="10195"/>
            </w:tabs>
            <w:ind w:firstLine="284"/>
            <w:rPr>
              <w:rFonts w:asciiTheme="minorHAnsi" w:eastAsiaTheme="minorEastAsia" w:hAnsiTheme="minorHAnsi"/>
              <w:noProof/>
              <w:lang w:val="ru-RU" w:eastAsia="ru-RU"/>
            </w:rPr>
          </w:pPr>
          <w:hyperlink w:anchor="_Toc243323813" w:history="1">
            <w:r w:rsidR="00800F0B" w:rsidRPr="00AA072A">
              <w:rPr>
                <w:rStyle w:val="afff5"/>
                <w:rFonts w:eastAsiaTheme="majorEastAsia" w:cs="Times New Roman"/>
                <w:noProof/>
                <w:lang w:val="ru-RU"/>
              </w:rPr>
              <w:t>Приложение № 2 к Техническим требованиям</w:t>
            </w:r>
            <w:r w:rsidR="00800F0B">
              <w:rPr>
                <w:noProof/>
                <w:webHidden/>
              </w:rPr>
              <w:tab/>
            </w:r>
            <w:r w:rsidR="00800F0B">
              <w:rPr>
                <w:noProof/>
                <w:webHidden/>
              </w:rPr>
              <w:fldChar w:fldCharType="begin"/>
            </w:r>
            <w:r w:rsidR="00800F0B">
              <w:rPr>
                <w:noProof/>
                <w:webHidden/>
              </w:rPr>
              <w:instrText xml:space="preserve"> PAGEREF _Toc243323813 \h </w:instrText>
            </w:r>
            <w:r w:rsidR="00800F0B">
              <w:rPr>
                <w:noProof/>
                <w:webHidden/>
              </w:rPr>
            </w:r>
            <w:r w:rsidR="00800F0B">
              <w:rPr>
                <w:noProof/>
                <w:webHidden/>
              </w:rPr>
              <w:fldChar w:fldCharType="separate"/>
            </w:r>
            <w:r w:rsidR="00800F0B">
              <w:rPr>
                <w:noProof/>
                <w:webHidden/>
              </w:rPr>
              <w:t>10</w:t>
            </w:r>
            <w:r w:rsidR="00800F0B">
              <w:rPr>
                <w:noProof/>
                <w:webHidden/>
              </w:rPr>
              <w:fldChar w:fldCharType="end"/>
            </w:r>
          </w:hyperlink>
        </w:p>
        <w:p w14:paraId="2C62B26C" w14:textId="7633B9A5" w:rsidR="00800F0B" w:rsidRDefault="00570F40" w:rsidP="00800F0B">
          <w:pPr>
            <w:pStyle w:val="14"/>
            <w:tabs>
              <w:tab w:val="right" w:leader="dot" w:pos="10195"/>
            </w:tabs>
            <w:ind w:firstLine="284"/>
            <w:rPr>
              <w:rFonts w:asciiTheme="minorHAnsi" w:eastAsiaTheme="minorEastAsia" w:hAnsiTheme="minorHAnsi"/>
              <w:noProof/>
              <w:lang w:val="ru-RU" w:eastAsia="ru-RU"/>
            </w:rPr>
          </w:pPr>
          <w:hyperlink w:anchor="_Toc243323814" w:history="1">
            <w:r w:rsidR="00800F0B" w:rsidRPr="00AA072A">
              <w:rPr>
                <w:rStyle w:val="afff5"/>
                <w:rFonts w:eastAsiaTheme="majorEastAsia" w:cs="Times New Roman"/>
                <w:noProof/>
              </w:rPr>
              <w:t>Приложение № 3 к Техническим требованиям</w:t>
            </w:r>
            <w:r w:rsidR="00800F0B">
              <w:rPr>
                <w:noProof/>
                <w:webHidden/>
              </w:rPr>
              <w:tab/>
            </w:r>
            <w:r w:rsidR="00800F0B">
              <w:rPr>
                <w:noProof/>
                <w:webHidden/>
              </w:rPr>
              <w:fldChar w:fldCharType="begin"/>
            </w:r>
            <w:r w:rsidR="00800F0B">
              <w:rPr>
                <w:noProof/>
                <w:webHidden/>
              </w:rPr>
              <w:instrText xml:space="preserve"> PAGEREF _Toc243323814 \h </w:instrText>
            </w:r>
            <w:r w:rsidR="00800F0B">
              <w:rPr>
                <w:noProof/>
                <w:webHidden/>
              </w:rPr>
            </w:r>
            <w:r w:rsidR="00800F0B">
              <w:rPr>
                <w:noProof/>
                <w:webHidden/>
              </w:rPr>
              <w:fldChar w:fldCharType="separate"/>
            </w:r>
            <w:r w:rsidR="00800F0B">
              <w:rPr>
                <w:noProof/>
                <w:webHidden/>
              </w:rPr>
              <w:t>15</w:t>
            </w:r>
            <w:r w:rsidR="00800F0B">
              <w:rPr>
                <w:noProof/>
                <w:webHidden/>
              </w:rPr>
              <w:fldChar w:fldCharType="end"/>
            </w:r>
          </w:hyperlink>
        </w:p>
        <w:p w14:paraId="4ECF3CEA" w14:textId="27382B61" w:rsidR="00884866" w:rsidRDefault="00884866">
          <w:r>
            <w:rPr>
              <w:b/>
              <w:bCs/>
            </w:rPr>
            <w:fldChar w:fldCharType="end"/>
          </w:r>
        </w:p>
      </w:sdtContent>
    </w:sdt>
    <w:p w14:paraId="6A3A920E" w14:textId="77777777" w:rsidR="00AA4997" w:rsidRPr="008650BF" w:rsidRDefault="006D59CB">
      <w:pPr>
        <w:rPr>
          <w:lang w:val="ru-RU"/>
        </w:rPr>
      </w:pPr>
      <w:r w:rsidRPr="008650BF">
        <w:rPr>
          <w:lang w:val="ru-RU"/>
        </w:rPr>
        <w:br w:type="page"/>
      </w:r>
    </w:p>
    <w:p w14:paraId="64021666" w14:textId="77777777" w:rsidR="00AA4997" w:rsidRPr="00884866" w:rsidRDefault="006D59CB" w:rsidP="004B4F14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0" w:name="_Toc243323794"/>
      <w:r w:rsidRPr="00884866">
        <w:rPr>
          <w:rFonts w:ascii="Times New Roman" w:hAnsi="Times New Roman" w:cs="Times New Roman"/>
          <w:color w:val="auto"/>
        </w:rPr>
        <w:lastRenderedPageBreak/>
        <w:t>1. Общие сведения</w:t>
      </w:r>
      <w:bookmarkEnd w:id="0"/>
    </w:p>
    <w:p w14:paraId="3F2235CD" w14:textId="77777777" w:rsidR="00AA4997" w:rsidRPr="005C37D0" w:rsidRDefault="006D59CB" w:rsidP="00884866">
      <w:pPr>
        <w:pStyle w:val="21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Toc243323795"/>
      <w:r w:rsidRPr="005C37D0">
        <w:rPr>
          <w:rFonts w:ascii="Times New Roman" w:hAnsi="Times New Roman" w:cs="Times New Roman"/>
          <w:color w:val="auto"/>
          <w:sz w:val="24"/>
          <w:szCs w:val="24"/>
        </w:rPr>
        <w:t>1.1. Обозначения и сокращения</w:t>
      </w:r>
      <w:bookmarkEnd w:id="1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554"/>
        <w:gridCol w:w="6520"/>
      </w:tblGrid>
      <w:tr w:rsidR="00AA4997" w:rsidRPr="008650BF" w14:paraId="2C7530A5" w14:textId="77777777" w:rsidTr="004B4F14">
        <w:trPr>
          <w:jc w:val="center"/>
        </w:trPr>
        <w:tc>
          <w:tcPr>
            <w:tcW w:w="3554" w:type="dxa"/>
            <w:shd w:val="clear" w:color="auto" w:fill="D9D9D9"/>
          </w:tcPr>
          <w:p w14:paraId="1E76BEC9" w14:textId="77777777" w:rsidR="00AA4997" w:rsidRPr="008650BF" w:rsidRDefault="006D59CB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b/>
                <w:sz w:val="20"/>
              </w:rPr>
              <w:t>Термин</w:t>
            </w:r>
          </w:p>
        </w:tc>
        <w:tc>
          <w:tcPr>
            <w:tcW w:w="6520" w:type="dxa"/>
            <w:shd w:val="clear" w:color="auto" w:fill="D9D9D9"/>
          </w:tcPr>
          <w:p w14:paraId="4C81D92B" w14:textId="77777777" w:rsidR="00AA4997" w:rsidRPr="008650BF" w:rsidRDefault="006D59CB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b/>
                <w:sz w:val="20"/>
              </w:rPr>
              <w:t>Определение</w:t>
            </w:r>
          </w:p>
        </w:tc>
      </w:tr>
      <w:tr w:rsidR="00AA4997" w:rsidRPr="00570F40" w14:paraId="4778B9B4" w14:textId="77777777" w:rsidTr="004B4F14">
        <w:trPr>
          <w:jc w:val="center"/>
        </w:trPr>
        <w:tc>
          <w:tcPr>
            <w:tcW w:w="3554" w:type="dxa"/>
          </w:tcPr>
          <w:p w14:paraId="26D8049B" w14:textId="77777777" w:rsidR="00AA4997" w:rsidRPr="008650BF" w:rsidRDefault="006D59CB">
            <w:pPr>
              <w:spacing w:before="40" w:after="40"/>
              <w:rPr>
                <w:rFonts w:cs="Times New Roman"/>
              </w:rPr>
            </w:pPr>
            <w:r w:rsidRPr="008650BF">
              <w:rPr>
                <w:rFonts w:cs="Times New Roman"/>
                <w:sz w:val="20"/>
              </w:rPr>
              <w:t>Артикул производителя</w:t>
            </w:r>
          </w:p>
        </w:tc>
        <w:tc>
          <w:tcPr>
            <w:tcW w:w="6520" w:type="dxa"/>
          </w:tcPr>
          <w:p w14:paraId="48357FE8" w14:textId="77777777" w:rsidR="00AA4997" w:rsidRPr="008650BF" w:rsidRDefault="006D59CB" w:rsidP="00570F40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20"/>
                <w:lang w:val="ru-RU"/>
              </w:rPr>
              <w:t>Сочетание букв, цифр, символов, которое однозначно определяет производителя, модель, страну и дату изготовления товара</w:t>
            </w:r>
          </w:p>
        </w:tc>
      </w:tr>
      <w:tr w:rsidR="00AA4997" w:rsidRPr="00570F40" w14:paraId="6C733547" w14:textId="77777777" w:rsidTr="004B4F14">
        <w:trPr>
          <w:jc w:val="center"/>
        </w:trPr>
        <w:tc>
          <w:tcPr>
            <w:tcW w:w="3554" w:type="dxa"/>
          </w:tcPr>
          <w:p w14:paraId="7D7900BC" w14:textId="77777777" w:rsidR="00AA4997" w:rsidRPr="008650BF" w:rsidRDefault="006D59CB">
            <w:pPr>
              <w:spacing w:before="40" w:after="40"/>
              <w:rPr>
                <w:rFonts w:cs="Times New Roman"/>
              </w:rPr>
            </w:pPr>
            <w:r w:rsidRPr="008650BF">
              <w:rPr>
                <w:rFonts w:cs="Times New Roman"/>
                <w:sz w:val="20"/>
              </w:rPr>
              <w:t>Заказчик</w:t>
            </w:r>
          </w:p>
        </w:tc>
        <w:tc>
          <w:tcPr>
            <w:tcW w:w="6520" w:type="dxa"/>
          </w:tcPr>
          <w:p w14:paraId="261E1E0A" w14:textId="77777777" w:rsidR="00AA4997" w:rsidRPr="008650BF" w:rsidRDefault="006D59CB" w:rsidP="00570F40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20"/>
                <w:lang w:val="ru-RU"/>
              </w:rPr>
              <w:t>Публичное акционерное общество «Федеральная гидрогенерирующая компания – РусГидро» (ПАО «РусГидро»)</w:t>
            </w:r>
          </w:p>
        </w:tc>
      </w:tr>
      <w:tr w:rsidR="00AA4997" w:rsidRPr="00570F40" w14:paraId="3A3A2521" w14:textId="77777777" w:rsidTr="004B4F14">
        <w:trPr>
          <w:jc w:val="center"/>
        </w:trPr>
        <w:tc>
          <w:tcPr>
            <w:tcW w:w="3554" w:type="dxa"/>
          </w:tcPr>
          <w:p w14:paraId="1ACFE838" w14:textId="77777777" w:rsidR="00AA4997" w:rsidRPr="008650BF" w:rsidRDefault="006D59CB">
            <w:pPr>
              <w:spacing w:before="40" w:after="40"/>
              <w:rPr>
                <w:rFonts w:cs="Times New Roman"/>
              </w:rPr>
            </w:pPr>
            <w:r w:rsidRPr="008650BF">
              <w:rPr>
                <w:rFonts w:cs="Times New Roman"/>
                <w:sz w:val="20"/>
              </w:rPr>
              <w:t>Комплектующие для ПК</w:t>
            </w:r>
          </w:p>
        </w:tc>
        <w:tc>
          <w:tcPr>
            <w:tcW w:w="6520" w:type="dxa"/>
          </w:tcPr>
          <w:p w14:paraId="350C76E6" w14:textId="77777777" w:rsidR="00AA4997" w:rsidRPr="008650BF" w:rsidRDefault="006D59CB" w:rsidP="00570F40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20"/>
                <w:lang w:val="ru-RU"/>
              </w:rPr>
              <w:t>Основные компоненты, входящие в состав системного блока персонального компьютера</w:t>
            </w:r>
          </w:p>
        </w:tc>
      </w:tr>
      <w:tr w:rsidR="00AA4997" w:rsidRPr="00570F40" w14:paraId="76BF24CA" w14:textId="77777777" w:rsidTr="004B4F14">
        <w:trPr>
          <w:jc w:val="center"/>
        </w:trPr>
        <w:tc>
          <w:tcPr>
            <w:tcW w:w="3554" w:type="dxa"/>
          </w:tcPr>
          <w:p w14:paraId="63AF3914" w14:textId="77777777" w:rsidR="00AA4997" w:rsidRPr="008650BF" w:rsidRDefault="006D59CB">
            <w:pPr>
              <w:spacing w:before="40" w:after="40"/>
              <w:rPr>
                <w:rFonts w:cs="Times New Roman"/>
              </w:rPr>
            </w:pPr>
            <w:r w:rsidRPr="008650BF">
              <w:rPr>
                <w:rFonts w:cs="Times New Roman"/>
                <w:sz w:val="20"/>
              </w:rPr>
              <w:t>Периферийные устройства для ПК</w:t>
            </w:r>
          </w:p>
        </w:tc>
        <w:tc>
          <w:tcPr>
            <w:tcW w:w="6520" w:type="dxa"/>
          </w:tcPr>
          <w:p w14:paraId="542DA927" w14:textId="77777777" w:rsidR="00AA4997" w:rsidRPr="008650BF" w:rsidRDefault="006D59CB" w:rsidP="00570F40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20"/>
                <w:lang w:val="ru-RU"/>
              </w:rPr>
              <w:t>Аппаратура, которая позволяет вводить информацию в компьютер или выводить её из него</w:t>
            </w:r>
          </w:p>
        </w:tc>
      </w:tr>
      <w:tr w:rsidR="00AA4997" w:rsidRPr="00570F40" w14:paraId="5F67A3B0" w14:textId="77777777" w:rsidTr="004B4F14">
        <w:trPr>
          <w:jc w:val="center"/>
        </w:trPr>
        <w:tc>
          <w:tcPr>
            <w:tcW w:w="3554" w:type="dxa"/>
          </w:tcPr>
          <w:p w14:paraId="1DF3619B" w14:textId="77777777" w:rsidR="00AA4997" w:rsidRPr="008650BF" w:rsidRDefault="006D59CB">
            <w:pPr>
              <w:spacing w:before="40" w:after="40"/>
              <w:rPr>
                <w:rFonts w:cs="Times New Roman"/>
              </w:rPr>
            </w:pPr>
            <w:r w:rsidRPr="008650BF">
              <w:rPr>
                <w:rFonts w:cs="Times New Roman"/>
                <w:sz w:val="20"/>
              </w:rPr>
              <w:t>Поставщик (он же – Исполнитель)</w:t>
            </w:r>
          </w:p>
        </w:tc>
        <w:tc>
          <w:tcPr>
            <w:tcW w:w="6520" w:type="dxa"/>
          </w:tcPr>
          <w:p w14:paraId="1CF4337A" w14:textId="77777777" w:rsidR="00AA4997" w:rsidRPr="008650BF" w:rsidRDefault="006D59CB" w:rsidP="00570F40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20"/>
                <w:lang w:val="ru-RU"/>
              </w:rPr>
              <w:t>Участник закупки, получивший право заключения договора</w:t>
            </w:r>
          </w:p>
        </w:tc>
      </w:tr>
      <w:tr w:rsidR="00AA4997" w:rsidRPr="00570F40" w14:paraId="1763B29A" w14:textId="77777777" w:rsidTr="004B4F14">
        <w:trPr>
          <w:jc w:val="center"/>
        </w:trPr>
        <w:tc>
          <w:tcPr>
            <w:tcW w:w="3554" w:type="dxa"/>
          </w:tcPr>
          <w:p w14:paraId="25FF8502" w14:textId="77777777" w:rsidR="00AA4997" w:rsidRPr="008650BF" w:rsidRDefault="006D59CB">
            <w:pPr>
              <w:spacing w:before="40" w:after="40"/>
              <w:rPr>
                <w:rFonts w:cs="Times New Roman"/>
              </w:rPr>
            </w:pPr>
            <w:r w:rsidRPr="008650BF">
              <w:rPr>
                <w:rFonts w:cs="Times New Roman"/>
                <w:sz w:val="20"/>
              </w:rPr>
              <w:t>Расходные материалы для оргтехники</w:t>
            </w:r>
          </w:p>
        </w:tc>
        <w:tc>
          <w:tcPr>
            <w:tcW w:w="6520" w:type="dxa"/>
          </w:tcPr>
          <w:p w14:paraId="569E710C" w14:textId="77777777" w:rsidR="00AA4997" w:rsidRPr="008650BF" w:rsidRDefault="006D59CB" w:rsidP="00570F40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20"/>
                <w:lang w:val="ru-RU"/>
              </w:rPr>
              <w:t>Группа компонентов, необходимых для функционирования оргтехники</w:t>
            </w:r>
          </w:p>
        </w:tc>
      </w:tr>
      <w:tr w:rsidR="00AA4997" w:rsidRPr="00570F40" w14:paraId="2BC611FA" w14:textId="77777777" w:rsidTr="004B4F14">
        <w:trPr>
          <w:jc w:val="center"/>
        </w:trPr>
        <w:tc>
          <w:tcPr>
            <w:tcW w:w="3554" w:type="dxa"/>
          </w:tcPr>
          <w:p w14:paraId="66C77E3B" w14:textId="77777777" w:rsidR="00AA4997" w:rsidRPr="008650BF" w:rsidRDefault="006D59CB">
            <w:pPr>
              <w:spacing w:before="40" w:after="40"/>
              <w:rPr>
                <w:rFonts w:cs="Times New Roman"/>
              </w:rPr>
            </w:pPr>
            <w:r w:rsidRPr="008650BF">
              <w:rPr>
                <w:rFonts w:cs="Times New Roman"/>
                <w:sz w:val="20"/>
              </w:rPr>
              <w:t>Участник закупки</w:t>
            </w:r>
          </w:p>
        </w:tc>
        <w:tc>
          <w:tcPr>
            <w:tcW w:w="6520" w:type="dxa"/>
          </w:tcPr>
          <w:p w14:paraId="0E4297CB" w14:textId="77777777" w:rsidR="00AA4997" w:rsidRPr="008650BF" w:rsidRDefault="006D59CB" w:rsidP="00570F40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20"/>
                <w:lang w:val="ru-RU"/>
              </w:rPr>
              <w:t>Юридическое или физическое лицо, подавшее заявку на участие в закупке</w:t>
            </w:r>
          </w:p>
        </w:tc>
      </w:tr>
      <w:tr w:rsidR="00AA4997" w:rsidRPr="00570F40" w14:paraId="5B01F6FD" w14:textId="77777777" w:rsidTr="004B4F14">
        <w:trPr>
          <w:jc w:val="center"/>
        </w:trPr>
        <w:tc>
          <w:tcPr>
            <w:tcW w:w="3554" w:type="dxa"/>
          </w:tcPr>
          <w:p w14:paraId="68AC6561" w14:textId="77777777" w:rsidR="00AA4997" w:rsidRPr="008650BF" w:rsidRDefault="006D59CB">
            <w:pPr>
              <w:spacing w:before="40" w:after="40"/>
              <w:rPr>
                <w:rFonts w:cs="Times New Roman"/>
              </w:rPr>
            </w:pPr>
            <w:r w:rsidRPr="008650BF">
              <w:rPr>
                <w:rFonts w:cs="Times New Roman"/>
                <w:sz w:val="20"/>
              </w:rPr>
              <w:t>РЭП</w:t>
            </w:r>
          </w:p>
        </w:tc>
        <w:tc>
          <w:tcPr>
            <w:tcW w:w="6520" w:type="dxa"/>
          </w:tcPr>
          <w:p w14:paraId="38BA37F8" w14:textId="77777777" w:rsidR="00AA4997" w:rsidRPr="008650BF" w:rsidRDefault="006D59CB" w:rsidP="00570F40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20"/>
                <w:lang w:val="ru-RU"/>
              </w:rPr>
              <w:t>Реестр российской радиоэлектронной продукции (Постановление Правительства РФ от 10.07.2019 № 878)</w:t>
            </w:r>
          </w:p>
        </w:tc>
      </w:tr>
      <w:tr w:rsidR="00AA4997" w:rsidRPr="008650BF" w14:paraId="21C5B8DA" w14:textId="77777777" w:rsidTr="004B4F14">
        <w:trPr>
          <w:jc w:val="center"/>
        </w:trPr>
        <w:tc>
          <w:tcPr>
            <w:tcW w:w="3554" w:type="dxa"/>
          </w:tcPr>
          <w:p w14:paraId="756D3634" w14:textId="77777777" w:rsidR="00AA4997" w:rsidRPr="008650BF" w:rsidRDefault="006D59CB">
            <w:pPr>
              <w:spacing w:before="40" w:after="40"/>
              <w:rPr>
                <w:rFonts w:cs="Times New Roman"/>
              </w:rPr>
            </w:pPr>
            <w:r w:rsidRPr="008650BF">
              <w:rPr>
                <w:rFonts w:cs="Times New Roman"/>
                <w:sz w:val="20"/>
              </w:rPr>
              <w:t>ЕАЭС</w:t>
            </w:r>
          </w:p>
        </w:tc>
        <w:tc>
          <w:tcPr>
            <w:tcW w:w="6520" w:type="dxa"/>
          </w:tcPr>
          <w:p w14:paraId="79C5511D" w14:textId="77777777" w:rsidR="00AA4997" w:rsidRPr="008650BF" w:rsidRDefault="006D59CB" w:rsidP="00570F40">
            <w:pPr>
              <w:spacing w:before="40" w:after="40"/>
              <w:jc w:val="both"/>
              <w:rPr>
                <w:rFonts w:cs="Times New Roman"/>
              </w:rPr>
            </w:pPr>
            <w:r w:rsidRPr="008650BF">
              <w:rPr>
                <w:rFonts w:cs="Times New Roman"/>
                <w:sz w:val="20"/>
              </w:rPr>
              <w:t>Евразийский экономический союз</w:t>
            </w:r>
          </w:p>
        </w:tc>
      </w:tr>
      <w:tr w:rsidR="00AA4997" w:rsidRPr="00570F40" w14:paraId="0F4D474F" w14:textId="77777777" w:rsidTr="004B4F14">
        <w:trPr>
          <w:jc w:val="center"/>
        </w:trPr>
        <w:tc>
          <w:tcPr>
            <w:tcW w:w="3554" w:type="dxa"/>
          </w:tcPr>
          <w:p w14:paraId="39514BA7" w14:textId="77777777" w:rsidR="00AA4997" w:rsidRPr="008650BF" w:rsidRDefault="006D59CB">
            <w:pPr>
              <w:spacing w:before="40" w:after="40"/>
              <w:rPr>
                <w:rFonts w:cs="Times New Roman"/>
              </w:rPr>
            </w:pPr>
            <w:r w:rsidRPr="008650BF">
              <w:rPr>
                <w:rFonts w:cs="Times New Roman"/>
                <w:sz w:val="20"/>
              </w:rPr>
              <w:t>ПП РФ № 878</w:t>
            </w:r>
          </w:p>
        </w:tc>
        <w:tc>
          <w:tcPr>
            <w:tcW w:w="6520" w:type="dxa"/>
          </w:tcPr>
          <w:p w14:paraId="7ED011F1" w14:textId="77777777" w:rsidR="00AA4997" w:rsidRPr="008650BF" w:rsidRDefault="006D59CB" w:rsidP="00570F40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20"/>
                <w:lang w:val="ru-RU"/>
              </w:rPr>
              <w:t>Постановление Правительства РФ от 10.07.2019 № 878 «О мерах стимулирования производства радиоэлектронной продукции на территории Российской Федерации»</w:t>
            </w:r>
          </w:p>
        </w:tc>
      </w:tr>
    </w:tbl>
    <w:p w14:paraId="22B565D0" w14:textId="77777777" w:rsidR="00AA4997" w:rsidRPr="004B4F14" w:rsidRDefault="006D59CB" w:rsidP="00884866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2" w:name="_Toc243323796"/>
      <w:r w:rsidRPr="004B4F14">
        <w:rPr>
          <w:rFonts w:ascii="Times New Roman" w:hAnsi="Times New Roman" w:cs="Times New Roman"/>
          <w:color w:val="auto"/>
          <w:sz w:val="24"/>
          <w:szCs w:val="24"/>
          <w:lang w:val="ru-RU"/>
        </w:rPr>
        <w:t>1.2. Наименование закупаемой продукции</w:t>
      </w:r>
      <w:bookmarkEnd w:id="2"/>
    </w:p>
    <w:p w14:paraId="240F9450" w14:textId="77777777" w:rsidR="00AA4997" w:rsidRPr="00884866" w:rsidRDefault="006D59CB">
      <w:pPr>
        <w:spacing w:after="80"/>
        <w:ind w:firstLine="567"/>
        <w:jc w:val="both"/>
        <w:rPr>
          <w:rFonts w:cs="Times New Roman"/>
          <w:sz w:val="24"/>
          <w:szCs w:val="24"/>
          <w:lang w:val="ru-RU"/>
        </w:rPr>
      </w:pPr>
      <w:r w:rsidRPr="00884866">
        <w:rPr>
          <w:rFonts w:cs="Times New Roman"/>
          <w:sz w:val="24"/>
          <w:szCs w:val="24"/>
          <w:lang w:val="ru-RU"/>
        </w:rPr>
        <w:t>ОКПД2 46.51.10.110 Поставка расходных материалов для копировальной и оргтехники, комплектующих и периферийных устройств для персональных компьютеров для нужд филиала ПАО «РусГидро» – «КорУнГ» в г. Красноярске (далее по тексту – «Товар»).</w:t>
      </w:r>
    </w:p>
    <w:p w14:paraId="04B979F0" w14:textId="77777777" w:rsidR="00AA4997" w:rsidRPr="004B4F14" w:rsidRDefault="006D59CB" w:rsidP="00884866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3" w:name="_Toc243323797"/>
      <w:r w:rsidRPr="004B4F14">
        <w:rPr>
          <w:rFonts w:ascii="Times New Roman" w:hAnsi="Times New Roman" w:cs="Times New Roman"/>
          <w:color w:val="auto"/>
          <w:sz w:val="24"/>
          <w:szCs w:val="24"/>
          <w:lang w:val="ru-RU"/>
        </w:rPr>
        <w:t>1.3. Цель поставки Товара</w:t>
      </w:r>
      <w:bookmarkEnd w:id="3"/>
    </w:p>
    <w:p w14:paraId="5A879A7E" w14:textId="77777777" w:rsidR="00AA4997" w:rsidRPr="00884866" w:rsidRDefault="006D59CB">
      <w:pPr>
        <w:spacing w:after="80"/>
        <w:ind w:firstLine="567"/>
        <w:jc w:val="both"/>
        <w:rPr>
          <w:rFonts w:cs="Times New Roman"/>
          <w:sz w:val="24"/>
          <w:szCs w:val="24"/>
          <w:lang w:val="ru-RU"/>
        </w:rPr>
      </w:pPr>
      <w:r w:rsidRPr="00884866">
        <w:rPr>
          <w:rFonts w:cs="Times New Roman"/>
          <w:sz w:val="24"/>
          <w:szCs w:val="24"/>
          <w:lang w:val="ru-RU"/>
        </w:rPr>
        <w:t>Обеспечение бесперебойного функционирования копировальной и оргтехники, а также компьютерной техники филиала ПАО «РусГидро» – «КорУнГ» в г. Красноярске путём своевременного пополнения запасов расходных материалов, запасных частей, комплектующих и периферийных устройств</w:t>
      </w:r>
      <w:r w:rsidR="008650BF" w:rsidRPr="00884866">
        <w:rPr>
          <w:rFonts w:cs="Times New Roman"/>
          <w:sz w:val="24"/>
          <w:szCs w:val="24"/>
          <w:lang w:val="ru-RU"/>
        </w:rPr>
        <w:t xml:space="preserve"> и компьютерной техники</w:t>
      </w:r>
      <w:r w:rsidRPr="00884866">
        <w:rPr>
          <w:rFonts w:cs="Times New Roman"/>
          <w:sz w:val="24"/>
          <w:szCs w:val="24"/>
          <w:lang w:val="ru-RU"/>
        </w:rPr>
        <w:t>.</w:t>
      </w:r>
    </w:p>
    <w:p w14:paraId="1F3EB75B" w14:textId="77777777" w:rsidR="00AA4997" w:rsidRPr="008650BF" w:rsidRDefault="006D59CB">
      <w:pPr>
        <w:rPr>
          <w:rFonts w:cs="Times New Roman"/>
          <w:lang w:val="ru-RU"/>
        </w:rPr>
      </w:pPr>
      <w:r w:rsidRPr="008650BF">
        <w:rPr>
          <w:rFonts w:cs="Times New Roman"/>
          <w:lang w:val="ru-RU"/>
        </w:rPr>
        <w:br w:type="page"/>
      </w:r>
    </w:p>
    <w:p w14:paraId="440CE0E5" w14:textId="77777777" w:rsidR="00AA4997" w:rsidRPr="00884866" w:rsidRDefault="006D59CB" w:rsidP="004B4F14">
      <w:pPr>
        <w:pStyle w:val="1"/>
        <w:jc w:val="center"/>
        <w:rPr>
          <w:rFonts w:ascii="Times New Roman" w:hAnsi="Times New Roman" w:cs="Times New Roman"/>
          <w:color w:val="auto"/>
          <w:lang w:val="ru-RU"/>
        </w:rPr>
      </w:pPr>
      <w:bookmarkStart w:id="4" w:name="_Toc243323798"/>
      <w:r w:rsidRPr="00884866">
        <w:rPr>
          <w:rFonts w:ascii="Times New Roman" w:hAnsi="Times New Roman" w:cs="Times New Roman"/>
          <w:color w:val="auto"/>
          <w:lang w:val="ru-RU"/>
        </w:rPr>
        <w:lastRenderedPageBreak/>
        <w:t>2. Требования к продукции</w:t>
      </w:r>
      <w:bookmarkEnd w:id="4"/>
    </w:p>
    <w:p w14:paraId="3D1C8BEE" w14:textId="77777777" w:rsidR="00AA4997" w:rsidRPr="00721B0C" w:rsidRDefault="006D59CB" w:rsidP="00884866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5" w:name="_Toc243323799"/>
      <w:r w:rsidRPr="00721B0C">
        <w:rPr>
          <w:rFonts w:ascii="Times New Roman" w:hAnsi="Times New Roman" w:cs="Times New Roman"/>
          <w:color w:val="auto"/>
          <w:sz w:val="24"/>
          <w:szCs w:val="24"/>
          <w:lang w:val="ru-RU"/>
        </w:rPr>
        <w:t>2.1. Требования к объемам и срокам поставки</w:t>
      </w:r>
      <w:bookmarkEnd w:id="5"/>
    </w:p>
    <w:p w14:paraId="0B310208" w14:textId="77777777" w:rsidR="00AA4997" w:rsidRPr="00721B0C" w:rsidRDefault="006D59CB" w:rsidP="00884866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6" w:name="_Toc243323800"/>
      <w:r w:rsidRPr="00721B0C">
        <w:rPr>
          <w:rFonts w:ascii="Times New Roman" w:hAnsi="Times New Roman" w:cs="Times New Roman"/>
          <w:color w:val="auto"/>
          <w:sz w:val="24"/>
          <w:szCs w:val="24"/>
          <w:lang w:val="ru-RU"/>
        </w:rPr>
        <w:t>2.1.1. Перечень и объем закупаемой продукции</w:t>
      </w:r>
      <w:bookmarkEnd w:id="6"/>
    </w:p>
    <w:p w14:paraId="722794D7" w14:textId="77777777" w:rsidR="00AA4997" w:rsidRPr="004B4F14" w:rsidRDefault="006D59CB" w:rsidP="00884866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7" w:name="_Toc243323801"/>
      <w:r w:rsidRPr="004B4F14">
        <w:rPr>
          <w:rFonts w:ascii="Times New Roman" w:hAnsi="Times New Roman" w:cs="Times New Roman"/>
          <w:color w:val="auto"/>
          <w:sz w:val="24"/>
          <w:szCs w:val="24"/>
          <w:lang w:val="ru-RU"/>
        </w:rPr>
        <w:t>Таблица 1. Перечень и объем закупаемой продукции</w:t>
      </w:r>
      <w:bookmarkEnd w:id="7"/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3"/>
        <w:gridCol w:w="2863"/>
        <w:gridCol w:w="4253"/>
        <w:gridCol w:w="1275"/>
        <w:gridCol w:w="896"/>
      </w:tblGrid>
      <w:tr w:rsidR="004D526F" w:rsidRPr="008650BF" w14:paraId="5602741F" w14:textId="77777777" w:rsidTr="004B4F14">
        <w:trPr>
          <w:jc w:val="center"/>
        </w:trPr>
        <w:tc>
          <w:tcPr>
            <w:tcW w:w="823" w:type="dxa"/>
            <w:shd w:val="clear" w:color="auto" w:fill="D9D9D9"/>
          </w:tcPr>
          <w:p w14:paraId="7385F530" w14:textId="77777777" w:rsidR="004D526F" w:rsidRPr="008650BF" w:rsidRDefault="004D526F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b/>
                <w:sz w:val="20"/>
              </w:rPr>
              <w:t>№ п/п</w:t>
            </w:r>
          </w:p>
        </w:tc>
        <w:tc>
          <w:tcPr>
            <w:tcW w:w="2863" w:type="dxa"/>
            <w:shd w:val="clear" w:color="auto" w:fill="D9D9D9"/>
          </w:tcPr>
          <w:p w14:paraId="751C20A7" w14:textId="77777777" w:rsidR="004D526F" w:rsidRPr="008650BF" w:rsidRDefault="004D526F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b/>
                <w:sz w:val="20"/>
              </w:rPr>
              <w:t>Наименование продукции</w:t>
            </w:r>
          </w:p>
        </w:tc>
        <w:tc>
          <w:tcPr>
            <w:tcW w:w="4253" w:type="dxa"/>
            <w:shd w:val="clear" w:color="auto" w:fill="D9D9D9"/>
          </w:tcPr>
          <w:p w14:paraId="531DAE5D" w14:textId="77777777" w:rsidR="004D526F" w:rsidRPr="008650BF" w:rsidRDefault="004D526F">
            <w:pPr>
              <w:spacing w:before="40" w:after="40"/>
              <w:jc w:val="center"/>
              <w:rPr>
                <w:rFonts w:cs="Times New Roman"/>
              </w:rPr>
            </w:pPr>
            <w:r w:rsidRPr="004D526F">
              <w:rPr>
                <w:rFonts w:cs="Times New Roman"/>
                <w:b/>
                <w:sz w:val="20"/>
              </w:rPr>
              <w:t>Ориентир: марка, модель, характеристики</w:t>
            </w:r>
          </w:p>
        </w:tc>
        <w:tc>
          <w:tcPr>
            <w:tcW w:w="1275" w:type="dxa"/>
            <w:shd w:val="clear" w:color="auto" w:fill="D9D9D9"/>
          </w:tcPr>
          <w:p w14:paraId="34B6FDD4" w14:textId="77777777" w:rsidR="004D526F" w:rsidRPr="004D526F" w:rsidRDefault="004D526F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b/>
                <w:sz w:val="20"/>
                <w:lang w:val="ru-RU"/>
              </w:rPr>
              <w:t>Единица измерения</w:t>
            </w:r>
          </w:p>
        </w:tc>
        <w:tc>
          <w:tcPr>
            <w:tcW w:w="896" w:type="dxa"/>
            <w:shd w:val="clear" w:color="auto" w:fill="D9D9D9"/>
          </w:tcPr>
          <w:p w14:paraId="6B3471E6" w14:textId="77777777" w:rsidR="004D526F" w:rsidRDefault="004D526F">
            <w:pPr>
              <w:spacing w:before="40" w:after="40"/>
              <w:jc w:val="center"/>
              <w:rPr>
                <w:rFonts w:cs="Times New Roman"/>
                <w:b/>
                <w:sz w:val="20"/>
                <w:lang w:val="ru-RU"/>
              </w:rPr>
            </w:pPr>
            <w:r>
              <w:rPr>
                <w:rFonts w:cs="Times New Roman"/>
                <w:b/>
                <w:sz w:val="20"/>
                <w:lang w:val="ru-RU"/>
              </w:rPr>
              <w:t>Количество</w:t>
            </w:r>
          </w:p>
        </w:tc>
      </w:tr>
      <w:tr w:rsidR="004D526F" w:rsidRPr="008650BF" w14:paraId="2967A9B3" w14:textId="77777777" w:rsidTr="004B4F14">
        <w:trPr>
          <w:jc w:val="center"/>
        </w:trPr>
        <w:tc>
          <w:tcPr>
            <w:tcW w:w="823" w:type="dxa"/>
            <w:shd w:val="clear" w:color="auto" w:fill="F2F2F2"/>
          </w:tcPr>
          <w:p w14:paraId="372DB4EF" w14:textId="77777777" w:rsidR="004D526F" w:rsidRPr="008650BF" w:rsidRDefault="004D526F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b/>
                <w:sz w:val="18"/>
              </w:rPr>
              <w:t>1</w:t>
            </w:r>
          </w:p>
        </w:tc>
        <w:tc>
          <w:tcPr>
            <w:tcW w:w="2863" w:type="dxa"/>
            <w:shd w:val="clear" w:color="auto" w:fill="F2F2F2"/>
          </w:tcPr>
          <w:p w14:paraId="6F830F56" w14:textId="77777777" w:rsidR="004D526F" w:rsidRPr="008650BF" w:rsidRDefault="004D526F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b/>
                <w:sz w:val="18"/>
              </w:rPr>
              <w:t>2</w:t>
            </w:r>
          </w:p>
        </w:tc>
        <w:tc>
          <w:tcPr>
            <w:tcW w:w="4253" w:type="dxa"/>
            <w:shd w:val="clear" w:color="auto" w:fill="F2F2F2"/>
          </w:tcPr>
          <w:p w14:paraId="11F04045" w14:textId="77777777" w:rsidR="004D526F" w:rsidRPr="008650BF" w:rsidRDefault="004D526F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b/>
                <w:sz w:val="18"/>
              </w:rPr>
              <w:t>3</w:t>
            </w:r>
          </w:p>
        </w:tc>
        <w:tc>
          <w:tcPr>
            <w:tcW w:w="1275" w:type="dxa"/>
            <w:shd w:val="clear" w:color="auto" w:fill="F2F2F2"/>
          </w:tcPr>
          <w:p w14:paraId="48DE4B71" w14:textId="77777777" w:rsidR="004D526F" w:rsidRPr="008650BF" w:rsidRDefault="004D526F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b/>
                <w:sz w:val="18"/>
              </w:rPr>
              <w:t>4</w:t>
            </w:r>
          </w:p>
        </w:tc>
        <w:tc>
          <w:tcPr>
            <w:tcW w:w="896" w:type="dxa"/>
            <w:shd w:val="clear" w:color="auto" w:fill="F2F2F2"/>
          </w:tcPr>
          <w:p w14:paraId="1301069E" w14:textId="77777777" w:rsidR="004D526F" w:rsidRPr="004D526F" w:rsidRDefault="004D526F">
            <w:pPr>
              <w:spacing w:before="40" w:after="40"/>
              <w:jc w:val="center"/>
              <w:rPr>
                <w:rFonts w:cs="Times New Roman"/>
                <w:b/>
                <w:sz w:val="18"/>
                <w:lang w:val="ru-RU"/>
              </w:rPr>
            </w:pPr>
            <w:r>
              <w:rPr>
                <w:rFonts w:cs="Times New Roman"/>
                <w:b/>
                <w:sz w:val="18"/>
                <w:lang w:val="ru-RU"/>
              </w:rPr>
              <w:t>5</w:t>
            </w:r>
          </w:p>
        </w:tc>
      </w:tr>
      <w:tr w:rsidR="000E4655" w:rsidRPr="00570F40" w14:paraId="10FA6712" w14:textId="77777777" w:rsidTr="004B4F14">
        <w:trPr>
          <w:trHeight w:val="271"/>
          <w:jc w:val="center"/>
        </w:trPr>
        <w:tc>
          <w:tcPr>
            <w:tcW w:w="823" w:type="dxa"/>
          </w:tcPr>
          <w:p w14:paraId="08E60AC0" w14:textId="77777777" w:rsidR="000E4655" w:rsidRPr="008650BF" w:rsidRDefault="000E4655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1</w:t>
            </w:r>
          </w:p>
        </w:tc>
        <w:tc>
          <w:tcPr>
            <w:tcW w:w="9287" w:type="dxa"/>
            <w:gridSpan w:val="4"/>
          </w:tcPr>
          <w:p w14:paraId="7A6F0AB3" w14:textId="6B232883" w:rsidR="000E4655" w:rsidRPr="004D526F" w:rsidRDefault="000E4655" w:rsidP="00570F40">
            <w:pPr>
              <w:jc w:val="both"/>
              <w:rPr>
                <w:rFonts w:cs="Times New Roman"/>
                <w:sz w:val="18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>ОКПД2 46.51.10.110 Поставка расходных материалов для копировальной и оргтехники, комплектующих и периферийных устройств для персональных компьютеров для нужд филиала ПАО «РусГидро» – «КорУнГ» в г. Красноярске</w:t>
            </w:r>
          </w:p>
        </w:tc>
      </w:tr>
      <w:tr w:rsidR="000E4655" w:rsidRPr="008650BF" w14:paraId="5B8FC270" w14:textId="77777777" w:rsidTr="004B4F14">
        <w:trPr>
          <w:trHeight w:val="270"/>
          <w:jc w:val="center"/>
        </w:trPr>
        <w:tc>
          <w:tcPr>
            <w:tcW w:w="823" w:type="dxa"/>
          </w:tcPr>
          <w:p w14:paraId="31EB0D60" w14:textId="10C63435" w:rsidR="000E4655" w:rsidRPr="000E4655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1.1.</w:t>
            </w:r>
          </w:p>
        </w:tc>
        <w:tc>
          <w:tcPr>
            <w:tcW w:w="2863" w:type="dxa"/>
          </w:tcPr>
          <w:p w14:paraId="216CEB3A" w14:textId="33B25D3E" w:rsidR="000E4655" w:rsidRPr="008650BF" w:rsidRDefault="000E4655" w:rsidP="00C67277">
            <w:pPr>
              <w:rPr>
                <w:rFonts w:cs="Times New Roman"/>
                <w:sz w:val="18"/>
              </w:rPr>
            </w:pPr>
            <w:r w:rsidRPr="008650BF">
              <w:rPr>
                <w:rFonts w:cs="Times New Roman"/>
                <w:sz w:val="18"/>
              </w:rPr>
              <w:t>Батарейка CR2032</w:t>
            </w:r>
          </w:p>
        </w:tc>
        <w:tc>
          <w:tcPr>
            <w:tcW w:w="4253" w:type="dxa"/>
          </w:tcPr>
          <w:p w14:paraId="6A88D141" w14:textId="4E7E155F" w:rsidR="000E4655" w:rsidRPr="000E4655" w:rsidRDefault="000E4655" w:rsidP="00570F40">
            <w:pPr>
              <w:jc w:val="both"/>
              <w:rPr>
                <w:rFonts w:cs="Times New Roman"/>
                <w:sz w:val="18"/>
                <w:lang w:val="ru-RU"/>
              </w:rPr>
            </w:pPr>
            <w:r w:rsidRPr="008650BF">
              <w:rPr>
                <w:rFonts w:cs="Times New Roman"/>
                <w:sz w:val="18"/>
              </w:rPr>
              <w:t xml:space="preserve">Duracell, GP, Smartbuy (литиевые, 3V). </w:t>
            </w:r>
            <w:r w:rsidRPr="008650BF">
              <w:rPr>
                <w:rFonts w:cs="Times New Roman"/>
                <w:sz w:val="18"/>
                <w:lang w:val="ru-RU"/>
              </w:rPr>
              <w:t xml:space="preserve">Требования к аналогу: литиевые </w:t>
            </w:r>
            <w:r w:rsidRPr="008650BF">
              <w:rPr>
                <w:rFonts w:cs="Times New Roman"/>
                <w:sz w:val="18"/>
              </w:rPr>
              <w:t>CR</w:t>
            </w:r>
            <w:r w:rsidRPr="008650BF">
              <w:rPr>
                <w:rFonts w:cs="Times New Roman"/>
                <w:sz w:val="18"/>
                <w:lang w:val="ru-RU"/>
              </w:rPr>
              <w:t>2032, 3</w:t>
            </w:r>
            <w:r w:rsidRPr="008650BF">
              <w:rPr>
                <w:rFonts w:cs="Times New Roman"/>
                <w:sz w:val="18"/>
              </w:rPr>
              <w:t>V</w:t>
            </w:r>
            <w:r w:rsidRPr="008650BF">
              <w:rPr>
                <w:rFonts w:cs="Times New Roman"/>
                <w:sz w:val="18"/>
                <w:lang w:val="ru-RU"/>
              </w:rPr>
              <w:t>, срок годности не менее 5 лет</w:t>
            </w:r>
          </w:p>
        </w:tc>
        <w:tc>
          <w:tcPr>
            <w:tcW w:w="1275" w:type="dxa"/>
          </w:tcPr>
          <w:p w14:paraId="1DD0ABDE" w14:textId="46E3F4A9" w:rsidR="000E4655" w:rsidRPr="008650BF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</w:rPr>
            </w:pPr>
            <w:r w:rsidRPr="008650BF">
              <w:rPr>
                <w:rFonts w:cs="Times New Roman"/>
                <w:sz w:val="18"/>
              </w:rPr>
              <w:t>шт</w:t>
            </w:r>
          </w:p>
        </w:tc>
        <w:tc>
          <w:tcPr>
            <w:tcW w:w="896" w:type="dxa"/>
          </w:tcPr>
          <w:p w14:paraId="695E23C9" w14:textId="15BCEEB5" w:rsidR="000E4655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30</w:t>
            </w:r>
          </w:p>
        </w:tc>
      </w:tr>
      <w:tr w:rsidR="000E4655" w:rsidRPr="008650BF" w14:paraId="7842B408" w14:textId="77777777" w:rsidTr="004B4F14">
        <w:trPr>
          <w:jc w:val="center"/>
        </w:trPr>
        <w:tc>
          <w:tcPr>
            <w:tcW w:w="823" w:type="dxa"/>
          </w:tcPr>
          <w:p w14:paraId="7150E2B2" w14:textId="6586E749" w:rsidR="000E4655" w:rsidRPr="000E4655" w:rsidRDefault="000E4655" w:rsidP="000E4655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</w:t>
            </w:r>
            <w:r w:rsidRPr="008650BF">
              <w:rPr>
                <w:rFonts w:cs="Times New Roman"/>
                <w:sz w:val="18"/>
              </w:rPr>
              <w:t>2</w:t>
            </w:r>
            <w:r>
              <w:rPr>
                <w:rFonts w:cs="Times New Roman"/>
                <w:sz w:val="18"/>
                <w:lang w:val="ru-RU"/>
              </w:rPr>
              <w:t>.</w:t>
            </w:r>
          </w:p>
        </w:tc>
        <w:tc>
          <w:tcPr>
            <w:tcW w:w="2863" w:type="dxa"/>
          </w:tcPr>
          <w:p w14:paraId="4715B99B" w14:textId="77777777" w:rsidR="000E4655" w:rsidRPr="008650BF" w:rsidRDefault="000E4655" w:rsidP="00C67277">
            <w:pPr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Wi-Fi адаптер USB</w:t>
            </w:r>
          </w:p>
        </w:tc>
        <w:tc>
          <w:tcPr>
            <w:tcW w:w="4253" w:type="dxa"/>
          </w:tcPr>
          <w:p w14:paraId="277E3B5D" w14:textId="77777777" w:rsidR="000E4655" w:rsidRPr="008650BF" w:rsidRDefault="000E4655" w:rsidP="00570F40">
            <w:pPr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</w:rPr>
              <w:t>D</w:t>
            </w:r>
            <w:r w:rsidRPr="008650BF">
              <w:rPr>
                <w:rFonts w:cs="Times New Roman"/>
                <w:sz w:val="18"/>
                <w:lang w:val="ru-RU"/>
              </w:rPr>
              <w:t>-</w:t>
            </w:r>
            <w:r w:rsidRPr="008650BF">
              <w:rPr>
                <w:rFonts w:cs="Times New Roman"/>
                <w:sz w:val="18"/>
              </w:rPr>
              <w:t>Link</w:t>
            </w:r>
            <w:r w:rsidRPr="008650BF">
              <w:rPr>
                <w:rFonts w:cs="Times New Roman"/>
                <w:sz w:val="18"/>
                <w:lang w:val="ru-RU"/>
              </w:rPr>
              <w:t xml:space="preserve"> </w:t>
            </w:r>
            <w:r w:rsidRPr="008650BF">
              <w:rPr>
                <w:rFonts w:cs="Times New Roman"/>
                <w:sz w:val="18"/>
              </w:rPr>
              <w:t>DWA</w:t>
            </w:r>
            <w:r w:rsidRPr="008650BF">
              <w:rPr>
                <w:rFonts w:cs="Times New Roman"/>
                <w:sz w:val="18"/>
                <w:lang w:val="ru-RU"/>
              </w:rPr>
              <w:t xml:space="preserve">-131. Требования к аналогу: </w:t>
            </w:r>
            <w:r w:rsidRPr="008650BF">
              <w:rPr>
                <w:rFonts w:cs="Times New Roman"/>
                <w:sz w:val="18"/>
              </w:rPr>
              <w:t>USB</w:t>
            </w:r>
            <w:r w:rsidRPr="008650BF">
              <w:rPr>
                <w:rFonts w:cs="Times New Roman"/>
                <w:sz w:val="18"/>
                <w:lang w:val="ru-RU"/>
              </w:rPr>
              <w:t xml:space="preserve"> 2.0, стандарт </w:t>
            </w:r>
            <w:r w:rsidRPr="008650BF">
              <w:rPr>
                <w:rFonts w:cs="Times New Roman"/>
                <w:sz w:val="18"/>
              </w:rPr>
              <w:t>N</w:t>
            </w:r>
            <w:r w:rsidRPr="008650BF">
              <w:rPr>
                <w:rFonts w:cs="Times New Roman"/>
                <w:sz w:val="18"/>
                <w:lang w:val="ru-RU"/>
              </w:rPr>
              <w:t xml:space="preserve">300, поддержка </w:t>
            </w:r>
            <w:r w:rsidRPr="008650BF">
              <w:rPr>
                <w:rFonts w:cs="Times New Roman"/>
                <w:sz w:val="18"/>
              </w:rPr>
              <w:t>Windows</w:t>
            </w:r>
            <w:r w:rsidRPr="008650BF">
              <w:rPr>
                <w:rFonts w:cs="Times New Roman"/>
                <w:sz w:val="18"/>
                <w:lang w:val="ru-RU"/>
              </w:rPr>
              <w:t xml:space="preserve"> 11</w:t>
            </w:r>
          </w:p>
        </w:tc>
        <w:tc>
          <w:tcPr>
            <w:tcW w:w="1275" w:type="dxa"/>
          </w:tcPr>
          <w:p w14:paraId="30B82046" w14:textId="77777777" w:rsidR="000E4655" w:rsidRPr="008650BF" w:rsidRDefault="000E4655" w:rsidP="000E4655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шт</w:t>
            </w:r>
          </w:p>
        </w:tc>
        <w:tc>
          <w:tcPr>
            <w:tcW w:w="896" w:type="dxa"/>
          </w:tcPr>
          <w:p w14:paraId="22BAEDD4" w14:textId="77777777" w:rsidR="000E4655" w:rsidRPr="004D526F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5</w:t>
            </w:r>
          </w:p>
        </w:tc>
      </w:tr>
      <w:tr w:rsidR="000E4655" w:rsidRPr="008650BF" w14:paraId="068E2FC8" w14:textId="77777777" w:rsidTr="004B4F14">
        <w:trPr>
          <w:jc w:val="center"/>
        </w:trPr>
        <w:tc>
          <w:tcPr>
            <w:tcW w:w="823" w:type="dxa"/>
          </w:tcPr>
          <w:p w14:paraId="320184D4" w14:textId="37CE386B" w:rsidR="000E4655" w:rsidRPr="000E4655" w:rsidRDefault="000E4655" w:rsidP="000E4655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</w:t>
            </w:r>
            <w:r w:rsidRPr="008650BF">
              <w:rPr>
                <w:rFonts w:cs="Times New Roman"/>
                <w:sz w:val="18"/>
              </w:rPr>
              <w:t>3</w:t>
            </w:r>
            <w:r>
              <w:rPr>
                <w:rFonts w:cs="Times New Roman"/>
                <w:sz w:val="18"/>
                <w:lang w:val="ru-RU"/>
              </w:rPr>
              <w:t>.</w:t>
            </w:r>
          </w:p>
        </w:tc>
        <w:tc>
          <w:tcPr>
            <w:tcW w:w="2863" w:type="dxa"/>
          </w:tcPr>
          <w:p w14:paraId="7F517E78" w14:textId="77777777" w:rsidR="000E4655" w:rsidRPr="008650BF" w:rsidRDefault="000E4655" w:rsidP="00C67277">
            <w:pPr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Коврик для мыши</w:t>
            </w:r>
          </w:p>
        </w:tc>
        <w:tc>
          <w:tcPr>
            <w:tcW w:w="4253" w:type="dxa"/>
          </w:tcPr>
          <w:p w14:paraId="746DD067" w14:textId="77777777" w:rsidR="000E4655" w:rsidRPr="008650BF" w:rsidRDefault="000E4655" w:rsidP="00570F40">
            <w:pPr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</w:rPr>
              <w:t>A</w:t>
            </w:r>
            <w:r w:rsidRPr="008650BF">
              <w:rPr>
                <w:rFonts w:cs="Times New Roman"/>
                <w:sz w:val="18"/>
                <w:lang w:val="ru-RU"/>
              </w:rPr>
              <w:t>4</w:t>
            </w:r>
            <w:r w:rsidRPr="008650BF">
              <w:rPr>
                <w:rFonts w:cs="Times New Roman"/>
                <w:sz w:val="18"/>
              </w:rPr>
              <w:t>Tech</w:t>
            </w:r>
            <w:r w:rsidRPr="008650BF">
              <w:rPr>
                <w:rFonts w:cs="Times New Roman"/>
                <w:sz w:val="18"/>
                <w:lang w:val="ru-RU"/>
              </w:rPr>
              <w:t xml:space="preserve"> </w:t>
            </w:r>
            <w:r w:rsidRPr="008650BF">
              <w:rPr>
                <w:rFonts w:cs="Times New Roman"/>
                <w:sz w:val="18"/>
              </w:rPr>
              <w:t>X</w:t>
            </w:r>
            <w:r w:rsidRPr="008650BF">
              <w:rPr>
                <w:rFonts w:cs="Times New Roman"/>
                <w:sz w:val="18"/>
                <w:lang w:val="ru-RU"/>
              </w:rPr>
              <w:t>7-200</w:t>
            </w:r>
            <w:r w:rsidRPr="008650BF">
              <w:rPr>
                <w:rFonts w:cs="Times New Roman"/>
                <w:sz w:val="18"/>
              </w:rPr>
              <w:t>MP</w:t>
            </w:r>
            <w:r w:rsidRPr="008650BF">
              <w:rPr>
                <w:rFonts w:cs="Times New Roman"/>
                <w:sz w:val="18"/>
                <w:lang w:val="ru-RU"/>
              </w:rPr>
              <w:t>. Требования к аналогу: ткань, 250×200 мм, толщина 2–4 мм</w:t>
            </w:r>
          </w:p>
        </w:tc>
        <w:tc>
          <w:tcPr>
            <w:tcW w:w="1275" w:type="dxa"/>
          </w:tcPr>
          <w:p w14:paraId="33E107B7" w14:textId="77777777" w:rsidR="000E4655" w:rsidRPr="008650BF" w:rsidRDefault="000E4655" w:rsidP="000E4655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шт</w:t>
            </w:r>
          </w:p>
        </w:tc>
        <w:tc>
          <w:tcPr>
            <w:tcW w:w="896" w:type="dxa"/>
          </w:tcPr>
          <w:p w14:paraId="5AF1BA8A" w14:textId="77777777" w:rsidR="000E4655" w:rsidRPr="004D526F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10</w:t>
            </w:r>
          </w:p>
        </w:tc>
      </w:tr>
      <w:tr w:rsidR="000E4655" w:rsidRPr="008650BF" w14:paraId="0607B867" w14:textId="77777777" w:rsidTr="004B4F14">
        <w:trPr>
          <w:jc w:val="center"/>
        </w:trPr>
        <w:tc>
          <w:tcPr>
            <w:tcW w:w="823" w:type="dxa"/>
          </w:tcPr>
          <w:p w14:paraId="17CBB17F" w14:textId="67BECCC0" w:rsidR="000E4655" w:rsidRPr="000E4655" w:rsidRDefault="000E4655" w:rsidP="000E4655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</w:t>
            </w:r>
            <w:r w:rsidRPr="008650BF">
              <w:rPr>
                <w:rFonts w:cs="Times New Roman"/>
                <w:sz w:val="18"/>
              </w:rPr>
              <w:t>4</w:t>
            </w:r>
            <w:r>
              <w:rPr>
                <w:rFonts w:cs="Times New Roman"/>
                <w:sz w:val="18"/>
                <w:lang w:val="ru-RU"/>
              </w:rPr>
              <w:t>.</w:t>
            </w:r>
          </w:p>
        </w:tc>
        <w:tc>
          <w:tcPr>
            <w:tcW w:w="2863" w:type="dxa"/>
          </w:tcPr>
          <w:p w14:paraId="7C65248F" w14:textId="77777777" w:rsidR="000E4655" w:rsidRPr="008650BF" w:rsidRDefault="000E4655" w:rsidP="00C67277">
            <w:pPr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Сетевой фильтр 1.8 м</w:t>
            </w:r>
          </w:p>
        </w:tc>
        <w:tc>
          <w:tcPr>
            <w:tcW w:w="4253" w:type="dxa"/>
          </w:tcPr>
          <w:p w14:paraId="4F387078" w14:textId="77777777" w:rsidR="000E4655" w:rsidRPr="008650BF" w:rsidRDefault="000E4655" w:rsidP="00570F40">
            <w:pPr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</w:rPr>
              <w:t>Buro</w:t>
            </w:r>
            <w:r w:rsidRPr="008650BF">
              <w:rPr>
                <w:rFonts w:cs="Times New Roman"/>
                <w:sz w:val="18"/>
                <w:lang w:val="ru-RU"/>
              </w:rPr>
              <w:t xml:space="preserve"> 600</w:t>
            </w:r>
            <w:r w:rsidRPr="008650BF">
              <w:rPr>
                <w:rFonts w:cs="Times New Roman"/>
                <w:sz w:val="18"/>
              </w:rPr>
              <w:t>SH</w:t>
            </w:r>
            <w:r w:rsidRPr="008650BF">
              <w:rPr>
                <w:rFonts w:cs="Times New Roman"/>
                <w:sz w:val="18"/>
                <w:lang w:val="ru-RU"/>
              </w:rPr>
              <w:t>-16-1.8-</w:t>
            </w:r>
            <w:r w:rsidRPr="008650BF">
              <w:rPr>
                <w:rFonts w:cs="Times New Roman"/>
                <w:sz w:val="18"/>
              </w:rPr>
              <w:t>B</w:t>
            </w:r>
            <w:r w:rsidRPr="008650BF">
              <w:rPr>
                <w:rFonts w:cs="Times New Roman"/>
                <w:sz w:val="18"/>
                <w:lang w:val="ru-RU"/>
              </w:rPr>
              <w:t>. Требования к аналогу: 6 розеток, 1.8 м, макс. нагрузка ≥2200 ВА</w:t>
            </w:r>
          </w:p>
        </w:tc>
        <w:tc>
          <w:tcPr>
            <w:tcW w:w="1275" w:type="dxa"/>
          </w:tcPr>
          <w:p w14:paraId="433F8270" w14:textId="77777777" w:rsidR="000E4655" w:rsidRPr="008650BF" w:rsidRDefault="000E4655" w:rsidP="000E4655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шт</w:t>
            </w:r>
          </w:p>
        </w:tc>
        <w:tc>
          <w:tcPr>
            <w:tcW w:w="896" w:type="dxa"/>
          </w:tcPr>
          <w:p w14:paraId="767BCA2B" w14:textId="77777777" w:rsidR="000E4655" w:rsidRPr="004D526F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5</w:t>
            </w:r>
          </w:p>
        </w:tc>
      </w:tr>
      <w:tr w:rsidR="000E4655" w:rsidRPr="008650BF" w14:paraId="200CB23A" w14:textId="77777777" w:rsidTr="004B4F14">
        <w:trPr>
          <w:jc w:val="center"/>
        </w:trPr>
        <w:tc>
          <w:tcPr>
            <w:tcW w:w="823" w:type="dxa"/>
          </w:tcPr>
          <w:p w14:paraId="713A06BB" w14:textId="14A7DE22" w:rsidR="000E4655" w:rsidRPr="000E4655" w:rsidRDefault="000E4655" w:rsidP="000E4655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</w:t>
            </w:r>
            <w:r w:rsidRPr="008650BF">
              <w:rPr>
                <w:rFonts w:cs="Times New Roman"/>
                <w:sz w:val="18"/>
              </w:rPr>
              <w:t>5</w:t>
            </w:r>
            <w:r>
              <w:rPr>
                <w:rFonts w:cs="Times New Roman"/>
                <w:sz w:val="18"/>
                <w:lang w:val="ru-RU"/>
              </w:rPr>
              <w:t>.</w:t>
            </w:r>
          </w:p>
        </w:tc>
        <w:tc>
          <w:tcPr>
            <w:tcW w:w="2863" w:type="dxa"/>
          </w:tcPr>
          <w:p w14:paraId="5A21206E" w14:textId="77777777" w:rsidR="000E4655" w:rsidRPr="008650BF" w:rsidRDefault="000E4655" w:rsidP="00C67277">
            <w:pPr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Сетевой фильтр 3 м</w:t>
            </w:r>
          </w:p>
        </w:tc>
        <w:tc>
          <w:tcPr>
            <w:tcW w:w="4253" w:type="dxa"/>
          </w:tcPr>
          <w:p w14:paraId="43E5F666" w14:textId="77777777" w:rsidR="000E4655" w:rsidRPr="008650BF" w:rsidRDefault="000E4655" w:rsidP="00570F40">
            <w:pPr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</w:rPr>
              <w:t>Buro</w:t>
            </w:r>
            <w:r w:rsidRPr="008650BF">
              <w:rPr>
                <w:rFonts w:cs="Times New Roman"/>
                <w:sz w:val="18"/>
                <w:lang w:val="ru-RU"/>
              </w:rPr>
              <w:t xml:space="preserve"> 600</w:t>
            </w:r>
            <w:r w:rsidRPr="008650BF">
              <w:rPr>
                <w:rFonts w:cs="Times New Roman"/>
                <w:sz w:val="18"/>
              </w:rPr>
              <w:t>SH</w:t>
            </w:r>
            <w:r w:rsidRPr="008650BF">
              <w:rPr>
                <w:rFonts w:cs="Times New Roman"/>
                <w:sz w:val="18"/>
                <w:lang w:val="ru-RU"/>
              </w:rPr>
              <w:t>-16-3-</w:t>
            </w:r>
            <w:r w:rsidRPr="008650BF">
              <w:rPr>
                <w:rFonts w:cs="Times New Roman"/>
                <w:sz w:val="18"/>
              </w:rPr>
              <w:t>B</w:t>
            </w:r>
            <w:r w:rsidRPr="008650BF">
              <w:rPr>
                <w:rFonts w:cs="Times New Roman"/>
                <w:sz w:val="18"/>
                <w:lang w:val="ru-RU"/>
              </w:rPr>
              <w:t>. Требования к аналогу: 6 розеток, 3 м, макс. нагрузка ≥2200 ВА</w:t>
            </w:r>
          </w:p>
        </w:tc>
        <w:tc>
          <w:tcPr>
            <w:tcW w:w="1275" w:type="dxa"/>
          </w:tcPr>
          <w:p w14:paraId="682A8A1C" w14:textId="77777777" w:rsidR="000E4655" w:rsidRPr="008650BF" w:rsidRDefault="000E4655" w:rsidP="000E4655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шт</w:t>
            </w:r>
          </w:p>
        </w:tc>
        <w:tc>
          <w:tcPr>
            <w:tcW w:w="896" w:type="dxa"/>
          </w:tcPr>
          <w:p w14:paraId="430132F5" w14:textId="77777777" w:rsidR="000E4655" w:rsidRPr="004D526F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5</w:t>
            </w:r>
          </w:p>
        </w:tc>
      </w:tr>
      <w:tr w:rsidR="000E4655" w:rsidRPr="008650BF" w14:paraId="7B0CDF77" w14:textId="77777777" w:rsidTr="004B4F14">
        <w:trPr>
          <w:jc w:val="center"/>
        </w:trPr>
        <w:tc>
          <w:tcPr>
            <w:tcW w:w="823" w:type="dxa"/>
          </w:tcPr>
          <w:p w14:paraId="221E3104" w14:textId="69082956" w:rsidR="000E4655" w:rsidRPr="000E4655" w:rsidRDefault="000E4655" w:rsidP="000E4655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</w:t>
            </w:r>
            <w:r w:rsidRPr="008650BF">
              <w:rPr>
                <w:rFonts w:cs="Times New Roman"/>
                <w:sz w:val="18"/>
              </w:rPr>
              <w:t>6</w:t>
            </w:r>
            <w:r>
              <w:rPr>
                <w:rFonts w:cs="Times New Roman"/>
                <w:sz w:val="18"/>
                <w:lang w:val="ru-RU"/>
              </w:rPr>
              <w:t>.</w:t>
            </w:r>
          </w:p>
        </w:tc>
        <w:tc>
          <w:tcPr>
            <w:tcW w:w="2863" w:type="dxa"/>
          </w:tcPr>
          <w:p w14:paraId="7B4B270A" w14:textId="77777777" w:rsidR="000E4655" w:rsidRPr="008650BF" w:rsidRDefault="000E4655" w:rsidP="00C67277">
            <w:pPr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Блок питания Lenovo T480</w:t>
            </w:r>
          </w:p>
        </w:tc>
        <w:tc>
          <w:tcPr>
            <w:tcW w:w="4253" w:type="dxa"/>
          </w:tcPr>
          <w:p w14:paraId="0D259A81" w14:textId="77777777" w:rsidR="000E4655" w:rsidRPr="008650BF" w:rsidRDefault="000E4655" w:rsidP="00570F40">
            <w:pPr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</w:rPr>
              <w:t xml:space="preserve">Оригинал Lenovo 65W USB-C. </w:t>
            </w:r>
            <w:r w:rsidRPr="008650BF">
              <w:rPr>
                <w:rFonts w:cs="Times New Roman"/>
                <w:sz w:val="18"/>
                <w:lang w:val="ru-RU"/>
              </w:rPr>
              <w:t>Требования к аналогу: 20</w:t>
            </w:r>
            <w:r w:rsidRPr="008650BF">
              <w:rPr>
                <w:rFonts w:cs="Times New Roman"/>
                <w:sz w:val="18"/>
              </w:rPr>
              <w:t>V</w:t>
            </w:r>
            <w:r w:rsidRPr="008650BF">
              <w:rPr>
                <w:rFonts w:cs="Times New Roman"/>
                <w:sz w:val="18"/>
                <w:lang w:val="ru-RU"/>
              </w:rPr>
              <w:t>, 3.25</w:t>
            </w:r>
            <w:r w:rsidRPr="008650BF">
              <w:rPr>
                <w:rFonts w:cs="Times New Roman"/>
                <w:sz w:val="18"/>
              </w:rPr>
              <w:t>A</w:t>
            </w:r>
            <w:r w:rsidRPr="008650BF">
              <w:rPr>
                <w:rFonts w:cs="Times New Roman"/>
                <w:sz w:val="18"/>
                <w:lang w:val="ru-RU"/>
              </w:rPr>
              <w:t xml:space="preserve">, </w:t>
            </w:r>
            <w:r w:rsidRPr="008650BF">
              <w:rPr>
                <w:rFonts w:cs="Times New Roman"/>
                <w:sz w:val="18"/>
              </w:rPr>
              <w:t>USB</w:t>
            </w:r>
            <w:r w:rsidRPr="008650BF">
              <w:rPr>
                <w:rFonts w:cs="Times New Roman"/>
                <w:sz w:val="18"/>
                <w:lang w:val="ru-RU"/>
              </w:rPr>
              <w:t>-</w:t>
            </w:r>
            <w:r w:rsidRPr="008650BF">
              <w:rPr>
                <w:rFonts w:cs="Times New Roman"/>
                <w:sz w:val="18"/>
              </w:rPr>
              <w:t>C</w:t>
            </w:r>
            <w:r w:rsidRPr="008650BF">
              <w:rPr>
                <w:rFonts w:cs="Times New Roman"/>
                <w:sz w:val="18"/>
                <w:lang w:val="ru-RU"/>
              </w:rPr>
              <w:t xml:space="preserve">, совместимость с </w:t>
            </w:r>
            <w:r w:rsidRPr="008650BF">
              <w:rPr>
                <w:rFonts w:cs="Times New Roman"/>
                <w:sz w:val="18"/>
              </w:rPr>
              <w:t>T</w:t>
            </w:r>
            <w:r w:rsidRPr="008650BF">
              <w:rPr>
                <w:rFonts w:cs="Times New Roman"/>
                <w:sz w:val="18"/>
                <w:lang w:val="ru-RU"/>
              </w:rPr>
              <w:t>480</w:t>
            </w:r>
          </w:p>
        </w:tc>
        <w:tc>
          <w:tcPr>
            <w:tcW w:w="1275" w:type="dxa"/>
          </w:tcPr>
          <w:p w14:paraId="76A501AE" w14:textId="77777777" w:rsidR="000E4655" w:rsidRPr="008650BF" w:rsidRDefault="000E4655" w:rsidP="000E4655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шт</w:t>
            </w:r>
          </w:p>
        </w:tc>
        <w:tc>
          <w:tcPr>
            <w:tcW w:w="896" w:type="dxa"/>
          </w:tcPr>
          <w:p w14:paraId="333E609B" w14:textId="77777777" w:rsidR="000E4655" w:rsidRPr="004D526F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3</w:t>
            </w:r>
          </w:p>
        </w:tc>
      </w:tr>
      <w:tr w:rsidR="000E4655" w:rsidRPr="008650BF" w14:paraId="31164411" w14:textId="77777777" w:rsidTr="004B4F14">
        <w:trPr>
          <w:jc w:val="center"/>
        </w:trPr>
        <w:tc>
          <w:tcPr>
            <w:tcW w:w="823" w:type="dxa"/>
          </w:tcPr>
          <w:p w14:paraId="37E5CB2C" w14:textId="628DA06F" w:rsidR="000E4655" w:rsidRPr="000E4655" w:rsidRDefault="000E4655" w:rsidP="000E4655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</w:t>
            </w:r>
            <w:r w:rsidRPr="008650BF">
              <w:rPr>
                <w:rFonts w:cs="Times New Roman"/>
                <w:sz w:val="18"/>
              </w:rPr>
              <w:t>7</w:t>
            </w:r>
            <w:r>
              <w:rPr>
                <w:rFonts w:cs="Times New Roman"/>
                <w:sz w:val="18"/>
                <w:lang w:val="ru-RU"/>
              </w:rPr>
              <w:t>.</w:t>
            </w:r>
          </w:p>
        </w:tc>
        <w:tc>
          <w:tcPr>
            <w:tcW w:w="2863" w:type="dxa"/>
          </w:tcPr>
          <w:p w14:paraId="05B0230A" w14:textId="77777777" w:rsidR="000E4655" w:rsidRPr="008650BF" w:rsidRDefault="000E4655" w:rsidP="00C67277">
            <w:pPr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Сетевой фильтр 10 м</w:t>
            </w:r>
          </w:p>
        </w:tc>
        <w:tc>
          <w:tcPr>
            <w:tcW w:w="4253" w:type="dxa"/>
          </w:tcPr>
          <w:p w14:paraId="513CF81F" w14:textId="77777777" w:rsidR="000E4655" w:rsidRPr="008650BF" w:rsidRDefault="000E4655" w:rsidP="00570F40">
            <w:pPr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</w:rPr>
              <w:t>Most</w:t>
            </w:r>
            <w:r w:rsidRPr="008650BF">
              <w:rPr>
                <w:rFonts w:cs="Times New Roman"/>
                <w:sz w:val="18"/>
                <w:lang w:val="ru-RU"/>
              </w:rPr>
              <w:t xml:space="preserve"> </w:t>
            </w:r>
            <w:r w:rsidRPr="008650BF">
              <w:rPr>
                <w:rFonts w:cs="Times New Roman"/>
                <w:sz w:val="18"/>
              </w:rPr>
              <w:t>RG</w:t>
            </w:r>
            <w:r w:rsidRPr="008650BF">
              <w:rPr>
                <w:rFonts w:cs="Times New Roman"/>
                <w:sz w:val="18"/>
                <w:lang w:val="ru-RU"/>
              </w:rPr>
              <w:t>, 10 м. Требования к аналогу: 6 розеток, 10 м, макс. нагрузка ≥2200 ВА</w:t>
            </w:r>
          </w:p>
        </w:tc>
        <w:tc>
          <w:tcPr>
            <w:tcW w:w="1275" w:type="dxa"/>
          </w:tcPr>
          <w:p w14:paraId="2B078DA9" w14:textId="77777777" w:rsidR="000E4655" w:rsidRPr="008650BF" w:rsidRDefault="000E4655" w:rsidP="000E4655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шт</w:t>
            </w:r>
          </w:p>
        </w:tc>
        <w:tc>
          <w:tcPr>
            <w:tcW w:w="896" w:type="dxa"/>
          </w:tcPr>
          <w:p w14:paraId="5BD26269" w14:textId="77777777" w:rsidR="000E4655" w:rsidRPr="004D526F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3</w:t>
            </w:r>
          </w:p>
        </w:tc>
      </w:tr>
      <w:tr w:rsidR="000E4655" w:rsidRPr="008650BF" w14:paraId="15A2811F" w14:textId="77777777" w:rsidTr="004B4F14">
        <w:trPr>
          <w:jc w:val="center"/>
        </w:trPr>
        <w:tc>
          <w:tcPr>
            <w:tcW w:w="823" w:type="dxa"/>
          </w:tcPr>
          <w:p w14:paraId="3E3E058F" w14:textId="658EB9AF" w:rsidR="000E4655" w:rsidRPr="000E4655" w:rsidRDefault="000E4655" w:rsidP="000E4655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</w:t>
            </w:r>
            <w:r w:rsidRPr="008650BF">
              <w:rPr>
                <w:rFonts w:cs="Times New Roman"/>
                <w:sz w:val="18"/>
              </w:rPr>
              <w:t>8</w:t>
            </w:r>
            <w:r>
              <w:rPr>
                <w:rFonts w:cs="Times New Roman"/>
                <w:sz w:val="18"/>
                <w:lang w:val="ru-RU"/>
              </w:rPr>
              <w:t>.</w:t>
            </w:r>
          </w:p>
        </w:tc>
        <w:tc>
          <w:tcPr>
            <w:tcW w:w="2863" w:type="dxa"/>
          </w:tcPr>
          <w:p w14:paraId="6C68206E" w14:textId="77777777" w:rsidR="000E4655" w:rsidRPr="008650BF" w:rsidRDefault="000E4655" w:rsidP="00C67277">
            <w:pPr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Корпус SSD M.2 NVMe</w:t>
            </w:r>
          </w:p>
        </w:tc>
        <w:tc>
          <w:tcPr>
            <w:tcW w:w="4253" w:type="dxa"/>
          </w:tcPr>
          <w:p w14:paraId="71B101DC" w14:textId="77777777" w:rsidR="000E4655" w:rsidRPr="008650BF" w:rsidRDefault="000E4655" w:rsidP="00570F40">
            <w:pPr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</w:rPr>
              <w:t>Ugreen</w:t>
            </w:r>
            <w:r w:rsidRPr="008650BF">
              <w:rPr>
                <w:rFonts w:cs="Times New Roman"/>
                <w:sz w:val="18"/>
                <w:lang w:val="ru-RU"/>
              </w:rPr>
              <w:t xml:space="preserve"> </w:t>
            </w:r>
            <w:r w:rsidRPr="008650BF">
              <w:rPr>
                <w:rFonts w:cs="Times New Roman"/>
                <w:sz w:val="18"/>
              </w:rPr>
              <w:t>CM</w:t>
            </w:r>
            <w:r w:rsidRPr="008650BF">
              <w:rPr>
                <w:rFonts w:cs="Times New Roman"/>
                <w:sz w:val="18"/>
                <w:lang w:val="ru-RU"/>
              </w:rPr>
              <w:t xml:space="preserve">400 (10902). Требования к аналогу: </w:t>
            </w:r>
            <w:r w:rsidRPr="008650BF">
              <w:rPr>
                <w:rFonts w:cs="Times New Roman"/>
                <w:sz w:val="18"/>
              </w:rPr>
              <w:t>M</w:t>
            </w:r>
            <w:r w:rsidRPr="008650BF">
              <w:rPr>
                <w:rFonts w:cs="Times New Roman"/>
                <w:sz w:val="18"/>
                <w:lang w:val="ru-RU"/>
              </w:rPr>
              <w:t xml:space="preserve">.2 </w:t>
            </w:r>
            <w:r w:rsidRPr="008650BF">
              <w:rPr>
                <w:rFonts w:cs="Times New Roman"/>
                <w:sz w:val="18"/>
              </w:rPr>
              <w:t>NVMe</w:t>
            </w:r>
            <w:r w:rsidRPr="008650BF">
              <w:rPr>
                <w:rFonts w:cs="Times New Roman"/>
                <w:sz w:val="18"/>
                <w:lang w:val="ru-RU"/>
              </w:rPr>
              <w:t xml:space="preserve">, </w:t>
            </w:r>
            <w:r w:rsidRPr="008650BF">
              <w:rPr>
                <w:rFonts w:cs="Times New Roman"/>
                <w:sz w:val="18"/>
              </w:rPr>
              <w:t>USB</w:t>
            </w:r>
            <w:r w:rsidRPr="008650BF">
              <w:rPr>
                <w:rFonts w:cs="Times New Roman"/>
                <w:sz w:val="18"/>
                <w:lang w:val="ru-RU"/>
              </w:rPr>
              <w:t xml:space="preserve"> 3.2 </w:t>
            </w:r>
            <w:r w:rsidRPr="008650BF">
              <w:rPr>
                <w:rFonts w:cs="Times New Roman"/>
                <w:sz w:val="18"/>
              </w:rPr>
              <w:t>Gen</w:t>
            </w:r>
            <w:r w:rsidRPr="008650BF">
              <w:rPr>
                <w:rFonts w:cs="Times New Roman"/>
                <w:sz w:val="18"/>
                <w:lang w:val="ru-RU"/>
              </w:rPr>
              <w:t>2 (10 Гбит/с), поддержка 2230/2242/2260/2280</w:t>
            </w:r>
          </w:p>
        </w:tc>
        <w:tc>
          <w:tcPr>
            <w:tcW w:w="1275" w:type="dxa"/>
          </w:tcPr>
          <w:p w14:paraId="2EA15653" w14:textId="77777777" w:rsidR="000E4655" w:rsidRPr="008650BF" w:rsidRDefault="000E4655" w:rsidP="000E4655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шт</w:t>
            </w:r>
          </w:p>
        </w:tc>
        <w:tc>
          <w:tcPr>
            <w:tcW w:w="896" w:type="dxa"/>
          </w:tcPr>
          <w:p w14:paraId="7E797C4D" w14:textId="77777777" w:rsidR="000E4655" w:rsidRPr="004D526F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2</w:t>
            </w:r>
          </w:p>
        </w:tc>
      </w:tr>
      <w:tr w:rsidR="000E4655" w:rsidRPr="008650BF" w14:paraId="3B1EDD0D" w14:textId="77777777" w:rsidTr="004B4F14">
        <w:trPr>
          <w:jc w:val="center"/>
        </w:trPr>
        <w:tc>
          <w:tcPr>
            <w:tcW w:w="823" w:type="dxa"/>
          </w:tcPr>
          <w:p w14:paraId="16405283" w14:textId="15C1790A" w:rsidR="000E4655" w:rsidRPr="000E4655" w:rsidRDefault="000E4655" w:rsidP="000E4655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</w:t>
            </w:r>
            <w:r w:rsidRPr="008650BF">
              <w:rPr>
                <w:rFonts w:cs="Times New Roman"/>
                <w:sz w:val="18"/>
              </w:rPr>
              <w:t>9</w:t>
            </w:r>
            <w:r>
              <w:rPr>
                <w:rFonts w:cs="Times New Roman"/>
                <w:sz w:val="18"/>
                <w:lang w:val="ru-RU"/>
              </w:rPr>
              <w:t>.</w:t>
            </w:r>
          </w:p>
        </w:tc>
        <w:tc>
          <w:tcPr>
            <w:tcW w:w="2863" w:type="dxa"/>
          </w:tcPr>
          <w:p w14:paraId="3CAA33AC" w14:textId="77777777" w:rsidR="000E4655" w:rsidRPr="008650BF" w:rsidRDefault="000E4655" w:rsidP="00C67277">
            <w:pPr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Коммутатор 16 портов</w:t>
            </w:r>
          </w:p>
        </w:tc>
        <w:tc>
          <w:tcPr>
            <w:tcW w:w="4253" w:type="dxa"/>
          </w:tcPr>
          <w:p w14:paraId="688D1D48" w14:textId="77777777" w:rsidR="000E4655" w:rsidRPr="008650BF" w:rsidRDefault="000E4655" w:rsidP="00570F40">
            <w:pPr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</w:rPr>
              <w:t>D</w:t>
            </w:r>
            <w:r w:rsidRPr="008650BF">
              <w:rPr>
                <w:rFonts w:cs="Times New Roman"/>
                <w:sz w:val="18"/>
                <w:lang w:val="ru-RU"/>
              </w:rPr>
              <w:t>-</w:t>
            </w:r>
            <w:r w:rsidRPr="008650BF">
              <w:rPr>
                <w:rFonts w:cs="Times New Roman"/>
                <w:sz w:val="18"/>
              </w:rPr>
              <w:t>Link</w:t>
            </w:r>
            <w:r w:rsidRPr="008650BF">
              <w:rPr>
                <w:rFonts w:cs="Times New Roman"/>
                <w:sz w:val="18"/>
                <w:lang w:val="ru-RU"/>
              </w:rPr>
              <w:t xml:space="preserve"> </w:t>
            </w:r>
            <w:r w:rsidRPr="008650BF">
              <w:rPr>
                <w:rFonts w:cs="Times New Roman"/>
                <w:sz w:val="18"/>
              </w:rPr>
              <w:t>DGS</w:t>
            </w:r>
            <w:r w:rsidRPr="008650BF">
              <w:rPr>
                <w:rFonts w:cs="Times New Roman"/>
                <w:sz w:val="18"/>
                <w:lang w:val="ru-RU"/>
              </w:rPr>
              <w:t>-1016</w:t>
            </w:r>
            <w:r w:rsidRPr="008650BF">
              <w:rPr>
                <w:rFonts w:cs="Times New Roman"/>
                <w:sz w:val="18"/>
              </w:rPr>
              <w:t>D</w:t>
            </w:r>
            <w:r w:rsidRPr="008650BF">
              <w:rPr>
                <w:rFonts w:cs="Times New Roman"/>
                <w:sz w:val="18"/>
                <w:lang w:val="ru-RU"/>
              </w:rPr>
              <w:t>. Требования к аналогу: 16 портов 1 Гбит/с, неуправляемый, настольный, не стоечный</w:t>
            </w:r>
          </w:p>
        </w:tc>
        <w:tc>
          <w:tcPr>
            <w:tcW w:w="1275" w:type="dxa"/>
          </w:tcPr>
          <w:p w14:paraId="08A93E28" w14:textId="77777777" w:rsidR="000E4655" w:rsidRPr="008650BF" w:rsidRDefault="000E4655" w:rsidP="000E4655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шт</w:t>
            </w:r>
          </w:p>
        </w:tc>
        <w:tc>
          <w:tcPr>
            <w:tcW w:w="896" w:type="dxa"/>
          </w:tcPr>
          <w:p w14:paraId="5FC246B1" w14:textId="77777777" w:rsidR="000E4655" w:rsidRPr="004D526F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3</w:t>
            </w:r>
          </w:p>
        </w:tc>
      </w:tr>
      <w:tr w:rsidR="000E4655" w:rsidRPr="008650BF" w14:paraId="6F27C87F" w14:textId="77777777" w:rsidTr="004B4F14">
        <w:trPr>
          <w:jc w:val="center"/>
        </w:trPr>
        <w:tc>
          <w:tcPr>
            <w:tcW w:w="823" w:type="dxa"/>
          </w:tcPr>
          <w:p w14:paraId="2A131304" w14:textId="326D9322" w:rsidR="000E4655" w:rsidRPr="000E4655" w:rsidRDefault="000E4655" w:rsidP="000E4655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</w:t>
            </w:r>
            <w:r w:rsidRPr="008650BF">
              <w:rPr>
                <w:rFonts w:cs="Times New Roman"/>
                <w:sz w:val="18"/>
              </w:rPr>
              <w:t>10</w:t>
            </w:r>
            <w:r>
              <w:rPr>
                <w:rFonts w:cs="Times New Roman"/>
                <w:sz w:val="18"/>
                <w:lang w:val="ru-RU"/>
              </w:rPr>
              <w:t>.</w:t>
            </w:r>
          </w:p>
        </w:tc>
        <w:tc>
          <w:tcPr>
            <w:tcW w:w="2863" w:type="dxa"/>
          </w:tcPr>
          <w:p w14:paraId="38CD4B62" w14:textId="77777777" w:rsidR="000E4655" w:rsidRPr="008650BF" w:rsidRDefault="000E4655" w:rsidP="00C67277">
            <w:pPr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Блок питания KA1670-1903000Q</w:t>
            </w:r>
          </w:p>
        </w:tc>
        <w:tc>
          <w:tcPr>
            <w:tcW w:w="4253" w:type="dxa"/>
          </w:tcPr>
          <w:p w14:paraId="36D1BAA8" w14:textId="77777777" w:rsidR="000E4655" w:rsidRPr="008650BF" w:rsidRDefault="000E4655" w:rsidP="00570F40">
            <w:pPr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>Универсальный адаптер 19</w:t>
            </w:r>
            <w:r w:rsidRPr="008650BF">
              <w:rPr>
                <w:rFonts w:cs="Times New Roman"/>
                <w:sz w:val="18"/>
              </w:rPr>
              <w:t>V</w:t>
            </w:r>
            <w:r w:rsidRPr="008650BF">
              <w:rPr>
                <w:rFonts w:cs="Times New Roman"/>
                <w:sz w:val="18"/>
                <w:lang w:val="ru-RU"/>
              </w:rPr>
              <w:t xml:space="preserve"> 3.42</w:t>
            </w:r>
            <w:r w:rsidRPr="008650BF">
              <w:rPr>
                <w:rFonts w:cs="Times New Roman"/>
                <w:sz w:val="18"/>
              </w:rPr>
              <w:t>A</w:t>
            </w:r>
            <w:r w:rsidRPr="008650BF">
              <w:rPr>
                <w:rFonts w:cs="Times New Roman"/>
                <w:sz w:val="18"/>
                <w:lang w:val="ru-RU"/>
              </w:rPr>
              <w:t xml:space="preserve"> 65</w:t>
            </w:r>
            <w:r w:rsidRPr="008650BF">
              <w:rPr>
                <w:rFonts w:cs="Times New Roman"/>
                <w:sz w:val="18"/>
              </w:rPr>
              <w:t>W</w:t>
            </w:r>
            <w:r w:rsidRPr="008650BF">
              <w:rPr>
                <w:rFonts w:cs="Times New Roman"/>
                <w:sz w:val="18"/>
                <w:lang w:val="ru-RU"/>
              </w:rPr>
              <w:t>. Требования к аналогу: 19</w:t>
            </w:r>
            <w:r w:rsidRPr="008650BF">
              <w:rPr>
                <w:rFonts w:cs="Times New Roman"/>
                <w:sz w:val="18"/>
              </w:rPr>
              <w:t>V</w:t>
            </w:r>
            <w:r w:rsidRPr="008650BF">
              <w:rPr>
                <w:rFonts w:cs="Times New Roman"/>
                <w:sz w:val="18"/>
                <w:lang w:val="ru-RU"/>
              </w:rPr>
              <w:t>, 3.42</w:t>
            </w:r>
            <w:r w:rsidRPr="008650BF">
              <w:rPr>
                <w:rFonts w:cs="Times New Roman"/>
                <w:sz w:val="18"/>
              </w:rPr>
              <w:t>A</w:t>
            </w:r>
            <w:r w:rsidRPr="008650BF">
              <w:rPr>
                <w:rFonts w:cs="Times New Roman"/>
                <w:sz w:val="18"/>
                <w:lang w:val="ru-RU"/>
              </w:rPr>
              <w:t>, 65</w:t>
            </w:r>
            <w:r w:rsidRPr="008650BF">
              <w:rPr>
                <w:rFonts w:cs="Times New Roman"/>
                <w:sz w:val="18"/>
              </w:rPr>
              <w:t>W</w:t>
            </w:r>
            <w:r w:rsidRPr="008650BF">
              <w:rPr>
                <w:rFonts w:cs="Times New Roman"/>
                <w:sz w:val="18"/>
                <w:lang w:val="ru-RU"/>
              </w:rPr>
              <w:t>, разъём 5.5×2.5 мм</w:t>
            </w:r>
          </w:p>
        </w:tc>
        <w:tc>
          <w:tcPr>
            <w:tcW w:w="1275" w:type="dxa"/>
          </w:tcPr>
          <w:p w14:paraId="26F28085" w14:textId="77777777" w:rsidR="000E4655" w:rsidRPr="008650BF" w:rsidRDefault="000E4655" w:rsidP="000E4655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шт</w:t>
            </w:r>
          </w:p>
        </w:tc>
        <w:tc>
          <w:tcPr>
            <w:tcW w:w="896" w:type="dxa"/>
          </w:tcPr>
          <w:p w14:paraId="40393EB7" w14:textId="77777777" w:rsidR="000E4655" w:rsidRPr="004D526F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5</w:t>
            </w:r>
          </w:p>
        </w:tc>
      </w:tr>
      <w:tr w:rsidR="000E4655" w:rsidRPr="008650BF" w14:paraId="5CD12BBE" w14:textId="77777777" w:rsidTr="004B4F14">
        <w:trPr>
          <w:jc w:val="center"/>
        </w:trPr>
        <w:tc>
          <w:tcPr>
            <w:tcW w:w="823" w:type="dxa"/>
          </w:tcPr>
          <w:p w14:paraId="64439E0E" w14:textId="31933FF1" w:rsidR="000E4655" w:rsidRPr="000E4655" w:rsidRDefault="000E4655" w:rsidP="000E4655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1.1</w:t>
            </w:r>
            <w:r w:rsidRPr="008650BF">
              <w:rPr>
                <w:rFonts w:cs="Times New Roman"/>
                <w:sz w:val="18"/>
              </w:rPr>
              <w:t>1</w:t>
            </w:r>
            <w:r>
              <w:rPr>
                <w:rFonts w:cs="Times New Roman"/>
                <w:sz w:val="18"/>
                <w:lang w:val="ru-RU"/>
              </w:rPr>
              <w:t>.</w:t>
            </w:r>
          </w:p>
        </w:tc>
        <w:tc>
          <w:tcPr>
            <w:tcW w:w="2863" w:type="dxa"/>
          </w:tcPr>
          <w:p w14:paraId="11136AE9" w14:textId="77777777" w:rsidR="000E4655" w:rsidRPr="008650BF" w:rsidRDefault="000E4655" w:rsidP="00C67277">
            <w:pPr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KVM-переключатель HDMI</w:t>
            </w:r>
          </w:p>
        </w:tc>
        <w:tc>
          <w:tcPr>
            <w:tcW w:w="4253" w:type="dxa"/>
          </w:tcPr>
          <w:p w14:paraId="30F92EBC" w14:textId="77777777" w:rsidR="000E4655" w:rsidRPr="008650BF" w:rsidRDefault="000E4655" w:rsidP="00570F40">
            <w:pPr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</w:rPr>
              <w:t>Ugreen</w:t>
            </w:r>
            <w:r w:rsidRPr="008650BF">
              <w:rPr>
                <w:rFonts w:cs="Times New Roman"/>
                <w:sz w:val="18"/>
                <w:lang w:val="ru-RU"/>
              </w:rPr>
              <w:t xml:space="preserve"> </w:t>
            </w:r>
            <w:r w:rsidRPr="008650BF">
              <w:rPr>
                <w:rFonts w:cs="Times New Roman"/>
                <w:sz w:val="18"/>
              </w:rPr>
              <w:t>AK</w:t>
            </w:r>
            <w:r w:rsidRPr="008650BF">
              <w:rPr>
                <w:rFonts w:cs="Times New Roman"/>
                <w:sz w:val="18"/>
                <w:lang w:val="ru-RU"/>
              </w:rPr>
              <w:t xml:space="preserve">502. Требования к аналогу: </w:t>
            </w:r>
            <w:r w:rsidRPr="008650BF">
              <w:rPr>
                <w:rFonts w:cs="Times New Roman"/>
                <w:sz w:val="18"/>
              </w:rPr>
              <w:t>HDMI</w:t>
            </w:r>
            <w:r w:rsidRPr="008650BF">
              <w:rPr>
                <w:rFonts w:cs="Times New Roman"/>
                <w:sz w:val="18"/>
                <w:lang w:val="ru-RU"/>
              </w:rPr>
              <w:t xml:space="preserve"> 2.0, 4</w:t>
            </w:r>
            <w:r w:rsidRPr="008650BF">
              <w:rPr>
                <w:rFonts w:cs="Times New Roman"/>
                <w:sz w:val="18"/>
              </w:rPr>
              <w:t>K</w:t>
            </w:r>
            <w:r w:rsidRPr="008650BF">
              <w:rPr>
                <w:rFonts w:cs="Times New Roman"/>
                <w:sz w:val="18"/>
                <w:lang w:val="ru-RU"/>
              </w:rPr>
              <w:t>@60</w:t>
            </w:r>
            <w:r w:rsidRPr="008650BF">
              <w:rPr>
                <w:rFonts w:cs="Times New Roman"/>
                <w:sz w:val="18"/>
              </w:rPr>
              <w:t>Hz</w:t>
            </w:r>
            <w:r w:rsidRPr="008650BF">
              <w:rPr>
                <w:rFonts w:cs="Times New Roman"/>
                <w:sz w:val="18"/>
                <w:lang w:val="ru-RU"/>
              </w:rPr>
              <w:t xml:space="preserve">, </w:t>
            </w:r>
            <w:r w:rsidRPr="008650BF">
              <w:rPr>
                <w:rFonts w:cs="Times New Roman"/>
                <w:sz w:val="18"/>
              </w:rPr>
              <w:t>USB</w:t>
            </w:r>
            <w:r w:rsidRPr="008650BF">
              <w:rPr>
                <w:rFonts w:cs="Times New Roman"/>
                <w:sz w:val="18"/>
                <w:lang w:val="ru-RU"/>
              </w:rPr>
              <w:t xml:space="preserve"> 2.0, 2 входа / 1 выход</w:t>
            </w:r>
          </w:p>
        </w:tc>
        <w:tc>
          <w:tcPr>
            <w:tcW w:w="1275" w:type="dxa"/>
          </w:tcPr>
          <w:p w14:paraId="62829DB7" w14:textId="77777777" w:rsidR="000E4655" w:rsidRPr="008650BF" w:rsidRDefault="000E4655" w:rsidP="000E4655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шт</w:t>
            </w:r>
          </w:p>
        </w:tc>
        <w:tc>
          <w:tcPr>
            <w:tcW w:w="896" w:type="dxa"/>
          </w:tcPr>
          <w:p w14:paraId="47E950E5" w14:textId="77777777" w:rsidR="000E4655" w:rsidRPr="004D526F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2</w:t>
            </w:r>
          </w:p>
        </w:tc>
      </w:tr>
      <w:tr w:rsidR="000E4655" w:rsidRPr="008650BF" w14:paraId="349051C7" w14:textId="77777777" w:rsidTr="004B4F14">
        <w:trPr>
          <w:jc w:val="center"/>
        </w:trPr>
        <w:tc>
          <w:tcPr>
            <w:tcW w:w="823" w:type="dxa"/>
          </w:tcPr>
          <w:p w14:paraId="5F880DF5" w14:textId="738A522D" w:rsidR="000E4655" w:rsidRPr="000E4655" w:rsidRDefault="000E4655" w:rsidP="000E4655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</w:t>
            </w:r>
            <w:r w:rsidRPr="008650BF">
              <w:rPr>
                <w:rFonts w:cs="Times New Roman"/>
                <w:sz w:val="18"/>
              </w:rPr>
              <w:t>12</w:t>
            </w:r>
            <w:r>
              <w:rPr>
                <w:rFonts w:cs="Times New Roman"/>
                <w:sz w:val="18"/>
                <w:lang w:val="ru-RU"/>
              </w:rPr>
              <w:t>.</w:t>
            </w:r>
          </w:p>
        </w:tc>
        <w:tc>
          <w:tcPr>
            <w:tcW w:w="2863" w:type="dxa"/>
          </w:tcPr>
          <w:p w14:paraId="018C6C77" w14:textId="77777777" w:rsidR="000E4655" w:rsidRPr="008650BF" w:rsidRDefault="000E4655" w:rsidP="00C67277">
            <w:pPr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Комплект клавиатура+мышь (белый)</w:t>
            </w:r>
          </w:p>
        </w:tc>
        <w:tc>
          <w:tcPr>
            <w:tcW w:w="4253" w:type="dxa"/>
          </w:tcPr>
          <w:p w14:paraId="0329B965" w14:textId="77777777" w:rsidR="000E4655" w:rsidRPr="008650BF" w:rsidRDefault="000E4655" w:rsidP="00570F40">
            <w:pPr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</w:rPr>
              <w:t>A</w:t>
            </w:r>
            <w:r w:rsidRPr="008650BF">
              <w:rPr>
                <w:rFonts w:cs="Times New Roman"/>
                <w:sz w:val="18"/>
                <w:lang w:val="ru-RU"/>
              </w:rPr>
              <w:t>4</w:t>
            </w:r>
            <w:r w:rsidRPr="008650BF">
              <w:rPr>
                <w:rFonts w:cs="Times New Roman"/>
                <w:sz w:val="18"/>
              </w:rPr>
              <w:t>Tech</w:t>
            </w:r>
            <w:r w:rsidRPr="008650BF">
              <w:rPr>
                <w:rFonts w:cs="Times New Roman"/>
                <w:sz w:val="18"/>
                <w:lang w:val="ru-RU"/>
              </w:rPr>
              <w:t xml:space="preserve"> </w:t>
            </w:r>
            <w:r w:rsidRPr="008650BF">
              <w:rPr>
                <w:rFonts w:cs="Times New Roman"/>
                <w:sz w:val="18"/>
              </w:rPr>
              <w:t>Fstyler</w:t>
            </w:r>
            <w:r w:rsidRPr="008650BF">
              <w:rPr>
                <w:rFonts w:cs="Times New Roman"/>
                <w:sz w:val="18"/>
                <w:lang w:val="ru-RU"/>
              </w:rPr>
              <w:t xml:space="preserve"> </w:t>
            </w:r>
            <w:r w:rsidRPr="008650BF">
              <w:rPr>
                <w:rFonts w:cs="Times New Roman"/>
                <w:sz w:val="18"/>
              </w:rPr>
              <w:t>FG</w:t>
            </w:r>
            <w:r w:rsidRPr="008650BF">
              <w:rPr>
                <w:rFonts w:cs="Times New Roman"/>
                <w:sz w:val="18"/>
                <w:lang w:val="ru-RU"/>
              </w:rPr>
              <w:t xml:space="preserve">1010. Требования к аналогу: беспроводной, </w:t>
            </w:r>
            <w:r w:rsidRPr="008650BF">
              <w:rPr>
                <w:rFonts w:cs="Times New Roman"/>
                <w:sz w:val="18"/>
              </w:rPr>
              <w:t>USB</w:t>
            </w:r>
            <w:r w:rsidRPr="008650BF">
              <w:rPr>
                <w:rFonts w:cs="Times New Roman"/>
                <w:sz w:val="18"/>
                <w:lang w:val="ru-RU"/>
              </w:rPr>
              <w:t xml:space="preserve">-ресивер, раскладка </w:t>
            </w:r>
            <w:r w:rsidRPr="008650BF">
              <w:rPr>
                <w:rFonts w:cs="Times New Roman"/>
                <w:sz w:val="18"/>
              </w:rPr>
              <w:t>RU</w:t>
            </w:r>
            <w:r w:rsidRPr="008650BF">
              <w:rPr>
                <w:rFonts w:cs="Times New Roman"/>
                <w:sz w:val="18"/>
                <w:lang w:val="ru-RU"/>
              </w:rPr>
              <w:t>/</w:t>
            </w:r>
            <w:r w:rsidRPr="008650BF">
              <w:rPr>
                <w:rFonts w:cs="Times New Roman"/>
                <w:sz w:val="18"/>
              </w:rPr>
              <w:t>EN</w:t>
            </w:r>
          </w:p>
        </w:tc>
        <w:tc>
          <w:tcPr>
            <w:tcW w:w="1275" w:type="dxa"/>
          </w:tcPr>
          <w:p w14:paraId="72BA18F4" w14:textId="77777777" w:rsidR="000E4655" w:rsidRPr="008650BF" w:rsidRDefault="000E4655" w:rsidP="000E4655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шт</w:t>
            </w:r>
          </w:p>
        </w:tc>
        <w:tc>
          <w:tcPr>
            <w:tcW w:w="896" w:type="dxa"/>
          </w:tcPr>
          <w:p w14:paraId="685C35FE" w14:textId="77777777" w:rsidR="000E4655" w:rsidRPr="004D526F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4</w:t>
            </w:r>
          </w:p>
        </w:tc>
      </w:tr>
      <w:tr w:rsidR="000E4655" w:rsidRPr="008650BF" w14:paraId="08D31DC8" w14:textId="77777777" w:rsidTr="004B4F14">
        <w:trPr>
          <w:jc w:val="center"/>
        </w:trPr>
        <w:tc>
          <w:tcPr>
            <w:tcW w:w="823" w:type="dxa"/>
          </w:tcPr>
          <w:p w14:paraId="1F9E067A" w14:textId="43DD09EC" w:rsidR="000E4655" w:rsidRPr="000E4655" w:rsidRDefault="000E4655" w:rsidP="000E4655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</w:t>
            </w:r>
            <w:r w:rsidRPr="008650BF">
              <w:rPr>
                <w:rFonts w:cs="Times New Roman"/>
                <w:sz w:val="18"/>
              </w:rPr>
              <w:t>13</w:t>
            </w:r>
            <w:r>
              <w:rPr>
                <w:rFonts w:cs="Times New Roman"/>
                <w:sz w:val="18"/>
                <w:lang w:val="ru-RU"/>
              </w:rPr>
              <w:t>.</w:t>
            </w:r>
          </w:p>
        </w:tc>
        <w:tc>
          <w:tcPr>
            <w:tcW w:w="2863" w:type="dxa"/>
          </w:tcPr>
          <w:p w14:paraId="0C6B3F3B" w14:textId="77777777" w:rsidR="000E4655" w:rsidRPr="008650BF" w:rsidRDefault="000E4655" w:rsidP="00C67277">
            <w:pPr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Аккумулятор HP ProBook 450 G6</w:t>
            </w:r>
          </w:p>
        </w:tc>
        <w:tc>
          <w:tcPr>
            <w:tcW w:w="4253" w:type="dxa"/>
          </w:tcPr>
          <w:p w14:paraId="096563CC" w14:textId="77777777" w:rsidR="000E4655" w:rsidRPr="008650BF" w:rsidRDefault="000E4655" w:rsidP="00570F40">
            <w:pPr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 xml:space="preserve">Совместимый </w:t>
            </w:r>
            <w:r w:rsidRPr="008650BF">
              <w:rPr>
                <w:rFonts w:cs="Times New Roman"/>
                <w:sz w:val="18"/>
              </w:rPr>
              <w:t>RE</w:t>
            </w:r>
            <w:r w:rsidRPr="008650BF">
              <w:rPr>
                <w:rFonts w:cs="Times New Roman"/>
                <w:sz w:val="18"/>
                <w:lang w:val="ru-RU"/>
              </w:rPr>
              <w:t>03</w:t>
            </w:r>
            <w:r w:rsidRPr="008650BF">
              <w:rPr>
                <w:rFonts w:cs="Times New Roman"/>
                <w:sz w:val="18"/>
              </w:rPr>
              <w:t>XL</w:t>
            </w:r>
            <w:r w:rsidRPr="008650BF">
              <w:rPr>
                <w:rFonts w:cs="Times New Roman"/>
                <w:sz w:val="18"/>
                <w:lang w:val="ru-RU"/>
              </w:rPr>
              <w:t>. Требования к аналогу: 11.55</w:t>
            </w:r>
            <w:r w:rsidRPr="008650BF">
              <w:rPr>
                <w:rFonts w:cs="Times New Roman"/>
                <w:sz w:val="18"/>
              </w:rPr>
              <w:t>V</w:t>
            </w:r>
            <w:r w:rsidRPr="008650BF">
              <w:rPr>
                <w:rFonts w:cs="Times New Roman"/>
                <w:sz w:val="18"/>
                <w:lang w:val="ru-RU"/>
              </w:rPr>
              <w:t xml:space="preserve">, 3500–3900 </w:t>
            </w:r>
            <w:r w:rsidRPr="008650BF">
              <w:rPr>
                <w:rFonts w:cs="Times New Roman"/>
                <w:sz w:val="18"/>
              </w:rPr>
              <w:t>mAh</w:t>
            </w:r>
            <w:r w:rsidRPr="008650BF">
              <w:rPr>
                <w:rFonts w:cs="Times New Roman"/>
                <w:sz w:val="18"/>
                <w:lang w:val="ru-RU"/>
              </w:rPr>
              <w:t xml:space="preserve">, совместимость с </w:t>
            </w:r>
            <w:r w:rsidRPr="008650BF">
              <w:rPr>
                <w:rFonts w:cs="Times New Roman"/>
                <w:sz w:val="18"/>
              </w:rPr>
              <w:t>HP</w:t>
            </w:r>
            <w:r w:rsidRPr="008650BF">
              <w:rPr>
                <w:rFonts w:cs="Times New Roman"/>
                <w:sz w:val="18"/>
                <w:lang w:val="ru-RU"/>
              </w:rPr>
              <w:t xml:space="preserve"> </w:t>
            </w:r>
            <w:r w:rsidRPr="008650BF">
              <w:rPr>
                <w:rFonts w:cs="Times New Roman"/>
                <w:sz w:val="18"/>
              </w:rPr>
              <w:t>ProBook</w:t>
            </w:r>
            <w:r w:rsidRPr="008650BF">
              <w:rPr>
                <w:rFonts w:cs="Times New Roman"/>
                <w:sz w:val="18"/>
                <w:lang w:val="ru-RU"/>
              </w:rPr>
              <w:t xml:space="preserve"> 450 </w:t>
            </w:r>
            <w:r w:rsidRPr="008650BF">
              <w:rPr>
                <w:rFonts w:cs="Times New Roman"/>
                <w:sz w:val="18"/>
              </w:rPr>
              <w:t>G</w:t>
            </w:r>
            <w:r w:rsidRPr="008650BF">
              <w:rPr>
                <w:rFonts w:cs="Times New Roman"/>
                <w:sz w:val="18"/>
                <w:lang w:val="ru-RU"/>
              </w:rPr>
              <w:t>6</w:t>
            </w:r>
          </w:p>
        </w:tc>
        <w:tc>
          <w:tcPr>
            <w:tcW w:w="1275" w:type="dxa"/>
          </w:tcPr>
          <w:p w14:paraId="11B246C7" w14:textId="77777777" w:rsidR="000E4655" w:rsidRPr="008650BF" w:rsidRDefault="000E4655" w:rsidP="000E4655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шт</w:t>
            </w:r>
          </w:p>
        </w:tc>
        <w:tc>
          <w:tcPr>
            <w:tcW w:w="896" w:type="dxa"/>
          </w:tcPr>
          <w:p w14:paraId="7F520692" w14:textId="77777777" w:rsidR="000E4655" w:rsidRPr="004D526F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5</w:t>
            </w:r>
          </w:p>
        </w:tc>
      </w:tr>
      <w:tr w:rsidR="000E4655" w:rsidRPr="008650BF" w14:paraId="6627C62B" w14:textId="77777777" w:rsidTr="004B4F14">
        <w:trPr>
          <w:jc w:val="center"/>
        </w:trPr>
        <w:tc>
          <w:tcPr>
            <w:tcW w:w="823" w:type="dxa"/>
          </w:tcPr>
          <w:p w14:paraId="262A362F" w14:textId="3D3D366A" w:rsidR="000E4655" w:rsidRPr="000E4655" w:rsidRDefault="000E4655" w:rsidP="000E4655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</w:t>
            </w:r>
            <w:r w:rsidRPr="008650BF">
              <w:rPr>
                <w:rFonts w:cs="Times New Roman"/>
                <w:sz w:val="18"/>
              </w:rPr>
              <w:t>14</w:t>
            </w:r>
            <w:r>
              <w:rPr>
                <w:rFonts w:cs="Times New Roman"/>
                <w:sz w:val="18"/>
                <w:lang w:val="ru-RU"/>
              </w:rPr>
              <w:t>.</w:t>
            </w:r>
          </w:p>
        </w:tc>
        <w:tc>
          <w:tcPr>
            <w:tcW w:w="2863" w:type="dxa"/>
          </w:tcPr>
          <w:p w14:paraId="3C6D6937" w14:textId="77777777" w:rsidR="000E4655" w:rsidRPr="008650BF" w:rsidRDefault="000E4655" w:rsidP="00C67277">
            <w:pPr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>Комплект клавиатура+мышь (чёрный/серый)</w:t>
            </w:r>
          </w:p>
        </w:tc>
        <w:tc>
          <w:tcPr>
            <w:tcW w:w="4253" w:type="dxa"/>
          </w:tcPr>
          <w:p w14:paraId="4C6A290A" w14:textId="77777777" w:rsidR="000E4655" w:rsidRPr="008650BF" w:rsidRDefault="000E4655" w:rsidP="00570F40">
            <w:pPr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</w:rPr>
              <w:t>A</w:t>
            </w:r>
            <w:r w:rsidRPr="008650BF">
              <w:rPr>
                <w:rFonts w:cs="Times New Roman"/>
                <w:sz w:val="18"/>
                <w:lang w:val="ru-RU"/>
              </w:rPr>
              <w:t>4</w:t>
            </w:r>
            <w:r w:rsidRPr="008650BF">
              <w:rPr>
                <w:rFonts w:cs="Times New Roman"/>
                <w:sz w:val="18"/>
              </w:rPr>
              <w:t>Tech</w:t>
            </w:r>
            <w:r w:rsidRPr="008650BF">
              <w:rPr>
                <w:rFonts w:cs="Times New Roman"/>
                <w:sz w:val="18"/>
                <w:lang w:val="ru-RU"/>
              </w:rPr>
              <w:t xml:space="preserve"> </w:t>
            </w:r>
            <w:r w:rsidRPr="008650BF">
              <w:rPr>
                <w:rFonts w:cs="Times New Roman"/>
                <w:sz w:val="18"/>
              </w:rPr>
              <w:t>Fstyler</w:t>
            </w:r>
            <w:r w:rsidRPr="008650BF">
              <w:rPr>
                <w:rFonts w:cs="Times New Roman"/>
                <w:sz w:val="18"/>
                <w:lang w:val="ru-RU"/>
              </w:rPr>
              <w:t xml:space="preserve"> </w:t>
            </w:r>
            <w:r w:rsidRPr="008650BF">
              <w:rPr>
                <w:rFonts w:cs="Times New Roman"/>
                <w:sz w:val="18"/>
              </w:rPr>
              <w:t>FG</w:t>
            </w:r>
            <w:r w:rsidRPr="008650BF">
              <w:rPr>
                <w:rFonts w:cs="Times New Roman"/>
                <w:sz w:val="18"/>
                <w:lang w:val="ru-RU"/>
              </w:rPr>
              <w:t xml:space="preserve">1010. Требования к аналогу: беспроводной, </w:t>
            </w:r>
            <w:r w:rsidRPr="008650BF">
              <w:rPr>
                <w:rFonts w:cs="Times New Roman"/>
                <w:sz w:val="18"/>
              </w:rPr>
              <w:t>USB</w:t>
            </w:r>
            <w:r w:rsidRPr="008650BF">
              <w:rPr>
                <w:rFonts w:cs="Times New Roman"/>
                <w:sz w:val="18"/>
                <w:lang w:val="ru-RU"/>
              </w:rPr>
              <w:t xml:space="preserve">-ресивер, раскладка </w:t>
            </w:r>
            <w:r w:rsidRPr="008650BF">
              <w:rPr>
                <w:rFonts w:cs="Times New Roman"/>
                <w:sz w:val="18"/>
              </w:rPr>
              <w:t>RU</w:t>
            </w:r>
            <w:r w:rsidRPr="008650BF">
              <w:rPr>
                <w:rFonts w:cs="Times New Roman"/>
                <w:sz w:val="18"/>
                <w:lang w:val="ru-RU"/>
              </w:rPr>
              <w:t>/</w:t>
            </w:r>
            <w:r w:rsidRPr="008650BF">
              <w:rPr>
                <w:rFonts w:cs="Times New Roman"/>
                <w:sz w:val="18"/>
              </w:rPr>
              <w:t>EN</w:t>
            </w:r>
          </w:p>
        </w:tc>
        <w:tc>
          <w:tcPr>
            <w:tcW w:w="1275" w:type="dxa"/>
          </w:tcPr>
          <w:p w14:paraId="1FB5381B" w14:textId="77777777" w:rsidR="000E4655" w:rsidRPr="008650BF" w:rsidRDefault="000E4655" w:rsidP="000E4655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шт</w:t>
            </w:r>
          </w:p>
        </w:tc>
        <w:tc>
          <w:tcPr>
            <w:tcW w:w="896" w:type="dxa"/>
          </w:tcPr>
          <w:p w14:paraId="063624A0" w14:textId="77777777" w:rsidR="000E4655" w:rsidRPr="004D526F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8</w:t>
            </w:r>
          </w:p>
        </w:tc>
      </w:tr>
      <w:tr w:rsidR="000E4655" w:rsidRPr="008650BF" w14:paraId="13F5D9B6" w14:textId="77777777" w:rsidTr="004B4F14">
        <w:trPr>
          <w:jc w:val="center"/>
        </w:trPr>
        <w:tc>
          <w:tcPr>
            <w:tcW w:w="823" w:type="dxa"/>
          </w:tcPr>
          <w:p w14:paraId="1EEA5ABB" w14:textId="20F49417" w:rsidR="000E4655" w:rsidRPr="000E4655" w:rsidRDefault="000E4655" w:rsidP="000E4655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</w:t>
            </w:r>
            <w:r w:rsidRPr="008650BF">
              <w:rPr>
                <w:rFonts w:cs="Times New Roman"/>
                <w:sz w:val="18"/>
              </w:rPr>
              <w:t>15</w:t>
            </w:r>
            <w:r>
              <w:rPr>
                <w:rFonts w:cs="Times New Roman"/>
                <w:sz w:val="18"/>
                <w:lang w:val="ru-RU"/>
              </w:rPr>
              <w:t>.</w:t>
            </w:r>
          </w:p>
        </w:tc>
        <w:tc>
          <w:tcPr>
            <w:tcW w:w="2863" w:type="dxa"/>
          </w:tcPr>
          <w:p w14:paraId="1FA77C1F" w14:textId="77777777" w:rsidR="000E4655" w:rsidRPr="008650BF" w:rsidRDefault="000E4655" w:rsidP="00C67277">
            <w:pPr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Гарнитура USB</w:t>
            </w:r>
          </w:p>
        </w:tc>
        <w:tc>
          <w:tcPr>
            <w:tcW w:w="4253" w:type="dxa"/>
          </w:tcPr>
          <w:p w14:paraId="77516FF9" w14:textId="77777777" w:rsidR="000E4655" w:rsidRPr="008650BF" w:rsidRDefault="000E4655" w:rsidP="00570F40">
            <w:pPr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</w:rPr>
              <w:t>Logitech</w:t>
            </w:r>
            <w:r w:rsidRPr="008650BF">
              <w:rPr>
                <w:rFonts w:cs="Times New Roman"/>
                <w:sz w:val="18"/>
                <w:lang w:val="ru-RU"/>
              </w:rPr>
              <w:t xml:space="preserve"> </w:t>
            </w:r>
            <w:r w:rsidRPr="008650BF">
              <w:rPr>
                <w:rFonts w:cs="Times New Roman"/>
                <w:sz w:val="18"/>
              </w:rPr>
              <w:t>H</w:t>
            </w:r>
            <w:r w:rsidRPr="008650BF">
              <w:rPr>
                <w:rFonts w:cs="Times New Roman"/>
                <w:sz w:val="18"/>
                <w:lang w:val="ru-RU"/>
              </w:rPr>
              <w:t xml:space="preserve">390. Требования к аналогу: накладные, проводные, </w:t>
            </w:r>
            <w:r w:rsidRPr="008650BF">
              <w:rPr>
                <w:rFonts w:cs="Times New Roman"/>
                <w:sz w:val="18"/>
              </w:rPr>
              <w:t>USB</w:t>
            </w:r>
            <w:r w:rsidRPr="008650BF">
              <w:rPr>
                <w:rFonts w:cs="Times New Roman"/>
                <w:sz w:val="18"/>
                <w:lang w:val="ru-RU"/>
              </w:rPr>
              <w:t>, микрофон с шумоподавлением, регулятор громкости, кабель ≥1.5 м</w:t>
            </w:r>
          </w:p>
        </w:tc>
        <w:tc>
          <w:tcPr>
            <w:tcW w:w="1275" w:type="dxa"/>
          </w:tcPr>
          <w:p w14:paraId="0A41A4F0" w14:textId="77777777" w:rsidR="000E4655" w:rsidRPr="008650BF" w:rsidRDefault="000E4655" w:rsidP="000E4655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шт</w:t>
            </w:r>
          </w:p>
        </w:tc>
        <w:tc>
          <w:tcPr>
            <w:tcW w:w="896" w:type="dxa"/>
          </w:tcPr>
          <w:p w14:paraId="136139DF" w14:textId="77777777" w:rsidR="000E4655" w:rsidRPr="004D526F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15</w:t>
            </w:r>
          </w:p>
        </w:tc>
      </w:tr>
      <w:tr w:rsidR="000E4655" w:rsidRPr="008650BF" w14:paraId="2C9BF62A" w14:textId="77777777" w:rsidTr="004B4F14">
        <w:trPr>
          <w:jc w:val="center"/>
        </w:trPr>
        <w:tc>
          <w:tcPr>
            <w:tcW w:w="823" w:type="dxa"/>
          </w:tcPr>
          <w:p w14:paraId="59ADC959" w14:textId="29AB81CA" w:rsidR="000E4655" w:rsidRPr="008650BF" w:rsidRDefault="000E4655" w:rsidP="000E4655">
            <w:pPr>
              <w:spacing w:before="40" w:after="40"/>
              <w:jc w:val="center"/>
              <w:rPr>
                <w:rFonts w:cs="Times New Roman"/>
              </w:rPr>
            </w:pPr>
            <w:r>
              <w:rPr>
                <w:rFonts w:cs="Times New Roman"/>
                <w:sz w:val="18"/>
                <w:lang w:val="ru-RU"/>
              </w:rPr>
              <w:t>1.</w:t>
            </w:r>
            <w:r w:rsidRPr="008650BF">
              <w:rPr>
                <w:rFonts w:cs="Times New Roman"/>
                <w:sz w:val="18"/>
              </w:rPr>
              <w:t>16</w:t>
            </w:r>
          </w:p>
        </w:tc>
        <w:tc>
          <w:tcPr>
            <w:tcW w:w="2863" w:type="dxa"/>
          </w:tcPr>
          <w:p w14:paraId="7B1237F1" w14:textId="77777777" w:rsidR="000E4655" w:rsidRPr="008650BF" w:rsidRDefault="000E4655" w:rsidP="00C67277">
            <w:pPr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Мышь проводная</w:t>
            </w:r>
          </w:p>
        </w:tc>
        <w:tc>
          <w:tcPr>
            <w:tcW w:w="4253" w:type="dxa"/>
          </w:tcPr>
          <w:p w14:paraId="04F905E0" w14:textId="77777777" w:rsidR="000E4655" w:rsidRPr="008650BF" w:rsidRDefault="000E4655" w:rsidP="00570F40">
            <w:pPr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</w:rPr>
              <w:t>Logitech</w:t>
            </w:r>
            <w:r w:rsidRPr="008650BF">
              <w:rPr>
                <w:rFonts w:cs="Times New Roman"/>
                <w:sz w:val="18"/>
                <w:lang w:val="ru-RU"/>
              </w:rPr>
              <w:t xml:space="preserve"> </w:t>
            </w:r>
            <w:r w:rsidRPr="008650BF">
              <w:rPr>
                <w:rFonts w:cs="Times New Roman"/>
                <w:sz w:val="18"/>
              </w:rPr>
              <w:t>B</w:t>
            </w:r>
            <w:r w:rsidRPr="008650BF">
              <w:rPr>
                <w:rFonts w:cs="Times New Roman"/>
                <w:sz w:val="18"/>
                <w:lang w:val="ru-RU"/>
              </w:rPr>
              <w:t xml:space="preserve">100. Требования к аналогу: проводная, </w:t>
            </w:r>
            <w:r w:rsidRPr="008650BF">
              <w:rPr>
                <w:rFonts w:cs="Times New Roman"/>
                <w:sz w:val="18"/>
              </w:rPr>
              <w:t>USB</w:t>
            </w:r>
            <w:r w:rsidRPr="008650BF">
              <w:rPr>
                <w:rFonts w:cs="Times New Roman"/>
                <w:sz w:val="18"/>
                <w:lang w:val="ru-RU"/>
              </w:rPr>
              <w:t xml:space="preserve">, оптическая, 800–1000 </w:t>
            </w:r>
            <w:r w:rsidRPr="008650BF">
              <w:rPr>
                <w:rFonts w:cs="Times New Roman"/>
                <w:sz w:val="18"/>
              </w:rPr>
              <w:t>dpi</w:t>
            </w:r>
          </w:p>
        </w:tc>
        <w:tc>
          <w:tcPr>
            <w:tcW w:w="1275" w:type="dxa"/>
          </w:tcPr>
          <w:p w14:paraId="60631673" w14:textId="77777777" w:rsidR="000E4655" w:rsidRPr="008650BF" w:rsidRDefault="000E4655" w:rsidP="000E4655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шт</w:t>
            </w:r>
          </w:p>
        </w:tc>
        <w:tc>
          <w:tcPr>
            <w:tcW w:w="896" w:type="dxa"/>
          </w:tcPr>
          <w:p w14:paraId="54611CD5" w14:textId="77777777" w:rsidR="000E4655" w:rsidRPr="004D526F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50</w:t>
            </w:r>
          </w:p>
        </w:tc>
      </w:tr>
      <w:tr w:rsidR="000E4655" w:rsidRPr="008650BF" w14:paraId="5A0F5B01" w14:textId="77777777" w:rsidTr="004B4F14">
        <w:trPr>
          <w:jc w:val="center"/>
        </w:trPr>
        <w:tc>
          <w:tcPr>
            <w:tcW w:w="823" w:type="dxa"/>
          </w:tcPr>
          <w:p w14:paraId="763F7A7A" w14:textId="229CA32C" w:rsidR="000E4655" w:rsidRPr="000E4655" w:rsidRDefault="000E4655" w:rsidP="000E4655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</w:t>
            </w:r>
            <w:r w:rsidRPr="008650BF">
              <w:rPr>
                <w:rFonts w:cs="Times New Roman"/>
                <w:sz w:val="18"/>
              </w:rPr>
              <w:t>17</w:t>
            </w:r>
            <w:r>
              <w:rPr>
                <w:rFonts w:cs="Times New Roman"/>
                <w:sz w:val="18"/>
                <w:lang w:val="ru-RU"/>
              </w:rPr>
              <w:t>.</w:t>
            </w:r>
          </w:p>
        </w:tc>
        <w:tc>
          <w:tcPr>
            <w:tcW w:w="2863" w:type="dxa"/>
          </w:tcPr>
          <w:p w14:paraId="7C4A969F" w14:textId="77777777" w:rsidR="000E4655" w:rsidRPr="008650BF" w:rsidRDefault="000E4655" w:rsidP="00C67277">
            <w:pPr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Мышь беспроводная</w:t>
            </w:r>
          </w:p>
        </w:tc>
        <w:tc>
          <w:tcPr>
            <w:tcW w:w="4253" w:type="dxa"/>
          </w:tcPr>
          <w:p w14:paraId="54815F27" w14:textId="77777777" w:rsidR="000E4655" w:rsidRPr="008650BF" w:rsidRDefault="000E4655" w:rsidP="00570F40">
            <w:pPr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</w:rPr>
              <w:t>Logitech</w:t>
            </w:r>
            <w:r w:rsidRPr="008650BF">
              <w:rPr>
                <w:rFonts w:cs="Times New Roman"/>
                <w:sz w:val="18"/>
                <w:lang w:val="ru-RU"/>
              </w:rPr>
              <w:t xml:space="preserve"> </w:t>
            </w:r>
            <w:r w:rsidRPr="008650BF">
              <w:rPr>
                <w:rFonts w:cs="Times New Roman"/>
                <w:sz w:val="18"/>
              </w:rPr>
              <w:t>G</w:t>
            </w:r>
            <w:r w:rsidRPr="008650BF">
              <w:rPr>
                <w:rFonts w:cs="Times New Roman"/>
                <w:sz w:val="18"/>
                <w:lang w:val="ru-RU"/>
              </w:rPr>
              <w:t xml:space="preserve">304 </w:t>
            </w:r>
            <w:r w:rsidRPr="008650BF">
              <w:rPr>
                <w:rFonts w:cs="Times New Roman"/>
                <w:sz w:val="18"/>
              </w:rPr>
              <w:t>Lightspeed</w:t>
            </w:r>
            <w:r w:rsidRPr="008650BF">
              <w:rPr>
                <w:rFonts w:cs="Times New Roman"/>
                <w:sz w:val="18"/>
                <w:lang w:val="ru-RU"/>
              </w:rPr>
              <w:t xml:space="preserve">. Требования к аналогу: беспроводная, </w:t>
            </w:r>
            <w:r w:rsidRPr="008650BF">
              <w:rPr>
                <w:rFonts w:cs="Times New Roman"/>
                <w:sz w:val="18"/>
              </w:rPr>
              <w:t>USB</w:t>
            </w:r>
            <w:r w:rsidRPr="008650BF">
              <w:rPr>
                <w:rFonts w:cs="Times New Roman"/>
                <w:sz w:val="18"/>
                <w:lang w:val="ru-RU"/>
              </w:rPr>
              <w:t xml:space="preserve">-ресивер, от 8000 </w:t>
            </w:r>
            <w:r w:rsidRPr="008650BF">
              <w:rPr>
                <w:rFonts w:cs="Times New Roman"/>
                <w:sz w:val="18"/>
              </w:rPr>
              <w:t>dpi</w:t>
            </w:r>
            <w:r w:rsidRPr="008650BF">
              <w:rPr>
                <w:rFonts w:cs="Times New Roman"/>
                <w:sz w:val="18"/>
                <w:lang w:val="ru-RU"/>
              </w:rPr>
              <w:t xml:space="preserve"> (регулируемый), не менее 2 дополнительных клавиш</w:t>
            </w:r>
          </w:p>
        </w:tc>
        <w:tc>
          <w:tcPr>
            <w:tcW w:w="1275" w:type="dxa"/>
          </w:tcPr>
          <w:p w14:paraId="022C2BB8" w14:textId="77777777" w:rsidR="000E4655" w:rsidRPr="008650BF" w:rsidRDefault="000E4655" w:rsidP="000E4655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шт</w:t>
            </w:r>
          </w:p>
        </w:tc>
        <w:tc>
          <w:tcPr>
            <w:tcW w:w="896" w:type="dxa"/>
          </w:tcPr>
          <w:p w14:paraId="7395EF6F" w14:textId="77777777" w:rsidR="000E4655" w:rsidRPr="004D526F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16</w:t>
            </w:r>
          </w:p>
        </w:tc>
      </w:tr>
      <w:tr w:rsidR="000E4655" w:rsidRPr="008650BF" w14:paraId="49E6B807" w14:textId="77777777" w:rsidTr="004B4F14">
        <w:trPr>
          <w:jc w:val="center"/>
        </w:trPr>
        <w:tc>
          <w:tcPr>
            <w:tcW w:w="823" w:type="dxa"/>
          </w:tcPr>
          <w:p w14:paraId="1A231280" w14:textId="525B80BA" w:rsidR="000E4655" w:rsidRPr="000E4655" w:rsidRDefault="000E4655" w:rsidP="000E4655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</w:t>
            </w:r>
            <w:r w:rsidRPr="008650BF">
              <w:rPr>
                <w:rFonts w:cs="Times New Roman"/>
                <w:sz w:val="18"/>
              </w:rPr>
              <w:t>18</w:t>
            </w:r>
            <w:r>
              <w:rPr>
                <w:rFonts w:cs="Times New Roman"/>
                <w:sz w:val="18"/>
                <w:lang w:val="ru-RU"/>
              </w:rPr>
              <w:t>.</w:t>
            </w:r>
          </w:p>
        </w:tc>
        <w:tc>
          <w:tcPr>
            <w:tcW w:w="2863" w:type="dxa"/>
          </w:tcPr>
          <w:p w14:paraId="4E8989DF" w14:textId="77777777" w:rsidR="000E4655" w:rsidRPr="008650BF" w:rsidRDefault="000E4655" w:rsidP="00C67277">
            <w:pPr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Монитор 27" IPS</w:t>
            </w:r>
            <w:r>
              <w:rPr>
                <w:rStyle w:val="afff4"/>
                <w:rFonts w:cs="Times New Roman"/>
                <w:sz w:val="18"/>
              </w:rPr>
              <w:footnoteReference w:id="1"/>
            </w:r>
          </w:p>
        </w:tc>
        <w:tc>
          <w:tcPr>
            <w:tcW w:w="4253" w:type="dxa"/>
          </w:tcPr>
          <w:p w14:paraId="0D7B13E5" w14:textId="77777777" w:rsidR="000E4655" w:rsidRPr="008650BF" w:rsidRDefault="000E4655" w:rsidP="00570F40">
            <w:pPr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</w:rPr>
              <w:t>Xiaomi</w:t>
            </w:r>
            <w:r w:rsidRPr="008650BF">
              <w:rPr>
                <w:rFonts w:cs="Times New Roman"/>
                <w:sz w:val="18"/>
                <w:lang w:val="ru-RU"/>
              </w:rPr>
              <w:t xml:space="preserve"> </w:t>
            </w:r>
            <w:r w:rsidRPr="008650BF">
              <w:rPr>
                <w:rFonts w:cs="Times New Roman"/>
                <w:sz w:val="18"/>
              </w:rPr>
              <w:t>A</w:t>
            </w:r>
            <w:r w:rsidRPr="008650BF">
              <w:rPr>
                <w:rFonts w:cs="Times New Roman"/>
                <w:sz w:val="18"/>
                <w:lang w:val="ru-RU"/>
              </w:rPr>
              <w:t>27</w:t>
            </w:r>
            <w:r w:rsidRPr="008650BF">
              <w:rPr>
                <w:rFonts w:cs="Times New Roman"/>
                <w:sz w:val="18"/>
              </w:rPr>
              <w:t>i</w:t>
            </w:r>
            <w:r w:rsidRPr="008650BF">
              <w:rPr>
                <w:rFonts w:cs="Times New Roman"/>
                <w:sz w:val="18"/>
                <w:lang w:val="ru-RU"/>
              </w:rPr>
              <w:t xml:space="preserve"> 2026. 27", </w:t>
            </w:r>
            <w:r w:rsidRPr="008650BF">
              <w:rPr>
                <w:rFonts w:cs="Times New Roman"/>
                <w:sz w:val="18"/>
              </w:rPr>
              <w:t>IPS</w:t>
            </w:r>
            <w:r w:rsidRPr="008650BF">
              <w:rPr>
                <w:rFonts w:cs="Times New Roman"/>
                <w:sz w:val="18"/>
                <w:lang w:val="ru-RU"/>
              </w:rPr>
              <w:t xml:space="preserve">, 1920×1080, регулировка по высоте. </w:t>
            </w:r>
            <w:r w:rsidRPr="00801F04">
              <w:rPr>
                <w:rFonts w:cs="Times New Roman"/>
                <w:b/>
                <w:sz w:val="18"/>
                <w:lang w:val="ru-RU"/>
              </w:rPr>
              <w:t>ОБЯЗАТЕЛЬНО: наличие в реестре РЭП или ЕАЭС (ПП РФ №878) [1]</w:t>
            </w:r>
          </w:p>
        </w:tc>
        <w:tc>
          <w:tcPr>
            <w:tcW w:w="1275" w:type="dxa"/>
          </w:tcPr>
          <w:p w14:paraId="45B6F08A" w14:textId="77777777" w:rsidR="000E4655" w:rsidRPr="008650BF" w:rsidRDefault="000E4655" w:rsidP="000E4655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шт</w:t>
            </w:r>
          </w:p>
        </w:tc>
        <w:tc>
          <w:tcPr>
            <w:tcW w:w="896" w:type="dxa"/>
          </w:tcPr>
          <w:p w14:paraId="1636A864" w14:textId="77777777" w:rsidR="000E4655" w:rsidRPr="004D526F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16</w:t>
            </w:r>
          </w:p>
        </w:tc>
      </w:tr>
      <w:tr w:rsidR="000E4655" w:rsidRPr="008650BF" w14:paraId="6FF69BD3" w14:textId="77777777" w:rsidTr="004B4F14">
        <w:trPr>
          <w:jc w:val="center"/>
        </w:trPr>
        <w:tc>
          <w:tcPr>
            <w:tcW w:w="823" w:type="dxa"/>
          </w:tcPr>
          <w:p w14:paraId="332ECB1F" w14:textId="38188C47" w:rsidR="000E4655" w:rsidRPr="000E4655" w:rsidRDefault="000E4655" w:rsidP="000E4655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</w:t>
            </w:r>
            <w:r w:rsidRPr="008650BF">
              <w:rPr>
                <w:rFonts w:cs="Times New Roman"/>
                <w:sz w:val="18"/>
              </w:rPr>
              <w:t>19</w:t>
            </w:r>
            <w:r>
              <w:rPr>
                <w:rFonts w:cs="Times New Roman"/>
                <w:sz w:val="18"/>
                <w:lang w:val="ru-RU"/>
              </w:rPr>
              <w:t>.</w:t>
            </w:r>
          </w:p>
        </w:tc>
        <w:tc>
          <w:tcPr>
            <w:tcW w:w="2863" w:type="dxa"/>
          </w:tcPr>
          <w:p w14:paraId="2533314A" w14:textId="77777777" w:rsidR="000E4655" w:rsidRPr="008650BF" w:rsidRDefault="000E4655" w:rsidP="00C67277">
            <w:pPr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 xml:space="preserve">Оперативная память </w:t>
            </w:r>
            <w:r w:rsidRPr="008650BF">
              <w:rPr>
                <w:rFonts w:cs="Times New Roman"/>
                <w:sz w:val="18"/>
              </w:rPr>
              <w:t>SODIMM</w:t>
            </w:r>
            <w:r w:rsidRPr="008650BF">
              <w:rPr>
                <w:rFonts w:cs="Times New Roman"/>
                <w:sz w:val="18"/>
                <w:lang w:val="ru-RU"/>
              </w:rPr>
              <w:t xml:space="preserve"> </w:t>
            </w:r>
            <w:r w:rsidRPr="008650BF">
              <w:rPr>
                <w:rFonts w:cs="Times New Roman"/>
                <w:sz w:val="18"/>
              </w:rPr>
              <w:t>DDR</w:t>
            </w:r>
            <w:r w:rsidRPr="008650BF">
              <w:rPr>
                <w:rFonts w:cs="Times New Roman"/>
                <w:sz w:val="18"/>
                <w:lang w:val="ru-RU"/>
              </w:rPr>
              <w:t>5 16</w:t>
            </w:r>
            <w:r w:rsidRPr="008650BF">
              <w:rPr>
                <w:rFonts w:cs="Times New Roman"/>
                <w:sz w:val="18"/>
              </w:rPr>
              <w:t>GB</w:t>
            </w:r>
          </w:p>
        </w:tc>
        <w:tc>
          <w:tcPr>
            <w:tcW w:w="4253" w:type="dxa"/>
          </w:tcPr>
          <w:p w14:paraId="37F6B33C" w14:textId="77777777" w:rsidR="000E4655" w:rsidRPr="008650BF" w:rsidRDefault="000E4655" w:rsidP="00570F40">
            <w:pPr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</w:rPr>
              <w:t xml:space="preserve">SODIMM ADATA [AD5S480016G-S] 16 ГБ. </w:t>
            </w:r>
            <w:r w:rsidRPr="008650BF">
              <w:rPr>
                <w:rFonts w:cs="Times New Roman"/>
                <w:sz w:val="18"/>
                <w:lang w:val="ru-RU"/>
              </w:rPr>
              <w:t xml:space="preserve">Требования к аналогу: </w:t>
            </w:r>
            <w:r w:rsidRPr="008650BF">
              <w:rPr>
                <w:rFonts w:cs="Times New Roman"/>
                <w:sz w:val="18"/>
              </w:rPr>
              <w:t>SODIMM</w:t>
            </w:r>
            <w:r w:rsidRPr="008650BF">
              <w:rPr>
                <w:rFonts w:cs="Times New Roman"/>
                <w:sz w:val="18"/>
                <w:lang w:val="ru-RU"/>
              </w:rPr>
              <w:t xml:space="preserve"> </w:t>
            </w:r>
            <w:r w:rsidRPr="008650BF">
              <w:rPr>
                <w:rFonts w:cs="Times New Roman"/>
                <w:sz w:val="18"/>
              </w:rPr>
              <w:t>DDR</w:t>
            </w:r>
            <w:r w:rsidRPr="008650BF">
              <w:rPr>
                <w:rFonts w:cs="Times New Roman"/>
                <w:sz w:val="18"/>
                <w:lang w:val="ru-RU"/>
              </w:rPr>
              <w:t>5 16</w:t>
            </w:r>
            <w:r w:rsidRPr="008650BF">
              <w:rPr>
                <w:rFonts w:cs="Times New Roman"/>
                <w:sz w:val="18"/>
              </w:rPr>
              <w:t>GB</w:t>
            </w:r>
          </w:p>
        </w:tc>
        <w:tc>
          <w:tcPr>
            <w:tcW w:w="1275" w:type="dxa"/>
          </w:tcPr>
          <w:p w14:paraId="0E46C5FD" w14:textId="77777777" w:rsidR="000E4655" w:rsidRPr="008650BF" w:rsidRDefault="000E4655" w:rsidP="000E4655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шт</w:t>
            </w:r>
          </w:p>
        </w:tc>
        <w:tc>
          <w:tcPr>
            <w:tcW w:w="896" w:type="dxa"/>
          </w:tcPr>
          <w:p w14:paraId="4C262F6F" w14:textId="77777777" w:rsidR="000E4655" w:rsidRPr="004D526F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</w:t>
            </w:r>
          </w:p>
        </w:tc>
      </w:tr>
      <w:tr w:rsidR="000E4655" w:rsidRPr="008650BF" w14:paraId="0F5ED4D3" w14:textId="77777777" w:rsidTr="004B4F14">
        <w:trPr>
          <w:jc w:val="center"/>
        </w:trPr>
        <w:tc>
          <w:tcPr>
            <w:tcW w:w="823" w:type="dxa"/>
          </w:tcPr>
          <w:p w14:paraId="62C4DA12" w14:textId="292880B3" w:rsidR="000E4655" w:rsidRPr="000E4655" w:rsidRDefault="000E4655" w:rsidP="000E4655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lastRenderedPageBreak/>
              <w:t>1.</w:t>
            </w:r>
            <w:r w:rsidRPr="008650BF">
              <w:rPr>
                <w:rFonts w:cs="Times New Roman"/>
                <w:sz w:val="18"/>
              </w:rPr>
              <w:t>20</w:t>
            </w:r>
            <w:r>
              <w:rPr>
                <w:rFonts w:cs="Times New Roman"/>
                <w:sz w:val="18"/>
                <w:lang w:val="ru-RU"/>
              </w:rPr>
              <w:t>.</w:t>
            </w:r>
          </w:p>
        </w:tc>
        <w:tc>
          <w:tcPr>
            <w:tcW w:w="2863" w:type="dxa"/>
          </w:tcPr>
          <w:p w14:paraId="34EEDE73" w14:textId="77777777" w:rsidR="000E4655" w:rsidRPr="00884866" w:rsidRDefault="000E4655" w:rsidP="00C67277">
            <w:pPr>
              <w:rPr>
                <w:rFonts w:cs="Times New Roman"/>
                <w:lang w:val="ru-RU"/>
              </w:rPr>
            </w:pPr>
            <w:r w:rsidRPr="00884866">
              <w:rPr>
                <w:rFonts w:cs="Times New Roman"/>
                <w:sz w:val="18"/>
                <w:lang w:val="ru-RU"/>
              </w:rPr>
              <w:t xml:space="preserve">Видеокарта </w:t>
            </w:r>
            <w:r w:rsidRPr="008650BF">
              <w:rPr>
                <w:rFonts w:cs="Times New Roman"/>
                <w:sz w:val="18"/>
              </w:rPr>
              <w:t>RTX</w:t>
            </w:r>
            <w:r w:rsidRPr="00884866">
              <w:rPr>
                <w:rFonts w:cs="Times New Roman"/>
                <w:sz w:val="18"/>
                <w:lang w:val="ru-RU"/>
              </w:rPr>
              <w:t xml:space="preserve"> 5060 </w:t>
            </w:r>
            <w:r w:rsidRPr="008650BF">
              <w:rPr>
                <w:rFonts w:cs="Times New Roman"/>
                <w:sz w:val="18"/>
              </w:rPr>
              <w:t>Ti</w:t>
            </w:r>
            <w:r w:rsidRPr="00884866">
              <w:rPr>
                <w:rFonts w:cs="Times New Roman"/>
                <w:sz w:val="18"/>
                <w:lang w:val="ru-RU"/>
              </w:rPr>
              <w:t xml:space="preserve"> 16</w:t>
            </w:r>
            <w:r w:rsidRPr="008650BF">
              <w:rPr>
                <w:rFonts w:cs="Times New Roman"/>
                <w:sz w:val="18"/>
              </w:rPr>
              <w:t>GB</w:t>
            </w:r>
            <w:r w:rsidRPr="00884866">
              <w:rPr>
                <w:rFonts w:cs="Times New Roman"/>
                <w:sz w:val="18"/>
                <w:lang w:val="ru-RU"/>
              </w:rPr>
              <w:t xml:space="preserve"> | </w:t>
            </w:r>
            <w:r w:rsidRPr="008650BF">
              <w:rPr>
                <w:rFonts w:cs="Times New Roman"/>
                <w:sz w:val="18"/>
              </w:rPr>
              <w:t>RX</w:t>
            </w:r>
            <w:r w:rsidRPr="00884866">
              <w:rPr>
                <w:rFonts w:cs="Times New Roman"/>
                <w:sz w:val="18"/>
                <w:lang w:val="ru-RU"/>
              </w:rPr>
              <w:t xml:space="preserve"> 9070 16</w:t>
            </w:r>
            <w:r w:rsidRPr="008650BF">
              <w:rPr>
                <w:rFonts w:cs="Times New Roman"/>
                <w:sz w:val="18"/>
              </w:rPr>
              <w:t>GB</w:t>
            </w:r>
          </w:p>
        </w:tc>
        <w:tc>
          <w:tcPr>
            <w:tcW w:w="4253" w:type="dxa"/>
          </w:tcPr>
          <w:p w14:paraId="4AD8A98F" w14:textId="77777777" w:rsidR="000E4655" w:rsidRPr="008650BF" w:rsidRDefault="000E4655" w:rsidP="00570F40">
            <w:pPr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</w:rPr>
              <w:t xml:space="preserve">MSI RTX 5060 Ti 16G VENTUS 2X PLUS / RX 9070 16GB Gigabyte Gaming OC. </w:t>
            </w:r>
            <w:r w:rsidRPr="008650BF">
              <w:rPr>
                <w:rFonts w:cs="Times New Roman"/>
                <w:sz w:val="18"/>
                <w:lang w:val="ru-RU"/>
              </w:rPr>
              <w:t xml:space="preserve">Требования к аналогу: 16 ГБ </w:t>
            </w:r>
            <w:r w:rsidRPr="008650BF">
              <w:rPr>
                <w:rFonts w:cs="Times New Roman"/>
                <w:sz w:val="18"/>
              </w:rPr>
              <w:t>GDDR</w:t>
            </w:r>
            <w:r w:rsidRPr="008650BF">
              <w:rPr>
                <w:rFonts w:cs="Times New Roman"/>
                <w:sz w:val="18"/>
                <w:lang w:val="ru-RU"/>
              </w:rPr>
              <w:t>7, ≥128 бит, ≥</w:t>
            </w:r>
            <w:r w:rsidRPr="008650BF">
              <w:rPr>
                <w:rFonts w:cs="Times New Roman"/>
                <w:sz w:val="18"/>
              </w:rPr>
              <w:t>PCI</w:t>
            </w:r>
            <w:r w:rsidRPr="008650BF">
              <w:rPr>
                <w:rFonts w:cs="Times New Roman"/>
                <w:sz w:val="18"/>
                <w:lang w:val="ru-RU"/>
              </w:rPr>
              <w:t>-</w:t>
            </w:r>
            <w:r w:rsidRPr="008650BF">
              <w:rPr>
                <w:rFonts w:cs="Times New Roman"/>
                <w:sz w:val="18"/>
              </w:rPr>
              <w:t>E</w:t>
            </w:r>
            <w:r w:rsidRPr="008650BF">
              <w:rPr>
                <w:rFonts w:cs="Times New Roman"/>
                <w:sz w:val="18"/>
                <w:lang w:val="ru-RU"/>
              </w:rPr>
              <w:t xml:space="preserve"> 4.0, </w:t>
            </w:r>
            <w:r w:rsidRPr="008650BF">
              <w:rPr>
                <w:rFonts w:cs="Times New Roman"/>
                <w:sz w:val="18"/>
              </w:rPr>
              <w:t>HDMI</w:t>
            </w:r>
            <w:r w:rsidRPr="008650BF">
              <w:rPr>
                <w:rFonts w:cs="Times New Roman"/>
                <w:sz w:val="18"/>
                <w:lang w:val="ru-RU"/>
              </w:rPr>
              <w:t xml:space="preserve"> + 2×</w:t>
            </w:r>
            <w:r w:rsidRPr="008650BF">
              <w:rPr>
                <w:rFonts w:cs="Times New Roman"/>
                <w:sz w:val="18"/>
              </w:rPr>
              <w:t>DP</w:t>
            </w:r>
          </w:p>
        </w:tc>
        <w:tc>
          <w:tcPr>
            <w:tcW w:w="1275" w:type="dxa"/>
          </w:tcPr>
          <w:p w14:paraId="74EDAD3C" w14:textId="77777777" w:rsidR="000E4655" w:rsidRPr="008650BF" w:rsidRDefault="000E4655" w:rsidP="000E4655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шт</w:t>
            </w:r>
          </w:p>
        </w:tc>
        <w:tc>
          <w:tcPr>
            <w:tcW w:w="896" w:type="dxa"/>
          </w:tcPr>
          <w:p w14:paraId="5D1BD247" w14:textId="77777777" w:rsidR="000E4655" w:rsidRPr="004D526F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</w:t>
            </w:r>
          </w:p>
        </w:tc>
      </w:tr>
      <w:tr w:rsidR="000E4655" w:rsidRPr="008650BF" w14:paraId="1BB64241" w14:textId="77777777" w:rsidTr="004B4F14">
        <w:trPr>
          <w:jc w:val="center"/>
        </w:trPr>
        <w:tc>
          <w:tcPr>
            <w:tcW w:w="823" w:type="dxa"/>
          </w:tcPr>
          <w:p w14:paraId="44174CC3" w14:textId="073938AD" w:rsidR="000E4655" w:rsidRPr="000E4655" w:rsidRDefault="000E4655" w:rsidP="000E4655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</w:t>
            </w:r>
            <w:r w:rsidRPr="008650BF">
              <w:rPr>
                <w:rFonts w:cs="Times New Roman"/>
                <w:sz w:val="18"/>
              </w:rPr>
              <w:t>21</w:t>
            </w:r>
            <w:r>
              <w:rPr>
                <w:rFonts w:cs="Times New Roman"/>
                <w:sz w:val="18"/>
                <w:lang w:val="ru-RU"/>
              </w:rPr>
              <w:t>.</w:t>
            </w:r>
          </w:p>
        </w:tc>
        <w:tc>
          <w:tcPr>
            <w:tcW w:w="2863" w:type="dxa"/>
          </w:tcPr>
          <w:p w14:paraId="4CE8B1D3" w14:textId="77777777" w:rsidR="000E4655" w:rsidRPr="008650BF" w:rsidRDefault="000E4655" w:rsidP="00C67277">
            <w:pPr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Ноутбук 14" вес ≤1,39 кг</w:t>
            </w:r>
          </w:p>
        </w:tc>
        <w:tc>
          <w:tcPr>
            <w:tcW w:w="4253" w:type="dxa"/>
          </w:tcPr>
          <w:p w14:paraId="15FAD574" w14:textId="77777777" w:rsidR="000E4655" w:rsidRPr="008650BF" w:rsidRDefault="000E4655" w:rsidP="00570F40">
            <w:pPr>
              <w:jc w:val="both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LUNNEN Ground 14. Требования к аналогу: 14", AMD Ryzen 5/7 (или аналог Intel), 16/32 ГБ ОЗУ, 512/1024 ГБ SSD, Windows 11, вес ≤1,39 кг</w:t>
            </w:r>
          </w:p>
        </w:tc>
        <w:tc>
          <w:tcPr>
            <w:tcW w:w="1275" w:type="dxa"/>
          </w:tcPr>
          <w:p w14:paraId="52DB88E6" w14:textId="77777777" w:rsidR="000E4655" w:rsidRPr="008650BF" w:rsidRDefault="000E4655" w:rsidP="000E4655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шт</w:t>
            </w:r>
          </w:p>
        </w:tc>
        <w:tc>
          <w:tcPr>
            <w:tcW w:w="896" w:type="dxa"/>
          </w:tcPr>
          <w:p w14:paraId="4B1FBD84" w14:textId="77777777" w:rsidR="000E4655" w:rsidRPr="004D526F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2</w:t>
            </w:r>
          </w:p>
        </w:tc>
      </w:tr>
      <w:tr w:rsidR="000E4655" w:rsidRPr="008650BF" w14:paraId="4DA19468" w14:textId="77777777" w:rsidTr="004B4F14">
        <w:trPr>
          <w:jc w:val="center"/>
        </w:trPr>
        <w:tc>
          <w:tcPr>
            <w:tcW w:w="823" w:type="dxa"/>
          </w:tcPr>
          <w:p w14:paraId="3A186E29" w14:textId="3655AFD4" w:rsidR="000E4655" w:rsidRPr="000E4655" w:rsidRDefault="000E4655" w:rsidP="000E4655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</w:t>
            </w:r>
            <w:r w:rsidRPr="008650BF">
              <w:rPr>
                <w:rFonts w:cs="Times New Roman"/>
                <w:sz w:val="18"/>
              </w:rPr>
              <w:t>22</w:t>
            </w:r>
            <w:r>
              <w:rPr>
                <w:rFonts w:cs="Times New Roman"/>
                <w:sz w:val="18"/>
                <w:lang w:val="ru-RU"/>
              </w:rPr>
              <w:t>.</w:t>
            </w:r>
          </w:p>
        </w:tc>
        <w:tc>
          <w:tcPr>
            <w:tcW w:w="2863" w:type="dxa"/>
          </w:tcPr>
          <w:p w14:paraId="5646FDB9" w14:textId="77777777" w:rsidR="000E4655" w:rsidRPr="008650BF" w:rsidRDefault="000E4655" w:rsidP="00C67277">
            <w:pPr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Ноутбук 14.4" OLED вес ≤1,39 кг</w:t>
            </w:r>
          </w:p>
        </w:tc>
        <w:tc>
          <w:tcPr>
            <w:tcW w:w="4253" w:type="dxa"/>
          </w:tcPr>
          <w:p w14:paraId="7C809272" w14:textId="77777777" w:rsidR="000E4655" w:rsidRPr="008650BF" w:rsidRDefault="000E4655" w:rsidP="00570F40">
            <w:pPr>
              <w:jc w:val="both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Huawei MateBook 14 FLMH-X. Требования к аналогу: ≤14.4", вес ≤1,39 кг, OLED, Core Ultra 5/7 (или аналог AMD), 16 ГБ ОЗУ, 512/1024 ГБ SSD</w:t>
            </w:r>
          </w:p>
        </w:tc>
        <w:tc>
          <w:tcPr>
            <w:tcW w:w="1275" w:type="dxa"/>
          </w:tcPr>
          <w:p w14:paraId="6B7F235C" w14:textId="77777777" w:rsidR="000E4655" w:rsidRPr="008650BF" w:rsidRDefault="000E4655" w:rsidP="000E4655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шт</w:t>
            </w:r>
          </w:p>
        </w:tc>
        <w:tc>
          <w:tcPr>
            <w:tcW w:w="896" w:type="dxa"/>
          </w:tcPr>
          <w:p w14:paraId="077C7BAF" w14:textId="77777777" w:rsidR="000E4655" w:rsidRPr="004D526F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3</w:t>
            </w:r>
          </w:p>
        </w:tc>
      </w:tr>
      <w:tr w:rsidR="000E4655" w:rsidRPr="008650BF" w14:paraId="73E245C2" w14:textId="77777777" w:rsidTr="004B4F14">
        <w:trPr>
          <w:jc w:val="center"/>
        </w:trPr>
        <w:tc>
          <w:tcPr>
            <w:tcW w:w="823" w:type="dxa"/>
          </w:tcPr>
          <w:p w14:paraId="4AC73D96" w14:textId="1CE90ECB" w:rsidR="000E4655" w:rsidRPr="000E4655" w:rsidRDefault="000E4655" w:rsidP="000E4655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</w:t>
            </w:r>
            <w:r w:rsidRPr="008650BF">
              <w:rPr>
                <w:rFonts w:cs="Times New Roman"/>
                <w:sz w:val="18"/>
              </w:rPr>
              <w:t>23</w:t>
            </w:r>
            <w:r>
              <w:rPr>
                <w:rFonts w:cs="Times New Roman"/>
                <w:sz w:val="18"/>
                <w:lang w:val="ru-RU"/>
              </w:rPr>
              <w:t>.</w:t>
            </w:r>
          </w:p>
        </w:tc>
        <w:tc>
          <w:tcPr>
            <w:tcW w:w="2863" w:type="dxa"/>
          </w:tcPr>
          <w:p w14:paraId="58927B3B" w14:textId="77777777" w:rsidR="000E4655" w:rsidRPr="00884866" w:rsidRDefault="000E4655" w:rsidP="00C67277">
            <w:pPr>
              <w:rPr>
                <w:rFonts w:cs="Times New Roman"/>
                <w:lang w:val="ru-RU"/>
              </w:rPr>
            </w:pPr>
            <w:r w:rsidRPr="00884866">
              <w:rPr>
                <w:rFonts w:cs="Times New Roman"/>
                <w:sz w:val="18"/>
                <w:lang w:val="ru-RU"/>
              </w:rPr>
              <w:t xml:space="preserve">Ноутбук 14.2" </w:t>
            </w:r>
            <w:r w:rsidRPr="008650BF">
              <w:rPr>
                <w:rFonts w:cs="Times New Roman"/>
                <w:sz w:val="18"/>
              </w:rPr>
              <w:t>OLED</w:t>
            </w:r>
            <w:r w:rsidRPr="00884866">
              <w:rPr>
                <w:rFonts w:cs="Times New Roman"/>
                <w:sz w:val="18"/>
                <w:lang w:val="ru-RU"/>
              </w:rPr>
              <w:t xml:space="preserve"> вес ≤1,35 кг, чёрный</w:t>
            </w:r>
          </w:p>
        </w:tc>
        <w:tc>
          <w:tcPr>
            <w:tcW w:w="4253" w:type="dxa"/>
          </w:tcPr>
          <w:p w14:paraId="068E7B2D" w14:textId="77777777" w:rsidR="000E4655" w:rsidRPr="00884866" w:rsidRDefault="000E4655" w:rsidP="00570F40">
            <w:pPr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</w:rPr>
              <w:t>HUAWEI</w:t>
            </w:r>
            <w:r w:rsidRPr="00884866">
              <w:rPr>
                <w:rFonts w:cs="Times New Roman"/>
                <w:sz w:val="18"/>
                <w:lang w:val="ru-RU"/>
              </w:rPr>
              <w:t xml:space="preserve"> </w:t>
            </w:r>
            <w:r w:rsidRPr="008650BF">
              <w:rPr>
                <w:rFonts w:cs="Times New Roman"/>
                <w:sz w:val="18"/>
              </w:rPr>
              <w:t>MateBook</w:t>
            </w:r>
            <w:r w:rsidRPr="00884866">
              <w:rPr>
                <w:rFonts w:cs="Times New Roman"/>
                <w:sz w:val="18"/>
                <w:lang w:val="ru-RU"/>
              </w:rPr>
              <w:t xml:space="preserve"> </w:t>
            </w:r>
            <w:r w:rsidRPr="008650BF">
              <w:rPr>
                <w:rFonts w:cs="Times New Roman"/>
                <w:sz w:val="18"/>
              </w:rPr>
              <w:t>X</w:t>
            </w:r>
            <w:r w:rsidRPr="00884866">
              <w:rPr>
                <w:rFonts w:cs="Times New Roman"/>
                <w:sz w:val="18"/>
                <w:lang w:val="ru-RU"/>
              </w:rPr>
              <w:t xml:space="preserve"> </w:t>
            </w:r>
            <w:r w:rsidRPr="008650BF">
              <w:rPr>
                <w:rFonts w:cs="Times New Roman"/>
                <w:sz w:val="18"/>
              </w:rPr>
              <w:t>Pro</w:t>
            </w:r>
            <w:r w:rsidRPr="00884866">
              <w:rPr>
                <w:rFonts w:cs="Times New Roman"/>
                <w:sz w:val="18"/>
                <w:lang w:val="ru-RU"/>
              </w:rPr>
              <w:t xml:space="preserve">. Требования к аналогу: ≤14.2", вес ≤1,35 кг, </w:t>
            </w:r>
            <w:r w:rsidRPr="008650BF">
              <w:rPr>
                <w:rFonts w:cs="Times New Roman"/>
                <w:sz w:val="18"/>
              </w:rPr>
              <w:t>OLED</w:t>
            </w:r>
            <w:r w:rsidRPr="00884866">
              <w:rPr>
                <w:rFonts w:cs="Times New Roman"/>
                <w:sz w:val="18"/>
                <w:lang w:val="ru-RU"/>
              </w:rPr>
              <w:t xml:space="preserve">, </w:t>
            </w:r>
            <w:r w:rsidRPr="008650BF">
              <w:rPr>
                <w:rFonts w:cs="Times New Roman"/>
                <w:sz w:val="18"/>
              </w:rPr>
              <w:t>Core</w:t>
            </w:r>
            <w:r w:rsidRPr="00884866">
              <w:rPr>
                <w:rFonts w:cs="Times New Roman"/>
                <w:sz w:val="18"/>
                <w:lang w:val="ru-RU"/>
              </w:rPr>
              <w:t xml:space="preserve"> </w:t>
            </w:r>
            <w:r w:rsidRPr="008650BF">
              <w:rPr>
                <w:rFonts w:cs="Times New Roman"/>
                <w:sz w:val="18"/>
              </w:rPr>
              <w:t>Ultra</w:t>
            </w:r>
            <w:r w:rsidRPr="00884866">
              <w:rPr>
                <w:rFonts w:cs="Times New Roman"/>
                <w:sz w:val="18"/>
                <w:lang w:val="ru-RU"/>
              </w:rPr>
              <w:t xml:space="preserve"> 5/7 (или аналог </w:t>
            </w:r>
            <w:r w:rsidRPr="008650BF">
              <w:rPr>
                <w:rFonts w:cs="Times New Roman"/>
                <w:sz w:val="18"/>
              </w:rPr>
              <w:t>AMD</w:t>
            </w:r>
            <w:r w:rsidRPr="00884866">
              <w:rPr>
                <w:rFonts w:cs="Times New Roman"/>
                <w:sz w:val="18"/>
                <w:lang w:val="ru-RU"/>
              </w:rPr>
              <w:t xml:space="preserve">), 32 ГБ ОЗУ, 512/1024 ГБ </w:t>
            </w:r>
            <w:r w:rsidRPr="008650BF">
              <w:rPr>
                <w:rFonts w:cs="Times New Roman"/>
                <w:sz w:val="18"/>
              </w:rPr>
              <w:t>SSD</w:t>
            </w:r>
            <w:r w:rsidRPr="00884866">
              <w:rPr>
                <w:rFonts w:cs="Times New Roman"/>
                <w:sz w:val="18"/>
                <w:lang w:val="ru-RU"/>
              </w:rPr>
              <w:t>, цвет чёрный</w:t>
            </w:r>
          </w:p>
        </w:tc>
        <w:tc>
          <w:tcPr>
            <w:tcW w:w="1275" w:type="dxa"/>
          </w:tcPr>
          <w:p w14:paraId="231820AD" w14:textId="77777777" w:rsidR="000E4655" w:rsidRPr="008650BF" w:rsidRDefault="000E4655" w:rsidP="000E4655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шт</w:t>
            </w:r>
          </w:p>
        </w:tc>
        <w:tc>
          <w:tcPr>
            <w:tcW w:w="896" w:type="dxa"/>
          </w:tcPr>
          <w:p w14:paraId="6FAA5095" w14:textId="77777777" w:rsidR="000E4655" w:rsidRPr="004D526F" w:rsidRDefault="000E4655" w:rsidP="000E4655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</w:t>
            </w:r>
          </w:p>
        </w:tc>
      </w:tr>
    </w:tbl>
    <w:p w14:paraId="4A9B1764" w14:textId="77777777" w:rsidR="00AA4997" w:rsidRPr="00801F04" w:rsidRDefault="00AA4997">
      <w:pPr>
        <w:spacing w:after="80"/>
        <w:jc w:val="both"/>
        <w:rPr>
          <w:rFonts w:cs="Times New Roman"/>
          <w:i/>
          <w:lang w:val="ru-RU"/>
        </w:rPr>
      </w:pPr>
    </w:p>
    <w:p w14:paraId="3ADD312B" w14:textId="5D8FF5D5" w:rsidR="00AA4997" w:rsidRPr="00884866" w:rsidRDefault="00801F04">
      <w:pPr>
        <w:spacing w:after="80"/>
        <w:ind w:firstLine="567"/>
        <w:jc w:val="both"/>
        <w:rPr>
          <w:rFonts w:cs="Times New Roman"/>
          <w:i/>
          <w:sz w:val="24"/>
          <w:szCs w:val="24"/>
          <w:lang w:val="ru-RU"/>
        </w:rPr>
      </w:pPr>
      <w:r w:rsidRPr="00884866">
        <w:rPr>
          <w:rFonts w:cs="Times New Roman"/>
          <w:b/>
          <w:i/>
          <w:sz w:val="24"/>
          <w:szCs w:val="24"/>
          <w:lang w:val="ru-RU"/>
        </w:rPr>
        <w:t xml:space="preserve">ВАЖНО! </w:t>
      </w:r>
      <w:r w:rsidR="006D59CB" w:rsidRPr="00884866">
        <w:rPr>
          <w:rFonts w:cs="Times New Roman"/>
          <w:b/>
          <w:i/>
          <w:sz w:val="24"/>
          <w:szCs w:val="24"/>
          <w:lang w:val="ru-RU"/>
        </w:rPr>
        <w:t xml:space="preserve">Максимальная стоимость за единицу любой позиции из перечня не должна превышать 99 000 (Девяносто девять тысяч) рублей 00 копеек без учета НДС. </w:t>
      </w:r>
    </w:p>
    <w:p w14:paraId="60E1E6A2" w14:textId="77777777" w:rsidR="00AA4997" w:rsidRPr="00721B0C" w:rsidRDefault="006D59CB" w:rsidP="00884866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8" w:name="_Toc243323802"/>
      <w:r w:rsidRPr="00721B0C">
        <w:rPr>
          <w:rFonts w:ascii="Times New Roman" w:hAnsi="Times New Roman" w:cs="Times New Roman"/>
          <w:color w:val="auto"/>
          <w:sz w:val="24"/>
          <w:szCs w:val="24"/>
          <w:lang w:val="ru-RU"/>
        </w:rPr>
        <w:t>2.1.2. Требования к срокам поставки Товара</w:t>
      </w:r>
      <w:bookmarkEnd w:id="8"/>
    </w:p>
    <w:p w14:paraId="5559C970" w14:textId="77777777" w:rsidR="00AA4997" w:rsidRPr="00721B0C" w:rsidRDefault="006D59CB" w:rsidP="00884866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9" w:name="_Toc243294545"/>
      <w:bookmarkStart w:id="10" w:name="_Toc243323803"/>
      <w:r w:rsidRPr="00721B0C">
        <w:rPr>
          <w:rFonts w:ascii="Times New Roman" w:hAnsi="Times New Roman" w:cs="Times New Roman"/>
          <w:color w:val="auto"/>
          <w:sz w:val="24"/>
          <w:szCs w:val="24"/>
          <w:lang w:val="ru-RU"/>
        </w:rPr>
        <w:t>Таблица 2. Требования к срокам поставки Товара</w:t>
      </w:r>
      <w:bookmarkEnd w:id="9"/>
      <w:bookmarkEnd w:id="10"/>
    </w:p>
    <w:tbl>
      <w:tblPr>
        <w:tblStyle w:val="aff0"/>
        <w:tblpPr w:leftFromText="181" w:rightFromText="18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801"/>
        <w:gridCol w:w="2003"/>
        <w:gridCol w:w="1902"/>
      </w:tblGrid>
      <w:tr w:rsidR="00AA4997" w:rsidRPr="00570F40" w14:paraId="3E22CC66" w14:textId="77777777" w:rsidTr="000E4655">
        <w:tc>
          <w:tcPr>
            <w:tcW w:w="1129" w:type="dxa"/>
            <w:shd w:val="clear" w:color="auto" w:fill="D9D9D9"/>
          </w:tcPr>
          <w:p w14:paraId="7091BFCD" w14:textId="77777777" w:rsidR="00AA4997" w:rsidRPr="00801F04" w:rsidRDefault="006D59CB" w:rsidP="00DF7CCF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 w:rsidRPr="00801F04">
              <w:rPr>
                <w:rFonts w:cs="Times New Roman"/>
                <w:b/>
                <w:sz w:val="20"/>
                <w:lang w:val="ru-RU"/>
              </w:rPr>
              <w:t>№ п/п</w:t>
            </w:r>
          </w:p>
        </w:tc>
        <w:tc>
          <w:tcPr>
            <w:tcW w:w="4801" w:type="dxa"/>
            <w:shd w:val="clear" w:color="auto" w:fill="D9D9D9"/>
          </w:tcPr>
          <w:p w14:paraId="22780DD1" w14:textId="77777777" w:rsidR="00AA4997" w:rsidRPr="00801F04" w:rsidRDefault="006D59CB" w:rsidP="00DF7CCF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 w:rsidRPr="00801F04">
              <w:rPr>
                <w:rFonts w:cs="Times New Roman"/>
                <w:b/>
                <w:sz w:val="20"/>
                <w:lang w:val="ru-RU"/>
              </w:rPr>
              <w:t>Наименование продукции</w:t>
            </w:r>
          </w:p>
        </w:tc>
        <w:tc>
          <w:tcPr>
            <w:tcW w:w="2003" w:type="dxa"/>
            <w:shd w:val="clear" w:color="auto" w:fill="D9D9D9"/>
          </w:tcPr>
          <w:p w14:paraId="72B6C598" w14:textId="77777777" w:rsidR="00AA4997" w:rsidRPr="008650BF" w:rsidRDefault="006D59CB" w:rsidP="00DF7CCF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b/>
                <w:sz w:val="20"/>
                <w:lang w:val="ru-RU"/>
              </w:rPr>
              <w:t>Требования к началу срока поставки продукции</w:t>
            </w:r>
          </w:p>
        </w:tc>
        <w:tc>
          <w:tcPr>
            <w:tcW w:w="1902" w:type="dxa"/>
            <w:shd w:val="clear" w:color="auto" w:fill="D9D9D9"/>
          </w:tcPr>
          <w:p w14:paraId="68C73AAC" w14:textId="77777777" w:rsidR="00AA4997" w:rsidRPr="008650BF" w:rsidRDefault="006D59CB" w:rsidP="00DF7CCF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b/>
                <w:sz w:val="20"/>
                <w:lang w:val="ru-RU"/>
              </w:rPr>
              <w:t>Требования к окончанию срока поставки продукции</w:t>
            </w:r>
          </w:p>
        </w:tc>
      </w:tr>
      <w:tr w:rsidR="00AA4997" w:rsidRPr="008650BF" w14:paraId="10DCF34B" w14:textId="77777777" w:rsidTr="000E4655">
        <w:tc>
          <w:tcPr>
            <w:tcW w:w="1129" w:type="dxa"/>
            <w:shd w:val="clear" w:color="auto" w:fill="F2F2F2"/>
          </w:tcPr>
          <w:p w14:paraId="58083ED1" w14:textId="77777777" w:rsidR="00AA4997" w:rsidRPr="008650BF" w:rsidRDefault="006D59CB" w:rsidP="00DF7CCF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b/>
                <w:sz w:val="18"/>
              </w:rPr>
              <w:t>1</w:t>
            </w:r>
          </w:p>
        </w:tc>
        <w:tc>
          <w:tcPr>
            <w:tcW w:w="4801" w:type="dxa"/>
            <w:shd w:val="clear" w:color="auto" w:fill="F2F2F2"/>
          </w:tcPr>
          <w:p w14:paraId="4F5EC8FE" w14:textId="77777777" w:rsidR="00AA4997" w:rsidRPr="008650BF" w:rsidRDefault="006D59CB" w:rsidP="00DF7CCF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b/>
                <w:sz w:val="18"/>
              </w:rPr>
              <w:t>2</w:t>
            </w:r>
          </w:p>
        </w:tc>
        <w:tc>
          <w:tcPr>
            <w:tcW w:w="2003" w:type="dxa"/>
            <w:shd w:val="clear" w:color="auto" w:fill="F2F2F2"/>
          </w:tcPr>
          <w:p w14:paraId="025195CA" w14:textId="77777777" w:rsidR="00AA4997" w:rsidRPr="008650BF" w:rsidRDefault="006D59CB" w:rsidP="00DF7CCF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b/>
                <w:sz w:val="18"/>
              </w:rPr>
              <w:t>3</w:t>
            </w:r>
          </w:p>
        </w:tc>
        <w:tc>
          <w:tcPr>
            <w:tcW w:w="1902" w:type="dxa"/>
            <w:shd w:val="clear" w:color="auto" w:fill="F2F2F2"/>
          </w:tcPr>
          <w:p w14:paraId="0EEC0DE0" w14:textId="77777777" w:rsidR="00AA4997" w:rsidRPr="008650BF" w:rsidRDefault="006D59CB" w:rsidP="00DF7CCF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b/>
                <w:sz w:val="18"/>
              </w:rPr>
              <w:t>4</w:t>
            </w:r>
          </w:p>
        </w:tc>
      </w:tr>
      <w:tr w:rsidR="00B017B7" w:rsidRPr="00570F40" w14:paraId="3B1A7C4D" w14:textId="77777777" w:rsidTr="00B017B7">
        <w:trPr>
          <w:trHeight w:val="507"/>
        </w:trPr>
        <w:tc>
          <w:tcPr>
            <w:tcW w:w="1129" w:type="dxa"/>
          </w:tcPr>
          <w:p w14:paraId="076E2F1C" w14:textId="77777777" w:rsidR="00B017B7" w:rsidRPr="008650BF" w:rsidRDefault="00B017B7" w:rsidP="00DF7CCF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1</w:t>
            </w:r>
          </w:p>
        </w:tc>
        <w:tc>
          <w:tcPr>
            <w:tcW w:w="8706" w:type="dxa"/>
            <w:gridSpan w:val="3"/>
          </w:tcPr>
          <w:p w14:paraId="350FD2E5" w14:textId="436BBFA5" w:rsidR="00B017B7" w:rsidRPr="008650BF" w:rsidRDefault="00B017B7" w:rsidP="00B017B7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>ОКПД2 46.51.10.110 Поставка расходных материалов для копировальной и оргтехники, комплектующих и периферийных устройств для персональных компьютеров для нужд филиала ПАО «РусГидро» – «КорУнГ» в г. Красноярске (позиции № 1–23 Таблицы 1)</w:t>
            </w:r>
          </w:p>
        </w:tc>
      </w:tr>
      <w:tr w:rsidR="00B017B7" w:rsidRPr="00570F40" w14:paraId="2C50DA7C" w14:textId="77777777" w:rsidTr="000E4655">
        <w:trPr>
          <w:trHeight w:val="132"/>
        </w:trPr>
        <w:tc>
          <w:tcPr>
            <w:tcW w:w="1129" w:type="dxa"/>
          </w:tcPr>
          <w:p w14:paraId="57B0BA61" w14:textId="64E290A9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1.1.</w:t>
            </w:r>
          </w:p>
        </w:tc>
        <w:tc>
          <w:tcPr>
            <w:tcW w:w="4801" w:type="dxa"/>
          </w:tcPr>
          <w:p w14:paraId="31EAFD05" w14:textId="4652F65C" w:rsidR="00B017B7" w:rsidRPr="008650BF" w:rsidRDefault="00B017B7" w:rsidP="00B017B7">
            <w:pPr>
              <w:spacing w:before="40" w:after="40"/>
              <w:jc w:val="both"/>
              <w:rPr>
                <w:rFonts w:cs="Times New Roman"/>
                <w:sz w:val="18"/>
                <w:lang w:val="ru-RU"/>
              </w:rPr>
            </w:pPr>
            <w:r w:rsidRPr="008650BF">
              <w:rPr>
                <w:rFonts w:cs="Times New Roman"/>
                <w:sz w:val="18"/>
              </w:rPr>
              <w:t>Батарейка CR2032</w:t>
            </w:r>
          </w:p>
        </w:tc>
        <w:tc>
          <w:tcPr>
            <w:tcW w:w="2003" w:type="dxa"/>
            <w:vMerge w:val="restart"/>
          </w:tcPr>
          <w:p w14:paraId="1EF9843B" w14:textId="2BF33D81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 w:rsidRPr="008650BF">
              <w:rPr>
                <w:rFonts w:cs="Times New Roman"/>
                <w:sz w:val="18"/>
              </w:rPr>
              <w:t>С даты заключения договора</w:t>
            </w:r>
          </w:p>
        </w:tc>
        <w:tc>
          <w:tcPr>
            <w:tcW w:w="1902" w:type="dxa"/>
            <w:vMerge w:val="restart"/>
          </w:tcPr>
          <w:p w14:paraId="655295FC" w14:textId="6BBE960C" w:rsidR="00B017B7" w:rsidRPr="008650BF" w:rsidRDefault="00B017B7" w:rsidP="00B017B7">
            <w:pPr>
              <w:suppressAutoHyphens/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>Поставка Товара осуществляе</w:t>
            </w:r>
            <w:r>
              <w:rPr>
                <w:rFonts w:cs="Times New Roman"/>
                <w:sz w:val="18"/>
                <w:lang w:val="ru-RU"/>
              </w:rPr>
              <w:t xml:space="preserve">тся в 1 (Один) этап в срок до </w:t>
            </w:r>
            <w:r w:rsidRPr="00C56B46">
              <w:rPr>
                <w:rFonts w:cs="Times New Roman"/>
                <w:sz w:val="18"/>
                <w:lang w:val="ru-RU"/>
              </w:rPr>
              <w:t>01.12.2026 г</w:t>
            </w:r>
            <w:r>
              <w:rPr>
                <w:rFonts w:cs="Times New Roman"/>
                <w:sz w:val="18"/>
                <w:lang w:val="ru-RU"/>
              </w:rPr>
              <w:t xml:space="preserve">. </w:t>
            </w:r>
            <w:r w:rsidRPr="008650BF">
              <w:rPr>
                <w:rFonts w:cs="Times New Roman"/>
                <w:sz w:val="18"/>
                <w:lang w:val="ru-RU"/>
              </w:rPr>
              <w:t>(включительно)</w:t>
            </w:r>
          </w:p>
        </w:tc>
      </w:tr>
      <w:tr w:rsidR="00B017B7" w:rsidRPr="00801F04" w14:paraId="3B071D65" w14:textId="77777777" w:rsidTr="000E4655">
        <w:trPr>
          <w:trHeight w:val="130"/>
        </w:trPr>
        <w:tc>
          <w:tcPr>
            <w:tcW w:w="1129" w:type="dxa"/>
          </w:tcPr>
          <w:p w14:paraId="46745964" w14:textId="57734930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1.2.</w:t>
            </w:r>
          </w:p>
        </w:tc>
        <w:tc>
          <w:tcPr>
            <w:tcW w:w="4801" w:type="dxa"/>
          </w:tcPr>
          <w:p w14:paraId="78962612" w14:textId="1BFCF7ED" w:rsidR="00B017B7" w:rsidRPr="008650BF" w:rsidRDefault="00B017B7" w:rsidP="00B017B7">
            <w:pPr>
              <w:spacing w:before="40" w:after="40"/>
              <w:jc w:val="both"/>
              <w:rPr>
                <w:rFonts w:cs="Times New Roman"/>
                <w:sz w:val="18"/>
                <w:lang w:val="ru-RU"/>
              </w:rPr>
            </w:pPr>
            <w:r w:rsidRPr="008650BF">
              <w:rPr>
                <w:rFonts w:cs="Times New Roman"/>
                <w:sz w:val="18"/>
              </w:rPr>
              <w:t>Wi</w:t>
            </w:r>
            <w:r w:rsidRPr="00B017B7">
              <w:rPr>
                <w:rFonts w:cs="Times New Roman"/>
                <w:sz w:val="18"/>
                <w:lang w:val="ru-RU"/>
              </w:rPr>
              <w:t>-</w:t>
            </w:r>
            <w:r w:rsidRPr="008650BF">
              <w:rPr>
                <w:rFonts w:cs="Times New Roman"/>
                <w:sz w:val="18"/>
              </w:rPr>
              <w:t>Fi</w:t>
            </w:r>
            <w:r w:rsidRPr="00B017B7">
              <w:rPr>
                <w:rFonts w:cs="Times New Roman"/>
                <w:sz w:val="18"/>
                <w:lang w:val="ru-RU"/>
              </w:rPr>
              <w:t xml:space="preserve"> адаптер </w:t>
            </w:r>
            <w:r w:rsidRPr="008650BF">
              <w:rPr>
                <w:rFonts w:cs="Times New Roman"/>
                <w:sz w:val="18"/>
              </w:rPr>
              <w:t>USB</w:t>
            </w:r>
          </w:p>
        </w:tc>
        <w:tc>
          <w:tcPr>
            <w:tcW w:w="2003" w:type="dxa"/>
            <w:vMerge/>
          </w:tcPr>
          <w:p w14:paraId="333F6B17" w14:textId="77777777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  <w:tc>
          <w:tcPr>
            <w:tcW w:w="1902" w:type="dxa"/>
            <w:vMerge/>
          </w:tcPr>
          <w:p w14:paraId="22FC1039" w14:textId="77777777" w:rsidR="00B017B7" w:rsidRPr="008650BF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</w:tr>
      <w:tr w:rsidR="00B017B7" w:rsidRPr="00801F04" w14:paraId="2D57A887" w14:textId="77777777" w:rsidTr="000E4655">
        <w:trPr>
          <w:trHeight w:val="30"/>
        </w:trPr>
        <w:tc>
          <w:tcPr>
            <w:tcW w:w="1129" w:type="dxa"/>
          </w:tcPr>
          <w:p w14:paraId="1AFF787F" w14:textId="0A54A841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1.3.</w:t>
            </w:r>
          </w:p>
        </w:tc>
        <w:tc>
          <w:tcPr>
            <w:tcW w:w="4801" w:type="dxa"/>
          </w:tcPr>
          <w:p w14:paraId="55BE5A94" w14:textId="52BFEDDA" w:rsidR="00B017B7" w:rsidRPr="008650BF" w:rsidRDefault="00B017B7" w:rsidP="00B017B7">
            <w:pPr>
              <w:spacing w:before="40" w:after="40"/>
              <w:jc w:val="both"/>
              <w:rPr>
                <w:rFonts w:cs="Times New Roman"/>
                <w:sz w:val="18"/>
                <w:lang w:val="ru-RU"/>
              </w:rPr>
            </w:pPr>
            <w:r w:rsidRPr="00B017B7">
              <w:rPr>
                <w:rFonts w:cs="Times New Roman"/>
                <w:sz w:val="18"/>
                <w:lang w:val="ru-RU"/>
              </w:rPr>
              <w:t>Коврик для мыши</w:t>
            </w:r>
          </w:p>
        </w:tc>
        <w:tc>
          <w:tcPr>
            <w:tcW w:w="2003" w:type="dxa"/>
            <w:vMerge/>
          </w:tcPr>
          <w:p w14:paraId="02A5D3AF" w14:textId="77777777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  <w:tc>
          <w:tcPr>
            <w:tcW w:w="1902" w:type="dxa"/>
            <w:vMerge/>
          </w:tcPr>
          <w:p w14:paraId="2EB693FA" w14:textId="77777777" w:rsidR="00B017B7" w:rsidRPr="008650BF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</w:tr>
      <w:tr w:rsidR="00B017B7" w:rsidRPr="00801F04" w14:paraId="03871215" w14:textId="77777777" w:rsidTr="000E4655">
        <w:trPr>
          <w:trHeight w:val="21"/>
        </w:trPr>
        <w:tc>
          <w:tcPr>
            <w:tcW w:w="1129" w:type="dxa"/>
          </w:tcPr>
          <w:p w14:paraId="4E744AC5" w14:textId="4813674E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1.4.</w:t>
            </w:r>
          </w:p>
        </w:tc>
        <w:tc>
          <w:tcPr>
            <w:tcW w:w="4801" w:type="dxa"/>
          </w:tcPr>
          <w:p w14:paraId="5E653B43" w14:textId="2814AB39" w:rsidR="00B017B7" w:rsidRPr="008650BF" w:rsidRDefault="00B017B7" w:rsidP="00B017B7">
            <w:pPr>
              <w:spacing w:before="40" w:after="40"/>
              <w:jc w:val="both"/>
              <w:rPr>
                <w:rFonts w:cs="Times New Roman"/>
                <w:sz w:val="18"/>
                <w:lang w:val="ru-RU"/>
              </w:rPr>
            </w:pPr>
            <w:r w:rsidRPr="00B017B7">
              <w:rPr>
                <w:rFonts w:cs="Times New Roman"/>
                <w:sz w:val="18"/>
                <w:lang w:val="ru-RU"/>
              </w:rPr>
              <w:t>Сетевой фильтр 1.8 м</w:t>
            </w:r>
          </w:p>
        </w:tc>
        <w:tc>
          <w:tcPr>
            <w:tcW w:w="2003" w:type="dxa"/>
            <w:vMerge/>
          </w:tcPr>
          <w:p w14:paraId="6C9F4F0E" w14:textId="77777777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  <w:tc>
          <w:tcPr>
            <w:tcW w:w="1902" w:type="dxa"/>
            <w:vMerge/>
          </w:tcPr>
          <w:p w14:paraId="36A8C47F" w14:textId="77777777" w:rsidR="00B017B7" w:rsidRPr="008650BF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</w:tr>
      <w:tr w:rsidR="00B017B7" w:rsidRPr="00801F04" w14:paraId="78FBB834" w14:textId="77777777" w:rsidTr="000E4655">
        <w:trPr>
          <w:trHeight w:val="21"/>
        </w:trPr>
        <w:tc>
          <w:tcPr>
            <w:tcW w:w="1129" w:type="dxa"/>
          </w:tcPr>
          <w:p w14:paraId="6FCD7037" w14:textId="446552CF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1.5.</w:t>
            </w:r>
          </w:p>
        </w:tc>
        <w:tc>
          <w:tcPr>
            <w:tcW w:w="4801" w:type="dxa"/>
          </w:tcPr>
          <w:p w14:paraId="3756DDD9" w14:textId="3BF97A2E" w:rsidR="00B017B7" w:rsidRPr="008650BF" w:rsidRDefault="00B017B7" w:rsidP="00B017B7">
            <w:pPr>
              <w:spacing w:before="40" w:after="40"/>
              <w:jc w:val="both"/>
              <w:rPr>
                <w:rFonts w:cs="Times New Roman"/>
                <w:sz w:val="18"/>
                <w:lang w:val="ru-RU"/>
              </w:rPr>
            </w:pPr>
            <w:r w:rsidRPr="00B017B7">
              <w:rPr>
                <w:rFonts w:cs="Times New Roman"/>
                <w:sz w:val="18"/>
                <w:lang w:val="ru-RU"/>
              </w:rPr>
              <w:t>Сетевой фильтр 3 м</w:t>
            </w:r>
          </w:p>
        </w:tc>
        <w:tc>
          <w:tcPr>
            <w:tcW w:w="2003" w:type="dxa"/>
            <w:vMerge/>
          </w:tcPr>
          <w:p w14:paraId="1A89AF04" w14:textId="77777777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  <w:tc>
          <w:tcPr>
            <w:tcW w:w="1902" w:type="dxa"/>
            <w:vMerge/>
          </w:tcPr>
          <w:p w14:paraId="2F0BF67C" w14:textId="77777777" w:rsidR="00B017B7" w:rsidRPr="008650BF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</w:tr>
      <w:tr w:rsidR="00B017B7" w:rsidRPr="00801F04" w14:paraId="14D83F47" w14:textId="77777777" w:rsidTr="000E4655">
        <w:trPr>
          <w:trHeight w:val="21"/>
        </w:trPr>
        <w:tc>
          <w:tcPr>
            <w:tcW w:w="1129" w:type="dxa"/>
          </w:tcPr>
          <w:p w14:paraId="6BD695D4" w14:textId="017FFEA9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1.6.</w:t>
            </w:r>
          </w:p>
        </w:tc>
        <w:tc>
          <w:tcPr>
            <w:tcW w:w="4801" w:type="dxa"/>
          </w:tcPr>
          <w:p w14:paraId="223ED86F" w14:textId="6CD113B2" w:rsidR="00B017B7" w:rsidRPr="008650BF" w:rsidRDefault="00B017B7" w:rsidP="00B017B7">
            <w:pPr>
              <w:spacing w:before="40" w:after="40"/>
              <w:jc w:val="both"/>
              <w:rPr>
                <w:rFonts w:cs="Times New Roman"/>
                <w:sz w:val="18"/>
                <w:lang w:val="ru-RU"/>
              </w:rPr>
            </w:pPr>
            <w:r w:rsidRPr="00B017B7">
              <w:rPr>
                <w:rFonts w:cs="Times New Roman"/>
                <w:sz w:val="18"/>
                <w:lang w:val="ru-RU"/>
              </w:rPr>
              <w:t xml:space="preserve">Блок питания </w:t>
            </w:r>
            <w:r w:rsidRPr="008650BF">
              <w:rPr>
                <w:rFonts w:cs="Times New Roman"/>
                <w:sz w:val="18"/>
              </w:rPr>
              <w:t>Lenovo T480</w:t>
            </w:r>
          </w:p>
        </w:tc>
        <w:tc>
          <w:tcPr>
            <w:tcW w:w="2003" w:type="dxa"/>
            <w:vMerge/>
          </w:tcPr>
          <w:p w14:paraId="6001DBE3" w14:textId="77777777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  <w:tc>
          <w:tcPr>
            <w:tcW w:w="1902" w:type="dxa"/>
            <w:vMerge/>
          </w:tcPr>
          <w:p w14:paraId="425D6AD5" w14:textId="77777777" w:rsidR="00B017B7" w:rsidRPr="008650BF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</w:tr>
      <w:tr w:rsidR="00B017B7" w:rsidRPr="00801F04" w14:paraId="23A10F82" w14:textId="77777777" w:rsidTr="000E4655">
        <w:trPr>
          <w:trHeight w:val="21"/>
        </w:trPr>
        <w:tc>
          <w:tcPr>
            <w:tcW w:w="1129" w:type="dxa"/>
          </w:tcPr>
          <w:p w14:paraId="47004EB9" w14:textId="49A4DD4C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1.7.</w:t>
            </w:r>
          </w:p>
        </w:tc>
        <w:tc>
          <w:tcPr>
            <w:tcW w:w="4801" w:type="dxa"/>
          </w:tcPr>
          <w:p w14:paraId="71D8F76E" w14:textId="2BED7D77" w:rsidR="00B017B7" w:rsidRPr="008650BF" w:rsidRDefault="00B017B7" w:rsidP="00B017B7">
            <w:pPr>
              <w:spacing w:before="40" w:after="40"/>
              <w:jc w:val="both"/>
              <w:rPr>
                <w:rFonts w:cs="Times New Roman"/>
                <w:sz w:val="18"/>
                <w:lang w:val="ru-RU"/>
              </w:rPr>
            </w:pPr>
            <w:r w:rsidRPr="008650BF">
              <w:rPr>
                <w:rFonts w:cs="Times New Roman"/>
                <w:sz w:val="18"/>
              </w:rPr>
              <w:t>Сетевой фильтр 10 м</w:t>
            </w:r>
          </w:p>
        </w:tc>
        <w:tc>
          <w:tcPr>
            <w:tcW w:w="2003" w:type="dxa"/>
            <w:vMerge/>
          </w:tcPr>
          <w:p w14:paraId="2B992A34" w14:textId="77777777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  <w:tc>
          <w:tcPr>
            <w:tcW w:w="1902" w:type="dxa"/>
            <w:vMerge/>
          </w:tcPr>
          <w:p w14:paraId="2DF4CE74" w14:textId="77777777" w:rsidR="00B017B7" w:rsidRPr="008650BF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</w:tr>
      <w:tr w:rsidR="00B017B7" w:rsidRPr="00801F04" w14:paraId="41194E77" w14:textId="77777777" w:rsidTr="000E4655">
        <w:trPr>
          <w:trHeight w:val="21"/>
        </w:trPr>
        <w:tc>
          <w:tcPr>
            <w:tcW w:w="1129" w:type="dxa"/>
          </w:tcPr>
          <w:p w14:paraId="74DCC01F" w14:textId="18DB8CE4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1.8.</w:t>
            </w:r>
          </w:p>
        </w:tc>
        <w:tc>
          <w:tcPr>
            <w:tcW w:w="4801" w:type="dxa"/>
          </w:tcPr>
          <w:p w14:paraId="53C3538E" w14:textId="423F233E" w:rsidR="00B017B7" w:rsidRPr="008650BF" w:rsidRDefault="00B017B7" w:rsidP="00B017B7">
            <w:pPr>
              <w:spacing w:before="40" w:after="40"/>
              <w:jc w:val="both"/>
              <w:rPr>
                <w:rFonts w:cs="Times New Roman"/>
                <w:sz w:val="18"/>
                <w:lang w:val="ru-RU"/>
              </w:rPr>
            </w:pPr>
            <w:r w:rsidRPr="008650BF">
              <w:rPr>
                <w:rFonts w:cs="Times New Roman"/>
                <w:sz w:val="18"/>
              </w:rPr>
              <w:t>Корпус SSD M.2 NVMe</w:t>
            </w:r>
          </w:p>
        </w:tc>
        <w:tc>
          <w:tcPr>
            <w:tcW w:w="2003" w:type="dxa"/>
            <w:vMerge/>
          </w:tcPr>
          <w:p w14:paraId="076956D1" w14:textId="77777777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  <w:tc>
          <w:tcPr>
            <w:tcW w:w="1902" w:type="dxa"/>
            <w:vMerge/>
          </w:tcPr>
          <w:p w14:paraId="6F343670" w14:textId="77777777" w:rsidR="00B017B7" w:rsidRPr="008650BF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</w:tr>
      <w:tr w:rsidR="00B017B7" w:rsidRPr="00801F04" w14:paraId="7441C23F" w14:textId="77777777" w:rsidTr="000E4655">
        <w:trPr>
          <w:trHeight w:val="21"/>
        </w:trPr>
        <w:tc>
          <w:tcPr>
            <w:tcW w:w="1129" w:type="dxa"/>
          </w:tcPr>
          <w:p w14:paraId="02E3F4BD" w14:textId="46CB90D2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1.9.</w:t>
            </w:r>
          </w:p>
        </w:tc>
        <w:tc>
          <w:tcPr>
            <w:tcW w:w="4801" w:type="dxa"/>
          </w:tcPr>
          <w:p w14:paraId="7E30B167" w14:textId="0B37D333" w:rsidR="00B017B7" w:rsidRPr="008650BF" w:rsidRDefault="00B017B7" w:rsidP="00B017B7">
            <w:pPr>
              <w:spacing w:before="40" w:after="40"/>
              <w:jc w:val="both"/>
              <w:rPr>
                <w:rFonts w:cs="Times New Roman"/>
                <w:sz w:val="18"/>
                <w:lang w:val="ru-RU"/>
              </w:rPr>
            </w:pPr>
            <w:r w:rsidRPr="008650BF">
              <w:rPr>
                <w:rFonts w:cs="Times New Roman"/>
                <w:sz w:val="18"/>
              </w:rPr>
              <w:t>Коммутатор 16 портов</w:t>
            </w:r>
          </w:p>
        </w:tc>
        <w:tc>
          <w:tcPr>
            <w:tcW w:w="2003" w:type="dxa"/>
            <w:vMerge/>
          </w:tcPr>
          <w:p w14:paraId="2D12A5D9" w14:textId="77777777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  <w:tc>
          <w:tcPr>
            <w:tcW w:w="1902" w:type="dxa"/>
            <w:vMerge/>
          </w:tcPr>
          <w:p w14:paraId="3F712FC1" w14:textId="77777777" w:rsidR="00B017B7" w:rsidRPr="008650BF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</w:tr>
      <w:tr w:rsidR="00B017B7" w:rsidRPr="00801F04" w14:paraId="15C01E73" w14:textId="77777777" w:rsidTr="000E4655">
        <w:trPr>
          <w:trHeight w:val="21"/>
        </w:trPr>
        <w:tc>
          <w:tcPr>
            <w:tcW w:w="1129" w:type="dxa"/>
          </w:tcPr>
          <w:p w14:paraId="19C5E180" w14:textId="339D2DF1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1.10.</w:t>
            </w:r>
          </w:p>
        </w:tc>
        <w:tc>
          <w:tcPr>
            <w:tcW w:w="4801" w:type="dxa"/>
          </w:tcPr>
          <w:p w14:paraId="5768B3A8" w14:textId="77ADFE8D" w:rsidR="00B017B7" w:rsidRPr="008650BF" w:rsidRDefault="00B017B7" w:rsidP="00B017B7">
            <w:pPr>
              <w:spacing w:before="40" w:after="40"/>
              <w:jc w:val="both"/>
              <w:rPr>
                <w:rFonts w:cs="Times New Roman"/>
                <w:sz w:val="18"/>
                <w:lang w:val="ru-RU"/>
              </w:rPr>
            </w:pPr>
            <w:r w:rsidRPr="008650BF">
              <w:rPr>
                <w:rFonts w:cs="Times New Roman"/>
                <w:sz w:val="18"/>
              </w:rPr>
              <w:t>Блок питания KA1670-1903000Q</w:t>
            </w:r>
          </w:p>
        </w:tc>
        <w:tc>
          <w:tcPr>
            <w:tcW w:w="2003" w:type="dxa"/>
            <w:vMerge/>
          </w:tcPr>
          <w:p w14:paraId="66C10ACC" w14:textId="77777777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  <w:tc>
          <w:tcPr>
            <w:tcW w:w="1902" w:type="dxa"/>
            <w:vMerge/>
          </w:tcPr>
          <w:p w14:paraId="16C81AFD" w14:textId="77777777" w:rsidR="00B017B7" w:rsidRPr="008650BF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</w:tr>
      <w:tr w:rsidR="00B017B7" w:rsidRPr="00801F04" w14:paraId="7C0B6FD9" w14:textId="77777777" w:rsidTr="000E4655">
        <w:trPr>
          <w:trHeight w:val="21"/>
        </w:trPr>
        <w:tc>
          <w:tcPr>
            <w:tcW w:w="1129" w:type="dxa"/>
          </w:tcPr>
          <w:p w14:paraId="065CE0A5" w14:textId="09E1A3C3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1.11.</w:t>
            </w:r>
          </w:p>
        </w:tc>
        <w:tc>
          <w:tcPr>
            <w:tcW w:w="4801" w:type="dxa"/>
          </w:tcPr>
          <w:p w14:paraId="3422DCA1" w14:textId="690B5BCF" w:rsidR="00B017B7" w:rsidRPr="008650BF" w:rsidRDefault="00B017B7" w:rsidP="00B017B7">
            <w:pPr>
              <w:spacing w:before="40" w:after="40"/>
              <w:jc w:val="both"/>
              <w:rPr>
                <w:rFonts w:cs="Times New Roman"/>
                <w:sz w:val="18"/>
                <w:lang w:val="ru-RU"/>
              </w:rPr>
            </w:pPr>
            <w:r w:rsidRPr="008650BF">
              <w:rPr>
                <w:rFonts w:cs="Times New Roman"/>
                <w:sz w:val="18"/>
              </w:rPr>
              <w:t>KVM-переключатель HDMI</w:t>
            </w:r>
          </w:p>
        </w:tc>
        <w:tc>
          <w:tcPr>
            <w:tcW w:w="2003" w:type="dxa"/>
            <w:vMerge/>
          </w:tcPr>
          <w:p w14:paraId="3876D94A" w14:textId="77777777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  <w:tc>
          <w:tcPr>
            <w:tcW w:w="1902" w:type="dxa"/>
            <w:vMerge/>
          </w:tcPr>
          <w:p w14:paraId="427ACCB1" w14:textId="77777777" w:rsidR="00B017B7" w:rsidRPr="008650BF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</w:tr>
      <w:tr w:rsidR="00B017B7" w:rsidRPr="00801F04" w14:paraId="4CB61615" w14:textId="77777777" w:rsidTr="000E4655">
        <w:trPr>
          <w:trHeight w:val="21"/>
        </w:trPr>
        <w:tc>
          <w:tcPr>
            <w:tcW w:w="1129" w:type="dxa"/>
          </w:tcPr>
          <w:p w14:paraId="5DCED7F5" w14:textId="4355735E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1.12.</w:t>
            </w:r>
          </w:p>
        </w:tc>
        <w:tc>
          <w:tcPr>
            <w:tcW w:w="4801" w:type="dxa"/>
          </w:tcPr>
          <w:p w14:paraId="633FC338" w14:textId="73CE0650" w:rsidR="00B017B7" w:rsidRPr="008650BF" w:rsidRDefault="00B017B7" w:rsidP="00B017B7">
            <w:pPr>
              <w:spacing w:before="40" w:after="40"/>
              <w:jc w:val="both"/>
              <w:rPr>
                <w:rFonts w:cs="Times New Roman"/>
                <w:sz w:val="18"/>
                <w:lang w:val="ru-RU"/>
              </w:rPr>
            </w:pPr>
            <w:r w:rsidRPr="008650BF">
              <w:rPr>
                <w:rFonts w:cs="Times New Roman"/>
                <w:sz w:val="18"/>
              </w:rPr>
              <w:t>Комплект клавиатура+мышь (белый)</w:t>
            </w:r>
          </w:p>
        </w:tc>
        <w:tc>
          <w:tcPr>
            <w:tcW w:w="2003" w:type="dxa"/>
            <w:vMerge/>
          </w:tcPr>
          <w:p w14:paraId="203126CB" w14:textId="77777777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  <w:tc>
          <w:tcPr>
            <w:tcW w:w="1902" w:type="dxa"/>
            <w:vMerge/>
          </w:tcPr>
          <w:p w14:paraId="18A9FF5B" w14:textId="77777777" w:rsidR="00B017B7" w:rsidRPr="008650BF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</w:tr>
      <w:tr w:rsidR="00B017B7" w:rsidRPr="00801F04" w14:paraId="733DA36F" w14:textId="77777777" w:rsidTr="000E4655">
        <w:trPr>
          <w:trHeight w:val="21"/>
        </w:trPr>
        <w:tc>
          <w:tcPr>
            <w:tcW w:w="1129" w:type="dxa"/>
          </w:tcPr>
          <w:p w14:paraId="4AA1FA5B" w14:textId="68277D76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1.13.</w:t>
            </w:r>
          </w:p>
        </w:tc>
        <w:tc>
          <w:tcPr>
            <w:tcW w:w="4801" w:type="dxa"/>
          </w:tcPr>
          <w:p w14:paraId="430E4801" w14:textId="1EB3DC87" w:rsidR="00B017B7" w:rsidRPr="008650BF" w:rsidRDefault="00B017B7" w:rsidP="00B017B7">
            <w:pPr>
              <w:spacing w:before="40" w:after="40"/>
              <w:jc w:val="both"/>
              <w:rPr>
                <w:rFonts w:cs="Times New Roman"/>
                <w:sz w:val="18"/>
              </w:rPr>
            </w:pPr>
            <w:r w:rsidRPr="008650BF">
              <w:rPr>
                <w:rFonts w:cs="Times New Roman"/>
                <w:sz w:val="18"/>
              </w:rPr>
              <w:t>Аккумулятор HP ProBook 450 G6</w:t>
            </w:r>
          </w:p>
        </w:tc>
        <w:tc>
          <w:tcPr>
            <w:tcW w:w="2003" w:type="dxa"/>
            <w:vMerge/>
          </w:tcPr>
          <w:p w14:paraId="15ED2B21" w14:textId="77777777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  <w:tc>
          <w:tcPr>
            <w:tcW w:w="1902" w:type="dxa"/>
            <w:vMerge/>
          </w:tcPr>
          <w:p w14:paraId="469C3F85" w14:textId="77777777" w:rsidR="00B017B7" w:rsidRPr="008650BF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</w:tr>
      <w:tr w:rsidR="00B017B7" w:rsidRPr="00570F40" w14:paraId="1F8CFAB6" w14:textId="77777777" w:rsidTr="000E4655">
        <w:trPr>
          <w:trHeight w:val="21"/>
        </w:trPr>
        <w:tc>
          <w:tcPr>
            <w:tcW w:w="1129" w:type="dxa"/>
          </w:tcPr>
          <w:p w14:paraId="31859A66" w14:textId="4896CF26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1.14.</w:t>
            </w:r>
          </w:p>
        </w:tc>
        <w:tc>
          <w:tcPr>
            <w:tcW w:w="4801" w:type="dxa"/>
          </w:tcPr>
          <w:p w14:paraId="6D80F6EC" w14:textId="7E7AD0D6" w:rsidR="00B017B7" w:rsidRPr="00B017B7" w:rsidRDefault="00B017B7" w:rsidP="00B017B7">
            <w:pPr>
              <w:spacing w:before="40" w:after="40"/>
              <w:jc w:val="both"/>
              <w:rPr>
                <w:rFonts w:cs="Times New Roman"/>
                <w:sz w:val="18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>Комплект клавиатура+мышь (чёрный/серый)</w:t>
            </w:r>
          </w:p>
        </w:tc>
        <w:tc>
          <w:tcPr>
            <w:tcW w:w="2003" w:type="dxa"/>
            <w:vMerge/>
          </w:tcPr>
          <w:p w14:paraId="078D9A99" w14:textId="77777777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  <w:tc>
          <w:tcPr>
            <w:tcW w:w="1902" w:type="dxa"/>
            <w:vMerge/>
          </w:tcPr>
          <w:p w14:paraId="5E70918F" w14:textId="77777777" w:rsidR="00B017B7" w:rsidRPr="008650BF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</w:tr>
      <w:tr w:rsidR="00B017B7" w:rsidRPr="00801F04" w14:paraId="7097E72C" w14:textId="77777777" w:rsidTr="000E4655">
        <w:trPr>
          <w:trHeight w:val="21"/>
        </w:trPr>
        <w:tc>
          <w:tcPr>
            <w:tcW w:w="1129" w:type="dxa"/>
          </w:tcPr>
          <w:p w14:paraId="67D45C2C" w14:textId="55BDFB16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1.15.</w:t>
            </w:r>
          </w:p>
        </w:tc>
        <w:tc>
          <w:tcPr>
            <w:tcW w:w="4801" w:type="dxa"/>
          </w:tcPr>
          <w:p w14:paraId="58E0F4E6" w14:textId="0E8C6A9D" w:rsidR="00B017B7" w:rsidRPr="008650BF" w:rsidRDefault="00B017B7" w:rsidP="00B017B7">
            <w:pPr>
              <w:spacing w:before="40" w:after="40"/>
              <w:jc w:val="both"/>
              <w:rPr>
                <w:rFonts w:cs="Times New Roman"/>
                <w:sz w:val="18"/>
                <w:lang w:val="ru-RU"/>
              </w:rPr>
            </w:pPr>
            <w:r w:rsidRPr="008650BF">
              <w:rPr>
                <w:rFonts w:cs="Times New Roman"/>
                <w:sz w:val="18"/>
              </w:rPr>
              <w:t>Гарнитура USB</w:t>
            </w:r>
          </w:p>
        </w:tc>
        <w:tc>
          <w:tcPr>
            <w:tcW w:w="2003" w:type="dxa"/>
            <w:vMerge/>
          </w:tcPr>
          <w:p w14:paraId="4920117E" w14:textId="77777777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  <w:tc>
          <w:tcPr>
            <w:tcW w:w="1902" w:type="dxa"/>
            <w:vMerge/>
          </w:tcPr>
          <w:p w14:paraId="6E4BE4DD" w14:textId="77777777" w:rsidR="00B017B7" w:rsidRPr="008650BF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</w:tr>
      <w:tr w:rsidR="00B017B7" w:rsidRPr="00801F04" w14:paraId="146DCCFB" w14:textId="77777777" w:rsidTr="000E4655">
        <w:trPr>
          <w:trHeight w:val="21"/>
        </w:trPr>
        <w:tc>
          <w:tcPr>
            <w:tcW w:w="1129" w:type="dxa"/>
          </w:tcPr>
          <w:p w14:paraId="2403C680" w14:textId="16FB7E26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1.16.</w:t>
            </w:r>
          </w:p>
        </w:tc>
        <w:tc>
          <w:tcPr>
            <w:tcW w:w="4801" w:type="dxa"/>
          </w:tcPr>
          <w:p w14:paraId="3FE2E82E" w14:textId="535D6BFC" w:rsidR="00B017B7" w:rsidRPr="008650BF" w:rsidRDefault="00B017B7" w:rsidP="00B017B7">
            <w:pPr>
              <w:spacing w:before="40" w:after="40"/>
              <w:jc w:val="both"/>
              <w:rPr>
                <w:rFonts w:cs="Times New Roman"/>
                <w:sz w:val="18"/>
              </w:rPr>
            </w:pPr>
            <w:r w:rsidRPr="008650BF">
              <w:rPr>
                <w:rFonts w:cs="Times New Roman"/>
                <w:sz w:val="18"/>
              </w:rPr>
              <w:t>Мышь проводная</w:t>
            </w:r>
          </w:p>
        </w:tc>
        <w:tc>
          <w:tcPr>
            <w:tcW w:w="2003" w:type="dxa"/>
            <w:vMerge/>
          </w:tcPr>
          <w:p w14:paraId="7EF1F1B7" w14:textId="77777777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  <w:tc>
          <w:tcPr>
            <w:tcW w:w="1902" w:type="dxa"/>
            <w:vMerge/>
          </w:tcPr>
          <w:p w14:paraId="22D304D9" w14:textId="77777777" w:rsidR="00B017B7" w:rsidRPr="008650BF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</w:tr>
      <w:tr w:rsidR="00B017B7" w:rsidRPr="00801F04" w14:paraId="63898AEA" w14:textId="77777777" w:rsidTr="000E4655">
        <w:trPr>
          <w:trHeight w:val="21"/>
        </w:trPr>
        <w:tc>
          <w:tcPr>
            <w:tcW w:w="1129" w:type="dxa"/>
          </w:tcPr>
          <w:p w14:paraId="5EEB4F4D" w14:textId="021F8405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1.17.</w:t>
            </w:r>
          </w:p>
        </w:tc>
        <w:tc>
          <w:tcPr>
            <w:tcW w:w="4801" w:type="dxa"/>
          </w:tcPr>
          <w:p w14:paraId="044E335D" w14:textId="2EA32619" w:rsidR="00B017B7" w:rsidRPr="008650BF" w:rsidRDefault="00B017B7" w:rsidP="00B017B7">
            <w:pPr>
              <w:spacing w:before="40" w:after="40"/>
              <w:jc w:val="both"/>
              <w:rPr>
                <w:rFonts w:cs="Times New Roman"/>
                <w:sz w:val="18"/>
              </w:rPr>
            </w:pPr>
            <w:r w:rsidRPr="008650BF">
              <w:rPr>
                <w:rFonts w:cs="Times New Roman"/>
                <w:sz w:val="18"/>
              </w:rPr>
              <w:t>Мышь беспроводная</w:t>
            </w:r>
          </w:p>
        </w:tc>
        <w:tc>
          <w:tcPr>
            <w:tcW w:w="2003" w:type="dxa"/>
            <w:vMerge/>
          </w:tcPr>
          <w:p w14:paraId="471529F6" w14:textId="77777777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  <w:tc>
          <w:tcPr>
            <w:tcW w:w="1902" w:type="dxa"/>
            <w:vMerge/>
          </w:tcPr>
          <w:p w14:paraId="11F79E88" w14:textId="77777777" w:rsidR="00B017B7" w:rsidRPr="008650BF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</w:tr>
      <w:tr w:rsidR="00B017B7" w:rsidRPr="00801F04" w14:paraId="555472C7" w14:textId="77777777" w:rsidTr="000E4655">
        <w:trPr>
          <w:trHeight w:val="21"/>
        </w:trPr>
        <w:tc>
          <w:tcPr>
            <w:tcW w:w="1129" w:type="dxa"/>
          </w:tcPr>
          <w:p w14:paraId="6ADA495E" w14:textId="6CB7C24C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1.18.</w:t>
            </w:r>
          </w:p>
        </w:tc>
        <w:tc>
          <w:tcPr>
            <w:tcW w:w="4801" w:type="dxa"/>
          </w:tcPr>
          <w:p w14:paraId="533D8D7D" w14:textId="7B381184" w:rsidR="00B017B7" w:rsidRPr="008650BF" w:rsidRDefault="00B017B7" w:rsidP="00B017B7">
            <w:pPr>
              <w:spacing w:before="40" w:after="40"/>
              <w:jc w:val="both"/>
              <w:rPr>
                <w:rFonts w:cs="Times New Roman"/>
                <w:sz w:val="18"/>
              </w:rPr>
            </w:pPr>
            <w:r w:rsidRPr="008650BF">
              <w:rPr>
                <w:rFonts w:cs="Times New Roman"/>
                <w:sz w:val="18"/>
              </w:rPr>
              <w:t>Монитор 27" IPS</w:t>
            </w:r>
            <w:r>
              <w:rPr>
                <w:rStyle w:val="afff4"/>
                <w:rFonts w:cs="Times New Roman"/>
                <w:sz w:val="18"/>
              </w:rPr>
              <w:footnoteReference w:id="2"/>
            </w:r>
          </w:p>
        </w:tc>
        <w:tc>
          <w:tcPr>
            <w:tcW w:w="2003" w:type="dxa"/>
            <w:vMerge/>
          </w:tcPr>
          <w:p w14:paraId="7B69D570" w14:textId="77777777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  <w:tc>
          <w:tcPr>
            <w:tcW w:w="1902" w:type="dxa"/>
            <w:vMerge/>
          </w:tcPr>
          <w:p w14:paraId="262E3282" w14:textId="77777777" w:rsidR="00B017B7" w:rsidRPr="008650BF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</w:tr>
      <w:tr w:rsidR="00B017B7" w:rsidRPr="00570F40" w14:paraId="680F5F51" w14:textId="77777777" w:rsidTr="000E4655">
        <w:trPr>
          <w:trHeight w:val="21"/>
        </w:trPr>
        <w:tc>
          <w:tcPr>
            <w:tcW w:w="1129" w:type="dxa"/>
          </w:tcPr>
          <w:p w14:paraId="5A409522" w14:textId="78729B11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1.19.</w:t>
            </w:r>
          </w:p>
        </w:tc>
        <w:tc>
          <w:tcPr>
            <w:tcW w:w="4801" w:type="dxa"/>
          </w:tcPr>
          <w:p w14:paraId="7AA6295E" w14:textId="30C889B5" w:rsidR="00B017B7" w:rsidRPr="00B017B7" w:rsidRDefault="00B017B7" w:rsidP="00B017B7">
            <w:pPr>
              <w:spacing w:before="40" w:after="40"/>
              <w:jc w:val="both"/>
              <w:rPr>
                <w:rFonts w:cs="Times New Roman"/>
                <w:sz w:val="18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 xml:space="preserve">Оперативная память </w:t>
            </w:r>
            <w:r w:rsidRPr="008650BF">
              <w:rPr>
                <w:rFonts w:cs="Times New Roman"/>
                <w:sz w:val="18"/>
              </w:rPr>
              <w:t>SODIMM</w:t>
            </w:r>
            <w:r w:rsidRPr="008650BF">
              <w:rPr>
                <w:rFonts w:cs="Times New Roman"/>
                <w:sz w:val="18"/>
                <w:lang w:val="ru-RU"/>
              </w:rPr>
              <w:t xml:space="preserve"> </w:t>
            </w:r>
            <w:r w:rsidRPr="008650BF">
              <w:rPr>
                <w:rFonts w:cs="Times New Roman"/>
                <w:sz w:val="18"/>
              </w:rPr>
              <w:t>DDR</w:t>
            </w:r>
            <w:r w:rsidRPr="008650BF">
              <w:rPr>
                <w:rFonts w:cs="Times New Roman"/>
                <w:sz w:val="18"/>
                <w:lang w:val="ru-RU"/>
              </w:rPr>
              <w:t>5 16</w:t>
            </w:r>
            <w:r w:rsidRPr="008650BF">
              <w:rPr>
                <w:rFonts w:cs="Times New Roman"/>
                <w:sz w:val="18"/>
              </w:rPr>
              <w:t>GB</w:t>
            </w:r>
          </w:p>
        </w:tc>
        <w:tc>
          <w:tcPr>
            <w:tcW w:w="2003" w:type="dxa"/>
            <w:vMerge/>
          </w:tcPr>
          <w:p w14:paraId="538DEA31" w14:textId="77777777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  <w:tc>
          <w:tcPr>
            <w:tcW w:w="1902" w:type="dxa"/>
            <w:vMerge/>
          </w:tcPr>
          <w:p w14:paraId="065E3B23" w14:textId="77777777" w:rsidR="00B017B7" w:rsidRPr="008650BF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</w:tr>
      <w:tr w:rsidR="00B017B7" w:rsidRPr="00570F40" w14:paraId="2701A72B" w14:textId="77777777" w:rsidTr="000E4655">
        <w:trPr>
          <w:trHeight w:val="21"/>
        </w:trPr>
        <w:tc>
          <w:tcPr>
            <w:tcW w:w="1129" w:type="dxa"/>
          </w:tcPr>
          <w:p w14:paraId="59BF51FC" w14:textId="063AAE31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1.20.</w:t>
            </w:r>
          </w:p>
        </w:tc>
        <w:tc>
          <w:tcPr>
            <w:tcW w:w="4801" w:type="dxa"/>
          </w:tcPr>
          <w:p w14:paraId="1BB91614" w14:textId="0576DC17" w:rsidR="00B017B7" w:rsidRPr="008650BF" w:rsidRDefault="00B017B7" w:rsidP="00B017B7">
            <w:pPr>
              <w:spacing w:before="40" w:after="40"/>
              <w:jc w:val="both"/>
              <w:rPr>
                <w:rFonts w:cs="Times New Roman"/>
                <w:sz w:val="18"/>
                <w:lang w:val="ru-RU"/>
              </w:rPr>
            </w:pPr>
            <w:r w:rsidRPr="00B017B7">
              <w:rPr>
                <w:rFonts w:cs="Times New Roman"/>
                <w:sz w:val="18"/>
                <w:lang w:val="ru-RU"/>
              </w:rPr>
              <w:t xml:space="preserve">Видеокарта </w:t>
            </w:r>
            <w:r w:rsidRPr="008650BF">
              <w:rPr>
                <w:rFonts w:cs="Times New Roman"/>
                <w:sz w:val="18"/>
              </w:rPr>
              <w:t>RTX</w:t>
            </w:r>
            <w:r w:rsidRPr="00B017B7">
              <w:rPr>
                <w:rFonts w:cs="Times New Roman"/>
                <w:sz w:val="18"/>
                <w:lang w:val="ru-RU"/>
              </w:rPr>
              <w:t xml:space="preserve"> 5060 </w:t>
            </w:r>
            <w:r w:rsidRPr="008650BF">
              <w:rPr>
                <w:rFonts w:cs="Times New Roman"/>
                <w:sz w:val="18"/>
              </w:rPr>
              <w:t>Ti</w:t>
            </w:r>
            <w:r w:rsidRPr="00B017B7">
              <w:rPr>
                <w:rFonts w:cs="Times New Roman"/>
                <w:sz w:val="18"/>
                <w:lang w:val="ru-RU"/>
              </w:rPr>
              <w:t xml:space="preserve"> 16</w:t>
            </w:r>
            <w:r w:rsidRPr="008650BF">
              <w:rPr>
                <w:rFonts w:cs="Times New Roman"/>
                <w:sz w:val="18"/>
              </w:rPr>
              <w:t>GB</w:t>
            </w:r>
            <w:r w:rsidRPr="00B017B7">
              <w:rPr>
                <w:rFonts w:cs="Times New Roman"/>
                <w:sz w:val="18"/>
                <w:lang w:val="ru-RU"/>
              </w:rPr>
              <w:t xml:space="preserve"> | </w:t>
            </w:r>
            <w:r w:rsidRPr="008650BF">
              <w:rPr>
                <w:rFonts w:cs="Times New Roman"/>
                <w:sz w:val="18"/>
              </w:rPr>
              <w:t>RX</w:t>
            </w:r>
            <w:r w:rsidRPr="00B017B7">
              <w:rPr>
                <w:rFonts w:cs="Times New Roman"/>
                <w:sz w:val="18"/>
                <w:lang w:val="ru-RU"/>
              </w:rPr>
              <w:t xml:space="preserve"> 9070 16</w:t>
            </w:r>
            <w:r w:rsidRPr="008650BF">
              <w:rPr>
                <w:rFonts w:cs="Times New Roman"/>
                <w:sz w:val="18"/>
              </w:rPr>
              <w:t>GB</w:t>
            </w:r>
          </w:p>
        </w:tc>
        <w:tc>
          <w:tcPr>
            <w:tcW w:w="2003" w:type="dxa"/>
            <w:vMerge/>
          </w:tcPr>
          <w:p w14:paraId="2690B577" w14:textId="77777777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  <w:tc>
          <w:tcPr>
            <w:tcW w:w="1902" w:type="dxa"/>
            <w:vMerge/>
          </w:tcPr>
          <w:p w14:paraId="188E528D" w14:textId="77777777" w:rsidR="00B017B7" w:rsidRPr="008650BF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</w:tr>
      <w:tr w:rsidR="00B017B7" w:rsidRPr="00801F04" w14:paraId="697C356D" w14:textId="77777777" w:rsidTr="000E4655">
        <w:trPr>
          <w:trHeight w:val="21"/>
        </w:trPr>
        <w:tc>
          <w:tcPr>
            <w:tcW w:w="1129" w:type="dxa"/>
          </w:tcPr>
          <w:p w14:paraId="3714C92E" w14:textId="79DB3F46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1.21.</w:t>
            </w:r>
          </w:p>
        </w:tc>
        <w:tc>
          <w:tcPr>
            <w:tcW w:w="4801" w:type="dxa"/>
          </w:tcPr>
          <w:p w14:paraId="3376C38D" w14:textId="5D1A8FAE" w:rsidR="00B017B7" w:rsidRPr="008650BF" w:rsidRDefault="00B017B7" w:rsidP="00B017B7">
            <w:pPr>
              <w:spacing w:before="40" w:after="40"/>
              <w:jc w:val="both"/>
              <w:rPr>
                <w:rFonts w:cs="Times New Roman"/>
                <w:sz w:val="18"/>
              </w:rPr>
            </w:pPr>
            <w:r w:rsidRPr="008650BF">
              <w:rPr>
                <w:rFonts w:cs="Times New Roman"/>
                <w:sz w:val="18"/>
              </w:rPr>
              <w:t>Ноутбук 14" вес ≤1,39 кг</w:t>
            </w:r>
          </w:p>
        </w:tc>
        <w:tc>
          <w:tcPr>
            <w:tcW w:w="2003" w:type="dxa"/>
            <w:vMerge/>
          </w:tcPr>
          <w:p w14:paraId="6E38C9E4" w14:textId="77777777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  <w:tc>
          <w:tcPr>
            <w:tcW w:w="1902" w:type="dxa"/>
            <w:vMerge/>
          </w:tcPr>
          <w:p w14:paraId="13A62F95" w14:textId="77777777" w:rsidR="00B017B7" w:rsidRPr="008650BF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</w:tr>
      <w:tr w:rsidR="00B017B7" w:rsidRPr="00801F04" w14:paraId="58A1CD9C" w14:textId="77777777" w:rsidTr="000E4655">
        <w:trPr>
          <w:trHeight w:val="21"/>
        </w:trPr>
        <w:tc>
          <w:tcPr>
            <w:tcW w:w="1129" w:type="dxa"/>
          </w:tcPr>
          <w:p w14:paraId="441B48AE" w14:textId="0B223D55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>1.22.</w:t>
            </w:r>
          </w:p>
        </w:tc>
        <w:tc>
          <w:tcPr>
            <w:tcW w:w="4801" w:type="dxa"/>
          </w:tcPr>
          <w:p w14:paraId="65C00397" w14:textId="5259B456" w:rsidR="00B017B7" w:rsidRPr="008650BF" w:rsidRDefault="00B017B7" w:rsidP="00B017B7">
            <w:pPr>
              <w:spacing w:before="40" w:after="40"/>
              <w:jc w:val="both"/>
              <w:rPr>
                <w:rFonts w:cs="Times New Roman"/>
                <w:sz w:val="18"/>
              </w:rPr>
            </w:pPr>
            <w:r w:rsidRPr="008650BF">
              <w:rPr>
                <w:rFonts w:cs="Times New Roman"/>
                <w:sz w:val="18"/>
              </w:rPr>
              <w:t>Ноутбук 14.4" OLED вес ≤1,39 кг</w:t>
            </w:r>
          </w:p>
        </w:tc>
        <w:tc>
          <w:tcPr>
            <w:tcW w:w="2003" w:type="dxa"/>
            <w:vMerge/>
          </w:tcPr>
          <w:p w14:paraId="1256A388" w14:textId="77777777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  <w:tc>
          <w:tcPr>
            <w:tcW w:w="1902" w:type="dxa"/>
            <w:vMerge/>
          </w:tcPr>
          <w:p w14:paraId="20CC4C8F" w14:textId="77777777" w:rsidR="00B017B7" w:rsidRPr="008650BF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</w:tr>
      <w:tr w:rsidR="00B017B7" w:rsidRPr="00570F40" w14:paraId="7D39CFC6" w14:textId="77777777" w:rsidTr="000E4655">
        <w:trPr>
          <w:trHeight w:val="21"/>
        </w:trPr>
        <w:tc>
          <w:tcPr>
            <w:tcW w:w="1129" w:type="dxa"/>
          </w:tcPr>
          <w:p w14:paraId="5CAD191F" w14:textId="1A7FE542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lastRenderedPageBreak/>
              <w:t>1.23.</w:t>
            </w:r>
          </w:p>
        </w:tc>
        <w:tc>
          <w:tcPr>
            <w:tcW w:w="4801" w:type="dxa"/>
          </w:tcPr>
          <w:p w14:paraId="77A9ABA0" w14:textId="2DE4D7CA" w:rsidR="00B017B7" w:rsidRPr="00B017B7" w:rsidRDefault="00B017B7" w:rsidP="00B017B7">
            <w:pPr>
              <w:spacing w:before="40" w:after="40"/>
              <w:jc w:val="both"/>
              <w:rPr>
                <w:rFonts w:cs="Times New Roman"/>
                <w:sz w:val="18"/>
                <w:lang w:val="ru-RU"/>
              </w:rPr>
            </w:pPr>
            <w:r w:rsidRPr="00B017B7">
              <w:rPr>
                <w:rFonts w:cs="Times New Roman"/>
                <w:sz w:val="18"/>
                <w:lang w:val="ru-RU"/>
              </w:rPr>
              <w:t xml:space="preserve">Ноутбук 14.2" </w:t>
            </w:r>
            <w:r w:rsidRPr="008650BF">
              <w:rPr>
                <w:rFonts w:cs="Times New Roman"/>
                <w:sz w:val="18"/>
              </w:rPr>
              <w:t>OLED</w:t>
            </w:r>
            <w:r w:rsidRPr="00B017B7">
              <w:rPr>
                <w:rFonts w:cs="Times New Roman"/>
                <w:sz w:val="18"/>
                <w:lang w:val="ru-RU"/>
              </w:rPr>
              <w:t xml:space="preserve"> вес ≤1,35 кг, чёрный</w:t>
            </w:r>
          </w:p>
        </w:tc>
        <w:tc>
          <w:tcPr>
            <w:tcW w:w="2003" w:type="dxa"/>
            <w:vMerge/>
          </w:tcPr>
          <w:p w14:paraId="432A1282" w14:textId="77777777" w:rsidR="00B017B7" w:rsidRPr="00B017B7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  <w:tc>
          <w:tcPr>
            <w:tcW w:w="1902" w:type="dxa"/>
            <w:vMerge/>
          </w:tcPr>
          <w:p w14:paraId="4014E8F5" w14:textId="77777777" w:rsidR="00B017B7" w:rsidRPr="008650BF" w:rsidRDefault="00B017B7" w:rsidP="00B017B7">
            <w:pPr>
              <w:spacing w:before="40" w:after="40"/>
              <w:jc w:val="center"/>
              <w:rPr>
                <w:rFonts w:cs="Times New Roman"/>
                <w:sz w:val="18"/>
                <w:lang w:val="ru-RU"/>
              </w:rPr>
            </w:pPr>
          </w:p>
        </w:tc>
      </w:tr>
    </w:tbl>
    <w:p w14:paraId="021F590A" w14:textId="00FC093C" w:rsidR="00AA4997" w:rsidRPr="008650BF" w:rsidRDefault="006D59CB" w:rsidP="000E4655">
      <w:pPr>
        <w:spacing w:before="120" w:after="0" w:line="240" w:lineRule="auto"/>
        <w:ind w:firstLine="567"/>
        <w:jc w:val="both"/>
        <w:rPr>
          <w:rFonts w:cs="Times New Roman"/>
          <w:lang w:val="ru-RU"/>
        </w:rPr>
      </w:pPr>
      <w:r w:rsidRPr="00340A97">
        <w:rPr>
          <w:rFonts w:cs="Times New Roman"/>
          <w:b/>
          <w:sz w:val="24"/>
          <w:szCs w:val="24"/>
          <w:lang w:val="ru-RU"/>
        </w:rPr>
        <w:t>Поставка Товара осуществляется единым этапом в полном объёме. Датой поставки считается дата подписани</w:t>
      </w:r>
      <w:r w:rsidR="00B017B7" w:rsidRPr="00340A97">
        <w:rPr>
          <w:rFonts w:cs="Times New Roman"/>
          <w:b/>
          <w:sz w:val="24"/>
          <w:szCs w:val="24"/>
          <w:lang w:val="ru-RU"/>
        </w:rPr>
        <w:t xml:space="preserve">я Сторонами товарной накладной/УПД </w:t>
      </w:r>
      <w:r w:rsidRPr="00340A97">
        <w:rPr>
          <w:rFonts w:cs="Times New Roman"/>
          <w:b/>
          <w:sz w:val="24"/>
          <w:szCs w:val="24"/>
          <w:lang w:val="ru-RU"/>
        </w:rPr>
        <w:t>без замечаний. Досрочная поставка допускается</w:t>
      </w:r>
      <w:r w:rsidRPr="008650BF">
        <w:rPr>
          <w:rFonts w:cs="Times New Roman"/>
          <w:lang w:val="ru-RU"/>
        </w:rPr>
        <w:t>.</w:t>
      </w:r>
    </w:p>
    <w:p w14:paraId="3EA2286D" w14:textId="77777777" w:rsidR="00AA4997" w:rsidRPr="00721B0C" w:rsidRDefault="006D59CB" w:rsidP="00884866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11" w:name="_Toc243323804"/>
      <w:r w:rsidRPr="00721B0C">
        <w:rPr>
          <w:rFonts w:ascii="Times New Roman" w:hAnsi="Times New Roman" w:cs="Times New Roman"/>
          <w:color w:val="auto"/>
          <w:sz w:val="24"/>
          <w:szCs w:val="24"/>
          <w:lang w:val="ru-RU"/>
        </w:rPr>
        <w:t>2.1.3. Требования к качеству продукции</w:t>
      </w:r>
      <w:bookmarkEnd w:id="11"/>
    </w:p>
    <w:p w14:paraId="6DF5C403" w14:textId="77777777" w:rsidR="00AA4997" w:rsidRPr="00721B0C" w:rsidRDefault="006D59CB" w:rsidP="00884866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12" w:name="_Toc243294547"/>
      <w:bookmarkStart w:id="13" w:name="_Toc243323805"/>
      <w:r w:rsidRPr="00721B0C">
        <w:rPr>
          <w:rFonts w:ascii="Times New Roman" w:hAnsi="Times New Roman" w:cs="Times New Roman"/>
          <w:color w:val="auto"/>
          <w:sz w:val="24"/>
          <w:szCs w:val="24"/>
          <w:lang w:val="ru-RU"/>
        </w:rPr>
        <w:t>Таблица 3. Требования к продукции</w:t>
      </w:r>
      <w:bookmarkEnd w:id="12"/>
      <w:bookmarkEnd w:id="13"/>
    </w:p>
    <w:p w14:paraId="086DA3A0" w14:textId="77777777" w:rsidR="00AA4997" w:rsidRPr="00721B0C" w:rsidRDefault="006D59CB" w:rsidP="0020558C">
      <w:pPr>
        <w:spacing w:after="0" w:line="240" w:lineRule="auto"/>
        <w:jc w:val="both"/>
        <w:rPr>
          <w:rFonts w:cs="Times New Roman"/>
          <w:b/>
          <w:sz w:val="24"/>
          <w:szCs w:val="24"/>
          <w:lang w:val="ru-RU"/>
        </w:rPr>
      </w:pPr>
      <w:r w:rsidRPr="00721B0C">
        <w:rPr>
          <w:rFonts w:cs="Times New Roman"/>
          <w:b/>
          <w:i/>
          <w:sz w:val="24"/>
          <w:szCs w:val="24"/>
          <w:lang w:val="ru-RU"/>
        </w:rPr>
        <w:t>Наименование продукции (позиция № 1 – Таблицы 1): ОКПД2 46.51.10.110 Поставка расходных материалов для копировальной и оргтехники, комплектующих и периферийных устройств для персональных компьютеров для нужд филиала ПАО «РусГидро» – «КорУнГ» в г. Красноярске.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201"/>
        <w:gridCol w:w="1811"/>
        <w:gridCol w:w="2716"/>
        <w:gridCol w:w="2485"/>
        <w:gridCol w:w="1982"/>
      </w:tblGrid>
      <w:tr w:rsidR="00AA4997" w:rsidRPr="00570F40" w14:paraId="4CD8AD4B" w14:textId="77777777" w:rsidTr="00F07A78">
        <w:trPr>
          <w:jc w:val="center"/>
        </w:trPr>
        <w:tc>
          <w:tcPr>
            <w:tcW w:w="1201" w:type="dxa"/>
            <w:shd w:val="clear" w:color="auto" w:fill="D9D9D9"/>
          </w:tcPr>
          <w:p w14:paraId="712AE067" w14:textId="77777777" w:rsidR="00AA4997" w:rsidRPr="008650BF" w:rsidRDefault="006D59CB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b/>
                <w:sz w:val="20"/>
              </w:rPr>
              <w:t>№ п/п</w:t>
            </w:r>
          </w:p>
        </w:tc>
        <w:tc>
          <w:tcPr>
            <w:tcW w:w="1811" w:type="dxa"/>
            <w:shd w:val="clear" w:color="auto" w:fill="D9D9D9"/>
          </w:tcPr>
          <w:p w14:paraId="14EFC0DD" w14:textId="77777777" w:rsidR="00AA4997" w:rsidRPr="008650BF" w:rsidRDefault="006D59CB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b/>
                <w:sz w:val="20"/>
              </w:rPr>
              <w:t>Наименование параметра</w:t>
            </w:r>
          </w:p>
        </w:tc>
        <w:tc>
          <w:tcPr>
            <w:tcW w:w="2716" w:type="dxa"/>
            <w:shd w:val="clear" w:color="auto" w:fill="D9D9D9"/>
          </w:tcPr>
          <w:p w14:paraId="4CC6920F" w14:textId="2B18F31E" w:rsidR="00AA4997" w:rsidRPr="008650BF" w:rsidRDefault="004C3DB5">
            <w:pPr>
              <w:spacing w:before="40" w:after="40"/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  <w:sz w:val="20"/>
              </w:rPr>
              <w:t xml:space="preserve">Требование </w:t>
            </w:r>
            <w:r>
              <w:rPr>
                <w:rFonts w:cs="Times New Roman"/>
                <w:b/>
                <w:sz w:val="20"/>
                <w:lang w:val="ru-RU"/>
              </w:rPr>
              <w:t>З</w:t>
            </w:r>
            <w:r w:rsidR="006D59CB" w:rsidRPr="008650BF">
              <w:rPr>
                <w:rFonts w:cs="Times New Roman"/>
                <w:b/>
                <w:sz w:val="20"/>
              </w:rPr>
              <w:t>аказчика</w:t>
            </w:r>
          </w:p>
        </w:tc>
        <w:tc>
          <w:tcPr>
            <w:tcW w:w="2485" w:type="dxa"/>
            <w:shd w:val="clear" w:color="auto" w:fill="D9D9D9"/>
          </w:tcPr>
          <w:p w14:paraId="78DE36FE" w14:textId="77777777" w:rsidR="00AA4997" w:rsidRPr="008650BF" w:rsidRDefault="006D59CB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b/>
                <w:sz w:val="20"/>
                <w:lang w:val="ru-RU"/>
              </w:rPr>
              <w:t>Способ подтверждения участником соответствия требованиям</w:t>
            </w:r>
          </w:p>
        </w:tc>
        <w:tc>
          <w:tcPr>
            <w:tcW w:w="1982" w:type="dxa"/>
            <w:shd w:val="clear" w:color="auto" w:fill="D9D9D9"/>
          </w:tcPr>
          <w:p w14:paraId="7FF09D8A" w14:textId="77777777" w:rsidR="00AA4997" w:rsidRPr="008650BF" w:rsidRDefault="006D59CB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b/>
                <w:sz w:val="20"/>
                <w:lang w:val="ru-RU"/>
              </w:rPr>
              <w:t>Предложение участника по характеристикам и параметрам</w:t>
            </w:r>
          </w:p>
        </w:tc>
      </w:tr>
      <w:tr w:rsidR="00AA4997" w:rsidRPr="008650BF" w14:paraId="65303D98" w14:textId="77777777" w:rsidTr="00F07A78">
        <w:trPr>
          <w:jc w:val="center"/>
        </w:trPr>
        <w:tc>
          <w:tcPr>
            <w:tcW w:w="1201" w:type="dxa"/>
            <w:shd w:val="clear" w:color="auto" w:fill="F2F2F2"/>
          </w:tcPr>
          <w:p w14:paraId="2F7D0152" w14:textId="77777777" w:rsidR="00AA4997" w:rsidRPr="008650BF" w:rsidRDefault="006D59CB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b/>
                <w:sz w:val="18"/>
              </w:rPr>
              <w:t>1</w:t>
            </w:r>
          </w:p>
        </w:tc>
        <w:tc>
          <w:tcPr>
            <w:tcW w:w="1811" w:type="dxa"/>
            <w:shd w:val="clear" w:color="auto" w:fill="F2F2F2"/>
          </w:tcPr>
          <w:p w14:paraId="69A86FEB" w14:textId="77777777" w:rsidR="00AA4997" w:rsidRPr="008650BF" w:rsidRDefault="006D59CB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b/>
                <w:sz w:val="18"/>
              </w:rPr>
              <w:t>2</w:t>
            </w:r>
          </w:p>
        </w:tc>
        <w:tc>
          <w:tcPr>
            <w:tcW w:w="2716" w:type="dxa"/>
            <w:shd w:val="clear" w:color="auto" w:fill="F2F2F2"/>
          </w:tcPr>
          <w:p w14:paraId="7DDA6EFF" w14:textId="77777777" w:rsidR="00AA4997" w:rsidRPr="008650BF" w:rsidRDefault="006D59CB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b/>
                <w:sz w:val="18"/>
              </w:rPr>
              <w:t>3</w:t>
            </w:r>
          </w:p>
        </w:tc>
        <w:tc>
          <w:tcPr>
            <w:tcW w:w="2485" w:type="dxa"/>
            <w:shd w:val="clear" w:color="auto" w:fill="F2F2F2"/>
          </w:tcPr>
          <w:p w14:paraId="3FE12AAB" w14:textId="77777777" w:rsidR="00AA4997" w:rsidRPr="008650BF" w:rsidRDefault="006D59CB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b/>
                <w:sz w:val="18"/>
              </w:rPr>
              <w:t>4</w:t>
            </w:r>
          </w:p>
        </w:tc>
        <w:tc>
          <w:tcPr>
            <w:tcW w:w="1982" w:type="dxa"/>
            <w:shd w:val="clear" w:color="auto" w:fill="F2F2F2"/>
          </w:tcPr>
          <w:p w14:paraId="3C2EA9AE" w14:textId="77777777" w:rsidR="00AA4997" w:rsidRPr="008650BF" w:rsidRDefault="006D59CB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b/>
                <w:sz w:val="18"/>
              </w:rPr>
              <w:t>5</w:t>
            </w:r>
          </w:p>
        </w:tc>
      </w:tr>
      <w:tr w:rsidR="004C3DB5" w:rsidRPr="00570F40" w14:paraId="0BD5B15A" w14:textId="77777777" w:rsidTr="00F07A78">
        <w:trPr>
          <w:jc w:val="center"/>
        </w:trPr>
        <w:tc>
          <w:tcPr>
            <w:tcW w:w="1201" w:type="dxa"/>
          </w:tcPr>
          <w:p w14:paraId="06B7D1B4" w14:textId="77777777" w:rsidR="004C3DB5" w:rsidRPr="008650BF" w:rsidRDefault="004C3DB5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1.</w:t>
            </w:r>
          </w:p>
        </w:tc>
        <w:tc>
          <w:tcPr>
            <w:tcW w:w="8994" w:type="dxa"/>
            <w:gridSpan w:val="4"/>
          </w:tcPr>
          <w:p w14:paraId="64221D94" w14:textId="66AA61AA" w:rsidR="004C3DB5" w:rsidRPr="004C3DB5" w:rsidRDefault="004C3DB5" w:rsidP="00570F40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AA4997" w:rsidRPr="008650BF" w14:paraId="066864B8" w14:textId="77777777" w:rsidTr="00F07A78">
        <w:trPr>
          <w:jc w:val="center"/>
        </w:trPr>
        <w:tc>
          <w:tcPr>
            <w:tcW w:w="1201" w:type="dxa"/>
          </w:tcPr>
          <w:p w14:paraId="20018378" w14:textId="77777777" w:rsidR="00AA4997" w:rsidRPr="008650BF" w:rsidRDefault="006D59CB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1.1.</w:t>
            </w:r>
          </w:p>
        </w:tc>
        <w:tc>
          <w:tcPr>
            <w:tcW w:w="1811" w:type="dxa"/>
          </w:tcPr>
          <w:p w14:paraId="751D47CA" w14:textId="77777777" w:rsidR="00AA4997" w:rsidRPr="008650BF" w:rsidRDefault="006D59CB">
            <w:pPr>
              <w:spacing w:before="40" w:after="40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Марка, модель, технические характеристики</w:t>
            </w:r>
          </w:p>
        </w:tc>
        <w:tc>
          <w:tcPr>
            <w:tcW w:w="2716" w:type="dxa"/>
          </w:tcPr>
          <w:p w14:paraId="7F580F3C" w14:textId="77777777" w:rsidR="00AA4997" w:rsidRPr="008650BF" w:rsidRDefault="006D59CB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>Полный перечень характеристик указан в Приложении № 1 к настоящим Техническим требованиям (Спецификация).</w:t>
            </w:r>
          </w:p>
        </w:tc>
        <w:tc>
          <w:tcPr>
            <w:tcW w:w="2485" w:type="dxa"/>
          </w:tcPr>
          <w:p w14:paraId="704D5E90" w14:textId="77777777" w:rsidR="00AA4997" w:rsidRPr="008650BF" w:rsidRDefault="006D59CB">
            <w:pPr>
              <w:spacing w:before="40" w:after="40"/>
              <w:jc w:val="both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  <w:lang w:val="ru-RU"/>
              </w:rPr>
              <w:t xml:space="preserve">Указание характеристик. В составе ТКП необходимо представить заполненную </w:t>
            </w:r>
            <w:r w:rsidRPr="008650BF">
              <w:rPr>
                <w:rFonts w:cs="Times New Roman"/>
                <w:sz w:val="18"/>
              </w:rPr>
              <w:t>Спецификацию по форме Приложения № 1 к настоящим Техническим требованиям.</w:t>
            </w:r>
          </w:p>
        </w:tc>
        <w:tc>
          <w:tcPr>
            <w:tcW w:w="1982" w:type="dxa"/>
          </w:tcPr>
          <w:p w14:paraId="6331BE8F" w14:textId="77777777" w:rsidR="00AA4997" w:rsidRPr="008650BF" w:rsidRDefault="00AA4997">
            <w:pPr>
              <w:spacing w:before="40" w:after="40"/>
              <w:jc w:val="both"/>
              <w:rPr>
                <w:rFonts w:cs="Times New Roman"/>
              </w:rPr>
            </w:pPr>
          </w:p>
        </w:tc>
      </w:tr>
      <w:tr w:rsidR="00AA4997" w:rsidRPr="00570F40" w14:paraId="0F48802F" w14:textId="77777777" w:rsidTr="00F07A78">
        <w:trPr>
          <w:jc w:val="center"/>
        </w:trPr>
        <w:tc>
          <w:tcPr>
            <w:tcW w:w="1201" w:type="dxa"/>
          </w:tcPr>
          <w:p w14:paraId="6DECA87A" w14:textId="77777777" w:rsidR="00AA4997" w:rsidRPr="008650BF" w:rsidRDefault="006D59CB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1.2.</w:t>
            </w:r>
          </w:p>
        </w:tc>
        <w:tc>
          <w:tcPr>
            <w:tcW w:w="1811" w:type="dxa"/>
          </w:tcPr>
          <w:p w14:paraId="2B085505" w14:textId="77777777" w:rsidR="00AA4997" w:rsidRPr="008650BF" w:rsidRDefault="006D59CB">
            <w:pPr>
              <w:spacing w:before="40" w:after="40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>Соответствие требованиям ПП РФ от 10.07.2019 № 878 (для мониторов, позиция 18 Таблицы 1)</w:t>
            </w:r>
          </w:p>
        </w:tc>
        <w:tc>
          <w:tcPr>
            <w:tcW w:w="2716" w:type="dxa"/>
          </w:tcPr>
          <w:p w14:paraId="79B26EAA" w14:textId="77777777" w:rsidR="00AA4997" w:rsidRPr="008650BF" w:rsidRDefault="006D59CB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>Мониторы (позиция 18) должны быть включены в реестр российской радиоэлектронной продукции (РЭП) либо в единый реестр радиоэлектронной продукции государств – членов ЕАЭС.</w:t>
            </w:r>
          </w:p>
        </w:tc>
        <w:tc>
          <w:tcPr>
            <w:tcW w:w="2485" w:type="dxa"/>
          </w:tcPr>
          <w:p w14:paraId="4D4C6565" w14:textId="77777777" w:rsidR="00AA4997" w:rsidRPr="008650BF" w:rsidRDefault="006D59CB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>Предоставление выписки из реестра РЭП / ЕАЭС с указанием реестрового номера и даты включения, заверенной производителем (либо ссылка на запись в открытом реестре с приложением скриншота).</w:t>
            </w:r>
          </w:p>
        </w:tc>
        <w:tc>
          <w:tcPr>
            <w:tcW w:w="1982" w:type="dxa"/>
          </w:tcPr>
          <w:p w14:paraId="06DAB46D" w14:textId="77777777" w:rsidR="00AA4997" w:rsidRPr="008650BF" w:rsidRDefault="00AA4997">
            <w:pPr>
              <w:spacing w:before="40" w:after="40"/>
              <w:jc w:val="both"/>
              <w:rPr>
                <w:rFonts w:cs="Times New Roman"/>
                <w:lang w:val="ru-RU"/>
              </w:rPr>
            </w:pPr>
          </w:p>
        </w:tc>
      </w:tr>
      <w:tr w:rsidR="00AA4997" w:rsidRPr="00570F40" w14:paraId="6B0F867C" w14:textId="77777777" w:rsidTr="00F07A78">
        <w:trPr>
          <w:jc w:val="center"/>
        </w:trPr>
        <w:tc>
          <w:tcPr>
            <w:tcW w:w="1201" w:type="dxa"/>
          </w:tcPr>
          <w:p w14:paraId="6B6A4298" w14:textId="77777777" w:rsidR="00AA4997" w:rsidRPr="008650BF" w:rsidRDefault="006D59CB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1.3.</w:t>
            </w:r>
          </w:p>
        </w:tc>
        <w:tc>
          <w:tcPr>
            <w:tcW w:w="1811" w:type="dxa"/>
          </w:tcPr>
          <w:p w14:paraId="6689B1E9" w14:textId="77777777" w:rsidR="00AA4997" w:rsidRPr="008650BF" w:rsidRDefault="006D59CB">
            <w:pPr>
              <w:spacing w:before="40" w:after="40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>Максимальная стоимость за единицу продукции</w:t>
            </w:r>
          </w:p>
        </w:tc>
        <w:tc>
          <w:tcPr>
            <w:tcW w:w="2716" w:type="dxa"/>
          </w:tcPr>
          <w:p w14:paraId="4B7B18AD" w14:textId="77777777" w:rsidR="00AA4997" w:rsidRPr="008650BF" w:rsidRDefault="006D59CB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>Стоимость за единицу любой позиции из перечня не должна превышать 99 000 (Девяносто девять тысяч) рублей 00 копеек без учета НДС.</w:t>
            </w:r>
          </w:p>
        </w:tc>
        <w:tc>
          <w:tcPr>
            <w:tcW w:w="2485" w:type="dxa"/>
          </w:tcPr>
          <w:p w14:paraId="4C6E874E" w14:textId="77777777" w:rsidR="00AA4997" w:rsidRPr="008650BF" w:rsidRDefault="006D59CB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>Указание цены за единицу по каждой позиции в Спецификации (Приложение № 1).</w:t>
            </w:r>
          </w:p>
        </w:tc>
        <w:tc>
          <w:tcPr>
            <w:tcW w:w="1982" w:type="dxa"/>
          </w:tcPr>
          <w:p w14:paraId="474988BD" w14:textId="77777777" w:rsidR="00AA4997" w:rsidRPr="008650BF" w:rsidRDefault="00AA4997">
            <w:pPr>
              <w:spacing w:before="40" w:after="40"/>
              <w:jc w:val="both"/>
              <w:rPr>
                <w:rFonts w:cs="Times New Roman"/>
                <w:lang w:val="ru-RU"/>
              </w:rPr>
            </w:pPr>
          </w:p>
        </w:tc>
      </w:tr>
      <w:tr w:rsidR="005536A5" w:rsidRPr="00570F40" w14:paraId="00EAAE54" w14:textId="77777777" w:rsidTr="00F07A78">
        <w:trPr>
          <w:jc w:val="center"/>
        </w:trPr>
        <w:tc>
          <w:tcPr>
            <w:tcW w:w="10195" w:type="dxa"/>
            <w:gridSpan w:val="5"/>
          </w:tcPr>
          <w:p w14:paraId="3D1C475E" w14:textId="2F288AFB" w:rsidR="005536A5" w:rsidRPr="005536A5" w:rsidRDefault="005536A5" w:rsidP="005536A5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5536A5">
              <w:rPr>
                <w:rFonts w:cs="Times New Roman"/>
                <w:sz w:val="18"/>
                <w:lang w:val="ru-RU"/>
              </w:rPr>
              <w:t>2.</w:t>
            </w:r>
            <w:r>
              <w:rPr>
                <w:rFonts w:cs="Times New Roman"/>
                <w:sz w:val="18"/>
                <w:lang w:val="ru-RU"/>
              </w:rPr>
              <w:t xml:space="preserve"> </w:t>
            </w:r>
            <w:r w:rsidRPr="008650BF">
              <w:rPr>
                <w:rFonts w:cs="Times New Roman"/>
                <w:sz w:val="18"/>
                <w:lang w:val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AA4997" w:rsidRPr="00570F40" w14:paraId="75C02C05" w14:textId="77777777" w:rsidTr="00F07A78">
        <w:trPr>
          <w:jc w:val="center"/>
        </w:trPr>
        <w:tc>
          <w:tcPr>
            <w:tcW w:w="1201" w:type="dxa"/>
          </w:tcPr>
          <w:p w14:paraId="462E8370" w14:textId="77777777" w:rsidR="00AA4997" w:rsidRPr="008650BF" w:rsidRDefault="006D59CB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2.1.</w:t>
            </w:r>
          </w:p>
        </w:tc>
        <w:tc>
          <w:tcPr>
            <w:tcW w:w="1811" w:type="dxa"/>
          </w:tcPr>
          <w:p w14:paraId="01753F00" w14:textId="77777777" w:rsidR="00AA4997" w:rsidRPr="008650BF" w:rsidRDefault="006D59CB">
            <w:pPr>
              <w:spacing w:before="40" w:after="40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Адрес поставки</w:t>
            </w:r>
          </w:p>
        </w:tc>
        <w:tc>
          <w:tcPr>
            <w:tcW w:w="2716" w:type="dxa"/>
          </w:tcPr>
          <w:p w14:paraId="09FEA3BE" w14:textId="77777777" w:rsidR="00AA4997" w:rsidRPr="008650BF" w:rsidRDefault="006D59CB">
            <w:pPr>
              <w:spacing w:before="40" w:after="40"/>
              <w:jc w:val="both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  <w:lang w:val="ru-RU"/>
              </w:rPr>
              <w:t xml:space="preserve">Продукция должна быть доставлена Поставщиком по адресу: 660049, г. Красноярск, Центральный район, ул. </w:t>
            </w:r>
            <w:r w:rsidRPr="008650BF">
              <w:rPr>
                <w:rFonts w:cs="Times New Roman"/>
                <w:sz w:val="18"/>
              </w:rPr>
              <w:t>Карла Маркса, д. 78А.</w:t>
            </w:r>
          </w:p>
        </w:tc>
        <w:tc>
          <w:tcPr>
            <w:tcW w:w="2485" w:type="dxa"/>
          </w:tcPr>
          <w:p w14:paraId="08DC611B" w14:textId="77777777" w:rsidR="00AA4997" w:rsidRPr="008650BF" w:rsidRDefault="006D59CB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>Согласие с требованием. Подтверждение в свободной форме.</w:t>
            </w:r>
          </w:p>
        </w:tc>
        <w:tc>
          <w:tcPr>
            <w:tcW w:w="1982" w:type="dxa"/>
          </w:tcPr>
          <w:p w14:paraId="098606D1" w14:textId="77777777" w:rsidR="00AA4997" w:rsidRPr="008650BF" w:rsidRDefault="00AA4997">
            <w:pPr>
              <w:spacing w:before="40" w:after="40"/>
              <w:jc w:val="both"/>
              <w:rPr>
                <w:rFonts w:cs="Times New Roman"/>
                <w:lang w:val="ru-RU"/>
              </w:rPr>
            </w:pPr>
          </w:p>
        </w:tc>
      </w:tr>
      <w:tr w:rsidR="00AA4997" w:rsidRPr="00570F40" w14:paraId="45B619A5" w14:textId="77777777" w:rsidTr="00F07A78">
        <w:trPr>
          <w:jc w:val="center"/>
        </w:trPr>
        <w:tc>
          <w:tcPr>
            <w:tcW w:w="1201" w:type="dxa"/>
          </w:tcPr>
          <w:p w14:paraId="6865A4D4" w14:textId="77777777" w:rsidR="00AA4997" w:rsidRPr="008650BF" w:rsidRDefault="006D59CB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2.2.</w:t>
            </w:r>
          </w:p>
        </w:tc>
        <w:tc>
          <w:tcPr>
            <w:tcW w:w="1811" w:type="dxa"/>
          </w:tcPr>
          <w:p w14:paraId="1E71358E" w14:textId="77777777" w:rsidR="00AA4997" w:rsidRPr="008650BF" w:rsidRDefault="006D59CB">
            <w:pPr>
              <w:spacing w:before="40" w:after="40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Срок поставки</w:t>
            </w:r>
          </w:p>
        </w:tc>
        <w:tc>
          <w:tcPr>
            <w:tcW w:w="2716" w:type="dxa"/>
          </w:tcPr>
          <w:p w14:paraId="78204892" w14:textId="75BC526E" w:rsidR="00AA4997" w:rsidRPr="008650BF" w:rsidRDefault="006D59CB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>Поставка Товара осуществляе</w:t>
            </w:r>
            <w:r w:rsidR="005536A5">
              <w:rPr>
                <w:rFonts w:cs="Times New Roman"/>
                <w:sz w:val="18"/>
                <w:lang w:val="ru-RU"/>
              </w:rPr>
              <w:t>тся в 1 (Один) этап в срок до 01</w:t>
            </w:r>
            <w:r w:rsidRPr="008650BF">
              <w:rPr>
                <w:rFonts w:cs="Times New Roman"/>
                <w:sz w:val="18"/>
                <w:lang w:val="ru-RU"/>
              </w:rPr>
              <w:t>.12.2026</w:t>
            </w:r>
            <w:r w:rsidR="005536A5">
              <w:rPr>
                <w:rFonts w:cs="Times New Roman"/>
                <w:sz w:val="18"/>
                <w:lang w:val="ru-RU"/>
              </w:rPr>
              <w:t xml:space="preserve"> г.</w:t>
            </w:r>
            <w:r w:rsidRPr="008650BF">
              <w:rPr>
                <w:rFonts w:cs="Times New Roman"/>
                <w:sz w:val="18"/>
                <w:lang w:val="ru-RU"/>
              </w:rPr>
              <w:t xml:space="preserve"> (включительно).</w:t>
            </w:r>
          </w:p>
        </w:tc>
        <w:tc>
          <w:tcPr>
            <w:tcW w:w="2485" w:type="dxa"/>
          </w:tcPr>
          <w:p w14:paraId="098D0DE4" w14:textId="77777777" w:rsidR="00AA4997" w:rsidRPr="008650BF" w:rsidRDefault="006D59CB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>Согласие с требованием. Подтверждение в свободной форме.</w:t>
            </w:r>
          </w:p>
        </w:tc>
        <w:tc>
          <w:tcPr>
            <w:tcW w:w="1982" w:type="dxa"/>
          </w:tcPr>
          <w:p w14:paraId="035A9942" w14:textId="77777777" w:rsidR="00AA4997" w:rsidRPr="008650BF" w:rsidRDefault="00AA4997">
            <w:pPr>
              <w:spacing w:before="40" w:after="40"/>
              <w:jc w:val="both"/>
              <w:rPr>
                <w:rFonts w:cs="Times New Roman"/>
                <w:lang w:val="ru-RU"/>
              </w:rPr>
            </w:pPr>
          </w:p>
        </w:tc>
      </w:tr>
      <w:tr w:rsidR="00AA4997" w:rsidRPr="00570F40" w14:paraId="603FD949" w14:textId="77777777" w:rsidTr="00F07A78">
        <w:trPr>
          <w:jc w:val="center"/>
        </w:trPr>
        <w:tc>
          <w:tcPr>
            <w:tcW w:w="1201" w:type="dxa"/>
          </w:tcPr>
          <w:p w14:paraId="7602B045" w14:textId="77777777" w:rsidR="00AA4997" w:rsidRPr="005536A5" w:rsidRDefault="006D59CB">
            <w:pPr>
              <w:spacing w:before="40" w:after="40"/>
              <w:jc w:val="center"/>
              <w:rPr>
                <w:rFonts w:cs="Times New Roman"/>
                <w:lang w:val="ru-RU"/>
              </w:rPr>
            </w:pPr>
            <w:r w:rsidRPr="005536A5">
              <w:rPr>
                <w:rFonts w:cs="Times New Roman"/>
                <w:sz w:val="18"/>
                <w:lang w:val="ru-RU"/>
              </w:rPr>
              <w:t>2.3.</w:t>
            </w:r>
          </w:p>
        </w:tc>
        <w:tc>
          <w:tcPr>
            <w:tcW w:w="1811" w:type="dxa"/>
          </w:tcPr>
          <w:p w14:paraId="60314565" w14:textId="77777777" w:rsidR="00AA4997" w:rsidRPr="005536A5" w:rsidRDefault="006D59CB">
            <w:pPr>
              <w:spacing w:before="40" w:after="40"/>
              <w:rPr>
                <w:rFonts w:cs="Times New Roman"/>
                <w:lang w:val="ru-RU"/>
              </w:rPr>
            </w:pPr>
            <w:r w:rsidRPr="005536A5">
              <w:rPr>
                <w:rFonts w:cs="Times New Roman"/>
                <w:sz w:val="18"/>
                <w:lang w:val="ru-RU"/>
              </w:rPr>
              <w:t>Упаковка и маркировка</w:t>
            </w:r>
          </w:p>
        </w:tc>
        <w:tc>
          <w:tcPr>
            <w:tcW w:w="2716" w:type="dxa"/>
          </w:tcPr>
          <w:p w14:paraId="5D40171F" w14:textId="77777777" w:rsidR="00AA4997" w:rsidRPr="008650BF" w:rsidRDefault="006D59CB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>Товар поставляется в упаковке производителя, обеспечивающей сохранность при транспортировке и хранении, с маркировкой на русском языке.</w:t>
            </w:r>
          </w:p>
        </w:tc>
        <w:tc>
          <w:tcPr>
            <w:tcW w:w="2485" w:type="dxa"/>
          </w:tcPr>
          <w:p w14:paraId="7EC3DB85" w14:textId="77777777" w:rsidR="00AA4997" w:rsidRPr="008650BF" w:rsidRDefault="006D59CB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>Согласие с требованием. Подтверждение в свободной форме.</w:t>
            </w:r>
          </w:p>
        </w:tc>
        <w:tc>
          <w:tcPr>
            <w:tcW w:w="1982" w:type="dxa"/>
          </w:tcPr>
          <w:p w14:paraId="3AC986A9" w14:textId="77777777" w:rsidR="00AA4997" w:rsidRPr="008650BF" w:rsidRDefault="00AA4997">
            <w:pPr>
              <w:spacing w:before="40" w:after="40"/>
              <w:jc w:val="both"/>
              <w:rPr>
                <w:rFonts w:cs="Times New Roman"/>
                <w:lang w:val="ru-RU"/>
              </w:rPr>
            </w:pPr>
          </w:p>
        </w:tc>
      </w:tr>
      <w:tr w:rsidR="00AA4997" w:rsidRPr="00570F40" w14:paraId="2A40AD17" w14:textId="77777777" w:rsidTr="00F07A78">
        <w:trPr>
          <w:jc w:val="center"/>
        </w:trPr>
        <w:tc>
          <w:tcPr>
            <w:tcW w:w="1201" w:type="dxa"/>
          </w:tcPr>
          <w:p w14:paraId="0C7FA1D6" w14:textId="77777777" w:rsidR="00AA4997" w:rsidRPr="008650BF" w:rsidRDefault="006D59CB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2.4.</w:t>
            </w:r>
          </w:p>
        </w:tc>
        <w:tc>
          <w:tcPr>
            <w:tcW w:w="1811" w:type="dxa"/>
          </w:tcPr>
          <w:p w14:paraId="177039D4" w14:textId="77777777" w:rsidR="00AA4997" w:rsidRPr="008650BF" w:rsidRDefault="006D59CB">
            <w:pPr>
              <w:spacing w:before="40" w:after="40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Приемка Товара</w:t>
            </w:r>
          </w:p>
        </w:tc>
        <w:tc>
          <w:tcPr>
            <w:tcW w:w="2716" w:type="dxa"/>
          </w:tcPr>
          <w:p w14:paraId="47673E80" w14:textId="55700C5E" w:rsidR="00AA4997" w:rsidRPr="008650BF" w:rsidRDefault="006D59CB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>Приемка осуществляется на основании товарной накл</w:t>
            </w:r>
            <w:r w:rsidR="0020558C">
              <w:rPr>
                <w:rFonts w:cs="Times New Roman"/>
                <w:sz w:val="18"/>
                <w:lang w:val="ru-RU"/>
              </w:rPr>
              <w:t>адной/УПД</w:t>
            </w:r>
            <w:r w:rsidRPr="008650BF">
              <w:rPr>
                <w:rFonts w:cs="Times New Roman"/>
                <w:sz w:val="18"/>
                <w:lang w:val="ru-RU"/>
              </w:rPr>
              <w:t xml:space="preserve"> и документов, подтверждающих качество и соответствие Товара </w:t>
            </w:r>
            <w:r w:rsidRPr="008650BF">
              <w:rPr>
                <w:rFonts w:cs="Times New Roman"/>
                <w:sz w:val="18"/>
                <w:lang w:val="ru-RU"/>
              </w:rPr>
              <w:lastRenderedPageBreak/>
              <w:t>(сертификаты/декларации соответствия — при наличии).</w:t>
            </w:r>
          </w:p>
        </w:tc>
        <w:tc>
          <w:tcPr>
            <w:tcW w:w="2485" w:type="dxa"/>
          </w:tcPr>
          <w:p w14:paraId="5ED58F16" w14:textId="77777777" w:rsidR="00AA4997" w:rsidRPr="008650BF" w:rsidRDefault="006D59CB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lastRenderedPageBreak/>
              <w:t>Согласие с требованием. Подтверждение в свободной форме.</w:t>
            </w:r>
          </w:p>
        </w:tc>
        <w:tc>
          <w:tcPr>
            <w:tcW w:w="1982" w:type="dxa"/>
          </w:tcPr>
          <w:p w14:paraId="41DF2FFC" w14:textId="77777777" w:rsidR="00AA4997" w:rsidRPr="008650BF" w:rsidRDefault="00AA4997">
            <w:pPr>
              <w:spacing w:before="40" w:after="40"/>
              <w:jc w:val="both"/>
              <w:rPr>
                <w:rFonts w:cs="Times New Roman"/>
                <w:lang w:val="ru-RU"/>
              </w:rPr>
            </w:pPr>
          </w:p>
        </w:tc>
      </w:tr>
      <w:tr w:rsidR="0020558C" w:rsidRPr="00570F40" w14:paraId="3B52AB1E" w14:textId="77777777" w:rsidTr="00F07A78">
        <w:trPr>
          <w:jc w:val="center"/>
        </w:trPr>
        <w:tc>
          <w:tcPr>
            <w:tcW w:w="10195" w:type="dxa"/>
            <w:gridSpan w:val="5"/>
          </w:tcPr>
          <w:p w14:paraId="117E74C7" w14:textId="29D3A71E" w:rsidR="0020558C" w:rsidRPr="0020558C" w:rsidRDefault="0020558C" w:rsidP="0020558C">
            <w:pPr>
              <w:spacing w:before="40" w:after="40"/>
              <w:rPr>
                <w:rFonts w:cs="Times New Roman"/>
                <w:lang w:val="ru-RU"/>
              </w:rPr>
            </w:pPr>
            <w:r>
              <w:rPr>
                <w:rFonts w:cs="Times New Roman"/>
                <w:sz w:val="18"/>
                <w:lang w:val="ru-RU"/>
              </w:rPr>
              <w:t xml:space="preserve">3. </w:t>
            </w:r>
            <w:r w:rsidRPr="008650BF">
              <w:rPr>
                <w:rFonts w:cs="Times New Roman"/>
                <w:sz w:val="18"/>
                <w:lang w:val="ru-RU"/>
              </w:rPr>
              <w:t>Требования к гарантиям, гарантийному и послегарантийному обслуживанию</w:t>
            </w:r>
          </w:p>
        </w:tc>
      </w:tr>
      <w:tr w:rsidR="00AA4997" w:rsidRPr="00570F40" w14:paraId="7AF63F34" w14:textId="77777777" w:rsidTr="00F07A78">
        <w:trPr>
          <w:jc w:val="center"/>
        </w:trPr>
        <w:tc>
          <w:tcPr>
            <w:tcW w:w="1201" w:type="dxa"/>
          </w:tcPr>
          <w:p w14:paraId="6D7B79E8" w14:textId="77777777" w:rsidR="00AA4997" w:rsidRPr="008650BF" w:rsidRDefault="006D59CB">
            <w:pPr>
              <w:spacing w:before="40" w:after="40"/>
              <w:jc w:val="center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3.1.</w:t>
            </w:r>
          </w:p>
        </w:tc>
        <w:tc>
          <w:tcPr>
            <w:tcW w:w="1811" w:type="dxa"/>
          </w:tcPr>
          <w:p w14:paraId="3500BB95" w14:textId="77777777" w:rsidR="00AA4997" w:rsidRPr="008650BF" w:rsidRDefault="006D59CB">
            <w:pPr>
              <w:spacing w:before="40" w:after="40"/>
              <w:rPr>
                <w:rFonts w:cs="Times New Roman"/>
              </w:rPr>
            </w:pPr>
            <w:r w:rsidRPr="008650BF">
              <w:rPr>
                <w:rFonts w:cs="Times New Roman"/>
                <w:sz w:val="18"/>
              </w:rPr>
              <w:t>Гарантия на поставляемый Товар</w:t>
            </w:r>
          </w:p>
        </w:tc>
        <w:tc>
          <w:tcPr>
            <w:tcW w:w="2716" w:type="dxa"/>
          </w:tcPr>
          <w:p w14:paraId="7829182B" w14:textId="77777777" w:rsidR="00AA4997" w:rsidRPr="008650BF" w:rsidRDefault="006D59CB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>Гарантия на поставляемый Товар должна соответствовать гарантии предприятий-изготовителей.</w:t>
            </w:r>
          </w:p>
        </w:tc>
        <w:tc>
          <w:tcPr>
            <w:tcW w:w="2485" w:type="dxa"/>
          </w:tcPr>
          <w:p w14:paraId="5B91300B" w14:textId="77777777" w:rsidR="00AA4997" w:rsidRPr="008650BF" w:rsidRDefault="006D59CB">
            <w:pPr>
              <w:spacing w:before="40" w:after="40"/>
              <w:jc w:val="both"/>
              <w:rPr>
                <w:rFonts w:cs="Times New Roman"/>
                <w:lang w:val="ru-RU"/>
              </w:rPr>
            </w:pPr>
            <w:r w:rsidRPr="008650BF">
              <w:rPr>
                <w:rFonts w:cs="Times New Roman"/>
                <w:sz w:val="18"/>
                <w:lang w:val="ru-RU"/>
              </w:rPr>
              <w:t>Согласие с требованием. Подтверждение в свободной форме.</w:t>
            </w:r>
          </w:p>
        </w:tc>
        <w:tc>
          <w:tcPr>
            <w:tcW w:w="1982" w:type="dxa"/>
          </w:tcPr>
          <w:p w14:paraId="6BECEABD" w14:textId="77777777" w:rsidR="00AA4997" w:rsidRPr="008650BF" w:rsidRDefault="00AA4997">
            <w:pPr>
              <w:spacing w:before="40" w:after="40"/>
              <w:jc w:val="both"/>
              <w:rPr>
                <w:rFonts w:cs="Times New Roman"/>
                <w:lang w:val="ru-RU"/>
              </w:rPr>
            </w:pPr>
          </w:p>
        </w:tc>
      </w:tr>
    </w:tbl>
    <w:p w14:paraId="72975E1D" w14:textId="77777777" w:rsidR="008106C8" w:rsidRDefault="006D59CB" w:rsidP="008106C8">
      <w:pPr>
        <w:spacing w:after="120"/>
        <w:ind w:firstLine="567"/>
        <w:jc w:val="both"/>
        <w:rPr>
          <w:rFonts w:cs="Times New Roman"/>
          <w:i/>
          <w:sz w:val="24"/>
          <w:szCs w:val="24"/>
          <w:lang w:val="ru-RU"/>
        </w:rPr>
      </w:pPr>
      <w:r w:rsidRPr="00884866">
        <w:rPr>
          <w:rFonts w:cs="Times New Roman"/>
          <w:i/>
          <w:sz w:val="24"/>
          <w:szCs w:val="24"/>
          <w:lang w:val="ru-RU"/>
        </w:rPr>
        <w:t>Не допускается Участникам закупки в предложении ограничиваться типовыми фразами («готовы выполнить все в соответствии с Техническими требованиями», «со всем согласны» и т.д.) или копированием конкретных требований из Технических требований, необходимо самостоятельно заполнить все ячейки с описанием предлагаемых услуг.</w:t>
      </w:r>
    </w:p>
    <w:p w14:paraId="20D9B4F9" w14:textId="79D8F6D9" w:rsidR="00AA4997" w:rsidRDefault="006D59CB" w:rsidP="002A2408">
      <w:pPr>
        <w:pStyle w:val="1"/>
        <w:rPr>
          <w:rFonts w:ascii="Times New Roman" w:hAnsi="Times New Roman" w:cs="Times New Roman"/>
          <w:color w:val="auto"/>
          <w:lang w:val="ru-RU"/>
        </w:rPr>
      </w:pPr>
      <w:bookmarkStart w:id="14" w:name="_Toc243323806"/>
      <w:r w:rsidRPr="008106C8">
        <w:rPr>
          <w:rFonts w:ascii="Times New Roman" w:hAnsi="Times New Roman" w:cs="Times New Roman"/>
          <w:color w:val="auto"/>
          <w:lang w:val="ru-RU"/>
        </w:rPr>
        <w:t>3. Требования к документации по ценообразованию на этапе закупки</w:t>
      </w:r>
      <w:bookmarkEnd w:id="14"/>
    </w:p>
    <w:p w14:paraId="25FCC5B2" w14:textId="32D46E5D" w:rsidR="00FF0542" w:rsidRPr="002A2408" w:rsidRDefault="00FF0542" w:rsidP="002A2408">
      <w:pPr>
        <w:pStyle w:val="21"/>
        <w:spacing w:after="120"/>
        <w:rPr>
          <w:rFonts w:ascii="Times New Roman" w:hAnsi="Times New Roman" w:cs="Times New Roman"/>
          <w:color w:val="auto"/>
        </w:rPr>
      </w:pPr>
      <w:bookmarkStart w:id="15" w:name="_Toc243323807"/>
      <w:r w:rsidRPr="002A2408">
        <w:rPr>
          <w:rFonts w:ascii="Times New Roman" w:hAnsi="Times New Roman" w:cs="Times New Roman"/>
          <w:color w:val="auto"/>
          <w:lang w:val="ru-RU"/>
        </w:rPr>
        <w:t xml:space="preserve">3.1. </w:t>
      </w:r>
      <w:bookmarkStart w:id="16" w:name="_Toc172818644"/>
      <w:r w:rsidRPr="002A2408">
        <w:rPr>
          <w:rFonts w:ascii="Times New Roman" w:hAnsi="Times New Roman" w:cs="Times New Roman"/>
          <w:color w:val="auto"/>
        </w:rPr>
        <w:t>Начальная максимальная цена</w:t>
      </w:r>
      <w:bookmarkEnd w:id="15"/>
      <w:bookmarkEnd w:id="16"/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525"/>
        <w:gridCol w:w="5027"/>
        <w:gridCol w:w="1747"/>
        <w:gridCol w:w="1729"/>
      </w:tblGrid>
      <w:tr w:rsidR="00FF0542" w:rsidRPr="00570F40" w14:paraId="272B9C3D" w14:textId="77777777" w:rsidTr="00FF0542">
        <w:tc>
          <w:tcPr>
            <w:tcW w:w="1525" w:type="dxa"/>
            <w:vAlign w:val="center"/>
          </w:tcPr>
          <w:p w14:paraId="6D391541" w14:textId="77777777" w:rsidR="00FF0542" w:rsidRPr="00C2264F" w:rsidRDefault="00FF0542" w:rsidP="00FF0542">
            <w:pPr>
              <w:jc w:val="center"/>
              <w:rPr>
                <w:bCs/>
                <w:iCs/>
                <w:sz w:val="24"/>
                <w:szCs w:val="24"/>
                <w:lang w:eastAsia="x-none"/>
              </w:rPr>
            </w:pPr>
            <w:r w:rsidRPr="00C2264F">
              <w:rPr>
                <w:rFonts w:eastAsia="MS Mincho"/>
                <w:b/>
                <w:bCs/>
                <w:sz w:val="24"/>
                <w:szCs w:val="24"/>
                <w:lang w:eastAsia="ja-JP"/>
              </w:rPr>
              <w:t>Лот</w:t>
            </w:r>
          </w:p>
        </w:tc>
        <w:tc>
          <w:tcPr>
            <w:tcW w:w="5027" w:type="dxa"/>
            <w:vAlign w:val="center"/>
          </w:tcPr>
          <w:p w14:paraId="41F1456A" w14:textId="77777777" w:rsidR="00FF0542" w:rsidRPr="00C2264F" w:rsidRDefault="00FF0542" w:rsidP="00FF0542">
            <w:pPr>
              <w:keepNext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MS Mincho"/>
                <w:b/>
                <w:bCs/>
                <w:sz w:val="24"/>
                <w:szCs w:val="24"/>
                <w:lang w:eastAsia="ja-JP"/>
              </w:rPr>
            </w:pPr>
            <w:r w:rsidRPr="00C2264F">
              <w:rPr>
                <w:rFonts w:eastAsia="MS Mincho"/>
                <w:b/>
                <w:bCs/>
                <w:sz w:val="24"/>
                <w:szCs w:val="24"/>
                <w:lang w:eastAsia="ja-JP"/>
              </w:rPr>
              <w:t>Наименование закупаемой продукции</w:t>
            </w:r>
          </w:p>
        </w:tc>
        <w:tc>
          <w:tcPr>
            <w:tcW w:w="1747" w:type="dxa"/>
            <w:vAlign w:val="center"/>
          </w:tcPr>
          <w:p w14:paraId="6000D570" w14:textId="77777777" w:rsidR="00FF0542" w:rsidRPr="00FF0542" w:rsidRDefault="00FF0542" w:rsidP="00FF0542">
            <w:pPr>
              <w:keepNext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MS Mincho"/>
                <w:b/>
                <w:bCs/>
                <w:sz w:val="24"/>
                <w:szCs w:val="24"/>
                <w:lang w:val="ru-RU" w:eastAsia="ja-JP"/>
              </w:rPr>
            </w:pPr>
            <w:r w:rsidRPr="00FF0542">
              <w:rPr>
                <w:rFonts w:eastAsia="MS Mincho"/>
                <w:b/>
                <w:bCs/>
                <w:sz w:val="24"/>
                <w:szCs w:val="24"/>
                <w:lang w:val="ru-RU" w:eastAsia="ja-JP"/>
              </w:rPr>
              <w:t>НМЦ без НДС,</w:t>
            </w:r>
          </w:p>
          <w:p w14:paraId="1B09130A" w14:textId="77777777" w:rsidR="00FF0542" w:rsidRPr="00FF0542" w:rsidRDefault="00FF0542" w:rsidP="00FF0542">
            <w:pPr>
              <w:jc w:val="center"/>
              <w:rPr>
                <w:bCs/>
                <w:iCs/>
                <w:sz w:val="24"/>
                <w:szCs w:val="24"/>
                <w:lang w:val="ru-RU" w:eastAsia="x-none"/>
              </w:rPr>
            </w:pPr>
            <w:r w:rsidRPr="00FF0542">
              <w:rPr>
                <w:rFonts w:eastAsia="MS Mincho"/>
                <w:b/>
                <w:bCs/>
                <w:sz w:val="24"/>
                <w:szCs w:val="24"/>
                <w:lang w:val="ru-RU" w:eastAsia="ja-JP"/>
              </w:rPr>
              <w:t>руб. коп.</w:t>
            </w:r>
          </w:p>
        </w:tc>
        <w:tc>
          <w:tcPr>
            <w:tcW w:w="1729" w:type="dxa"/>
          </w:tcPr>
          <w:p w14:paraId="462C28F2" w14:textId="77777777" w:rsidR="00FF0542" w:rsidRPr="00C2264F" w:rsidRDefault="00FF0542" w:rsidP="00FF0542">
            <w:pPr>
              <w:jc w:val="center"/>
              <w:rPr>
                <w:bCs/>
                <w:iCs/>
                <w:sz w:val="24"/>
                <w:szCs w:val="24"/>
                <w:lang w:val="ru-RU" w:eastAsia="x-none"/>
              </w:rPr>
            </w:pPr>
            <w:r w:rsidRPr="00C2264F">
              <w:rPr>
                <w:rFonts w:eastAsia="MS Mincho"/>
                <w:b/>
                <w:bCs/>
                <w:sz w:val="24"/>
                <w:szCs w:val="24"/>
                <w:lang w:val="ru-RU" w:eastAsia="ja-JP"/>
              </w:rPr>
              <w:t>НМЦ с учетом НДС, руб. коп.</w:t>
            </w:r>
          </w:p>
        </w:tc>
      </w:tr>
      <w:tr w:rsidR="00FF0542" w:rsidRPr="00D3054D" w14:paraId="6DF0F38F" w14:textId="77777777" w:rsidTr="00FF0542">
        <w:tc>
          <w:tcPr>
            <w:tcW w:w="1525" w:type="dxa"/>
            <w:vAlign w:val="center"/>
          </w:tcPr>
          <w:p w14:paraId="4F159F35" w14:textId="77777777" w:rsidR="00FF0542" w:rsidRPr="00C2264F" w:rsidRDefault="00FF0542" w:rsidP="00FF0542">
            <w:pPr>
              <w:jc w:val="center"/>
              <w:rPr>
                <w:rFonts w:eastAsia="MS Mincho"/>
                <w:b/>
                <w:bCs/>
                <w:sz w:val="24"/>
                <w:szCs w:val="24"/>
                <w:lang w:eastAsia="ja-JP"/>
              </w:rPr>
            </w:pPr>
            <w:r w:rsidRPr="00C2264F">
              <w:rPr>
                <w:bCs/>
                <w:sz w:val="24"/>
                <w:szCs w:val="24"/>
              </w:rPr>
              <w:t>13-ЭКСПИДИТ -2026-КорУнг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89A64C" w14:textId="77777777" w:rsidR="00FF0542" w:rsidRPr="00C2264F" w:rsidRDefault="00FF0542" w:rsidP="00FF0542">
            <w:pPr>
              <w:keepNext/>
              <w:overflowPunct w:val="0"/>
              <w:autoSpaceDE w:val="0"/>
              <w:autoSpaceDN w:val="0"/>
              <w:adjustRightInd w:val="0"/>
              <w:spacing w:line="252" w:lineRule="auto"/>
              <w:jc w:val="both"/>
              <w:rPr>
                <w:rFonts w:eastAsia="MS Mincho"/>
                <w:b/>
                <w:bCs/>
                <w:sz w:val="24"/>
                <w:szCs w:val="24"/>
                <w:lang w:val="ru-RU" w:eastAsia="ja-JP"/>
              </w:rPr>
            </w:pPr>
            <w:r w:rsidRPr="00C2264F">
              <w:rPr>
                <w:rFonts w:cs="Times New Roman"/>
                <w:sz w:val="24"/>
                <w:szCs w:val="24"/>
                <w:lang w:val="ru-RU"/>
              </w:rPr>
              <w:t>ОКПД2 46.51.10.110 Поставка расходных материалов для копировальной и оргтехники, комплектующих и периферийных устройств для персональных компьютеров для нужд филиала ПАО «РусГидро» – «КорУнГ» в г. Красноярске</w:t>
            </w:r>
          </w:p>
        </w:tc>
        <w:tc>
          <w:tcPr>
            <w:tcW w:w="1747" w:type="dxa"/>
            <w:vAlign w:val="center"/>
          </w:tcPr>
          <w:p w14:paraId="3ABD769E" w14:textId="77777777" w:rsidR="00FF0542" w:rsidRPr="00C2264F" w:rsidRDefault="00FF0542" w:rsidP="00FF0542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C2264F">
              <w:rPr>
                <w:color w:val="000000" w:themeColor="text1"/>
                <w:sz w:val="24"/>
                <w:szCs w:val="24"/>
              </w:rPr>
              <w:t>985 000,00</w:t>
            </w:r>
          </w:p>
        </w:tc>
        <w:tc>
          <w:tcPr>
            <w:tcW w:w="1729" w:type="dxa"/>
            <w:vAlign w:val="center"/>
          </w:tcPr>
          <w:p w14:paraId="117C7068" w14:textId="77777777" w:rsidR="00FF0542" w:rsidRPr="00C2264F" w:rsidRDefault="00FF0542" w:rsidP="00FF0542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C2264F">
              <w:rPr>
                <w:color w:val="000000" w:themeColor="text1"/>
                <w:sz w:val="24"/>
                <w:szCs w:val="24"/>
                <w:lang w:val="ru-RU"/>
              </w:rPr>
              <w:t>1 201 700</w:t>
            </w:r>
            <w:r w:rsidRPr="00C2264F">
              <w:rPr>
                <w:color w:val="000000" w:themeColor="text1"/>
                <w:sz w:val="24"/>
                <w:szCs w:val="24"/>
              </w:rPr>
              <w:t>,00</w:t>
            </w:r>
          </w:p>
        </w:tc>
      </w:tr>
    </w:tbl>
    <w:p w14:paraId="3AD288A6" w14:textId="02146927" w:rsidR="00340A97" w:rsidRPr="002A2408" w:rsidRDefault="00340A97" w:rsidP="00570F40">
      <w:pPr>
        <w:spacing w:before="120" w:after="0"/>
        <w:ind w:firstLine="720"/>
        <w:jc w:val="both"/>
        <w:rPr>
          <w:b/>
          <w:sz w:val="24"/>
          <w:szCs w:val="24"/>
          <w:lang w:val="ru-RU"/>
        </w:rPr>
      </w:pPr>
      <w:bookmarkStart w:id="17" w:name="_Toc243294551"/>
      <w:r w:rsidRPr="002A2408">
        <w:rPr>
          <w:sz w:val="24"/>
          <w:szCs w:val="24"/>
          <w:lang w:val="ru-RU"/>
        </w:rPr>
        <w:t>При наличии у Участника закупки права на освобождение от начисления и уплаты НДС в соответствии с действующим законодательством РФ в составе технико-коммерческого предложения должна быть предоставлена заверенная копия документа, подтверждающего данное право:</w:t>
      </w:r>
      <w:bookmarkEnd w:id="17"/>
    </w:p>
    <w:p w14:paraId="39D11721" w14:textId="77777777" w:rsidR="00340A97" w:rsidRPr="00884866" w:rsidRDefault="00340A97" w:rsidP="00340A97">
      <w:pPr>
        <w:spacing w:after="80"/>
        <w:ind w:firstLine="850"/>
        <w:jc w:val="both"/>
        <w:rPr>
          <w:rFonts w:cs="Times New Roman"/>
          <w:sz w:val="24"/>
          <w:szCs w:val="24"/>
          <w:lang w:val="ru-RU"/>
        </w:rPr>
      </w:pPr>
      <w:r w:rsidRPr="00884866">
        <w:rPr>
          <w:rFonts w:cs="Times New Roman"/>
          <w:sz w:val="24"/>
          <w:szCs w:val="24"/>
          <w:lang w:val="ru-RU"/>
        </w:rPr>
        <w:t>а) Уведомление о применении УСН;</w:t>
      </w:r>
    </w:p>
    <w:p w14:paraId="25712A20" w14:textId="77777777" w:rsidR="00340A97" w:rsidRPr="00884866" w:rsidRDefault="00340A97" w:rsidP="00340A97">
      <w:pPr>
        <w:spacing w:after="80"/>
        <w:ind w:firstLine="850"/>
        <w:jc w:val="both"/>
        <w:rPr>
          <w:rFonts w:cs="Times New Roman"/>
          <w:sz w:val="24"/>
          <w:szCs w:val="24"/>
          <w:lang w:val="ru-RU"/>
        </w:rPr>
      </w:pPr>
      <w:r w:rsidRPr="00884866">
        <w:rPr>
          <w:rFonts w:cs="Times New Roman"/>
          <w:sz w:val="24"/>
          <w:szCs w:val="24"/>
          <w:lang w:val="ru-RU"/>
        </w:rPr>
        <w:t>б) Иной документ, оформленный уполномоченным органом.</w:t>
      </w:r>
    </w:p>
    <w:p w14:paraId="0169DF00" w14:textId="77777777" w:rsidR="00340A97" w:rsidRDefault="00340A97" w:rsidP="00340A97">
      <w:pPr>
        <w:spacing w:after="80"/>
        <w:ind w:firstLine="567"/>
        <w:jc w:val="both"/>
        <w:rPr>
          <w:rFonts w:cs="Times New Roman"/>
          <w:sz w:val="24"/>
          <w:szCs w:val="24"/>
          <w:lang w:val="ru-RU"/>
        </w:rPr>
      </w:pPr>
      <w:r w:rsidRPr="00884866">
        <w:rPr>
          <w:rFonts w:cs="Times New Roman"/>
          <w:sz w:val="24"/>
          <w:szCs w:val="24"/>
          <w:lang w:val="ru-RU"/>
        </w:rPr>
        <w:t>В этом случае все документы, содержащие порядок начисления НДС, должны быть заполнены с указанием следующей информации — «НДС не облагается, на основании (далее следует ссылка на документ, подтверждающий право на освобождение)».</w:t>
      </w:r>
    </w:p>
    <w:p w14:paraId="028D2293" w14:textId="77777777" w:rsidR="00340A97" w:rsidRPr="00FF0542" w:rsidRDefault="00340A97" w:rsidP="00FF0542">
      <w:pPr>
        <w:rPr>
          <w:lang w:val="ru-RU"/>
        </w:rPr>
      </w:pPr>
    </w:p>
    <w:p w14:paraId="5B006AC7" w14:textId="0209951F" w:rsidR="00AA4997" w:rsidRPr="00884866" w:rsidRDefault="00FF0542" w:rsidP="004F5F4E">
      <w:pPr>
        <w:pStyle w:val="21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bookmarkStart w:id="18" w:name="_Toc243323808"/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3.2</w:t>
      </w:r>
      <w:r w:rsidR="006D59CB" w:rsidRPr="00C2264F">
        <w:rPr>
          <w:rFonts w:ascii="Times New Roman" w:hAnsi="Times New Roman" w:cs="Times New Roman"/>
          <w:color w:val="auto"/>
          <w:sz w:val="24"/>
          <w:szCs w:val="24"/>
          <w:lang w:val="ru-RU"/>
        </w:rPr>
        <w:t>. Технико-коммерческое предложение (ТКП)</w:t>
      </w:r>
      <w:r w:rsidR="006D59CB" w:rsidRPr="0088486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по форме Приложения № 1 к настоящим Техническим требованиям.</w:t>
      </w:r>
      <w:bookmarkEnd w:id="18"/>
    </w:p>
    <w:p w14:paraId="3A0D4895" w14:textId="0998629D" w:rsidR="00AA4997" w:rsidRPr="00884866" w:rsidRDefault="006D59CB" w:rsidP="004F5F4E">
      <w:pPr>
        <w:pStyle w:val="21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bookmarkStart w:id="19" w:name="_Toc243323809"/>
      <w:r w:rsidRPr="00C2264F">
        <w:rPr>
          <w:rFonts w:ascii="Times New Roman" w:hAnsi="Times New Roman" w:cs="Times New Roman"/>
          <w:color w:val="auto"/>
          <w:sz w:val="24"/>
          <w:szCs w:val="24"/>
          <w:lang w:val="ru-RU"/>
        </w:rPr>
        <w:t>3.</w:t>
      </w:r>
      <w:r w:rsidR="00FF0542">
        <w:rPr>
          <w:rFonts w:ascii="Times New Roman" w:hAnsi="Times New Roman" w:cs="Times New Roman"/>
          <w:color w:val="auto"/>
          <w:sz w:val="24"/>
          <w:szCs w:val="24"/>
          <w:lang w:val="ru-RU"/>
        </w:rPr>
        <w:t>3</w:t>
      </w:r>
      <w:r w:rsidR="004F5F4E">
        <w:rPr>
          <w:rFonts w:ascii="Times New Roman" w:hAnsi="Times New Roman" w:cs="Times New Roman"/>
          <w:color w:val="auto"/>
          <w:sz w:val="24"/>
          <w:szCs w:val="24"/>
          <w:lang w:val="ru-RU"/>
        </w:rPr>
        <w:t>. Анкета</w:t>
      </w:r>
      <w:r w:rsidRPr="00C2264F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по форме Приложения № 3</w:t>
      </w:r>
      <w:r w:rsidRPr="0088486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к настоящим Техническим требованиям.</w:t>
      </w:r>
      <w:bookmarkEnd w:id="19"/>
    </w:p>
    <w:p w14:paraId="1B8EE475" w14:textId="77777777" w:rsidR="00AA4997" w:rsidRPr="00884866" w:rsidRDefault="006D59CB" w:rsidP="00884866">
      <w:pPr>
        <w:pStyle w:val="1"/>
        <w:rPr>
          <w:rFonts w:ascii="Times New Roman" w:hAnsi="Times New Roman" w:cs="Times New Roman"/>
          <w:color w:val="auto"/>
          <w:lang w:val="ru-RU"/>
        </w:rPr>
      </w:pPr>
      <w:bookmarkStart w:id="20" w:name="_Toc243323810"/>
      <w:r w:rsidRPr="00884866">
        <w:rPr>
          <w:rFonts w:ascii="Times New Roman" w:hAnsi="Times New Roman" w:cs="Times New Roman"/>
          <w:color w:val="auto"/>
          <w:lang w:val="ru-RU"/>
        </w:rPr>
        <w:t>4. Требования к документации на этапе заключения договора</w:t>
      </w:r>
      <w:bookmarkEnd w:id="20"/>
    </w:p>
    <w:p w14:paraId="53DF202A" w14:textId="77777777" w:rsidR="00AA4997" w:rsidRPr="00884866" w:rsidRDefault="006D59CB" w:rsidP="00570F40">
      <w:pPr>
        <w:pStyle w:val="21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bookmarkStart w:id="21" w:name="_Toc243294553"/>
      <w:bookmarkStart w:id="22" w:name="_Toc243323811"/>
      <w:r w:rsidRPr="0088486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4.1. Победитель закупочной процедуры должен предоставить пакет документов «Сведения о цепочке собственников, включая бенефициаров (в том числе конечных)» по форме Приложения № 2 к Техническим требованиям.</w:t>
      </w:r>
      <w:bookmarkEnd w:id="21"/>
      <w:bookmarkEnd w:id="22"/>
    </w:p>
    <w:p w14:paraId="31E1C5EC" w14:textId="77777777" w:rsidR="00AA4997" w:rsidRPr="008650BF" w:rsidRDefault="006D59CB">
      <w:pPr>
        <w:rPr>
          <w:rFonts w:cs="Times New Roman"/>
          <w:lang w:val="ru-RU"/>
        </w:rPr>
      </w:pPr>
      <w:r w:rsidRPr="008650BF">
        <w:rPr>
          <w:rFonts w:cs="Times New Roman"/>
          <w:lang w:val="ru-RU"/>
        </w:rPr>
        <w:br w:type="page"/>
      </w:r>
    </w:p>
    <w:p w14:paraId="3D72C055" w14:textId="77777777" w:rsidR="00AA4997" w:rsidRPr="00884866" w:rsidRDefault="006D59CB" w:rsidP="00884866">
      <w:pPr>
        <w:pStyle w:val="1"/>
        <w:jc w:val="right"/>
        <w:rPr>
          <w:rFonts w:ascii="Times New Roman" w:hAnsi="Times New Roman" w:cs="Times New Roman"/>
          <w:color w:val="auto"/>
          <w:lang w:val="ru-RU"/>
        </w:rPr>
      </w:pPr>
      <w:bookmarkStart w:id="23" w:name="_Toc243323812"/>
      <w:r w:rsidRPr="00884866">
        <w:rPr>
          <w:rFonts w:ascii="Times New Roman" w:hAnsi="Times New Roman" w:cs="Times New Roman"/>
          <w:color w:val="auto"/>
          <w:lang w:val="ru-RU"/>
        </w:rPr>
        <w:lastRenderedPageBreak/>
        <w:t>Приложение № 1 к Техническим требованиям</w:t>
      </w:r>
      <w:bookmarkEnd w:id="23"/>
    </w:p>
    <w:p w14:paraId="6EB31264" w14:textId="77777777" w:rsidR="00884866" w:rsidRDefault="00884866">
      <w:pPr>
        <w:spacing w:after="80"/>
        <w:jc w:val="center"/>
        <w:rPr>
          <w:rFonts w:cs="Times New Roman"/>
          <w:b/>
          <w:sz w:val="26"/>
          <w:lang w:val="ru-RU"/>
        </w:rPr>
      </w:pPr>
    </w:p>
    <w:p w14:paraId="28FE05EA" w14:textId="77777777" w:rsidR="00884866" w:rsidRDefault="00884866">
      <w:pPr>
        <w:spacing w:after="80"/>
        <w:jc w:val="center"/>
        <w:rPr>
          <w:rFonts w:cs="Times New Roman"/>
          <w:b/>
          <w:sz w:val="26"/>
          <w:lang w:val="ru-RU"/>
        </w:rPr>
      </w:pPr>
    </w:p>
    <w:p w14:paraId="73CC3858" w14:textId="77777777" w:rsidR="00884866" w:rsidRDefault="00884866">
      <w:pPr>
        <w:spacing w:after="80"/>
        <w:jc w:val="center"/>
        <w:rPr>
          <w:rFonts w:cs="Times New Roman"/>
          <w:b/>
          <w:sz w:val="26"/>
          <w:lang w:val="ru-RU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921"/>
      </w:tblGrid>
      <w:tr w:rsidR="00884866" w:rsidRPr="00570F40" w14:paraId="08A97027" w14:textId="77777777" w:rsidTr="00884866">
        <w:tc>
          <w:tcPr>
            <w:tcW w:w="9921" w:type="dxa"/>
            <w:shd w:val="clear" w:color="auto" w:fill="auto"/>
          </w:tcPr>
          <w:p w14:paraId="7014F16B" w14:textId="77777777" w:rsidR="00884866" w:rsidRPr="00884866" w:rsidRDefault="00884866" w:rsidP="00884866">
            <w:pPr>
              <w:spacing w:after="0"/>
              <w:jc w:val="center"/>
              <w:rPr>
                <w:b/>
                <w:snapToGrid w:val="0"/>
                <w:sz w:val="24"/>
                <w:szCs w:val="24"/>
                <w:lang w:val="ru-RU"/>
              </w:rPr>
            </w:pPr>
            <w:r w:rsidRPr="00884866">
              <w:rPr>
                <w:b/>
                <w:snapToGrid w:val="0"/>
                <w:sz w:val="24"/>
                <w:szCs w:val="24"/>
                <w:lang w:val="ru-RU"/>
              </w:rPr>
              <w:t>Форма «Технико-коммерческое предложение»</w:t>
            </w:r>
          </w:p>
          <w:p w14:paraId="6E7E91BA" w14:textId="77777777" w:rsidR="00884866" w:rsidRPr="00884866" w:rsidRDefault="00884866" w:rsidP="00884866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884866">
              <w:rPr>
                <w:sz w:val="24"/>
                <w:szCs w:val="24"/>
                <w:lang w:val="ru-RU"/>
              </w:rPr>
              <w:t>начало формы</w:t>
            </w:r>
          </w:p>
        </w:tc>
      </w:tr>
    </w:tbl>
    <w:p w14:paraId="41A9D2A3" w14:textId="77777777" w:rsidR="00E221BB" w:rsidRPr="00E221BB" w:rsidRDefault="00E221BB" w:rsidP="00E221BB">
      <w:pPr>
        <w:tabs>
          <w:tab w:val="left" w:pos="5812"/>
        </w:tabs>
        <w:jc w:val="center"/>
        <w:rPr>
          <w:i/>
          <w:lang w:val="ru-RU"/>
        </w:rPr>
      </w:pPr>
      <w:r w:rsidRPr="00E221BB">
        <w:rPr>
          <w:i/>
          <w:lang w:val="ru-RU"/>
        </w:rPr>
        <w:t>На официальном бланке участника</w:t>
      </w:r>
    </w:p>
    <w:p w14:paraId="2B02970D" w14:textId="77777777" w:rsidR="00E221BB" w:rsidRPr="00E221BB" w:rsidRDefault="00E221BB" w:rsidP="00E221BB">
      <w:pPr>
        <w:suppressAutoHyphens/>
        <w:jc w:val="center"/>
        <w:rPr>
          <w:b/>
          <w:snapToGrid w:val="0"/>
          <w:lang w:val="ru-RU"/>
        </w:rPr>
      </w:pPr>
    </w:p>
    <w:p w14:paraId="1D698D6A" w14:textId="77777777" w:rsidR="00E221BB" w:rsidRPr="00E221BB" w:rsidRDefault="00E221BB" w:rsidP="00E221BB">
      <w:pPr>
        <w:spacing w:before="60" w:after="60"/>
        <w:jc w:val="center"/>
        <w:rPr>
          <w:rFonts w:eastAsia="Calibri"/>
          <w:b/>
          <w:color w:val="000000" w:themeColor="text1"/>
          <w:sz w:val="26"/>
          <w:szCs w:val="26"/>
          <w:lang w:val="ru-RU"/>
        </w:rPr>
      </w:pPr>
      <w:r w:rsidRPr="00E221BB">
        <w:rPr>
          <w:rFonts w:eastAsia="Calibri"/>
          <w:b/>
          <w:color w:val="000000" w:themeColor="text1"/>
          <w:sz w:val="26"/>
          <w:szCs w:val="26"/>
          <w:lang w:val="ru-RU"/>
        </w:rPr>
        <w:t>Технико-коммерческое предложение</w:t>
      </w:r>
    </w:p>
    <w:p w14:paraId="7562DE1E" w14:textId="77777777" w:rsidR="00E221BB" w:rsidRPr="00E221BB" w:rsidRDefault="00E221BB" w:rsidP="00E221BB">
      <w:pPr>
        <w:spacing w:before="60" w:after="60"/>
        <w:rPr>
          <w:rFonts w:eastAsia="Calibri"/>
          <w:b/>
          <w:color w:val="000000" w:themeColor="text1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134"/>
        <w:gridCol w:w="1701"/>
        <w:gridCol w:w="6133"/>
        <w:gridCol w:w="278"/>
      </w:tblGrid>
      <w:tr w:rsidR="00E221BB" w:rsidRPr="0096783A" w14:paraId="56BB6F8E" w14:textId="77777777" w:rsidTr="00FE5482">
        <w:trPr>
          <w:gridAfter w:val="2"/>
          <w:wAfter w:w="6411" w:type="dxa"/>
        </w:trPr>
        <w:tc>
          <w:tcPr>
            <w:tcW w:w="1809" w:type="dxa"/>
            <w:gridSpan w:val="2"/>
            <w:hideMark/>
          </w:tcPr>
          <w:p w14:paraId="6CF01118" w14:textId="77777777" w:rsidR="00E221BB" w:rsidRPr="0096783A" w:rsidRDefault="00E221BB" w:rsidP="00FE5482">
            <w:pPr>
              <w:spacing w:before="60" w:after="60"/>
              <w:rPr>
                <w:rFonts w:eastAsia="Calibri"/>
                <w:color w:val="000000" w:themeColor="text1"/>
              </w:rPr>
            </w:pPr>
            <w:r w:rsidRPr="0096783A">
              <w:rPr>
                <w:rFonts w:eastAsia="Calibri"/>
                <w:color w:val="000000" w:themeColor="text1"/>
              </w:rPr>
              <w:t>Исходящий 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CCAAA5" w14:textId="77777777" w:rsidR="00E221BB" w:rsidRPr="0096783A" w:rsidRDefault="00E221BB" w:rsidP="00FE5482">
            <w:pPr>
              <w:spacing w:before="60" w:after="60"/>
              <w:rPr>
                <w:rFonts w:eastAsia="Calibri"/>
                <w:color w:val="000000" w:themeColor="text1"/>
              </w:rPr>
            </w:pPr>
          </w:p>
        </w:tc>
      </w:tr>
      <w:tr w:rsidR="00E221BB" w:rsidRPr="0096783A" w14:paraId="653DEE55" w14:textId="77777777" w:rsidTr="00FE5482">
        <w:trPr>
          <w:gridAfter w:val="2"/>
          <w:wAfter w:w="6411" w:type="dxa"/>
        </w:trPr>
        <w:tc>
          <w:tcPr>
            <w:tcW w:w="675" w:type="dxa"/>
            <w:hideMark/>
          </w:tcPr>
          <w:p w14:paraId="6FB37ED6" w14:textId="77777777" w:rsidR="00E221BB" w:rsidRPr="0096783A" w:rsidRDefault="00E221BB" w:rsidP="00FE5482">
            <w:pPr>
              <w:spacing w:before="60" w:after="60"/>
              <w:rPr>
                <w:rFonts w:eastAsia="Calibri"/>
                <w:color w:val="000000" w:themeColor="text1"/>
              </w:rPr>
            </w:pPr>
            <w:r w:rsidRPr="0096783A">
              <w:rPr>
                <w:rFonts w:eastAsia="Calibri"/>
                <w:color w:val="000000" w:themeColor="text1"/>
              </w:rPr>
              <w:t>от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15D94B" w14:textId="77777777" w:rsidR="00E221BB" w:rsidRPr="0096783A" w:rsidRDefault="00E221BB" w:rsidP="00FE5482">
            <w:pPr>
              <w:spacing w:before="60" w:after="60"/>
              <w:rPr>
                <w:rFonts w:eastAsia="Calibri"/>
                <w:color w:val="000000" w:themeColor="text1"/>
              </w:rPr>
            </w:pPr>
          </w:p>
        </w:tc>
      </w:tr>
      <w:tr w:rsidR="00E221BB" w:rsidRPr="0096783A" w14:paraId="31E76E1D" w14:textId="77777777" w:rsidTr="00FE5482">
        <w:trPr>
          <w:gridAfter w:val="2"/>
          <w:wAfter w:w="6411" w:type="dxa"/>
        </w:trPr>
        <w:tc>
          <w:tcPr>
            <w:tcW w:w="675" w:type="dxa"/>
          </w:tcPr>
          <w:p w14:paraId="13ED15CA" w14:textId="77777777" w:rsidR="00E221BB" w:rsidRPr="0096783A" w:rsidRDefault="00E221BB" w:rsidP="00570F40">
            <w:pPr>
              <w:spacing w:before="60" w:after="60"/>
              <w:jc w:val="both"/>
              <w:rPr>
                <w:rFonts w:eastAsia="Calibri"/>
                <w:color w:val="000000" w:themeColor="text1"/>
                <w:vertAlign w:val="superscript"/>
              </w:rPr>
            </w:pPr>
          </w:p>
        </w:tc>
        <w:tc>
          <w:tcPr>
            <w:tcW w:w="2835" w:type="dxa"/>
            <w:gridSpan w:val="2"/>
            <w:hideMark/>
          </w:tcPr>
          <w:p w14:paraId="096990DF" w14:textId="77777777" w:rsidR="00E221BB" w:rsidRPr="0096783A" w:rsidRDefault="00E221BB" w:rsidP="00FE5482">
            <w:pPr>
              <w:spacing w:before="60" w:after="60"/>
              <w:jc w:val="center"/>
              <w:rPr>
                <w:rFonts w:eastAsia="Calibri"/>
                <w:color w:val="000000" w:themeColor="text1"/>
                <w:vertAlign w:val="superscript"/>
              </w:rPr>
            </w:pPr>
            <w:r w:rsidRPr="0096783A">
              <w:rPr>
                <w:rFonts w:eastAsia="Calibri"/>
                <w:color w:val="000000" w:themeColor="text1"/>
                <w:vertAlign w:val="superscript"/>
              </w:rPr>
              <w:t>(дата)</w:t>
            </w:r>
          </w:p>
        </w:tc>
      </w:tr>
      <w:tr w:rsidR="00E221BB" w:rsidRPr="00570F40" w14:paraId="7A8D7B06" w14:textId="77777777" w:rsidTr="00FE5482">
        <w:tc>
          <w:tcPr>
            <w:tcW w:w="9921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67823BB" w14:textId="77777777" w:rsidR="00E221BB" w:rsidRPr="00E221BB" w:rsidRDefault="00E221BB" w:rsidP="00570F40">
            <w:pPr>
              <w:spacing w:before="60" w:after="60"/>
              <w:jc w:val="both"/>
              <w:rPr>
                <w:snapToGrid w:val="0"/>
                <w:lang w:val="ru-RU"/>
              </w:rPr>
            </w:pPr>
          </w:p>
          <w:p w14:paraId="19FF8491" w14:textId="77777777" w:rsidR="00E221BB" w:rsidRPr="00E221BB" w:rsidRDefault="00E221BB" w:rsidP="00570F40">
            <w:pPr>
              <w:spacing w:before="60" w:after="60"/>
              <w:jc w:val="both"/>
              <w:rPr>
                <w:snapToGrid w:val="0"/>
                <w:lang w:val="ru-RU"/>
              </w:rPr>
            </w:pPr>
            <w:r w:rsidRPr="00E221BB">
              <w:rPr>
                <w:snapToGrid w:val="0"/>
                <w:lang w:val="ru-RU"/>
              </w:rPr>
              <w:t xml:space="preserve">Изучив Технические требования Заказчика, проект договора и Запрос технико-коммерческого предложения в рамках нерегламентированной закупки на право заключения договора по </w:t>
            </w:r>
            <w:r w:rsidRPr="00E221BB">
              <w:rPr>
                <w:rFonts w:eastAsia="Calibri"/>
                <w:lang w:val="ru-RU"/>
              </w:rPr>
              <w:t>ОКПД2 63.11.13.000 Предоставление права использования ПО для создания электронных учебных курсов «</w:t>
            </w:r>
            <w:r w:rsidRPr="005C6932">
              <w:rPr>
                <w:rFonts w:eastAsia="Calibri"/>
              </w:rPr>
              <w:t>Lynda</w:t>
            </w:r>
            <w:r w:rsidRPr="00E221BB">
              <w:rPr>
                <w:rFonts w:eastAsia="Calibri"/>
                <w:lang w:val="ru-RU"/>
              </w:rPr>
              <w:t>» на условиях простой (неисключительной) лицензии на территории Российской Федерации.</w:t>
            </w:r>
          </w:p>
        </w:tc>
      </w:tr>
      <w:tr w:rsidR="00E221BB" w:rsidRPr="00570F40" w14:paraId="71B7BC58" w14:textId="77777777" w:rsidTr="00FE5482">
        <w:trPr>
          <w:gridAfter w:val="1"/>
          <w:wAfter w:w="278" w:type="dxa"/>
        </w:trPr>
        <w:tc>
          <w:tcPr>
            <w:tcW w:w="9643" w:type="dxa"/>
            <w:gridSpan w:val="4"/>
            <w:hideMark/>
          </w:tcPr>
          <w:p w14:paraId="20B598E8" w14:textId="77777777" w:rsidR="00E221BB" w:rsidRPr="00E221BB" w:rsidRDefault="00E221BB" w:rsidP="00FE5482">
            <w:pPr>
              <w:spacing w:before="60" w:after="60"/>
              <w:jc w:val="center"/>
              <w:rPr>
                <w:snapToGrid w:val="0"/>
                <w:vertAlign w:val="superscript"/>
                <w:lang w:val="ru-RU"/>
              </w:rPr>
            </w:pPr>
            <w:r w:rsidRPr="00E221BB">
              <w:rPr>
                <w:snapToGrid w:val="0"/>
                <w:vertAlign w:val="superscript"/>
                <w:lang w:val="ru-RU"/>
              </w:rPr>
              <w:t>(полное наименование Участника с указанием организационно-правой формы и ИНН)</w:t>
            </w:r>
          </w:p>
        </w:tc>
      </w:tr>
      <w:tr w:rsidR="00E221BB" w:rsidRPr="0096783A" w14:paraId="2F139C32" w14:textId="77777777" w:rsidTr="00FE5482">
        <w:tc>
          <w:tcPr>
            <w:tcW w:w="964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C1616C" w14:textId="77777777" w:rsidR="00E221BB" w:rsidRPr="00E221BB" w:rsidRDefault="00E221BB" w:rsidP="00FE5482">
            <w:pPr>
              <w:spacing w:before="60" w:after="60"/>
              <w:jc w:val="both"/>
              <w:rPr>
                <w:b/>
                <w:i/>
                <w:snapToGrid w:val="0"/>
                <w:lang w:val="ru-RU"/>
              </w:rPr>
            </w:pPr>
          </w:p>
        </w:tc>
        <w:tc>
          <w:tcPr>
            <w:tcW w:w="278" w:type="dxa"/>
            <w:hideMark/>
          </w:tcPr>
          <w:p w14:paraId="05C343FB" w14:textId="77777777" w:rsidR="00E221BB" w:rsidRPr="0096783A" w:rsidRDefault="00E221BB" w:rsidP="00FE5482">
            <w:pPr>
              <w:spacing w:before="60" w:after="60"/>
              <w:jc w:val="both"/>
              <w:rPr>
                <w:snapToGrid w:val="0"/>
              </w:rPr>
            </w:pPr>
            <w:r w:rsidRPr="0096783A">
              <w:rPr>
                <w:snapToGrid w:val="0"/>
              </w:rPr>
              <w:t>,</w:t>
            </w:r>
          </w:p>
        </w:tc>
      </w:tr>
      <w:tr w:rsidR="00E221BB" w:rsidRPr="0096783A" w14:paraId="4B0CAC4B" w14:textId="77777777" w:rsidTr="00FE5482">
        <w:trPr>
          <w:gridAfter w:val="1"/>
          <w:wAfter w:w="278" w:type="dxa"/>
        </w:trPr>
        <w:tc>
          <w:tcPr>
            <w:tcW w:w="9643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1E5C03DB" w14:textId="77777777" w:rsidR="00E221BB" w:rsidRPr="0096783A" w:rsidRDefault="00E221BB" w:rsidP="00FE5482">
            <w:pPr>
              <w:spacing w:before="60" w:after="60"/>
              <w:jc w:val="center"/>
              <w:rPr>
                <w:snapToGrid w:val="0"/>
              </w:rPr>
            </w:pPr>
            <w:r w:rsidRPr="0096783A">
              <w:rPr>
                <w:snapToGrid w:val="0"/>
                <w:vertAlign w:val="superscript"/>
              </w:rPr>
              <w:t>(юридический адрес)</w:t>
            </w:r>
          </w:p>
        </w:tc>
      </w:tr>
      <w:tr w:rsidR="00E221BB" w:rsidRPr="0096783A" w14:paraId="7A6E4BC6" w14:textId="77777777" w:rsidTr="00FE5482">
        <w:tc>
          <w:tcPr>
            <w:tcW w:w="964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3A9AE1" w14:textId="77777777" w:rsidR="00E221BB" w:rsidRPr="0096783A" w:rsidRDefault="00E221BB" w:rsidP="00FE5482">
            <w:pPr>
              <w:spacing w:before="60" w:after="60"/>
              <w:jc w:val="both"/>
              <w:rPr>
                <w:b/>
                <w:i/>
                <w:snapToGrid w:val="0"/>
              </w:rPr>
            </w:pPr>
          </w:p>
        </w:tc>
        <w:tc>
          <w:tcPr>
            <w:tcW w:w="278" w:type="dxa"/>
            <w:hideMark/>
          </w:tcPr>
          <w:p w14:paraId="23547737" w14:textId="77777777" w:rsidR="00E221BB" w:rsidRPr="0096783A" w:rsidRDefault="00E221BB" w:rsidP="00FE5482">
            <w:pPr>
              <w:spacing w:before="60" w:after="60"/>
              <w:jc w:val="both"/>
              <w:rPr>
                <w:snapToGrid w:val="0"/>
              </w:rPr>
            </w:pPr>
            <w:r w:rsidRPr="0096783A">
              <w:rPr>
                <w:snapToGrid w:val="0"/>
              </w:rPr>
              <w:t>,</w:t>
            </w:r>
          </w:p>
        </w:tc>
      </w:tr>
      <w:tr w:rsidR="00E221BB" w:rsidRPr="0096783A" w14:paraId="506BBC09" w14:textId="77777777" w:rsidTr="00FE5482">
        <w:trPr>
          <w:gridAfter w:val="1"/>
          <w:wAfter w:w="278" w:type="dxa"/>
        </w:trPr>
        <w:tc>
          <w:tcPr>
            <w:tcW w:w="9643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745DE01D" w14:textId="77777777" w:rsidR="00E221BB" w:rsidRPr="0096783A" w:rsidRDefault="00E221BB" w:rsidP="00FE5482">
            <w:pPr>
              <w:spacing w:before="60" w:after="60"/>
              <w:jc w:val="center"/>
              <w:rPr>
                <w:snapToGrid w:val="0"/>
              </w:rPr>
            </w:pPr>
            <w:r w:rsidRPr="0096783A">
              <w:rPr>
                <w:snapToGrid w:val="0"/>
                <w:vertAlign w:val="superscript"/>
              </w:rPr>
              <w:t>(почтовый адрес)</w:t>
            </w:r>
          </w:p>
        </w:tc>
      </w:tr>
    </w:tbl>
    <w:p w14:paraId="501976B7" w14:textId="77777777" w:rsidR="00E221BB" w:rsidRPr="0096783A" w:rsidRDefault="00E221BB" w:rsidP="00E221BB">
      <w:pPr>
        <w:spacing w:before="60" w:after="60"/>
        <w:jc w:val="both"/>
        <w:rPr>
          <w:snapToGrid w:val="0"/>
        </w:rPr>
      </w:pPr>
      <w:r w:rsidRPr="0096783A">
        <w:rPr>
          <w:snapToGrid w:val="0"/>
        </w:rPr>
        <w:t>сообщаем следующее:</w:t>
      </w:r>
    </w:p>
    <w:p w14:paraId="7BEC3553" w14:textId="77777777" w:rsidR="00E221BB" w:rsidRPr="00E221BB" w:rsidRDefault="00E221BB" w:rsidP="00E221BB">
      <w:pPr>
        <w:numPr>
          <w:ilvl w:val="0"/>
          <w:numId w:val="13"/>
        </w:numPr>
        <w:spacing w:before="60" w:after="60" w:line="240" w:lineRule="auto"/>
        <w:ind w:left="420" w:hanging="420"/>
        <w:jc w:val="both"/>
        <w:rPr>
          <w:rFonts w:eastAsia="Calibri"/>
          <w:snapToGrid w:val="0"/>
          <w:lang w:val="ru-RU"/>
        </w:rPr>
      </w:pPr>
      <w:r w:rsidRPr="00E221BB">
        <w:rPr>
          <w:rFonts w:eastAsia="Calibri"/>
          <w:snapToGrid w:val="0"/>
          <w:lang w:val="ru-RU"/>
        </w:rPr>
        <w:t>Готовы оказать услуги в полном соответствии с требованиями Заказчика в части объема, сроков и места оказания услуг.</w:t>
      </w:r>
    </w:p>
    <w:p w14:paraId="2FC6B21B" w14:textId="77777777" w:rsidR="00E221BB" w:rsidRPr="00E221BB" w:rsidRDefault="00E221BB" w:rsidP="00E221BB">
      <w:pPr>
        <w:numPr>
          <w:ilvl w:val="0"/>
          <w:numId w:val="13"/>
        </w:numPr>
        <w:spacing w:before="60" w:after="60" w:line="240" w:lineRule="auto"/>
        <w:ind w:left="420" w:hanging="420"/>
        <w:jc w:val="both"/>
        <w:rPr>
          <w:rFonts w:eastAsia="Calibri"/>
          <w:snapToGrid w:val="0"/>
          <w:lang w:val="ru-RU"/>
        </w:rPr>
      </w:pPr>
      <w:r w:rsidRPr="00E221BB">
        <w:rPr>
          <w:rFonts w:eastAsia="Calibri"/>
          <w:kern w:val="3"/>
          <w:u w:val="single"/>
          <w:lang w:val="ru-RU"/>
        </w:rPr>
        <w:t>Организация/ФИО</w:t>
      </w:r>
      <w:r w:rsidRPr="00E221BB">
        <w:rPr>
          <w:rFonts w:eastAsia="Calibri"/>
          <w:kern w:val="3"/>
          <w:lang w:val="ru-RU"/>
        </w:rPr>
        <w:t xml:space="preserve"> (указываются данные Участника закупки – краткое наименование) обладает гражданской правоспособностью в полном объеме для заключения и исполнения договора, в том числе наличием регистрации и отсутствием банкротства, стадии ликвидации или приостановления деятельности.</w:t>
      </w:r>
    </w:p>
    <w:p w14:paraId="74AB8082" w14:textId="77777777" w:rsidR="00E221BB" w:rsidRPr="00E221BB" w:rsidRDefault="00E221BB" w:rsidP="00E221BB">
      <w:pPr>
        <w:numPr>
          <w:ilvl w:val="0"/>
          <w:numId w:val="13"/>
        </w:numPr>
        <w:spacing w:before="60" w:after="60" w:line="240" w:lineRule="auto"/>
        <w:ind w:left="420" w:hanging="420"/>
        <w:jc w:val="both"/>
        <w:rPr>
          <w:rFonts w:eastAsia="Calibri"/>
          <w:snapToGrid w:val="0"/>
          <w:lang w:val="ru-RU"/>
        </w:rPr>
      </w:pPr>
      <w:r w:rsidRPr="00E221BB">
        <w:rPr>
          <w:rFonts w:eastAsia="Calibri"/>
          <w:snapToGrid w:val="0"/>
          <w:lang w:val="ru-RU"/>
        </w:rPr>
        <w:t>В случае выбора нас Победителем и заключении с нами договора по результатам закупочной процедуры выражаем согласие:</w:t>
      </w:r>
    </w:p>
    <w:p w14:paraId="726DFF19" w14:textId="77777777" w:rsidR="00E221BB" w:rsidRPr="00E221BB" w:rsidRDefault="00E221BB" w:rsidP="00E221BB">
      <w:pPr>
        <w:numPr>
          <w:ilvl w:val="0"/>
          <w:numId w:val="14"/>
        </w:numPr>
        <w:spacing w:before="60" w:after="60" w:line="240" w:lineRule="auto"/>
        <w:jc w:val="both"/>
        <w:rPr>
          <w:rFonts w:eastAsia="Calibri"/>
          <w:snapToGrid w:val="0"/>
          <w:lang w:val="ru-RU"/>
        </w:rPr>
      </w:pPr>
      <w:r w:rsidRPr="00E221BB">
        <w:rPr>
          <w:rFonts w:eastAsia="Calibri"/>
          <w:kern w:val="3"/>
          <w:lang w:val="ru-RU"/>
        </w:rPr>
        <w:t>на существенные условия будущего Договора, в том числе, сроков и оплаты по Договору;</w:t>
      </w:r>
    </w:p>
    <w:p w14:paraId="00E0564D" w14:textId="77777777" w:rsidR="00E221BB" w:rsidRPr="00E221BB" w:rsidRDefault="00E221BB" w:rsidP="00E221BB">
      <w:pPr>
        <w:numPr>
          <w:ilvl w:val="0"/>
          <w:numId w:val="14"/>
        </w:numPr>
        <w:spacing w:before="60" w:after="60" w:line="240" w:lineRule="auto"/>
        <w:jc w:val="both"/>
        <w:rPr>
          <w:rFonts w:eastAsia="Calibri"/>
          <w:snapToGrid w:val="0"/>
          <w:lang w:val="ru-RU"/>
        </w:rPr>
      </w:pPr>
      <w:r w:rsidRPr="00E221BB">
        <w:rPr>
          <w:rFonts w:eastAsia="Calibri"/>
          <w:kern w:val="3"/>
          <w:lang w:val="ru-RU"/>
        </w:rPr>
        <w:t>на</w:t>
      </w:r>
      <w:r w:rsidRPr="00E221BB">
        <w:rPr>
          <w:rFonts w:eastAsia="Calibri"/>
          <w:lang w:val="ru-RU"/>
        </w:rPr>
        <w:t xml:space="preserve"> </w:t>
      </w:r>
      <w:r w:rsidRPr="00E221BB">
        <w:rPr>
          <w:rFonts w:eastAsia="Calibri"/>
          <w:kern w:val="3"/>
          <w:lang w:val="ru-RU"/>
        </w:rPr>
        <w:t>предоставление документа «Заверение об обстоятельствах» по форме Приложения № 3 к Техническим требованиям;</w:t>
      </w:r>
    </w:p>
    <w:p w14:paraId="395B70F6" w14:textId="77777777" w:rsidR="00E221BB" w:rsidRPr="00E221BB" w:rsidRDefault="00E221BB" w:rsidP="00E221BB">
      <w:pPr>
        <w:numPr>
          <w:ilvl w:val="0"/>
          <w:numId w:val="14"/>
        </w:numPr>
        <w:spacing w:before="60" w:after="60" w:line="240" w:lineRule="auto"/>
        <w:jc w:val="both"/>
        <w:rPr>
          <w:rFonts w:eastAsia="Calibri"/>
          <w:snapToGrid w:val="0"/>
          <w:lang w:val="ru-RU"/>
        </w:rPr>
      </w:pPr>
      <w:r w:rsidRPr="00E221BB">
        <w:rPr>
          <w:rFonts w:eastAsia="Calibri"/>
          <w:kern w:val="3"/>
          <w:lang w:val="ru-RU"/>
        </w:rPr>
        <w:t>на</w:t>
      </w:r>
      <w:r w:rsidRPr="00E221BB">
        <w:rPr>
          <w:rFonts w:eastAsia="Calibri"/>
          <w:lang w:val="ru-RU"/>
        </w:rPr>
        <w:t xml:space="preserve"> </w:t>
      </w:r>
      <w:r w:rsidRPr="00E221BB">
        <w:rPr>
          <w:rFonts w:eastAsia="Calibri"/>
          <w:kern w:val="3"/>
          <w:lang w:val="ru-RU"/>
        </w:rPr>
        <w:t>предоставление документа «Сведения о цепочке собственников, включая бенефициаров (в том числе конечных)» по форме Приложения № 4 к Техническим требованиям;</w:t>
      </w:r>
    </w:p>
    <w:p w14:paraId="04094E8F" w14:textId="441AE596" w:rsidR="00E221BB" w:rsidRDefault="00E221BB" w:rsidP="00E221BB">
      <w:pPr>
        <w:numPr>
          <w:ilvl w:val="0"/>
          <w:numId w:val="14"/>
        </w:numPr>
        <w:spacing w:before="60" w:after="60" w:line="240" w:lineRule="auto"/>
        <w:jc w:val="both"/>
        <w:rPr>
          <w:rFonts w:eastAsia="Calibri"/>
          <w:kern w:val="3"/>
          <w:lang w:val="ru-RU"/>
        </w:rPr>
      </w:pPr>
      <w:r w:rsidRPr="00E221BB">
        <w:rPr>
          <w:rFonts w:eastAsia="Calibri"/>
          <w:snapToGrid w:val="0"/>
          <w:lang w:val="ru-RU"/>
        </w:rPr>
        <w:t xml:space="preserve">на предоставление </w:t>
      </w:r>
      <w:r w:rsidRPr="00E221BB">
        <w:rPr>
          <w:rFonts w:eastAsia="Calibri"/>
          <w:kern w:val="3"/>
          <w:lang w:val="ru-RU"/>
        </w:rPr>
        <w:t>пакета документов в полном соответствии с Приложением № 5 к Техническим требованиям – Перечень документов для заключения договора.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65"/>
        <w:gridCol w:w="2517"/>
      </w:tblGrid>
      <w:tr w:rsidR="00E221BB" w:rsidRPr="00570F40" w14:paraId="346F1D75" w14:textId="77777777" w:rsidTr="00FE5482">
        <w:trPr>
          <w:trHeight w:val="164"/>
        </w:trPr>
        <w:tc>
          <w:tcPr>
            <w:tcW w:w="45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81DFAE" w14:textId="77777777" w:rsidR="00E221BB" w:rsidRPr="00C2264F" w:rsidRDefault="00E221BB" w:rsidP="00E221BB">
            <w:pPr>
              <w:pStyle w:val="ae"/>
              <w:numPr>
                <w:ilvl w:val="0"/>
                <w:numId w:val="14"/>
              </w:numPr>
              <w:spacing w:before="60" w:after="60"/>
              <w:rPr>
                <w:rFonts w:eastAsia="Calibri"/>
                <w:color w:val="000000" w:themeColor="text1"/>
                <w:lang w:val="ru-RU"/>
              </w:rPr>
            </w:pPr>
          </w:p>
        </w:tc>
      </w:tr>
      <w:tr w:rsidR="00E221BB" w:rsidRPr="0096783A" w14:paraId="4D8D29B1" w14:textId="77777777" w:rsidTr="00FE5482">
        <w:trPr>
          <w:trHeight w:val="158"/>
        </w:trPr>
        <w:tc>
          <w:tcPr>
            <w:tcW w:w="45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C9E61A" w14:textId="77777777" w:rsidR="00E221BB" w:rsidRPr="0096783A" w:rsidRDefault="00E221BB" w:rsidP="00FE5482">
            <w:pPr>
              <w:spacing w:before="60" w:after="60"/>
              <w:jc w:val="center"/>
              <w:rPr>
                <w:rFonts w:eastAsia="Calibri"/>
                <w:color w:val="000000" w:themeColor="text1"/>
              </w:rPr>
            </w:pPr>
            <w:r w:rsidRPr="0096783A">
              <w:rPr>
                <w:rFonts w:eastAsia="Calibri"/>
                <w:color w:val="000000" w:themeColor="text1"/>
                <w:vertAlign w:val="superscript"/>
              </w:rPr>
              <w:lastRenderedPageBreak/>
              <w:t>(должность)</w:t>
            </w:r>
          </w:p>
        </w:tc>
      </w:tr>
      <w:tr w:rsidR="00E221BB" w:rsidRPr="0096783A" w14:paraId="3EE2F5B6" w14:textId="77777777" w:rsidTr="00FE5482">
        <w:trPr>
          <w:trHeight w:val="81"/>
        </w:trPr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85589F" w14:textId="77777777" w:rsidR="00E221BB" w:rsidRPr="0096783A" w:rsidRDefault="00E221BB" w:rsidP="00FE5482">
            <w:pPr>
              <w:spacing w:before="60" w:after="60"/>
              <w:rPr>
                <w:rFonts w:eastAsia="Calibri"/>
                <w:color w:val="000000" w:themeColor="text1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A5A621" w14:textId="77777777" w:rsidR="00E221BB" w:rsidRPr="0096783A" w:rsidRDefault="00E221BB" w:rsidP="00FE5482">
            <w:pPr>
              <w:spacing w:before="60" w:after="60"/>
              <w:rPr>
                <w:rFonts w:eastAsia="Calibri"/>
                <w:color w:val="000000" w:themeColor="text1"/>
              </w:rPr>
            </w:pPr>
          </w:p>
        </w:tc>
      </w:tr>
      <w:tr w:rsidR="00E221BB" w:rsidRPr="0096783A" w14:paraId="00D75B03" w14:textId="77777777" w:rsidTr="00FE5482">
        <w:trPr>
          <w:trHeight w:val="158"/>
        </w:trPr>
        <w:tc>
          <w:tcPr>
            <w:tcW w:w="20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F92A06" w14:textId="77777777" w:rsidR="00E221BB" w:rsidRPr="0096783A" w:rsidRDefault="00E221BB" w:rsidP="00FE5482">
            <w:pPr>
              <w:spacing w:before="60" w:after="60"/>
              <w:jc w:val="center"/>
              <w:rPr>
                <w:rFonts w:eastAsia="Calibri"/>
                <w:color w:val="000000" w:themeColor="text1"/>
                <w:vertAlign w:val="superscript"/>
              </w:rPr>
            </w:pPr>
            <w:r w:rsidRPr="0096783A">
              <w:rPr>
                <w:rFonts w:eastAsia="Calibri"/>
                <w:color w:val="000000" w:themeColor="text1"/>
                <w:vertAlign w:val="superscript"/>
              </w:rPr>
              <w:t>(подпись)</w:t>
            </w:r>
          </w:p>
        </w:tc>
        <w:tc>
          <w:tcPr>
            <w:tcW w:w="2517" w:type="dxa"/>
            <w:hideMark/>
          </w:tcPr>
          <w:p w14:paraId="28CDF907" w14:textId="77777777" w:rsidR="00E221BB" w:rsidRPr="0096783A" w:rsidRDefault="00E221BB" w:rsidP="00FE5482">
            <w:pPr>
              <w:spacing w:before="60" w:after="60"/>
              <w:jc w:val="center"/>
              <w:rPr>
                <w:rFonts w:eastAsia="Calibri"/>
                <w:color w:val="000000" w:themeColor="text1"/>
                <w:vertAlign w:val="superscript"/>
              </w:rPr>
            </w:pPr>
            <w:r w:rsidRPr="0096783A">
              <w:rPr>
                <w:rFonts w:eastAsia="Calibri"/>
                <w:color w:val="000000" w:themeColor="text1"/>
                <w:vertAlign w:val="superscript"/>
              </w:rPr>
              <w:t>(расшифровка подписи)</w:t>
            </w:r>
          </w:p>
        </w:tc>
      </w:tr>
      <w:tr w:rsidR="00E221BB" w:rsidRPr="0096783A" w14:paraId="6E20955D" w14:textId="77777777" w:rsidTr="00FE5482">
        <w:trPr>
          <w:trHeight w:val="164"/>
        </w:trPr>
        <w:tc>
          <w:tcPr>
            <w:tcW w:w="4582" w:type="dxa"/>
            <w:gridSpan w:val="2"/>
            <w:hideMark/>
          </w:tcPr>
          <w:p w14:paraId="60CB30EB" w14:textId="77777777" w:rsidR="00E221BB" w:rsidRPr="0096783A" w:rsidRDefault="00E221BB" w:rsidP="00FE5482">
            <w:pPr>
              <w:spacing w:before="60" w:after="60"/>
              <w:rPr>
                <w:rFonts w:eastAsia="Calibri"/>
                <w:color w:val="000000" w:themeColor="text1"/>
              </w:rPr>
            </w:pPr>
            <w:r w:rsidRPr="0096783A">
              <w:rPr>
                <w:rFonts w:eastAsia="Calibri"/>
                <w:color w:val="000000" w:themeColor="text1"/>
              </w:rPr>
              <w:t>М.П.</w:t>
            </w:r>
          </w:p>
        </w:tc>
      </w:tr>
    </w:tbl>
    <w:p w14:paraId="730F0EF6" w14:textId="77777777" w:rsidR="00E221BB" w:rsidRPr="0096783A" w:rsidRDefault="00E221BB" w:rsidP="00E221BB">
      <w:pPr>
        <w:spacing w:before="60" w:after="60"/>
        <w:rPr>
          <w:rFonts w:eastAsia="Calibri"/>
          <w:color w:val="000000" w:themeColor="text1"/>
        </w:rPr>
      </w:pPr>
    </w:p>
    <w:tbl>
      <w:tblPr>
        <w:tblW w:w="5000" w:type="pct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E221BB" w:rsidRPr="0096783A" w14:paraId="4889818C" w14:textId="77777777" w:rsidTr="00FE5482"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BDEF13" w14:textId="77777777" w:rsidR="00E221BB" w:rsidRPr="0096783A" w:rsidRDefault="00E221BB" w:rsidP="00FE5482">
            <w:pPr>
              <w:spacing w:before="60" w:after="60"/>
              <w:jc w:val="center"/>
              <w:rPr>
                <w:rFonts w:eastAsia="Calibri"/>
                <w:color w:val="000000" w:themeColor="text1"/>
              </w:rPr>
            </w:pPr>
            <w:r w:rsidRPr="0096783A">
              <w:rPr>
                <w:rFonts w:eastAsia="Calibri"/>
                <w:color w:val="000000" w:themeColor="text1"/>
              </w:rPr>
              <w:t>конец формы</w:t>
            </w:r>
          </w:p>
        </w:tc>
      </w:tr>
    </w:tbl>
    <w:p w14:paraId="56E678BE" w14:textId="77777777" w:rsidR="00E221BB" w:rsidRPr="00E221BB" w:rsidRDefault="00E221BB" w:rsidP="00E221BB">
      <w:pPr>
        <w:numPr>
          <w:ilvl w:val="0"/>
          <w:numId w:val="14"/>
        </w:numPr>
        <w:spacing w:before="60" w:after="60" w:line="240" w:lineRule="auto"/>
        <w:jc w:val="both"/>
        <w:rPr>
          <w:rFonts w:eastAsia="Calibri"/>
          <w:kern w:val="3"/>
          <w:lang w:val="ru-RU"/>
        </w:rPr>
      </w:pPr>
    </w:p>
    <w:p w14:paraId="288D1FF9" w14:textId="77777777" w:rsidR="00884866" w:rsidRPr="00884866" w:rsidRDefault="00884866" w:rsidP="00884866">
      <w:pPr>
        <w:spacing w:after="0"/>
        <w:contextualSpacing/>
        <w:rPr>
          <w:rFonts w:eastAsia="Calibri"/>
          <w:sz w:val="24"/>
          <w:szCs w:val="24"/>
          <w:lang w:val="ru-RU"/>
        </w:rPr>
      </w:pPr>
    </w:p>
    <w:p w14:paraId="491067E7" w14:textId="77777777" w:rsidR="00884866" w:rsidRPr="00884866" w:rsidRDefault="00884866" w:rsidP="00884866">
      <w:pPr>
        <w:spacing w:after="0"/>
        <w:contextualSpacing/>
        <w:rPr>
          <w:rFonts w:eastAsia="Calibri"/>
          <w:sz w:val="24"/>
          <w:szCs w:val="24"/>
          <w:lang w:val="ru-RU"/>
        </w:rPr>
      </w:pPr>
    </w:p>
    <w:p w14:paraId="156ED798" w14:textId="77777777" w:rsidR="00884866" w:rsidRPr="00884866" w:rsidRDefault="00884866" w:rsidP="00884866">
      <w:pPr>
        <w:overflowPunct w:val="0"/>
        <w:autoSpaceDE w:val="0"/>
        <w:autoSpaceDN w:val="0"/>
        <w:adjustRightInd w:val="0"/>
        <w:snapToGrid w:val="0"/>
        <w:spacing w:after="0"/>
        <w:jc w:val="center"/>
        <w:textAlignment w:val="baseline"/>
        <w:rPr>
          <w:rFonts w:eastAsia="MS Mincho"/>
          <w:b/>
          <w:bCs/>
          <w:sz w:val="24"/>
          <w:szCs w:val="24"/>
          <w:lang w:val="ru-RU" w:eastAsia="ja-JP"/>
        </w:rPr>
      </w:pPr>
      <w:r w:rsidRPr="00884866">
        <w:rPr>
          <w:b/>
          <w:sz w:val="24"/>
          <w:szCs w:val="24"/>
          <w:lang w:val="ru-RU"/>
        </w:rPr>
        <w:t>СПЕЦИФИКАЦИЯ ПОСТАВЛЯЕМОЙ ПРОДУКЦИИ</w:t>
      </w:r>
    </w:p>
    <w:p w14:paraId="052E2327" w14:textId="77777777" w:rsidR="00AA4997" w:rsidRPr="00884866" w:rsidRDefault="00AA4997">
      <w:pPr>
        <w:rPr>
          <w:rFonts w:cs="Times New Roman"/>
          <w:lang w:val="ru-RU"/>
        </w:rPr>
      </w:pPr>
    </w:p>
    <w:bookmarkStart w:id="24" w:name="_MON_1853671966"/>
    <w:bookmarkEnd w:id="24"/>
    <w:p w14:paraId="5607432B" w14:textId="2A4E94B5" w:rsidR="008650BF" w:rsidRDefault="00570F40" w:rsidP="008650BF">
      <w:pPr>
        <w:jc w:val="center"/>
        <w:rPr>
          <w:rFonts w:cs="Times New Roman"/>
        </w:rPr>
      </w:pPr>
      <w:r w:rsidRPr="008650BF">
        <w:rPr>
          <w:rFonts w:cs="Times New Roman"/>
        </w:rPr>
        <w:object w:dxaOrig="1596" w:dyaOrig="1033" w14:anchorId="7DF398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80.25pt;height:51pt" o:ole="">
            <v:imagedata r:id="rId9" o:title=""/>
          </v:shape>
          <o:OLEObject Type="Embed" ProgID="Excel.Sheet.12" ShapeID="_x0000_i1029" DrawAspect="Icon" ObjectID="_1854005296" r:id="rId10"/>
        </w:object>
      </w:r>
    </w:p>
    <w:p w14:paraId="315CECAA" w14:textId="5BB75EEA" w:rsidR="00884866" w:rsidRDefault="00884866" w:rsidP="008650BF">
      <w:pPr>
        <w:jc w:val="center"/>
        <w:rPr>
          <w:rFonts w:cs="Times New Roman"/>
        </w:rPr>
      </w:pPr>
    </w:p>
    <w:p w14:paraId="24C12F1F" w14:textId="537E6437" w:rsidR="00884866" w:rsidRDefault="00884866" w:rsidP="008650BF">
      <w:pPr>
        <w:jc w:val="center"/>
        <w:rPr>
          <w:rFonts w:cs="Times New Roman"/>
        </w:rPr>
      </w:pPr>
    </w:p>
    <w:p w14:paraId="32D7630E" w14:textId="0117DC2B" w:rsidR="00884866" w:rsidRDefault="00884866" w:rsidP="008650BF">
      <w:pPr>
        <w:jc w:val="center"/>
        <w:rPr>
          <w:rFonts w:cs="Times New Roman"/>
        </w:rPr>
      </w:pPr>
    </w:p>
    <w:p w14:paraId="0B661CA4" w14:textId="58326C71" w:rsidR="00884866" w:rsidRDefault="00884866" w:rsidP="008650BF">
      <w:pPr>
        <w:jc w:val="center"/>
        <w:rPr>
          <w:rFonts w:cs="Times New Roman"/>
        </w:rPr>
      </w:pPr>
    </w:p>
    <w:p w14:paraId="21770B30" w14:textId="09A5ACDC" w:rsidR="00884866" w:rsidRDefault="00884866" w:rsidP="008650BF">
      <w:pPr>
        <w:jc w:val="center"/>
        <w:rPr>
          <w:rFonts w:cs="Times New Roman"/>
        </w:rPr>
      </w:pPr>
    </w:p>
    <w:p w14:paraId="33E53A0E" w14:textId="7BF10585" w:rsidR="008106C8" w:rsidRDefault="008106C8" w:rsidP="008650BF">
      <w:pPr>
        <w:jc w:val="center"/>
        <w:rPr>
          <w:rFonts w:cs="Times New Roman"/>
        </w:rPr>
      </w:pPr>
    </w:p>
    <w:p w14:paraId="686DC8BC" w14:textId="56BAB33B" w:rsidR="008106C8" w:rsidRDefault="008106C8" w:rsidP="008650BF">
      <w:pPr>
        <w:jc w:val="center"/>
        <w:rPr>
          <w:rFonts w:cs="Times New Roman"/>
        </w:rPr>
      </w:pPr>
    </w:p>
    <w:p w14:paraId="537ABD97" w14:textId="26C83DEC" w:rsidR="008106C8" w:rsidRDefault="008106C8" w:rsidP="008650BF">
      <w:pPr>
        <w:jc w:val="center"/>
        <w:rPr>
          <w:rFonts w:cs="Times New Roman"/>
        </w:rPr>
      </w:pPr>
    </w:p>
    <w:p w14:paraId="6AFC4812" w14:textId="6B65C35D" w:rsidR="008106C8" w:rsidRDefault="008106C8" w:rsidP="008650BF">
      <w:pPr>
        <w:jc w:val="center"/>
        <w:rPr>
          <w:rFonts w:cs="Times New Roman"/>
        </w:rPr>
      </w:pPr>
    </w:p>
    <w:p w14:paraId="3A04A51F" w14:textId="5F3F641C" w:rsidR="008106C8" w:rsidRDefault="008106C8" w:rsidP="008650BF">
      <w:pPr>
        <w:jc w:val="center"/>
        <w:rPr>
          <w:rFonts w:cs="Times New Roman"/>
        </w:rPr>
      </w:pPr>
    </w:p>
    <w:p w14:paraId="1DF07BD0" w14:textId="4A695285" w:rsidR="008106C8" w:rsidRDefault="008106C8" w:rsidP="008650BF">
      <w:pPr>
        <w:jc w:val="center"/>
        <w:rPr>
          <w:rFonts w:cs="Times New Roman"/>
        </w:rPr>
      </w:pPr>
    </w:p>
    <w:p w14:paraId="458F8258" w14:textId="2D88557E" w:rsidR="008106C8" w:rsidRDefault="008106C8" w:rsidP="008650BF">
      <w:pPr>
        <w:jc w:val="center"/>
        <w:rPr>
          <w:rFonts w:cs="Times New Roman"/>
        </w:rPr>
      </w:pPr>
    </w:p>
    <w:p w14:paraId="62448F59" w14:textId="7B3C3B98" w:rsidR="008106C8" w:rsidRDefault="008106C8" w:rsidP="008650BF">
      <w:pPr>
        <w:jc w:val="center"/>
        <w:rPr>
          <w:rFonts w:cs="Times New Roman"/>
        </w:rPr>
      </w:pPr>
    </w:p>
    <w:p w14:paraId="50C7367F" w14:textId="05827EC8" w:rsidR="008106C8" w:rsidRDefault="008106C8" w:rsidP="008650BF">
      <w:pPr>
        <w:jc w:val="center"/>
        <w:rPr>
          <w:rFonts w:cs="Times New Roman"/>
        </w:rPr>
      </w:pPr>
    </w:p>
    <w:p w14:paraId="7A466D8F" w14:textId="0405D33B" w:rsidR="008106C8" w:rsidRDefault="008106C8" w:rsidP="008650BF">
      <w:pPr>
        <w:jc w:val="center"/>
        <w:rPr>
          <w:rFonts w:cs="Times New Roman"/>
        </w:rPr>
      </w:pPr>
    </w:p>
    <w:p w14:paraId="6E852804" w14:textId="055D1A64" w:rsidR="008106C8" w:rsidRDefault="008106C8" w:rsidP="008650BF">
      <w:pPr>
        <w:jc w:val="center"/>
        <w:rPr>
          <w:rFonts w:cs="Times New Roman"/>
        </w:rPr>
      </w:pPr>
    </w:p>
    <w:p w14:paraId="5FCA2865" w14:textId="697CA220" w:rsidR="008106C8" w:rsidRDefault="008106C8" w:rsidP="008650BF">
      <w:pPr>
        <w:jc w:val="center"/>
        <w:rPr>
          <w:rFonts w:cs="Times New Roman"/>
        </w:rPr>
      </w:pPr>
    </w:p>
    <w:p w14:paraId="5E3F397D" w14:textId="77777777" w:rsidR="008106C8" w:rsidRDefault="008106C8" w:rsidP="008650BF">
      <w:pPr>
        <w:jc w:val="center"/>
        <w:rPr>
          <w:rFonts w:cs="Times New Roman"/>
        </w:rPr>
        <w:sectPr w:rsidR="008106C8" w:rsidSect="008106C8">
          <w:headerReference w:type="default" r:id="rId11"/>
          <w:headerReference w:type="first" r:id="rId12"/>
          <w:type w:val="continuous"/>
          <w:pgSz w:w="11906" w:h="16838" w:code="9"/>
          <w:pgMar w:top="1134" w:right="567" w:bottom="1418" w:left="1134" w:header="680" w:footer="737" w:gutter="0"/>
          <w:cols w:space="708"/>
          <w:titlePg/>
          <w:docGrid w:linePitch="360"/>
        </w:sectPr>
      </w:pPr>
    </w:p>
    <w:p w14:paraId="4E0CF295" w14:textId="62B170E6" w:rsidR="00AA4997" w:rsidRPr="008106C8" w:rsidRDefault="008106C8" w:rsidP="00884866">
      <w:pPr>
        <w:pStyle w:val="1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bookmarkStart w:id="25" w:name="_Toc243323813"/>
      <w:r>
        <w:rPr>
          <w:rFonts w:ascii="Times New Roman" w:hAnsi="Times New Roman" w:cs="Times New Roman"/>
          <w:color w:val="auto"/>
          <w:sz w:val="24"/>
          <w:lang w:val="ru-RU"/>
        </w:rPr>
        <w:lastRenderedPageBreak/>
        <w:t>П</w:t>
      </w:r>
      <w:r w:rsidR="006D59CB" w:rsidRPr="008106C8">
        <w:rPr>
          <w:rFonts w:ascii="Times New Roman" w:hAnsi="Times New Roman" w:cs="Times New Roman"/>
          <w:color w:val="auto"/>
          <w:sz w:val="24"/>
          <w:lang w:val="ru-RU"/>
        </w:rPr>
        <w:t>риложение № 2 к Техническим требованиям</w:t>
      </w:r>
      <w:bookmarkEnd w:id="25"/>
    </w:p>
    <w:p w14:paraId="692C48BD" w14:textId="77777777" w:rsidR="00884866" w:rsidRDefault="00884866">
      <w:pPr>
        <w:spacing w:after="160"/>
        <w:jc w:val="center"/>
        <w:rPr>
          <w:rFonts w:cs="Times New Roman"/>
          <w:b/>
          <w:sz w:val="26"/>
          <w:lang w:val="ru-RU"/>
        </w:rPr>
      </w:pPr>
    </w:p>
    <w:p w14:paraId="753442B3" w14:textId="77777777" w:rsidR="00884866" w:rsidRDefault="00884866">
      <w:pPr>
        <w:spacing w:after="160"/>
        <w:jc w:val="center"/>
        <w:rPr>
          <w:rFonts w:cs="Times New Roman"/>
          <w:b/>
          <w:sz w:val="26"/>
          <w:lang w:val="ru-RU"/>
        </w:rPr>
      </w:pPr>
    </w:p>
    <w:p w14:paraId="2CBA8C7E" w14:textId="77777777" w:rsidR="00884866" w:rsidRPr="00884866" w:rsidRDefault="00884866" w:rsidP="00884866">
      <w:pPr>
        <w:spacing w:after="0"/>
        <w:contextualSpacing/>
        <w:jc w:val="center"/>
        <w:rPr>
          <w:rFonts w:eastAsia="Calibri"/>
          <w:b/>
          <w:sz w:val="24"/>
          <w:szCs w:val="24"/>
          <w:lang w:val="ru-RU"/>
        </w:rPr>
      </w:pPr>
      <w:r w:rsidRPr="00884866">
        <w:rPr>
          <w:rFonts w:eastAsia="Calibri"/>
          <w:b/>
          <w:sz w:val="24"/>
          <w:szCs w:val="24"/>
          <w:lang w:val="ru-RU"/>
        </w:rPr>
        <w:t xml:space="preserve">Сведения о цепочке собственников, включая бенефициаров </w:t>
      </w:r>
      <w:r w:rsidRPr="00884866">
        <w:rPr>
          <w:rFonts w:eastAsia="Calibri"/>
          <w:b/>
          <w:sz w:val="24"/>
          <w:szCs w:val="24"/>
          <w:lang w:val="ru-RU"/>
        </w:rPr>
        <w:br/>
        <w:t>(в том числе конечных) *</w:t>
      </w:r>
    </w:p>
    <w:tbl>
      <w:tblPr>
        <w:tblW w:w="15032" w:type="dxa"/>
        <w:tblLook w:val="04A0" w:firstRow="1" w:lastRow="0" w:firstColumn="1" w:lastColumn="0" w:noHBand="0" w:noVBand="1"/>
      </w:tblPr>
      <w:tblGrid>
        <w:gridCol w:w="876"/>
        <w:gridCol w:w="2138"/>
        <w:gridCol w:w="2003"/>
        <w:gridCol w:w="1964"/>
        <w:gridCol w:w="1503"/>
        <w:gridCol w:w="2057"/>
        <w:gridCol w:w="2359"/>
        <w:gridCol w:w="2126"/>
        <w:gridCol w:w="6"/>
      </w:tblGrid>
      <w:tr w:rsidR="00884866" w:rsidRPr="00570F40" w14:paraId="382569ED" w14:textId="77777777" w:rsidTr="005E46DE">
        <w:trPr>
          <w:trHeight w:val="535"/>
        </w:trPr>
        <w:tc>
          <w:tcPr>
            <w:tcW w:w="8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C91C6" w14:textId="77777777" w:rsidR="00884866" w:rsidRPr="00884866" w:rsidRDefault="00884866" w:rsidP="00884866">
            <w:pPr>
              <w:spacing w:after="0"/>
              <w:contextualSpacing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2024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60FDCB" w14:textId="77777777" w:rsidR="00884866" w:rsidRPr="00884866" w:rsidRDefault="00884866" w:rsidP="00884866">
            <w:pPr>
              <w:spacing w:after="0"/>
              <w:contextualSpacing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84866">
              <w:rPr>
                <w:rFonts w:eastAsia="Calibri"/>
                <w:sz w:val="24"/>
                <w:szCs w:val="24"/>
                <w:lang w:val="ru-RU"/>
              </w:rPr>
              <w:t>Наименование контрагента (ИНН, вид деятельности)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53CAD" w14:textId="77777777" w:rsidR="00884866" w:rsidRPr="00884866" w:rsidRDefault="00884866" w:rsidP="00884866">
            <w:pPr>
              <w:spacing w:after="0"/>
              <w:contextualSpacing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884866" w:rsidRPr="00570F40" w14:paraId="38ADBA37" w14:textId="77777777" w:rsidTr="005E46DE">
        <w:trPr>
          <w:gridAfter w:val="1"/>
          <w:wAfter w:w="6" w:type="dxa"/>
          <w:trHeight w:val="836"/>
        </w:trPr>
        <w:tc>
          <w:tcPr>
            <w:tcW w:w="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D81F8" w14:textId="77777777" w:rsidR="00884866" w:rsidRPr="00884866" w:rsidRDefault="00884866" w:rsidP="00884866">
            <w:pPr>
              <w:spacing w:after="0"/>
              <w:contextualSpacing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1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FBB8B" w14:textId="77777777" w:rsidR="00884866" w:rsidRPr="009C174D" w:rsidRDefault="00884866" w:rsidP="00884866">
            <w:pPr>
              <w:spacing w:after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C174D">
              <w:rPr>
                <w:rFonts w:eastAsia="Calibri"/>
                <w:sz w:val="24"/>
                <w:szCs w:val="24"/>
              </w:rPr>
              <w:t>ИНН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A307" w14:textId="77777777" w:rsidR="00884866" w:rsidRPr="009C174D" w:rsidRDefault="00884866" w:rsidP="00884866">
            <w:pPr>
              <w:spacing w:after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C174D">
              <w:rPr>
                <w:rFonts w:eastAsia="Calibri"/>
                <w:sz w:val="24"/>
                <w:szCs w:val="24"/>
              </w:rPr>
              <w:t>ОГРН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D3415" w14:textId="77777777" w:rsidR="00884866" w:rsidRPr="009C174D" w:rsidRDefault="00884866" w:rsidP="00884866">
            <w:pPr>
              <w:spacing w:after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C174D">
              <w:rPr>
                <w:rFonts w:eastAsia="Calibri"/>
                <w:sz w:val="24"/>
                <w:szCs w:val="24"/>
              </w:rPr>
              <w:t>Наименование краткое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4033C" w14:textId="77777777" w:rsidR="00884866" w:rsidRPr="009C174D" w:rsidRDefault="00884866" w:rsidP="00884866">
            <w:pPr>
              <w:spacing w:after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C174D">
              <w:rPr>
                <w:rFonts w:eastAsia="Calibri"/>
                <w:sz w:val="24"/>
                <w:szCs w:val="24"/>
              </w:rPr>
              <w:t>Код ОКВЭД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D0D83" w14:textId="77777777" w:rsidR="00884866" w:rsidRPr="009C174D" w:rsidRDefault="00884866" w:rsidP="00884866">
            <w:pPr>
              <w:spacing w:after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C174D">
              <w:rPr>
                <w:rFonts w:eastAsia="Calibri"/>
                <w:sz w:val="24"/>
                <w:szCs w:val="24"/>
              </w:rPr>
              <w:t>Фамилия, Имя, Отчество руководителя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2BFFAE" w14:textId="77777777" w:rsidR="00884866" w:rsidRPr="00884866" w:rsidRDefault="00884866" w:rsidP="00884866">
            <w:pPr>
              <w:spacing w:after="0"/>
              <w:contextualSpacing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84866">
              <w:rPr>
                <w:rFonts w:eastAsia="Calibri"/>
                <w:sz w:val="24"/>
                <w:szCs w:val="24"/>
                <w:lang w:val="ru-RU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C8CAF" w14:textId="77777777" w:rsidR="00884866" w:rsidRPr="00884866" w:rsidRDefault="00884866" w:rsidP="00884866">
            <w:pPr>
              <w:spacing w:after="0"/>
              <w:contextualSpacing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884866" w:rsidRPr="009C174D" w14:paraId="28FE80C9" w14:textId="77777777" w:rsidTr="005E46DE">
        <w:trPr>
          <w:gridAfter w:val="1"/>
          <w:wAfter w:w="6" w:type="dxa"/>
          <w:trHeight w:val="33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DA2FF" w14:textId="77777777" w:rsidR="00884866" w:rsidRPr="00884866" w:rsidRDefault="00884866" w:rsidP="00884866">
            <w:pPr>
              <w:spacing w:after="0"/>
              <w:contextualSpacing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1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31ABB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7734567890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548C7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1044567890123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5FA20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ООО "Ромашка"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94C9B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45.xx.xx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CABE1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Иванов Иван Степанович 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A9ADA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серия 5003 №143877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354F2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84866" w:rsidRPr="009C174D" w14:paraId="7DC176BB" w14:textId="77777777" w:rsidTr="005E46DE">
        <w:trPr>
          <w:gridAfter w:val="1"/>
          <w:wAfter w:w="6" w:type="dxa"/>
          <w:trHeight w:val="330"/>
        </w:trPr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9F73B0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260A84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6E5327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78D9E8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4C71D8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B86021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4CCB13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75FC2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884866" w:rsidRPr="00570F40" w14:paraId="3C349421" w14:textId="77777777" w:rsidTr="005E46DE">
        <w:trPr>
          <w:gridAfter w:val="1"/>
          <w:wAfter w:w="6" w:type="dxa"/>
          <w:trHeight w:val="581"/>
        </w:trPr>
        <w:tc>
          <w:tcPr>
            <w:tcW w:w="129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4DB4C" w14:textId="77777777" w:rsidR="00884866" w:rsidRPr="00884866" w:rsidRDefault="00884866" w:rsidP="00884866">
            <w:pPr>
              <w:spacing w:after="0"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 w:rsidRPr="00884866">
              <w:rPr>
                <w:rFonts w:eastAsia="Calibri"/>
                <w:sz w:val="24"/>
                <w:szCs w:val="24"/>
                <w:lang w:val="ru-RU"/>
              </w:rPr>
              <w:t>Информация о цепочке собственников контрагента, включая бенефициаров (в том числе, конечных) **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298DB3B9" w14:textId="77777777" w:rsidR="00884866" w:rsidRPr="00884866" w:rsidRDefault="00884866" w:rsidP="00884866">
            <w:pPr>
              <w:spacing w:after="0"/>
              <w:contextualSpacing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84866">
              <w:rPr>
                <w:rFonts w:eastAsia="Calibri"/>
                <w:sz w:val="24"/>
                <w:szCs w:val="24"/>
                <w:lang w:val="ru-RU"/>
              </w:rPr>
              <w:t>Информация о подтверждающих документах (наименование, реквизиты и т.д.)</w:t>
            </w:r>
          </w:p>
        </w:tc>
      </w:tr>
      <w:tr w:rsidR="00884866" w:rsidRPr="009C174D" w14:paraId="495C26E9" w14:textId="77777777" w:rsidTr="005E46DE">
        <w:trPr>
          <w:gridAfter w:val="1"/>
          <w:wAfter w:w="6" w:type="dxa"/>
          <w:trHeight w:val="960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39140" w14:textId="77777777" w:rsidR="00884866" w:rsidRPr="009C174D" w:rsidRDefault="00884866" w:rsidP="00884866">
            <w:pPr>
              <w:spacing w:after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C174D">
              <w:rPr>
                <w:rFonts w:eastAsia="Calibri"/>
                <w:sz w:val="24"/>
                <w:szCs w:val="24"/>
              </w:rPr>
              <w:t>№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8273C" w14:textId="77777777" w:rsidR="00884866" w:rsidRPr="009C174D" w:rsidRDefault="00884866" w:rsidP="00884866">
            <w:pPr>
              <w:spacing w:after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C174D">
              <w:rPr>
                <w:rFonts w:eastAsia="Calibri"/>
                <w:sz w:val="24"/>
                <w:szCs w:val="24"/>
              </w:rPr>
              <w:t>ИНН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5DA40" w14:textId="77777777" w:rsidR="00884866" w:rsidRPr="009C174D" w:rsidRDefault="00884866" w:rsidP="00884866">
            <w:pPr>
              <w:spacing w:after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C174D">
              <w:rPr>
                <w:rFonts w:eastAsia="Calibri"/>
                <w:sz w:val="24"/>
                <w:szCs w:val="24"/>
              </w:rPr>
              <w:t>ОГРН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9E98" w14:textId="77777777" w:rsidR="00884866" w:rsidRPr="009C174D" w:rsidRDefault="00884866" w:rsidP="00884866">
            <w:pPr>
              <w:spacing w:after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C174D">
              <w:rPr>
                <w:rFonts w:eastAsia="Calibri"/>
                <w:sz w:val="24"/>
                <w:szCs w:val="24"/>
              </w:rPr>
              <w:t>Наименование / ФИО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02CA" w14:textId="77777777" w:rsidR="00884866" w:rsidRPr="009C174D" w:rsidRDefault="00884866" w:rsidP="00884866">
            <w:pPr>
              <w:spacing w:after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C174D">
              <w:rPr>
                <w:rFonts w:eastAsia="Calibri"/>
                <w:sz w:val="24"/>
                <w:szCs w:val="24"/>
              </w:rPr>
              <w:t>Адрес регистрации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6C37E" w14:textId="77777777" w:rsidR="00884866" w:rsidRPr="00884866" w:rsidRDefault="00884866" w:rsidP="00884866">
            <w:pPr>
              <w:spacing w:after="0"/>
              <w:contextualSpacing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84866">
              <w:rPr>
                <w:rFonts w:eastAsia="Calibri"/>
                <w:sz w:val="24"/>
                <w:szCs w:val="24"/>
                <w:lang w:val="ru-RU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696E2" w14:textId="77777777" w:rsidR="00884866" w:rsidRPr="009C174D" w:rsidRDefault="00884866" w:rsidP="00884866">
            <w:pPr>
              <w:spacing w:after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C174D">
              <w:rPr>
                <w:rFonts w:eastAsia="Calibri"/>
                <w:sz w:val="24"/>
                <w:szCs w:val="24"/>
              </w:rPr>
              <w:t>Руководитель / участник / акционер / бенефициар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673B56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884866" w:rsidRPr="009C174D" w14:paraId="31B53647" w14:textId="77777777" w:rsidTr="005E46DE">
        <w:trPr>
          <w:gridAfter w:val="1"/>
          <w:wAfter w:w="6" w:type="dxa"/>
          <w:trHeight w:val="57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D9C39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1.1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F1FE9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7754467990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7E205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108 323 232 323 232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6B261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ЗАО "Свет 1"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627E7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Москва, ул.Лубянка, 3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59BA4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0AA6E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Участник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74595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договор об учреждении от 23.01.2008 </w:t>
            </w:r>
          </w:p>
        </w:tc>
      </w:tr>
      <w:tr w:rsidR="00884866" w:rsidRPr="00570F40" w14:paraId="5B3E57EC" w14:textId="77777777" w:rsidTr="005E46DE">
        <w:trPr>
          <w:gridAfter w:val="1"/>
          <w:wAfter w:w="6" w:type="dxa"/>
          <w:trHeight w:val="94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010C5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1.1.0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01A48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111222333444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CDEEC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0E85D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Петрова Анна Ивановна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F0F86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Москва, ул.Щепкина, 33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37C6B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44 55 666777 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8EEB5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Руководитель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A8DCB" w14:textId="77777777" w:rsidR="00884866" w:rsidRPr="00884866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  <w:lang w:val="ru-RU"/>
              </w:rPr>
            </w:pPr>
            <w:r w:rsidRPr="00884866">
              <w:rPr>
                <w:rFonts w:eastAsia="Calibri"/>
                <w:i/>
                <w:iCs/>
                <w:sz w:val="24"/>
                <w:szCs w:val="24"/>
                <w:lang w:val="ru-RU"/>
              </w:rPr>
              <w:t xml:space="preserve">устав, приказ №45-л/с от 22.03.10 </w:t>
            </w:r>
          </w:p>
        </w:tc>
      </w:tr>
      <w:tr w:rsidR="00884866" w:rsidRPr="009C174D" w14:paraId="29574AE3" w14:textId="77777777" w:rsidTr="005E46DE">
        <w:trPr>
          <w:gridAfter w:val="1"/>
          <w:wAfter w:w="6" w:type="dxa"/>
          <w:trHeight w:val="25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FD4E6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884866">
              <w:rPr>
                <w:rFonts w:eastAsia="Calibri"/>
                <w:i/>
                <w:iCs/>
                <w:sz w:val="24"/>
                <w:szCs w:val="24"/>
                <w:lang w:val="ru-RU"/>
              </w:rPr>
              <w:lastRenderedPageBreak/>
              <w:t xml:space="preserve"> </w:t>
            </w: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1.1.1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73F11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333222444555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3BE8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5FDC3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Сидоров Пётр Иванович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4EA71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Саратов, ул. Ленина, 45-34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2F1A1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55 66 777888 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C7BA4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Участник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0075E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договор об учреждении от 12.03.2004 </w:t>
            </w:r>
          </w:p>
        </w:tc>
      </w:tr>
      <w:tr w:rsidR="00884866" w:rsidRPr="009C174D" w14:paraId="43E4A884" w14:textId="77777777" w:rsidTr="005E46DE">
        <w:trPr>
          <w:gridAfter w:val="1"/>
          <w:wAfter w:w="6" w:type="dxa"/>
          <w:trHeight w:val="94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0A09D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1.1.2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E58B7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6277777777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E285D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104 567 567 567 436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F675B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ООО "Черепашка"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CD35F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Саратов, ул. Ленина, 45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97AA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8186A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Участник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D9B8A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договор об учреждении от 12.03.2004 </w:t>
            </w:r>
          </w:p>
        </w:tc>
      </w:tr>
      <w:tr w:rsidR="00884866" w:rsidRPr="00570F40" w14:paraId="449EED81" w14:textId="77777777" w:rsidTr="005E46DE">
        <w:trPr>
          <w:gridAfter w:val="1"/>
          <w:wAfter w:w="6" w:type="dxa"/>
          <w:trHeight w:val="25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1B050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1.1.2.0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5B72B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74956728576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0B8BF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C6635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Мухов Амир Мазиевич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9CB88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Саратов, ул. Ленина, 45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1F6CD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66 78 455434 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5DA83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Руководитель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C845F" w14:textId="77777777" w:rsidR="00884866" w:rsidRPr="00884866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  <w:lang w:val="ru-RU"/>
              </w:rPr>
            </w:pPr>
            <w:r w:rsidRPr="00884866">
              <w:rPr>
                <w:rFonts w:eastAsia="Calibri"/>
                <w:i/>
                <w:iCs/>
                <w:sz w:val="24"/>
                <w:szCs w:val="24"/>
                <w:lang w:val="ru-RU"/>
              </w:rPr>
              <w:t xml:space="preserve">устав, приказ №77-л/с от 22.05.11 </w:t>
            </w:r>
          </w:p>
        </w:tc>
      </w:tr>
      <w:tr w:rsidR="00884866" w:rsidRPr="009C174D" w14:paraId="6FBB4F96" w14:textId="77777777" w:rsidTr="005E46DE">
        <w:trPr>
          <w:gridAfter w:val="1"/>
          <w:wAfter w:w="6" w:type="dxa"/>
          <w:trHeight w:val="94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A4229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884866">
              <w:rPr>
                <w:rFonts w:eastAsia="Calibri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1.1.2.1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8DFA2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84623895734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8214B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2131D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Мазаева Инна Львовна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40359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Саратов, ул. К.Маркса, 5-34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12F92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67 03 000444 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ABD65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Бенефициар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09EDD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договор об учреждении от 12.03.2004 </w:t>
            </w:r>
          </w:p>
        </w:tc>
      </w:tr>
      <w:tr w:rsidR="00884866" w:rsidRPr="009C174D" w14:paraId="1BA6A4D6" w14:textId="77777777" w:rsidTr="005E46DE">
        <w:trPr>
          <w:gridAfter w:val="1"/>
          <w:wAfter w:w="6" w:type="dxa"/>
          <w:trHeight w:val="63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91C62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1.2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2D536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7754456890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A4AF6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107 656 565 656 565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AB11D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ООО "Свет 2"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94ED3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Смоленск, ул. Титова, 34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AB59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7661A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Участник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B528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договор об учреждении от 23.01.2008 </w:t>
            </w:r>
          </w:p>
        </w:tc>
      </w:tr>
      <w:tr w:rsidR="00884866" w:rsidRPr="00570F40" w14:paraId="3ECC8EE5" w14:textId="77777777" w:rsidTr="005E46DE">
        <w:trPr>
          <w:gridAfter w:val="1"/>
          <w:wAfter w:w="6" w:type="dxa"/>
          <w:trHeight w:val="94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E6F65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1.2.0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464BC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6665557444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9617A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D75B6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Антонов Иван Игоревич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9B2A3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Смоленск, ул. Титова, 34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70A3B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66 55 444333 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04C61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Руководитель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0200" w14:textId="77777777" w:rsidR="00884866" w:rsidRPr="00884866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  <w:lang w:val="ru-RU"/>
              </w:rPr>
            </w:pPr>
            <w:r w:rsidRPr="00884866">
              <w:rPr>
                <w:rFonts w:eastAsia="Calibri"/>
                <w:i/>
                <w:iCs/>
                <w:sz w:val="24"/>
                <w:szCs w:val="24"/>
                <w:lang w:val="ru-RU"/>
              </w:rPr>
              <w:t xml:space="preserve">устав, приказ №56-л/с от 22.05.09 </w:t>
            </w:r>
          </w:p>
        </w:tc>
      </w:tr>
      <w:tr w:rsidR="00884866" w:rsidRPr="009C174D" w14:paraId="32402C85" w14:textId="77777777" w:rsidTr="005E46DE">
        <w:trPr>
          <w:gridAfter w:val="1"/>
          <w:wAfter w:w="6" w:type="dxa"/>
          <w:trHeight w:val="94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2B950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884866">
              <w:rPr>
                <w:rFonts w:eastAsia="Calibri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1.2.1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C0EE6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8887776655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4696A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CFBE0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Ивлев Дмитрий Степанович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7774D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Смоленск, ул. Чапаева, 34-72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87DEA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77 55 333444 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7C03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Участник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93843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договор об учреждении от 23.01.2006 </w:t>
            </w:r>
          </w:p>
        </w:tc>
      </w:tr>
      <w:tr w:rsidR="00884866" w:rsidRPr="009C174D" w14:paraId="044DE5FB" w14:textId="77777777" w:rsidTr="005E46DE">
        <w:trPr>
          <w:gridAfter w:val="1"/>
          <w:wAfter w:w="6" w:type="dxa"/>
          <w:trHeight w:val="94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8BD69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1.2.2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74FD7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33388844455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EDE20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C1E36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Степанов Игорь Дмитриевич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FB405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Смоленск, ул. Гагарина, 2-64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9D25A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66 77 223344 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8972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Участник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0C54C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договор об учреждении от 23.01.2006 </w:t>
            </w:r>
          </w:p>
        </w:tc>
      </w:tr>
      <w:tr w:rsidR="00884866" w:rsidRPr="009C174D" w14:paraId="467A382F" w14:textId="77777777" w:rsidTr="005E46DE">
        <w:trPr>
          <w:gridAfter w:val="1"/>
          <w:wAfter w:w="6" w:type="dxa"/>
          <w:trHeight w:val="63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C7AD7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1.3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16DD6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ASU66-54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F7B84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24973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Игуана лтд (Iguana LTD)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89A17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США, штат Виржиния, 533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C51FA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1B3B1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Участник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77F44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договор об учреждении от 23.01.2008 </w:t>
            </w:r>
          </w:p>
        </w:tc>
      </w:tr>
      <w:tr w:rsidR="00884866" w:rsidRPr="009C174D" w14:paraId="16F5850F" w14:textId="77777777" w:rsidTr="005E46DE">
        <w:trPr>
          <w:gridAfter w:val="1"/>
          <w:wAfter w:w="6" w:type="dxa"/>
          <w:trHeight w:val="63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A2CCD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5AA7C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A341C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DE092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Ruan Max Amer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D4F67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Кипр, Лимассол, 24-75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C00C2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776AE 6654 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5B9E5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Руководитель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2823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 </w:t>
            </w:r>
          </w:p>
        </w:tc>
      </w:tr>
      <w:tr w:rsidR="00884866" w:rsidRPr="009C174D" w14:paraId="6786197C" w14:textId="77777777" w:rsidTr="005E46DE">
        <w:trPr>
          <w:gridAfter w:val="1"/>
          <w:wAfter w:w="6" w:type="dxa"/>
          <w:trHeight w:val="63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E5437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1.4 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1B2A8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12345678902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F9992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334E8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Иванов Иван Иванович 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16AF8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Тула, ул. Пионеров, 56-89 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78E6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11 22 334455 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7CA00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 Участник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D2F8E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 xml:space="preserve">договор об учреждении от 23.01.2008 </w:t>
            </w:r>
          </w:p>
        </w:tc>
      </w:tr>
      <w:tr w:rsidR="00884866" w:rsidRPr="009C174D" w14:paraId="0B93D774" w14:textId="77777777" w:rsidTr="005E46DE">
        <w:trPr>
          <w:gridAfter w:val="1"/>
          <w:wAfter w:w="6" w:type="dxa"/>
          <w:trHeight w:val="630"/>
        </w:trPr>
        <w:tc>
          <w:tcPr>
            <w:tcW w:w="87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E8CA9C4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5597BCE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4EF38C6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861BA7B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83BBD27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6D44B0D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94FE8F1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9A860BC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84866" w:rsidRPr="009C174D" w14:paraId="2596765A" w14:textId="77777777" w:rsidTr="005E46DE">
        <w:trPr>
          <w:gridAfter w:val="1"/>
          <w:wAfter w:w="6" w:type="dxa"/>
          <w:trHeight w:val="630"/>
        </w:trPr>
        <w:tc>
          <w:tcPr>
            <w:tcW w:w="8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BD37BC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6105" w:type="dxa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1002CA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________________________________________________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47AA8A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6661F3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C87DBF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sz w:val="24"/>
                <w:szCs w:val="24"/>
              </w:rPr>
              <w:t>подпись, МП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8CD364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84866" w:rsidRPr="009C174D" w14:paraId="2D228F36" w14:textId="77777777" w:rsidTr="005E46DE">
        <w:trPr>
          <w:gridAfter w:val="1"/>
          <w:wAfter w:w="6" w:type="dxa"/>
          <w:trHeight w:val="630"/>
        </w:trPr>
        <w:tc>
          <w:tcPr>
            <w:tcW w:w="8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471810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6105" w:type="dxa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72EE95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i/>
                <w:iCs/>
                <w:sz w:val="24"/>
                <w:szCs w:val="24"/>
              </w:rPr>
              <w:t>________________________________________________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37C2FD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403D4D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7C8132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  <w:r w:rsidRPr="009C174D">
              <w:rPr>
                <w:rFonts w:eastAsia="Calibri"/>
                <w:sz w:val="24"/>
                <w:szCs w:val="24"/>
              </w:rPr>
              <w:t>ФИО подписавшего, должность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754D48" w14:textId="77777777" w:rsidR="00884866" w:rsidRPr="009C174D" w:rsidRDefault="00884866" w:rsidP="00884866">
            <w:pPr>
              <w:spacing w:after="0"/>
              <w:contextualSpacing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84866" w:rsidRPr="009C174D" w14:paraId="32BCE31B" w14:textId="77777777" w:rsidTr="005E46DE">
        <w:trPr>
          <w:gridAfter w:val="1"/>
          <w:wAfter w:w="6" w:type="dxa"/>
          <w:trHeight w:val="630"/>
        </w:trPr>
        <w:tc>
          <w:tcPr>
            <w:tcW w:w="8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DCCC1B" w14:textId="77777777" w:rsidR="00884866" w:rsidRPr="009C174D" w:rsidRDefault="00884866" w:rsidP="00570F40">
            <w:pPr>
              <w:spacing w:after="0"/>
              <w:contextualSpacing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8EF835" w14:textId="77777777" w:rsidR="00884866" w:rsidRPr="009C174D" w:rsidRDefault="00884866" w:rsidP="00570F40">
            <w:pPr>
              <w:spacing w:after="0"/>
              <w:contextualSpacing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D4DF46" w14:textId="77777777" w:rsidR="00884866" w:rsidRPr="009C174D" w:rsidRDefault="00884866" w:rsidP="00570F40">
            <w:pPr>
              <w:spacing w:after="0"/>
              <w:contextualSpacing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8647FD" w14:textId="77777777" w:rsidR="00884866" w:rsidRPr="009C174D" w:rsidRDefault="00884866" w:rsidP="00570F40">
            <w:pPr>
              <w:spacing w:after="0"/>
              <w:contextualSpacing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847A4A" w14:textId="77777777" w:rsidR="00884866" w:rsidRPr="009C174D" w:rsidRDefault="00884866" w:rsidP="00570F40">
            <w:pPr>
              <w:spacing w:after="0"/>
              <w:contextualSpacing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5470BB" w14:textId="77777777" w:rsidR="00884866" w:rsidRPr="009C174D" w:rsidRDefault="00884866" w:rsidP="00570F40">
            <w:pPr>
              <w:spacing w:after="0"/>
              <w:contextualSpacing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75758D" w14:textId="77777777" w:rsidR="00884866" w:rsidRPr="009C174D" w:rsidRDefault="00884866" w:rsidP="00570F40">
            <w:pPr>
              <w:spacing w:after="0"/>
              <w:contextualSpacing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2B5DDD" w14:textId="77777777" w:rsidR="00884866" w:rsidRPr="009C174D" w:rsidRDefault="00884866" w:rsidP="00570F40">
            <w:pPr>
              <w:spacing w:after="0"/>
              <w:contextualSpacing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84866" w:rsidRPr="00570F40" w14:paraId="3501D7F8" w14:textId="77777777" w:rsidTr="00884866">
        <w:trPr>
          <w:gridAfter w:val="1"/>
          <w:wAfter w:w="6" w:type="dxa"/>
          <w:trHeight w:val="630"/>
        </w:trPr>
        <w:tc>
          <w:tcPr>
            <w:tcW w:w="15026" w:type="dxa"/>
            <w:gridSpan w:val="8"/>
            <w:tcBorders>
              <w:top w:val="nil"/>
            </w:tcBorders>
            <w:shd w:val="clear" w:color="auto" w:fill="auto"/>
            <w:vAlign w:val="center"/>
          </w:tcPr>
          <w:p w14:paraId="13614FC3" w14:textId="77777777" w:rsidR="00884866" w:rsidRPr="00884866" w:rsidRDefault="00884866" w:rsidP="00570F40">
            <w:pPr>
              <w:spacing w:after="0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84866">
              <w:rPr>
                <w:rFonts w:eastAsia="Calibri"/>
                <w:sz w:val="24"/>
                <w:szCs w:val="24"/>
                <w:lang w:val="ru-RU"/>
              </w:rPr>
              <w:t>*  Приведенные в таблице сведения об юридических и физических лицах являются условными и указаны в качестве примера заполнения формы.</w:t>
            </w:r>
          </w:p>
          <w:p w14:paraId="173DB439" w14:textId="77777777" w:rsidR="00884866" w:rsidRPr="00884866" w:rsidRDefault="00884866" w:rsidP="00570F40">
            <w:pPr>
              <w:spacing w:after="0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84866">
              <w:rPr>
                <w:rFonts w:eastAsia="Calibri"/>
                <w:sz w:val="24"/>
                <w:szCs w:val="24"/>
                <w:lang w:val="ru-RU"/>
              </w:rPr>
              <w:t>** 1. В отношении контрагентов, являющихся зарубежными публичными компаниями мирового уровня, занимающими лидирующие позиции в соответствующих отраслях, информация и подтверждающие документы предоставляются в отношении собственников, владеющих более 5 % (процентами) уставного капитала. Допускается указание прямой ссылки на общедоступный источник, посредством которого в установленном порядке раскрыта соответствующая информация.</w:t>
            </w:r>
          </w:p>
          <w:p w14:paraId="3537B404" w14:textId="77777777" w:rsidR="00884866" w:rsidRPr="00884866" w:rsidRDefault="00884866" w:rsidP="00570F40">
            <w:pPr>
              <w:spacing w:after="0"/>
              <w:contextualSpacing/>
              <w:jc w:val="both"/>
              <w:rPr>
                <w:rFonts w:eastAsia="Calibri"/>
                <w:i/>
                <w:iCs/>
                <w:sz w:val="24"/>
                <w:szCs w:val="24"/>
                <w:lang w:val="ru-RU"/>
              </w:rPr>
            </w:pPr>
            <w:r w:rsidRPr="00884866">
              <w:rPr>
                <w:rFonts w:eastAsia="Calibri"/>
                <w:sz w:val="24"/>
                <w:szCs w:val="24"/>
                <w:lang w:val="ru-RU"/>
              </w:rPr>
              <w:t xml:space="preserve">     2. В отношении контрагентов, являющихся публичными акционерными обществами, акции которых котируются на биржах, либо обществами с числом акционеров более 50, информация и подтверждающие документы предоставляются в отношении бенефициаров (в том числе конечных) и акционерах, владеющих более 5 % (процентами) акций. Допускается указание прямой ссылки на общедоступный источник, посредством которого в установленном порядке раскрыта соответствующая информация. В отношении акционеров, владеющих пакетами акций менее 5 % (процентов), допускается указание общей информации о количестве таких акционеров.</w:t>
            </w:r>
          </w:p>
        </w:tc>
      </w:tr>
    </w:tbl>
    <w:p w14:paraId="22C708C2" w14:textId="77777777" w:rsidR="00884866" w:rsidRPr="00884866" w:rsidRDefault="00884866" w:rsidP="00570F40">
      <w:pPr>
        <w:spacing w:after="0"/>
        <w:contextualSpacing/>
        <w:jc w:val="both"/>
        <w:rPr>
          <w:rFonts w:eastAsia="Calibri"/>
          <w:sz w:val="24"/>
          <w:szCs w:val="24"/>
          <w:lang w:val="ru-RU"/>
        </w:rPr>
      </w:pPr>
      <w:r w:rsidRPr="00884866">
        <w:rPr>
          <w:rFonts w:eastAsia="Calibri"/>
          <w:sz w:val="24"/>
          <w:szCs w:val="24"/>
          <w:lang w:val="ru-RU"/>
        </w:rPr>
        <w:t>конец формы</w:t>
      </w:r>
    </w:p>
    <w:p w14:paraId="48A7AEC7" w14:textId="546BD160" w:rsidR="00884866" w:rsidRDefault="00884866" w:rsidP="00884866">
      <w:pPr>
        <w:spacing w:after="0"/>
        <w:contextualSpacing/>
        <w:rPr>
          <w:rFonts w:eastAsia="Calibri"/>
          <w:sz w:val="24"/>
          <w:szCs w:val="24"/>
          <w:lang w:val="ru-RU"/>
        </w:rPr>
      </w:pPr>
    </w:p>
    <w:p w14:paraId="474C2E96" w14:textId="6158CCD6" w:rsidR="008106C8" w:rsidRDefault="008106C8" w:rsidP="00884866">
      <w:pPr>
        <w:spacing w:after="0"/>
        <w:contextualSpacing/>
        <w:rPr>
          <w:rFonts w:eastAsia="Calibri"/>
          <w:sz w:val="24"/>
          <w:szCs w:val="24"/>
          <w:lang w:val="ru-RU"/>
        </w:rPr>
      </w:pPr>
    </w:p>
    <w:p w14:paraId="26B71239" w14:textId="77777777" w:rsidR="008106C8" w:rsidRPr="00884866" w:rsidRDefault="008106C8" w:rsidP="00884866">
      <w:pPr>
        <w:spacing w:after="0"/>
        <w:contextualSpacing/>
        <w:rPr>
          <w:rFonts w:eastAsia="Calibri"/>
          <w:sz w:val="24"/>
          <w:szCs w:val="24"/>
          <w:lang w:val="ru-RU"/>
        </w:rPr>
        <w:sectPr w:rsidR="008106C8" w:rsidRPr="00884866" w:rsidSect="008106C8">
          <w:pgSz w:w="16838" w:h="11906" w:orient="landscape" w:code="9"/>
          <w:pgMar w:top="1134" w:right="1134" w:bottom="567" w:left="1418" w:header="680" w:footer="737" w:gutter="0"/>
          <w:cols w:space="708"/>
          <w:titlePg/>
          <w:docGrid w:linePitch="360"/>
        </w:sectPr>
      </w:pPr>
    </w:p>
    <w:p w14:paraId="63E8D9E3" w14:textId="77777777" w:rsidR="00884866" w:rsidRPr="008106C8" w:rsidRDefault="00884866" w:rsidP="00884866">
      <w:pPr>
        <w:spacing w:after="0"/>
        <w:contextualSpacing/>
        <w:jc w:val="right"/>
        <w:rPr>
          <w:rFonts w:eastAsia="Calibri"/>
          <w:b/>
          <w:sz w:val="24"/>
          <w:szCs w:val="24"/>
          <w:lang w:val="ru-RU"/>
        </w:rPr>
      </w:pPr>
      <w:r w:rsidRPr="008106C8">
        <w:rPr>
          <w:rFonts w:eastAsia="Calibri"/>
          <w:b/>
          <w:sz w:val="24"/>
          <w:szCs w:val="24"/>
          <w:lang w:val="ru-RU"/>
        </w:rPr>
        <w:lastRenderedPageBreak/>
        <w:t xml:space="preserve">Приложение № 1 </w:t>
      </w:r>
      <w:r w:rsidRPr="008106C8">
        <w:rPr>
          <w:rFonts w:eastAsia="Calibri"/>
          <w:b/>
          <w:sz w:val="24"/>
          <w:szCs w:val="24"/>
          <w:lang w:val="ru-RU"/>
        </w:rPr>
        <w:br/>
        <w:t xml:space="preserve">к Справке о цепочке собственников, </w:t>
      </w:r>
      <w:r w:rsidRPr="008106C8">
        <w:rPr>
          <w:rFonts w:eastAsia="Calibri"/>
          <w:b/>
          <w:sz w:val="24"/>
          <w:szCs w:val="24"/>
          <w:lang w:val="ru-RU"/>
        </w:rPr>
        <w:br/>
        <w:t>включая бенефициаров (в том числе конечных)</w:t>
      </w:r>
    </w:p>
    <w:p w14:paraId="76FBD23F" w14:textId="77777777" w:rsidR="00884866" w:rsidRPr="00884866" w:rsidRDefault="00884866" w:rsidP="00884866">
      <w:pPr>
        <w:spacing w:after="0"/>
        <w:contextualSpacing/>
        <w:rPr>
          <w:rFonts w:eastAsia="Calibri"/>
          <w:sz w:val="24"/>
          <w:szCs w:val="24"/>
          <w:lang w:val="ru-RU"/>
        </w:rPr>
      </w:pPr>
    </w:p>
    <w:p w14:paraId="35BDB399" w14:textId="77777777" w:rsidR="00884866" w:rsidRPr="009C174D" w:rsidRDefault="00884866" w:rsidP="00884866">
      <w:pPr>
        <w:spacing w:after="0"/>
        <w:contextualSpacing/>
        <w:jc w:val="center"/>
        <w:rPr>
          <w:rFonts w:eastAsia="Calibri"/>
          <w:b/>
          <w:sz w:val="24"/>
          <w:szCs w:val="24"/>
        </w:rPr>
      </w:pPr>
      <w:r w:rsidRPr="009C174D">
        <w:rPr>
          <w:rFonts w:eastAsia="Calibri"/>
          <w:b/>
          <w:sz w:val="24"/>
          <w:szCs w:val="24"/>
        </w:rPr>
        <w:t>Перечень подтверждающих документов</w:t>
      </w:r>
    </w:p>
    <w:p w14:paraId="499FC009" w14:textId="77777777" w:rsidR="00884866" w:rsidRPr="009C174D" w:rsidRDefault="00884866" w:rsidP="00884866">
      <w:pPr>
        <w:spacing w:after="0"/>
        <w:contextualSpacing/>
        <w:rPr>
          <w:rFonts w:eastAsia="Calibri"/>
          <w:b/>
          <w:sz w:val="24"/>
          <w:szCs w:val="24"/>
        </w:rPr>
      </w:pPr>
    </w:p>
    <w:p w14:paraId="1096EFBD" w14:textId="77777777" w:rsidR="00884866" w:rsidRPr="00884866" w:rsidRDefault="00884866" w:rsidP="00884866">
      <w:pPr>
        <w:numPr>
          <w:ilvl w:val="0"/>
          <w:numId w:val="10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bookmarkStart w:id="26" w:name="_Toc371577603"/>
      <w:bookmarkStart w:id="27" w:name="_Toc371578754"/>
      <w:r w:rsidRPr="00884866">
        <w:rPr>
          <w:rFonts w:eastAsia="Calibri"/>
          <w:sz w:val="24"/>
          <w:szCs w:val="24"/>
          <w:lang w:val="ru-RU"/>
        </w:rPr>
        <w:t xml:space="preserve">Для всех юридических лиц, созданных и действующих в соответствии с законодательством РФ, нотариально заверенные копии / оригинал / электронные выписки с усиленной ЭЦП следующих документов: </w:t>
      </w:r>
    </w:p>
    <w:p w14:paraId="0977F0AB" w14:textId="77777777" w:rsidR="00884866" w:rsidRPr="00884866" w:rsidRDefault="00884866" w:rsidP="00884866">
      <w:pPr>
        <w:numPr>
          <w:ilvl w:val="1"/>
          <w:numId w:val="11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r w:rsidRPr="00884866">
        <w:rPr>
          <w:rFonts w:eastAsia="Calibri"/>
          <w:sz w:val="24"/>
          <w:szCs w:val="24"/>
          <w:lang w:val="ru-RU"/>
        </w:rPr>
        <w:t>выписка из ЕГРЮЛ / ЕГРИП, выданная не ранее 1 (Одного) месяца до даты предоставления документов о цепочке собственников, включая бенефициаров (в том числе конечных), в форме электронного документа, подписанного квалифицированной электронной подписью, либо копия выписки из ЕГРЮЛ / ЕГРИП, подписанная собственноручной подписью должностного лица налогового органа и заверенная печатью налогового органа, либо копия выписки из ЕГРЮЛ / ЕГРИП, заверенная нотариально;</w:t>
      </w:r>
    </w:p>
    <w:p w14:paraId="59587CC7" w14:textId="77777777" w:rsidR="00884866" w:rsidRPr="00884866" w:rsidRDefault="00884866" w:rsidP="00884866">
      <w:pPr>
        <w:numPr>
          <w:ilvl w:val="1"/>
          <w:numId w:val="11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r w:rsidRPr="00884866">
        <w:rPr>
          <w:rFonts w:eastAsia="Calibri"/>
          <w:sz w:val="24"/>
          <w:szCs w:val="24"/>
          <w:lang w:val="ru-RU"/>
        </w:rPr>
        <w:t>корпоративный договор либо иное соглашение, на основании которого лицо получило право распоряжаться голосами в высшем органе управления юридического лица или давать обязательные для исполнения указания юридическому лицу, либо документ, подтверждающий отсутствие данных договоров (соглашений).</w:t>
      </w:r>
    </w:p>
    <w:p w14:paraId="32B7C206" w14:textId="77777777" w:rsidR="00884866" w:rsidRPr="00884866" w:rsidRDefault="00884866" w:rsidP="00884866">
      <w:pPr>
        <w:numPr>
          <w:ilvl w:val="0"/>
          <w:numId w:val="10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bookmarkStart w:id="28" w:name="_Toc371577605"/>
      <w:bookmarkStart w:id="29" w:name="_Toc371578756"/>
      <w:bookmarkEnd w:id="26"/>
      <w:bookmarkEnd w:id="27"/>
      <w:r w:rsidRPr="00884866">
        <w:rPr>
          <w:rFonts w:eastAsia="Calibri"/>
          <w:sz w:val="24"/>
          <w:szCs w:val="24"/>
          <w:lang w:val="ru-RU"/>
        </w:rPr>
        <w:t>Для юридических лиц, зарегистрированных в форме акционерных обществ</w:t>
      </w:r>
      <w:r w:rsidRPr="009C174D">
        <w:rPr>
          <w:rFonts w:eastAsia="Calibri"/>
          <w:sz w:val="24"/>
          <w:szCs w:val="24"/>
          <w:vertAlign w:val="superscript"/>
        </w:rPr>
        <w:footnoteReference w:id="3"/>
      </w:r>
      <w:r w:rsidRPr="00884866">
        <w:rPr>
          <w:rFonts w:eastAsia="Calibri"/>
          <w:sz w:val="24"/>
          <w:szCs w:val="24"/>
          <w:lang w:val="ru-RU"/>
        </w:rPr>
        <w:t>:</w:t>
      </w:r>
      <w:bookmarkEnd w:id="28"/>
      <w:bookmarkEnd w:id="29"/>
    </w:p>
    <w:p w14:paraId="4E9B30F4" w14:textId="77777777" w:rsidR="00884866" w:rsidRPr="00884866" w:rsidRDefault="00884866" w:rsidP="00884866">
      <w:pPr>
        <w:numPr>
          <w:ilvl w:val="1"/>
          <w:numId w:val="11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bookmarkStart w:id="30" w:name="_Toc371577606"/>
      <w:bookmarkStart w:id="31" w:name="_Toc371578757"/>
      <w:r w:rsidRPr="00884866">
        <w:rPr>
          <w:rFonts w:eastAsia="Calibri"/>
          <w:sz w:val="24"/>
          <w:szCs w:val="24"/>
          <w:lang w:val="ru-RU"/>
        </w:rPr>
        <w:t>выписка из реестра акционеров на дату не ранее 1 (Одного) месяца до даты окончания подачи заявок на участие в закупке / согласования Договора;</w:t>
      </w:r>
    </w:p>
    <w:p w14:paraId="32B1D323" w14:textId="77777777" w:rsidR="00884866" w:rsidRPr="00884866" w:rsidRDefault="00884866" w:rsidP="00884866">
      <w:pPr>
        <w:numPr>
          <w:ilvl w:val="1"/>
          <w:numId w:val="11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r w:rsidRPr="00884866">
        <w:rPr>
          <w:rFonts w:eastAsia="Calibri"/>
          <w:sz w:val="24"/>
          <w:szCs w:val="24"/>
          <w:lang w:val="ru-RU"/>
        </w:rPr>
        <w:t>список аффилированных лиц на последнюю отчетную дату;</w:t>
      </w:r>
    </w:p>
    <w:p w14:paraId="6AFDBF07" w14:textId="77777777" w:rsidR="00884866" w:rsidRPr="00884866" w:rsidRDefault="00884866" w:rsidP="00884866">
      <w:pPr>
        <w:numPr>
          <w:ilvl w:val="1"/>
          <w:numId w:val="11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r w:rsidRPr="00884866">
        <w:rPr>
          <w:rFonts w:eastAsia="Calibri"/>
          <w:sz w:val="24"/>
          <w:szCs w:val="24"/>
          <w:lang w:val="ru-RU"/>
        </w:rPr>
        <w:t>ежеквартальный отчет на последнюю отчетную дату.</w:t>
      </w:r>
      <w:bookmarkEnd w:id="30"/>
      <w:bookmarkEnd w:id="31"/>
    </w:p>
    <w:p w14:paraId="23965D2A" w14:textId="77777777" w:rsidR="00884866" w:rsidRPr="00884866" w:rsidRDefault="00884866" w:rsidP="00884866">
      <w:pPr>
        <w:numPr>
          <w:ilvl w:val="0"/>
          <w:numId w:val="10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bookmarkStart w:id="32" w:name="_Toc371577609"/>
      <w:bookmarkStart w:id="33" w:name="_Toc371578760"/>
      <w:r w:rsidRPr="00884866">
        <w:rPr>
          <w:rFonts w:eastAsia="Calibri"/>
          <w:sz w:val="24"/>
          <w:szCs w:val="24"/>
          <w:lang w:val="ru-RU"/>
        </w:rPr>
        <w:t>Для юридических лиц, зарегистрированных в форме обществ с ограниченной ответственностью:</w:t>
      </w:r>
      <w:bookmarkEnd w:id="32"/>
      <w:bookmarkEnd w:id="33"/>
    </w:p>
    <w:p w14:paraId="5A80E434" w14:textId="77777777" w:rsidR="00884866" w:rsidRPr="00884866" w:rsidRDefault="00884866" w:rsidP="00884866">
      <w:pPr>
        <w:numPr>
          <w:ilvl w:val="1"/>
          <w:numId w:val="11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bookmarkStart w:id="34" w:name="_Toc371577612"/>
      <w:bookmarkStart w:id="35" w:name="_Toc371578763"/>
      <w:r w:rsidRPr="00884866">
        <w:rPr>
          <w:rFonts w:eastAsia="Calibri"/>
          <w:sz w:val="24"/>
          <w:szCs w:val="24"/>
          <w:lang w:val="ru-RU"/>
        </w:rPr>
        <w:t>учредительный договор / договор об учреждении (создании) / решение единственного учредителя о создании;</w:t>
      </w:r>
    </w:p>
    <w:p w14:paraId="1DBF97D4" w14:textId="77777777" w:rsidR="00884866" w:rsidRPr="00884866" w:rsidRDefault="00884866" w:rsidP="00884866">
      <w:pPr>
        <w:numPr>
          <w:ilvl w:val="1"/>
          <w:numId w:val="11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r w:rsidRPr="00884866">
        <w:rPr>
          <w:rFonts w:eastAsia="Calibri"/>
          <w:sz w:val="24"/>
          <w:szCs w:val="24"/>
          <w:lang w:val="ru-RU"/>
        </w:rPr>
        <w:t>решение (протокол) о приеме новых участников (при наличии);</w:t>
      </w:r>
    </w:p>
    <w:p w14:paraId="5A3059EF" w14:textId="77777777" w:rsidR="00884866" w:rsidRPr="00884866" w:rsidRDefault="00884866" w:rsidP="00884866">
      <w:pPr>
        <w:numPr>
          <w:ilvl w:val="1"/>
          <w:numId w:val="11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r w:rsidRPr="00884866">
        <w:rPr>
          <w:rFonts w:eastAsia="Calibri"/>
          <w:sz w:val="24"/>
          <w:szCs w:val="24"/>
          <w:lang w:val="ru-RU"/>
        </w:rPr>
        <w:t>список состава коллегиального руководящего органа, члены которого на основании устава уполномочены принимать решения в процессе управления организацией без доверенности;</w:t>
      </w:r>
    </w:p>
    <w:p w14:paraId="0BF70F54" w14:textId="77777777" w:rsidR="00884866" w:rsidRPr="00884866" w:rsidRDefault="00884866" w:rsidP="00884866">
      <w:pPr>
        <w:numPr>
          <w:ilvl w:val="1"/>
          <w:numId w:val="11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r w:rsidRPr="00884866">
        <w:rPr>
          <w:rFonts w:eastAsia="Calibri"/>
          <w:sz w:val="24"/>
          <w:szCs w:val="24"/>
          <w:lang w:val="ru-RU"/>
        </w:rPr>
        <w:t>устав и изменения к нему.</w:t>
      </w:r>
      <w:bookmarkEnd w:id="34"/>
      <w:bookmarkEnd w:id="35"/>
    </w:p>
    <w:p w14:paraId="2013B367" w14:textId="77777777" w:rsidR="00884866" w:rsidRPr="00884866" w:rsidRDefault="00884866" w:rsidP="00884866">
      <w:pPr>
        <w:numPr>
          <w:ilvl w:val="0"/>
          <w:numId w:val="10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bookmarkStart w:id="36" w:name="_Toc371577613"/>
      <w:bookmarkStart w:id="37" w:name="_Toc371578764"/>
      <w:r w:rsidRPr="00884866">
        <w:rPr>
          <w:rFonts w:eastAsia="Calibri"/>
          <w:sz w:val="24"/>
          <w:szCs w:val="24"/>
          <w:lang w:val="ru-RU"/>
        </w:rPr>
        <w:t>Для юридических лиц, зарегистрированных в форме общественных или религиозных организаций (объединений):</w:t>
      </w:r>
      <w:bookmarkEnd w:id="36"/>
      <w:bookmarkEnd w:id="37"/>
      <w:r w:rsidRPr="00884866">
        <w:rPr>
          <w:rFonts w:eastAsia="Calibri"/>
          <w:sz w:val="24"/>
          <w:szCs w:val="24"/>
          <w:lang w:val="ru-RU"/>
        </w:rPr>
        <w:t xml:space="preserve"> </w:t>
      </w:r>
    </w:p>
    <w:p w14:paraId="2ED63E80" w14:textId="77777777" w:rsidR="00884866" w:rsidRPr="009C174D" w:rsidRDefault="00884866" w:rsidP="00884866">
      <w:pPr>
        <w:numPr>
          <w:ilvl w:val="1"/>
          <w:numId w:val="11"/>
        </w:num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bookmarkStart w:id="38" w:name="_Toc371577614"/>
      <w:bookmarkStart w:id="39" w:name="_Toc371578765"/>
      <w:r w:rsidRPr="009C174D">
        <w:rPr>
          <w:rFonts w:eastAsia="Calibri"/>
          <w:sz w:val="24"/>
          <w:szCs w:val="24"/>
        </w:rPr>
        <w:t>учредительный договор или положение;</w:t>
      </w:r>
      <w:bookmarkEnd w:id="38"/>
      <w:bookmarkEnd w:id="39"/>
      <w:r w:rsidRPr="009C174D">
        <w:rPr>
          <w:rFonts w:eastAsia="Calibri"/>
          <w:sz w:val="24"/>
          <w:szCs w:val="24"/>
        </w:rPr>
        <w:t xml:space="preserve"> </w:t>
      </w:r>
    </w:p>
    <w:p w14:paraId="6C28844C" w14:textId="77777777" w:rsidR="00884866" w:rsidRPr="009C174D" w:rsidRDefault="00884866" w:rsidP="00884866">
      <w:pPr>
        <w:numPr>
          <w:ilvl w:val="1"/>
          <w:numId w:val="11"/>
        </w:num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bookmarkStart w:id="40" w:name="_Toc371577615"/>
      <w:bookmarkStart w:id="41" w:name="_Toc371578766"/>
      <w:r w:rsidRPr="009C174D">
        <w:rPr>
          <w:rFonts w:eastAsia="Calibri"/>
          <w:sz w:val="24"/>
          <w:szCs w:val="24"/>
        </w:rPr>
        <w:t>решение о создании;</w:t>
      </w:r>
    </w:p>
    <w:p w14:paraId="6968429B" w14:textId="77777777" w:rsidR="00884866" w:rsidRPr="00884866" w:rsidRDefault="00884866" w:rsidP="00884866">
      <w:pPr>
        <w:numPr>
          <w:ilvl w:val="1"/>
          <w:numId w:val="11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r w:rsidRPr="00884866">
        <w:rPr>
          <w:rFonts w:eastAsia="Calibri"/>
          <w:sz w:val="24"/>
          <w:szCs w:val="24"/>
          <w:lang w:val="ru-RU"/>
        </w:rPr>
        <w:t>список состава коллегиального руководящего органа, члены которого на основании устава уполномочены принимать решения в процессе управления организацией без доверенности;</w:t>
      </w:r>
    </w:p>
    <w:p w14:paraId="5FD01CD5" w14:textId="77777777" w:rsidR="00884866" w:rsidRPr="00884866" w:rsidRDefault="00884866" w:rsidP="00884866">
      <w:pPr>
        <w:numPr>
          <w:ilvl w:val="1"/>
          <w:numId w:val="11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r w:rsidRPr="00884866">
        <w:rPr>
          <w:rFonts w:eastAsia="Calibri"/>
          <w:sz w:val="24"/>
          <w:szCs w:val="24"/>
          <w:lang w:val="ru-RU"/>
        </w:rPr>
        <w:lastRenderedPageBreak/>
        <w:t>устав и изменения к нему.</w:t>
      </w:r>
      <w:bookmarkEnd w:id="40"/>
      <w:bookmarkEnd w:id="41"/>
    </w:p>
    <w:p w14:paraId="4DEF0021" w14:textId="77777777" w:rsidR="00884866" w:rsidRPr="00884866" w:rsidRDefault="00884866" w:rsidP="00884866">
      <w:pPr>
        <w:numPr>
          <w:ilvl w:val="0"/>
          <w:numId w:val="10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bookmarkStart w:id="42" w:name="_Toc371577616"/>
      <w:bookmarkStart w:id="43" w:name="_Toc371578767"/>
      <w:r w:rsidRPr="00884866">
        <w:rPr>
          <w:rFonts w:eastAsia="Calibri"/>
          <w:sz w:val="24"/>
          <w:szCs w:val="24"/>
          <w:lang w:val="ru-RU"/>
        </w:rPr>
        <w:t>Для юридических лиц, зарегистрированных в форме фонда:</w:t>
      </w:r>
      <w:bookmarkEnd w:id="42"/>
      <w:bookmarkEnd w:id="43"/>
      <w:r w:rsidRPr="00884866">
        <w:rPr>
          <w:rFonts w:eastAsia="Calibri"/>
          <w:sz w:val="24"/>
          <w:szCs w:val="24"/>
          <w:lang w:val="ru-RU"/>
        </w:rPr>
        <w:t xml:space="preserve"> </w:t>
      </w:r>
    </w:p>
    <w:p w14:paraId="64E4C947" w14:textId="77777777" w:rsidR="00884866" w:rsidRPr="00884866" w:rsidRDefault="00884866" w:rsidP="00884866">
      <w:pPr>
        <w:numPr>
          <w:ilvl w:val="1"/>
          <w:numId w:val="11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bookmarkStart w:id="44" w:name="_Toc371577617"/>
      <w:bookmarkStart w:id="45" w:name="_Toc371578768"/>
      <w:r w:rsidRPr="00884866">
        <w:rPr>
          <w:rFonts w:eastAsia="Calibri"/>
          <w:sz w:val="24"/>
          <w:szCs w:val="24"/>
          <w:lang w:val="ru-RU"/>
        </w:rPr>
        <w:t>документ о выборе (назначении) попечительского совета фонда;</w:t>
      </w:r>
      <w:bookmarkEnd w:id="44"/>
      <w:bookmarkEnd w:id="45"/>
      <w:r w:rsidRPr="00884866">
        <w:rPr>
          <w:rFonts w:eastAsia="Calibri"/>
          <w:sz w:val="24"/>
          <w:szCs w:val="24"/>
          <w:lang w:val="ru-RU"/>
        </w:rPr>
        <w:t xml:space="preserve"> </w:t>
      </w:r>
    </w:p>
    <w:p w14:paraId="380A9A16" w14:textId="77777777" w:rsidR="00884866" w:rsidRPr="00884866" w:rsidRDefault="00884866" w:rsidP="00884866">
      <w:pPr>
        <w:numPr>
          <w:ilvl w:val="1"/>
          <w:numId w:val="11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r w:rsidRPr="00884866">
        <w:rPr>
          <w:rFonts w:eastAsia="Calibri"/>
          <w:sz w:val="24"/>
          <w:szCs w:val="24"/>
          <w:lang w:val="ru-RU"/>
        </w:rPr>
        <w:t>список состава коллегиального руководящего органа, члены которого на основании устава уполномочены принимать решения в процессе управления организацией без доверенности;</w:t>
      </w:r>
    </w:p>
    <w:p w14:paraId="09C60A0C" w14:textId="77777777" w:rsidR="00884866" w:rsidRPr="009C174D" w:rsidRDefault="00884866" w:rsidP="00884866">
      <w:pPr>
        <w:numPr>
          <w:ilvl w:val="1"/>
          <w:numId w:val="11"/>
        </w:num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bookmarkStart w:id="46" w:name="_Toc371577618"/>
      <w:bookmarkStart w:id="47" w:name="_Toc371578769"/>
      <w:r w:rsidRPr="009C174D">
        <w:rPr>
          <w:rFonts w:eastAsia="Calibri"/>
          <w:sz w:val="24"/>
          <w:szCs w:val="24"/>
        </w:rPr>
        <w:t>решение о создании;</w:t>
      </w:r>
    </w:p>
    <w:p w14:paraId="0D7C2FDA" w14:textId="77777777" w:rsidR="00884866" w:rsidRPr="00884866" w:rsidRDefault="00884866" w:rsidP="00884866">
      <w:pPr>
        <w:numPr>
          <w:ilvl w:val="1"/>
          <w:numId w:val="11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r w:rsidRPr="00884866">
        <w:rPr>
          <w:rFonts w:eastAsia="Calibri"/>
          <w:sz w:val="24"/>
          <w:szCs w:val="24"/>
          <w:lang w:val="ru-RU"/>
        </w:rPr>
        <w:t>устав и изменения к нему.</w:t>
      </w:r>
      <w:bookmarkEnd w:id="46"/>
      <w:bookmarkEnd w:id="47"/>
    </w:p>
    <w:p w14:paraId="7044683A" w14:textId="77777777" w:rsidR="00884866" w:rsidRPr="00884866" w:rsidRDefault="00884866" w:rsidP="00884866">
      <w:pPr>
        <w:numPr>
          <w:ilvl w:val="0"/>
          <w:numId w:val="10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bookmarkStart w:id="48" w:name="_Toc371577619"/>
      <w:bookmarkStart w:id="49" w:name="_Toc371578770"/>
      <w:r w:rsidRPr="00884866">
        <w:rPr>
          <w:rFonts w:eastAsia="Calibri"/>
          <w:sz w:val="24"/>
          <w:szCs w:val="24"/>
          <w:lang w:val="ru-RU"/>
        </w:rPr>
        <w:t>Для юридических лиц, зарегистрированных в форме некоммерческого партнерства:</w:t>
      </w:r>
      <w:bookmarkEnd w:id="48"/>
      <w:bookmarkEnd w:id="49"/>
    </w:p>
    <w:p w14:paraId="0B5F7574" w14:textId="77777777" w:rsidR="00884866" w:rsidRPr="00884866" w:rsidRDefault="00884866" w:rsidP="00884866">
      <w:pPr>
        <w:numPr>
          <w:ilvl w:val="1"/>
          <w:numId w:val="11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bookmarkStart w:id="50" w:name="_Toc371577620"/>
      <w:bookmarkStart w:id="51" w:name="_Toc371578771"/>
      <w:r w:rsidRPr="00884866">
        <w:rPr>
          <w:rFonts w:eastAsia="Calibri"/>
          <w:sz w:val="24"/>
          <w:szCs w:val="24"/>
          <w:lang w:val="ru-RU"/>
        </w:rPr>
        <w:t>решение и договор о создании.</w:t>
      </w:r>
      <w:bookmarkEnd w:id="50"/>
      <w:bookmarkEnd w:id="51"/>
      <w:r w:rsidRPr="00884866">
        <w:rPr>
          <w:rFonts w:eastAsia="Calibri"/>
          <w:sz w:val="24"/>
          <w:szCs w:val="24"/>
          <w:lang w:val="ru-RU"/>
        </w:rPr>
        <w:t xml:space="preserve"> </w:t>
      </w:r>
    </w:p>
    <w:p w14:paraId="6829AAB2" w14:textId="77777777" w:rsidR="00884866" w:rsidRPr="00884866" w:rsidRDefault="00884866" w:rsidP="00884866">
      <w:pPr>
        <w:numPr>
          <w:ilvl w:val="0"/>
          <w:numId w:val="10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bookmarkStart w:id="52" w:name="_Toc371577621"/>
      <w:bookmarkStart w:id="53" w:name="_Toc371578772"/>
      <w:r w:rsidRPr="00884866">
        <w:rPr>
          <w:rFonts w:eastAsia="Calibri"/>
          <w:sz w:val="24"/>
          <w:szCs w:val="24"/>
          <w:lang w:val="ru-RU"/>
        </w:rPr>
        <w:t>Для иных организационно-правовых форм юридических лиц - документы, предусмотренные действующим законодательством РФ, устанавливающие правоспособность и правовой статус юридического лица, а также документы, содержащие сведения об учредителях (участниках, акционерах, товарищах или вкладчиках) или иных лицах, способных прямо или косвенно контролировать деятельность юридического лица.</w:t>
      </w:r>
      <w:bookmarkEnd w:id="52"/>
      <w:bookmarkEnd w:id="53"/>
      <w:r w:rsidRPr="00884866">
        <w:rPr>
          <w:rFonts w:eastAsia="Calibri"/>
          <w:sz w:val="24"/>
          <w:szCs w:val="24"/>
          <w:lang w:val="ru-RU"/>
        </w:rPr>
        <w:t xml:space="preserve"> </w:t>
      </w:r>
    </w:p>
    <w:p w14:paraId="21865A6A" w14:textId="77777777" w:rsidR="00884866" w:rsidRPr="00884866" w:rsidRDefault="00884866" w:rsidP="00884866">
      <w:pPr>
        <w:numPr>
          <w:ilvl w:val="0"/>
          <w:numId w:val="10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bookmarkStart w:id="54" w:name="_Toc371577622"/>
      <w:bookmarkStart w:id="55" w:name="_Toc371578773"/>
      <w:r w:rsidRPr="00884866">
        <w:rPr>
          <w:rFonts w:eastAsia="Calibri"/>
          <w:sz w:val="24"/>
          <w:szCs w:val="24"/>
          <w:lang w:val="ru-RU"/>
        </w:rPr>
        <w:t>Для всех организаций, созданных и действующих в соответствии с законодательством иностранных государств</w:t>
      </w:r>
      <w:r w:rsidRPr="009C174D">
        <w:rPr>
          <w:rFonts w:eastAsia="Calibri"/>
          <w:sz w:val="24"/>
          <w:szCs w:val="24"/>
          <w:vertAlign w:val="superscript"/>
        </w:rPr>
        <w:footnoteReference w:id="4"/>
      </w:r>
      <w:r w:rsidRPr="00884866">
        <w:rPr>
          <w:rFonts w:eastAsia="Calibri"/>
          <w:sz w:val="24"/>
          <w:szCs w:val="24"/>
          <w:lang w:val="ru-RU"/>
        </w:rPr>
        <w:t>:</w:t>
      </w:r>
      <w:bookmarkEnd w:id="54"/>
      <w:bookmarkEnd w:id="55"/>
    </w:p>
    <w:p w14:paraId="3A474FA0" w14:textId="77777777" w:rsidR="00884866" w:rsidRPr="00884866" w:rsidRDefault="00884866" w:rsidP="00884866">
      <w:pPr>
        <w:numPr>
          <w:ilvl w:val="1"/>
          <w:numId w:val="11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bookmarkStart w:id="56" w:name="_Toc371577623"/>
      <w:bookmarkStart w:id="57" w:name="_Toc371578774"/>
      <w:r w:rsidRPr="00884866">
        <w:rPr>
          <w:rFonts w:eastAsia="Calibri"/>
          <w:sz w:val="24"/>
          <w:szCs w:val="24"/>
          <w:lang w:val="ru-RU"/>
        </w:rPr>
        <w:t>выписка из торгового реестра страны инкорпорации;</w:t>
      </w:r>
      <w:bookmarkEnd w:id="56"/>
      <w:bookmarkEnd w:id="57"/>
      <w:r w:rsidRPr="00884866">
        <w:rPr>
          <w:rFonts w:eastAsia="Calibri"/>
          <w:sz w:val="24"/>
          <w:szCs w:val="24"/>
          <w:lang w:val="ru-RU"/>
        </w:rPr>
        <w:t xml:space="preserve"> </w:t>
      </w:r>
    </w:p>
    <w:p w14:paraId="5CC69307" w14:textId="77777777" w:rsidR="00884866" w:rsidRPr="00884866" w:rsidRDefault="00884866" w:rsidP="00884866">
      <w:pPr>
        <w:numPr>
          <w:ilvl w:val="1"/>
          <w:numId w:val="11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bookmarkStart w:id="58" w:name="_Toc371577624"/>
      <w:bookmarkStart w:id="59" w:name="_Toc371578775"/>
      <w:r w:rsidRPr="00884866">
        <w:rPr>
          <w:rFonts w:eastAsia="Calibri"/>
          <w:sz w:val="24"/>
          <w:szCs w:val="24"/>
          <w:lang w:val="ru-RU"/>
        </w:rPr>
        <w:t>список состава коллегиального руководящего органа, члены которого на основании устава уполномочены принимать решения в процессе управления организацией без доверенности (предусмотренные законодательством иностранного государства документы обо всех лицах, способных прямо или косвенно контролировать деятельность юридического лица).</w:t>
      </w:r>
      <w:bookmarkEnd w:id="58"/>
      <w:bookmarkEnd w:id="59"/>
    </w:p>
    <w:p w14:paraId="49034E95" w14:textId="77777777" w:rsidR="00884866" w:rsidRPr="00884866" w:rsidRDefault="00884866" w:rsidP="00884866">
      <w:pPr>
        <w:spacing w:after="0"/>
        <w:contextualSpacing/>
        <w:rPr>
          <w:rFonts w:eastAsia="Calibri"/>
          <w:sz w:val="24"/>
          <w:szCs w:val="24"/>
          <w:lang w:val="ru-RU"/>
        </w:rPr>
      </w:pPr>
      <w:r w:rsidRPr="00884866">
        <w:rPr>
          <w:rFonts w:eastAsia="Calibri"/>
          <w:sz w:val="24"/>
          <w:szCs w:val="24"/>
          <w:lang w:val="ru-RU"/>
        </w:rPr>
        <w:t>Документы предоставляются в виде оригинала на иностранном языке и в виде нотариально заверенного перевода на русский язык.</w:t>
      </w:r>
    </w:p>
    <w:p w14:paraId="1EEA7835" w14:textId="77777777" w:rsidR="00884866" w:rsidRPr="00884866" w:rsidRDefault="00884866" w:rsidP="00884866">
      <w:pPr>
        <w:numPr>
          <w:ilvl w:val="0"/>
          <w:numId w:val="10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bookmarkStart w:id="60" w:name="_Toc371577625"/>
      <w:bookmarkStart w:id="61" w:name="_Toc371578776"/>
      <w:r w:rsidRPr="00884866">
        <w:rPr>
          <w:rFonts w:eastAsia="Calibri"/>
          <w:sz w:val="24"/>
          <w:szCs w:val="24"/>
          <w:lang w:val="ru-RU"/>
        </w:rPr>
        <w:t>Для всех организаций независимо от страны инкорпорации и при наличии в составе учредителей, участников или иных владельцев доверительных управляющих, номинальных держателей, трастов или иных лиц, не являющихся собственниками:</w:t>
      </w:r>
    </w:p>
    <w:p w14:paraId="24124712" w14:textId="77777777" w:rsidR="00884866" w:rsidRPr="00884866" w:rsidRDefault="00884866" w:rsidP="00884866">
      <w:pPr>
        <w:numPr>
          <w:ilvl w:val="1"/>
          <w:numId w:val="11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r w:rsidRPr="00884866">
        <w:rPr>
          <w:rFonts w:eastAsia="Calibri"/>
          <w:sz w:val="24"/>
          <w:szCs w:val="24"/>
          <w:lang w:val="ru-RU"/>
        </w:rPr>
        <w:t>документы, служащие основанием прав таких лиц;</w:t>
      </w:r>
    </w:p>
    <w:p w14:paraId="6C3D51C2" w14:textId="77777777" w:rsidR="00884866" w:rsidRPr="00884866" w:rsidRDefault="00884866" w:rsidP="00884866">
      <w:pPr>
        <w:numPr>
          <w:ilvl w:val="1"/>
          <w:numId w:val="11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r w:rsidRPr="00884866">
        <w:rPr>
          <w:rFonts w:eastAsia="Calibri"/>
          <w:sz w:val="24"/>
          <w:szCs w:val="24"/>
          <w:lang w:val="ru-RU"/>
        </w:rPr>
        <w:t>список состава коллегиального руководящего органа, члены которого на основании устава уполномочены принимать решения в процессе управления организацией без доверенности.</w:t>
      </w:r>
    </w:p>
    <w:p w14:paraId="07765F9D" w14:textId="77777777" w:rsidR="00884866" w:rsidRPr="00884866" w:rsidRDefault="00884866" w:rsidP="00884866">
      <w:pPr>
        <w:spacing w:after="0"/>
        <w:contextualSpacing/>
        <w:rPr>
          <w:rFonts w:eastAsia="Calibri"/>
          <w:sz w:val="24"/>
          <w:szCs w:val="24"/>
          <w:lang w:val="ru-RU"/>
        </w:rPr>
      </w:pPr>
      <w:r w:rsidRPr="00884866">
        <w:rPr>
          <w:rFonts w:eastAsia="Calibri"/>
          <w:sz w:val="24"/>
          <w:szCs w:val="24"/>
          <w:lang w:val="ru-RU"/>
        </w:rPr>
        <w:t>Документы предоставляются в виде оригинала на иностранном языке и в виде нотариально заверенного перевода на русский язык.</w:t>
      </w:r>
      <w:bookmarkEnd w:id="60"/>
      <w:bookmarkEnd w:id="61"/>
    </w:p>
    <w:p w14:paraId="633EBF4F" w14:textId="77777777" w:rsidR="00884866" w:rsidRPr="00884866" w:rsidRDefault="00884866" w:rsidP="00884866">
      <w:pPr>
        <w:numPr>
          <w:ilvl w:val="0"/>
          <w:numId w:val="10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bookmarkStart w:id="62" w:name="_Toc371577626"/>
      <w:bookmarkStart w:id="63" w:name="_Toc371578777"/>
      <w:r w:rsidRPr="00884866">
        <w:rPr>
          <w:rFonts w:eastAsia="Calibri"/>
          <w:sz w:val="24"/>
          <w:szCs w:val="24"/>
          <w:lang w:val="ru-RU"/>
        </w:rPr>
        <w:t>Для всех физических лиц, являющихся налоговыми резидентами Российской Федерации, чьи персональные данные раскрываются в цепочке собственников:</w:t>
      </w:r>
    </w:p>
    <w:p w14:paraId="793E1928" w14:textId="77777777" w:rsidR="00884866" w:rsidRPr="00884866" w:rsidRDefault="00884866" w:rsidP="00884866">
      <w:pPr>
        <w:numPr>
          <w:ilvl w:val="1"/>
          <w:numId w:val="11"/>
        </w:numPr>
        <w:spacing w:after="0" w:line="240" w:lineRule="auto"/>
        <w:contextualSpacing/>
        <w:jc w:val="both"/>
        <w:rPr>
          <w:rFonts w:eastAsia="Calibri"/>
          <w:sz w:val="24"/>
          <w:szCs w:val="24"/>
          <w:lang w:val="ru-RU"/>
        </w:rPr>
      </w:pPr>
      <w:r w:rsidRPr="00884866">
        <w:rPr>
          <w:rFonts w:eastAsia="Calibri"/>
          <w:sz w:val="24"/>
          <w:szCs w:val="24"/>
          <w:lang w:val="ru-RU"/>
        </w:rPr>
        <w:t>оригинал Согласия на обработку и передачу персональных и иных охраняемых законом данных по форме Приложения 2 к Справке о цепочке собственников, включая бенефициаров (в том числе конечных), подписанный субъектом персональных данных.</w:t>
      </w:r>
      <w:bookmarkEnd w:id="62"/>
      <w:bookmarkEnd w:id="63"/>
    </w:p>
    <w:p w14:paraId="5E57FD1B" w14:textId="77777777" w:rsidR="00884866" w:rsidRPr="00884866" w:rsidRDefault="00884866" w:rsidP="00884866">
      <w:pPr>
        <w:spacing w:after="0"/>
        <w:contextualSpacing/>
        <w:rPr>
          <w:rFonts w:eastAsia="Calibri"/>
          <w:b/>
          <w:sz w:val="24"/>
          <w:szCs w:val="24"/>
          <w:lang w:val="ru-RU"/>
        </w:rPr>
      </w:pPr>
      <w:r w:rsidRPr="00884866">
        <w:rPr>
          <w:rFonts w:eastAsia="Calibri"/>
          <w:b/>
          <w:sz w:val="24"/>
          <w:szCs w:val="24"/>
          <w:lang w:val="ru-RU"/>
        </w:rPr>
        <w:br w:type="page"/>
      </w:r>
    </w:p>
    <w:p w14:paraId="4EDD0CC8" w14:textId="77777777" w:rsidR="00AA4997" w:rsidRPr="008106C8" w:rsidRDefault="006D59CB" w:rsidP="00884866">
      <w:pPr>
        <w:pStyle w:val="1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bookmarkStart w:id="64" w:name="_Toc243323814"/>
      <w:r w:rsidRPr="008106C8">
        <w:rPr>
          <w:rFonts w:ascii="Times New Roman" w:hAnsi="Times New Roman" w:cs="Times New Roman"/>
          <w:color w:val="auto"/>
          <w:sz w:val="24"/>
          <w:szCs w:val="24"/>
        </w:rPr>
        <w:lastRenderedPageBreak/>
        <w:t>Приложение № 3 к Техническим требованиям</w:t>
      </w:r>
      <w:bookmarkEnd w:id="64"/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921"/>
      </w:tblGrid>
      <w:tr w:rsidR="008106C8" w:rsidRPr="00570F40" w14:paraId="746A8F19" w14:textId="77777777" w:rsidTr="00FE5482">
        <w:tc>
          <w:tcPr>
            <w:tcW w:w="9921" w:type="dxa"/>
            <w:tcBorders>
              <w:bottom w:val="single" w:sz="4" w:space="0" w:color="auto"/>
            </w:tcBorders>
            <w:shd w:val="clear" w:color="auto" w:fill="auto"/>
          </w:tcPr>
          <w:p w14:paraId="16C49664" w14:textId="77777777" w:rsidR="008106C8" w:rsidRDefault="008106C8" w:rsidP="00FE5482">
            <w:pPr>
              <w:suppressAutoHyphens/>
              <w:spacing w:after="0"/>
              <w:jc w:val="center"/>
              <w:rPr>
                <w:b/>
                <w:snapToGrid w:val="0"/>
                <w:sz w:val="24"/>
                <w:szCs w:val="24"/>
                <w:lang w:val="ru-RU"/>
              </w:rPr>
            </w:pPr>
          </w:p>
          <w:p w14:paraId="6D036A12" w14:textId="2246F227" w:rsidR="008106C8" w:rsidRPr="008106C8" w:rsidRDefault="008106C8" w:rsidP="00FE5482">
            <w:pPr>
              <w:suppressAutoHyphens/>
              <w:spacing w:after="0"/>
              <w:jc w:val="center"/>
              <w:rPr>
                <w:b/>
                <w:snapToGrid w:val="0"/>
                <w:sz w:val="24"/>
                <w:szCs w:val="24"/>
                <w:lang w:val="ru-RU"/>
              </w:rPr>
            </w:pPr>
            <w:r w:rsidRPr="008106C8">
              <w:rPr>
                <w:b/>
                <w:snapToGrid w:val="0"/>
                <w:sz w:val="24"/>
                <w:szCs w:val="24"/>
                <w:lang w:val="ru-RU"/>
              </w:rPr>
              <w:t>Форма «Анкета Участника закупки»</w:t>
            </w:r>
          </w:p>
          <w:p w14:paraId="37092203" w14:textId="77777777" w:rsidR="008106C8" w:rsidRPr="008106C8" w:rsidRDefault="008106C8" w:rsidP="00FE5482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8106C8">
              <w:rPr>
                <w:sz w:val="24"/>
                <w:szCs w:val="24"/>
                <w:lang w:val="ru-RU"/>
              </w:rPr>
              <w:t>начало формы</w:t>
            </w:r>
          </w:p>
        </w:tc>
      </w:tr>
    </w:tbl>
    <w:p w14:paraId="3700B342" w14:textId="77777777" w:rsidR="008106C8" w:rsidRPr="008106C8" w:rsidRDefault="008106C8" w:rsidP="008106C8">
      <w:pPr>
        <w:suppressAutoHyphens/>
        <w:spacing w:after="0"/>
        <w:jc w:val="center"/>
        <w:rPr>
          <w:b/>
          <w:snapToGrid w:val="0"/>
          <w:sz w:val="24"/>
          <w:szCs w:val="24"/>
          <w:lang w:val="ru-RU"/>
        </w:rPr>
      </w:pPr>
    </w:p>
    <w:p w14:paraId="30E9CA83" w14:textId="77777777" w:rsidR="008106C8" w:rsidRPr="00E2007B" w:rsidRDefault="008106C8" w:rsidP="008106C8">
      <w:pPr>
        <w:spacing w:after="0"/>
        <w:jc w:val="center"/>
        <w:rPr>
          <w:sz w:val="24"/>
          <w:szCs w:val="24"/>
        </w:rPr>
      </w:pPr>
      <w:r w:rsidRPr="00E2007B">
        <w:rPr>
          <w:b/>
          <w:sz w:val="24"/>
          <w:szCs w:val="24"/>
        </w:rPr>
        <w:t>Анкета Участника закупки</w:t>
      </w:r>
    </w:p>
    <w:p w14:paraId="140ACDC6" w14:textId="77777777" w:rsidR="008106C8" w:rsidRPr="00E2007B" w:rsidRDefault="008106C8" w:rsidP="008106C8">
      <w:pPr>
        <w:spacing w:after="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8"/>
        <w:gridCol w:w="4966"/>
        <w:gridCol w:w="4479"/>
      </w:tblGrid>
      <w:tr w:rsidR="008106C8" w:rsidRPr="00570F40" w14:paraId="27BA8376" w14:textId="77777777" w:rsidTr="00FE5482">
        <w:trPr>
          <w:cantSplit/>
          <w:trHeight w:val="240"/>
          <w:tblHeader/>
        </w:trPr>
        <w:tc>
          <w:tcPr>
            <w:tcW w:w="260" w:type="pct"/>
            <w:shd w:val="clear" w:color="auto" w:fill="auto"/>
          </w:tcPr>
          <w:p w14:paraId="7D84D1A9" w14:textId="77777777" w:rsidR="008106C8" w:rsidRPr="008106C8" w:rsidRDefault="008106C8" w:rsidP="00FE5482">
            <w:pPr>
              <w:keepNext/>
              <w:spacing w:after="0"/>
              <w:jc w:val="center"/>
              <w:rPr>
                <w:b/>
                <w:snapToGrid w:val="0"/>
                <w:sz w:val="20"/>
                <w:szCs w:val="20"/>
              </w:rPr>
            </w:pPr>
            <w:r w:rsidRPr="008106C8">
              <w:rPr>
                <w:b/>
                <w:snapToGrid w:val="0"/>
                <w:sz w:val="20"/>
                <w:szCs w:val="20"/>
              </w:rPr>
              <w:t>№ п/п</w:t>
            </w:r>
          </w:p>
        </w:tc>
        <w:tc>
          <w:tcPr>
            <w:tcW w:w="2492" w:type="pct"/>
            <w:shd w:val="clear" w:color="auto" w:fill="auto"/>
          </w:tcPr>
          <w:p w14:paraId="6B6C2B17" w14:textId="77777777" w:rsidR="008106C8" w:rsidRPr="008106C8" w:rsidRDefault="008106C8" w:rsidP="00FE5482">
            <w:pPr>
              <w:keepNext/>
              <w:spacing w:after="0"/>
              <w:jc w:val="center"/>
              <w:rPr>
                <w:b/>
                <w:snapToGrid w:val="0"/>
                <w:sz w:val="20"/>
                <w:szCs w:val="20"/>
              </w:rPr>
            </w:pPr>
            <w:r w:rsidRPr="008106C8">
              <w:rPr>
                <w:b/>
                <w:snapToGrid w:val="0"/>
                <w:sz w:val="20"/>
                <w:szCs w:val="20"/>
              </w:rPr>
              <w:t>Наименование</w:t>
            </w:r>
          </w:p>
        </w:tc>
        <w:tc>
          <w:tcPr>
            <w:tcW w:w="2248" w:type="pct"/>
            <w:shd w:val="clear" w:color="auto" w:fill="FFFFFF" w:themeFill="background1"/>
          </w:tcPr>
          <w:p w14:paraId="2FBE045F" w14:textId="77777777" w:rsidR="008106C8" w:rsidRPr="008106C8" w:rsidRDefault="008106C8" w:rsidP="00FE5482">
            <w:pPr>
              <w:keepNext/>
              <w:spacing w:after="0"/>
              <w:jc w:val="center"/>
              <w:rPr>
                <w:b/>
                <w:snapToGrid w:val="0"/>
                <w:sz w:val="20"/>
                <w:szCs w:val="20"/>
                <w:lang w:val="ru-RU"/>
              </w:rPr>
            </w:pPr>
            <w:r w:rsidRPr="008106C8">
              <w:rPr>
                <w:b/>
                <w:snapToGrid w:val="0"/>
                <w:sz w:val="20"/>
                <w:szCs w:val="20"/>
                <w:lang w:val="ru-RU"/>
              </w:rPr>
              <w:t xml:space="preserve">Сведения об Участнике </w:t>
            </w:r>
            <w:r w:rsidRPr="008106C8">
              <w:rPr>
                <w:b/>
                <w:snapToGrid w:val="0"/>
                <w:sz w:val="20"/>
                <w:szCs w:val="20"/>
                <w:lang w:val="ru-RU"/>
              </w:rPr>
              <w:br/>
            </w:r>
            <w:r w:rsidRPr="008106C8">
              <w:rPr>
                <w:b/>
                <w:i/>
                <w:snapToGrid w:val="0"/>
                <w:sz w:val="20"/>
                <w:szCs w:val="20"/>
                <w:shd w:val="clear" w:color="auto" w:fill="BFBFBF"/>
                <w:lang w:val="ru-RU"/>
              </w:rPr>
              <w:t>(заполняется Участником)</w:t>
            </w:r>
          </w:p>
        </w:tc>
      </w:tr>
      <w:tr w:rsidR="008106C8" w:rsidRPr="00570F40" w14:paraId="23BC123B" w14:textId="77777777" w:rsidTr="00FE5482">
        <w:trPr>
          <w:cantSplit/>
        </w:trPr>
        <w:tc>
          <w:tcPr>
            <w:tcW w:w="260" w:type="pct"/>
          </w:tcPr>
          <w:p w14:paraId="3951FC44" w14:textId="77777777" w:rsidR="008106C8" w:rsidRPr="008106C8" w:rsidRDefault="008106C8" w:rsidP="008106C8">
            <w:pPr>
              <w:numPr>
                <w:ilvl w:val="0"/>
                <w:numId w:val="12"/>
              </w:num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492" w:type="pct"/>
          </w:tcPr>
          <w:p w14:paraId="19479199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  <w:lang w:val="ru-RU"/>
              </w:rPr>
            </w:pPr>
            <w:r w:rsidRPr="008106C8">
              <w:rPr>
                <w:snapToGrid w:val="0"/>
                <w:sz w:val="20"/>
                <w:szCs w:val="20"/>
                <w:lang w:val="ru-RU"/>
              </w:rPr>
              <w:t>Полное наименование Участника с указанием организационно-правовой формы</w:t>
            </w:r>
          </w:p>
        </w:tc>
        <w:tc>
          <w:tcPr>
            <w:tcW w:w="2248" w:type="pct"/>
            <w:shd w:val="clear" w:color="auto" w:fill="FFFFFF" w:themeFill="background1"/>
          </w:tcPr>
          <w:p w14:paraId="69A96CB4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  <w:lang w:val="ru-RU"/>
              </w:rPr>
            </w:pPr>
          </w:p>
        </w:tc>
      </w:tr>
      <w:tr w:rsidR="008106C8" w:rsidRPr="00570F40" w14:paraId="0CFF2D2B" w14:textId="77777777" w:rsidTr="00FE5482">
        <w:trPr>
          <w:cantSplit/>
        </w:trPr>
        <w:tc>
          <w:tcPr>
            <w:tcW w:w="260" w:type="pct"/>
          </w:tcPr>
          <w:p w14:paraId="011416F0" w14:textId="77777777" w:rsidR="008106C8" w:rsidRPr="008106C8" w:rsidRDefault="008106C8" w:rsidP="008106C8">
            <w:pPr>
              <w:numPr>
                <w:ilvl w:val="0"/>
                <w:numId w:val="12"/>
              </w:num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492" w:type="pct"/>
          </w:tcPr>
          <w:p w14:paraId="7AC09CD2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  <w:lang w:val="ru-RU"/>
              </w:rPr>
            </w:pPr>
            <w:r w:rsidRPr="008106C8">
              <w:rPr>
                <w:snapToGrid w:val="0"/>
                <w:sz w:val="20"/>
                <w:szCs w:val="20"/>
                <w:lang w:val="ru-RU"/>
              </w:rPr>
              <w:t>Сокращенное наименование Участника с указанием организационно-правовой формы</w:t>
            </w:r>
          </w:p>
        </w:tc>
        <w:tc>
          <w:tcPr>
            <w:tcW w:w="2248" w:type="pct"/>
            <w:shd w:val="clear" w:color="auto" w:fill="FFFFFF" w:themeFill="background1"/>
          </w:tcPr>
          <w:p w14:paraId="4A4D27DD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  <w:lang w:val="ru-RU"/>
              </w:rPr>
            </w:pPr>
          </w:p>
        </w:tc>
      </w:tr>
      <w:tr w:rsidR="008106C8" w:rsidRPr="00570F40" w14:paraId="4FF2976B" w14:textId="77777777" w:rsidTr="00FE5482">
        <w:trPr>
          <w:cantSplit/>
        </w:trPr>
        <w:tc>
          <w:tcPr>
            <w:tcW w:w="260" w:type="pct"/>
          </w:tcPr>
          <w:p w14:paraId="347482F8" w14:textId="77777777" w:rsidR="008106C8" w:rsidRPr="008106C8" w:rsidRDefault="008106C8" w:rsidP="008106C8">
            <w:pPr>
              <w:numPr>
                <w:ilvl w:val="0"/>
                <w:numId w:val="12"/>
              </w:num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492" w:type="pct"/>
          </w:tcPr>
          <w:p w14:paraId="74D12E58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  <w:lang w:val="ru-RU"/>
              </w:rPr>
            </w:pPr>
            <w:r w:rsidRPr="008106C8">
              <w:rPr>
                <w:snapToGrid w:val="0"/>
                <w:sz w:val="20"/>
                <w:szCs w:val="20"/>
                <w:lang w:val="ru-RU"/>
              </w:rPr>
              <w:t>Свидетельство о внесении в ЕГРЮЛ / ЕГРИП (дата и номер, кем выдано) либо паспортные данные (для физических лиц)</w:t>
            </w:r>
          </w:p>
        </w:tc>
        <w:tc>
          <w:tcPr>
            <w:tcW w:w="2248" w:type="pct"/>
          </w:tcPr>
          <w:p w14:paraId="17EBE666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  <w:lang w:val="ru-RU"/>
              </w:rPr>
            </w:pPr>
          </w:p>
        </w:tc>
      </w:tr>
      <w:tr w:rsidR="008106C8" w:rsidRPr="00570F40" w14:paraId="4424D332" w14:textId="77777777" w:rsidTr="00FE5482">
        <w:trPr>
          <w:cantSplit/>
        </w:trPr>
        <w:tc>
          <w:tcPr>
            <w:tcW w:w="260" w:type="pct"/>
          </w:tcPr>
          <w:p w14:paraId="28A7BED6" w14:textId="77777777" w:rsidR="008106C8" w:rsidRPr="008106C8" w:rsidRDefault="008106C8" w:rsidP="008106C8">
            <w:pPr>
              <w:numPr>
                <w:ilvl w:val="0"/>
                <w:numId w:val="12"/>
              </w:num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492" w:type="pct"/>
          </w:tcPr>
          <w:p w14:paraId="4650DED9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  <w:lang w:val="ru-RU"/>
              </w:rPr>
            </w:pPr>
            <w:r w:rsidRPr="008106C8">
              <w:rPr>
                <w:snapToGrid w:val="0"/>
                <w:sz w:val="20"/>
                <w:szCs w:val="20"/>
                <w:lang w:val="ru-RU"/>
              </w:rPr>
              <w:t>Собственники (перечислить наименования и организационно-правовую форму или Ф.И.О. всех собственников, чья доля в уставном капитале превышает 10%)</w:t>
            </w:r>
          </w:p>
        </w:tc>
        <w:tc>
          <w:tcPr>
            <w:tcW w:w="2248" w:type="pct"/>
          </w:tcPr>
          <w:p w14:paraId="27821322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  <w:lang w:val="ru-RU"/>
              </w:rPr>
            </w:pPr>
          </w:p>
        </w:tc>
      </w:tr>
      <w:tr w:rsidR="008106C8" w:rsidRPr="00E2007B" w14:paraId="5A29092E" w14:textId="77777777" w:rsidTr="00FE5482">
        <w:trPr>
          <w:cantSplit/>
        </w:trPr>
        <w:tc>
          <w:tcPr>
            <w:tcW w:w="260" w:type="pct"/>
          </w:tcPr>
          <w:p w14:paraId="53C708D1" w14:textId="77777777" w:rsidR="008106C8" w:rsidRPr="008106C8" w:rsidRDefault="008106C8" w:rsidP="008106C8">
            <w:pPr>
              <w:numPr>
                <w:ilvl w:val="0"/>
                <w:numId w:val="12"/>
              </w:num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492" w:type="pct"/>
          </w:tcPr>
          <w:p w14:paraId="15AA2A19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</w:rPr>
            </w:pPr>
            <w:r w:rsidRPr="008106C8">
              <w:rPr>
                <w:snapToGrid w:val="0"/>
                <w:sz w:val="20"/>
                <w:szCs w:val="20"/>
              </w:rPr>
              <w:t>ИНН Участника</w:t>
            </w:r>
          </w:p>
        </w:tc>
        <w:tc>
          <w:tcPr>
            <w:tcW w:w="2248" w:type="pct"/>
          </w:tcPr>
          <w:p w14:paraId="3C1DB156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</w:rPr>
            </w:pPr>
          </w:p>
        </w:tc>
      </w:tr>
      <w:tr w:rsidR="008106C8" w:rsidRPr="00E2007B" w14:paraId="347CC449" w14:textId="77777777" w:rsidTr="00FE5482">
        <w:trPr>
          <w:cantSplit/>
        </w:trPr>
        <w:tc>
          <w:tcPr>
            <w:tcW w:w="260" w:type="pct"/>
          </w:tcPr>
          <w:p w14:paraId="73521ADA" w14:textId="77777777" w:rsidR="008106C8" w:rsidRPr="008106C8" w:rsidRDefault="008106C8" w:rsidP="008106C8">
            <w:pPr>
              <w:numPr>
                <w:ilvl w:val="0"/>
                <w:numId w:val="1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92" w:type="pct"/>
          </w:tcPr>
          <w:p w14:paraId="2FDD01AD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</w:rPr>
            </w:pPr>
            <w:r w:rsidRPr="008106C8">
              <w:rPr>
                <w:snapToGrid w:val="0"/>
                <w:sz w:val="20"/>
                <w:szCs w:val="20"/>
              </w:rPr>
              <w:t>КПП Участника</w:t>
            </w:r>
          </w:p>
        </w:tc>
        <w:tc>
          <w:tcPr>
            <w:tcW w:w="2248" w:type="pct"/>
          </w:tcPr>
          <w:p w14:paraId="4C9613A7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</w:rPr>
            </w:pPr>
          </w:p>
        </w:tc>
      </w:tr>
      <w:tr w:rsidR="008106C8" w:rsidRPr="00E2007B" w14:paraId="72B450F6" w14:textId="77777777" w:rsidTr="00FE5482">
        <w:trPr>
          <w:cantSplit/>
        </w:trPr>
        <w:tc>
          <w:tcPr>
            <w:tcW w:w="260" w:type="pct"/>
          </w:tcPr>
          <w:p w14:paraId="3182FD76" w14:textId="77777777" w:rsidR="008106C8" w:rsidRPr="008106C8" w:rsidRDefault="008106C8" w:rsidP="008106C8">
            <w:pPr>
              <w:numPr>
                <w:ilvl w:val="0"/>
                <w:numId w:val="1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92" w:type="pct"/>
          </w:tcPr>
          <w:p w14:paraId="094262A6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</w:rPr>
            </w:pPr>
            <w:r w:rsidRPr="008106C8">
              <w:rPr>
                <w:snapToGrid w:val="0"/>
                <w:sz w:val="20"/>
                <w:szCs w:val="20"/>
              </w:rPr>
              <w:t>ОГРН Участника</w:t>
            </w:r>
          </w:p>
        </w:tc>
        <w:tc>
          <w:tcPr>
            <w:tcW w:w="2248" w:type="pct"/>
          </w:tcPr>
          <w:p w14:paraId="52CF386B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</w:rPr>
            </w:pPr>
          </w:p>
        </w:tc>
      </w:tr>
      <w:tr w:rsidR="008106C8" w:rsidRPr="00E2007B" w14:paraId="29B7BDC5" w14:textId="77777777" w:rsidTr="00FE5482">
        <w:trPr>
          <w:cantSplit/>
        </w:trPr>
        <w:tc>
          <w:tcPr>
            <w:tcW w:w="260" w:type="pct"/>
          </w:tcPr>
          <w:p w14:paraId="0A92E362" w14:textId="77777777" w:rsidR="008106C8" w:rsidRPr="008106C8" w:rsidRDefault="008106C8" w:rsidP="008106C8">
            <w:pPr>
              <w:numPr>
                <w:ilvl w:val="0"/>
                <w:numId w:val="1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92" w:type="pct"/>
          </w:tcPr>
          <w:p w14:paraId="4029DD60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</w:rPr>
            </w:pPr>
            <w:r w:rsidRPr="008106C8">
              <w:rPr>
                <w:snapToGrid w:val="0"/>
                <w:sz w:val="20"/>
                <w:szCs w:val="20"/>
              </w:rPr>
              <w:t>ОКПО Участника</w:t>
            </w:r>
          </w:p>
        </w:tc>
        <w:tc>
          <w:tcPr>
            <w:tcW w:w="2248" w:type="pct"/>
          </w:tcPr>
          <w:p w14:paraId="211E7D40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</w:rPr>
            </w:pPr>
          </w:p>
        </w:tc>
      </w:tr>
      <w:tr w:rsidR="008106C8" w:rsidRPr="00E2007B" w14:paraId="550E9AFE" w14:textId="77777777" w:rsidTr="00FE5482">
        <w:trPr>
          <w:cantSplit/>
        </w:trPr>
        <w:tc>
          <w:tcPr>
            <w:tcW w:w="260" w:type="pct"/>
          </w:tcPr>
          <w:p w14:paraId="08F7E6EB" w14:textId="77777777" w:rsidR="008106C8" w:rsidRPr="008106C8" w:rsidRDefault="008106C8" w:rsidP="008106C8">
            <w:pPr>
              <w:numPr>
                <w:ilvl w:val="0"/>
                <w:numId w:val="1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92" w:type="pct"/>
          </w:tcPr>
          <w:p w14:paraId="29626943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</w:rPr>
            </w:pPr>
            <w:r w:rsidRPr="008106C8">
              <w:rPr>
                <w:snapToGrid w:val="0"/>
                <w:sz w:val="20"/>
                <w:szCs w:val="20"/>
              </w:rPr>
              <w:t>ОКТМО Участника</w:t>
            </w:r>
          </w:p>
        </w:tc>
        <w:tc>
          <w:tcPr>
            <w:tcW w:w="2248" w:type="pct"/>
          </w:tcPr>
          <w:p w14:paraId="3F6D0967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</w:rPr>
            </w:pPr>
          </w:p>
        </w:tc>
      </w:tr>
      <w:tr w:rsidR="008106C8" w:rsidRPr="00E2007B" w14:paraId="6C82054F" w14:textId="77777777" w:rsidTr="00FE5482">
        <w:trPr>
          <w:cantSplit/>
        </w:trPr>
        <w:tc>
          <w:tcPr>
            <w:tcW w:w="260" w:type="pct"/>
          </w:tcPr>
          <w:p w14:paraId="2C5CF5AA" w14:textId="77777777" w:rsidR="008106C8" w:rsidRPr="008106C8" w:rsidRDefault="008106C8" w:rsidP="008106C8">
            <w:pPr>
              <w:numPr>
                <w:ilvl w:val="0"/>
                <w:numId w:val="1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92" w:type="pct"/>
          </w:tcPr>
          <w:p w14:paraId="05494A1C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</w:rPr>
            </w:pPr>
            <w:r w:rsidRPr="008106C8">
              <w:rPr>
                <w:snapToGrid w:val="0"/>
                <w:sz w:val="20"/>
                <w:szCs w:val="20"/>
              </w:rPr>
              <w:t>Место нахождения</w:t>
            </w:r>
          </w:p>
        </w:tc>
        <w:tc>
          <w:tcPr>
            <w:tcW w:w="2248" w:type="pct"/>
          </w:tcPr>
          <w:p w14:paraId="67ACD55B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</w:rPr>
            </w:pPr>
          </w:p>
        </w:tc>
      </w:tr>
      <w:tr w:rsidR="008106C8" w:rsidRPr="00E2007B" w14:paraId="54DC8590" w14:textId="77777777" w:rsidTr="00FE5482">
        <w:trPr>
          <w:cantSplit/>
        </w:trPr>
        <w:tc>
          <w:tcPr>
            <w:tcW w:w="260" w:type="pct"/>
          </w:tcPr>
          <w:p w14:paraId="53128E33" w14:textId="77777777" w:rsidR="008106C8" w:rsidRPr="008106C8" w:rsidRDefault="008106C8" w:rsidP="008106C8">
            <w:pPr>
              <w:numPr>
                <w:ilvl w:val="0"/>
                <w:numId w:val="1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92" w:type="pct"/>
          </w:tcPr>
          <w:p w14:paraId="09E626F4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</w:rPr>
            </w:pPr>
            <w:r w:rsidRPr="008106C8">
              <w:rPr>
                <w:snapToGrid w:val="0"/>
                <w:sz w:val="20"/>
                <w:szCs w:val="20"/>
              </w:rPr>
              <w:t>Почтовый адрес</w:t>
            </w:r>
          </w:p>
        </w:tc>
        <w:tc>
          <w:tcPr>
            <w:tcW w:w="2248" w:type="pct"/>
          </w:tcPr>
          <w:p w14:paraId="5D710BBF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</w:rPr>
            </w:pPr>
          </w:p>
        </w:tc>
      </w:tr>
      <w:tr w:rsidR="008106C8" w:rsidRPr="00570F40" w14:paraId="4CC78BBB" w14:textId="77777777" w:rsidTr="00FE5482">
        <w:trPr>
          <w:cantSplit/>
        </w:trPr>
        <w:tc>
          <w:tcPr>
            <w:tcW w:w="260" w:type="pct"/>
          </w:tcPr>
          <w:p w14:paraId="2AFCC3B9" w14:textId="77777777" w:rsidR="008106C8" w:rsidRPr="008106C8" w:rsidRDefault="008106C8" w:rsidP="008106C8">
            <w:pPr>
              <w:numPr>
                <w:ilvl w:val="0"/>
                <w:numId w:val="1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92" w:type="pct"/>
          </w:tcPr>
          <w:p w14:paraId="3DED64F4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  <w:lang w:val="ru-RU"/>
              </w:rPr>
            </w:pPr>
            <w:r w:rsidRPr="008106C8">
              <w:rPr>
                <w:snapToGrid w:val="0"/>
                <w:sz w:val="20"/>
                <w:szCs w:val="20"/>
                <w:lang w:val="ru-RU"/>
              </w:rPr>
              <w:t>Филиалы: перечислить наименования и почтовые адреса</w:t>
            </w:r>
          </w:p>
        </w:tc>
        <w:tc>
          <w:tcPr>
            <w:tcW w:w="2248" w:type="pct"/>
          </w:tcPr>
          <w:p w14:paraId="5746A8D3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  <w:lang w:val="ru-RU"/>
              </w:rPr>
            </w:pPr>
          </w:p>
        </w:tc>
        <w:bookmarkStart w:id="65" w:name="_GoBack"/>
        <w:bookmarkEnd w:id="65"/>
      </w:tr>
      <w:tr w:rsidR="008106C8" w:rsidRPr="00570F40" w14:paraId="14E518EB" w14:textId="77777777" w:rsidTr="00FE5482">
        <w:trPr>
          <w:cantSplit/>
        </w:trPr>
        <w:tc>
          <w:tcPr>
            <w:tcW w:w="260" w:type="pct"/>
          </w:tcPr>
          <w:p w14:paraId="1E48600C" w14:textId="77777777" w:rsidR="008106C8" w:rsidRPr="008106C8" w:rsidRDefault="008106C8" w:rsidP="008106C8">
            <w:pPr>
              <w:numPr>
                <w:ilvl w:val="0"/>
                <w:numId w:val="12"/>
              </w:num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492" w:type="pct"/>
          </w:tcPr>
          <w:p w14:paraId="59998167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  <w:lang w:val="ru-RU"/>
              </w:rPr>
            </w:pPr>
            <w:r w:rsidRPr="008106C8">
              <w:rPr>
                <w:snapToGrid w:val="0"/>
                <w:sz w:val="20"/>
                <w:szCs w:val="20"/>
                <w:lang w:val="ru-RU"/>
              </w:rPr>
              <w:t>Банковские реквизиты (наименование и адрес банка, номер расчетного счета Участника в банке, телефоны банка, прочие банковские реквизиты)</w:t>
            </w:r>
          </w:p>
        </w:tc>
        <w:tc>
          <w:tcPr>
            <w:tcW w:w="2248" w:type="pct"/>
          </w:tcPr>
          <w:p w14:paraId="71062C79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  <w:lang w:val="ru-RU"/>
              </w:rPr>
            </w:pPr>
          </w:p>
        </w:tc>
      </w:tr>
      <w:tr w:rsidR="008106C8" w:rsidRPr="00570F40" w14:paraId="4375D98B" w14:textId="77777777" w:rsidTr="00FE5482">
        <w:trPr>
          <w:cantSplit/>
        </w:trPr>
        <w:tc>
          <w:tcPr>
            <w:tcW w:w="260" w:type="pct"/>
          </w:tcPr>
          <w:p w14:paraId="33F9A5B2" w14:textId="77777777" w:rsidR="008106C8" w:rsidRPr="008106C8" w:rsidRDefault="008106C8" w:rsidP="008106C8">
            <w:pPr>
              <w:numPr>
                <w:ilvl w:val="0"/>
                <w:numId w:val="12"/>
              </w:num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492" w:type="pct"/>
          </w:tcPr>
          <w:p w14:paraId="0B566B98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  <w:lang w:val="ru-RU"/>
              </w:rPr>
            </w:pPr>
            <w:r w:rsidRPr="008106C8">
              <w:rPr>
                <w:snapToGrid w:val="0"/>
                <w:sz w:val="20"/>
                <w:szCs w:val="20"/>
                <w:lang w:val="ru-RU"/>
              </w:rPr>
              <w:t>Телефоны Участника (с</w:t>
            </w:r>
            <w:r w:rsidRPr="008106C8">
              <w:rPr>
                <w:snapToGrid w:val="0"/>
                <w:sz w:val="20"/>
                <w:szCs w:val="20"/>
              </w:rPr>
              <w:t> </w:t>
            </w:r>
            <w:r w:rsidRPr="008106C8">
              <w:rPr>
                <w:snapToGrid w:val="0"/>
                <w:sz w:val="20"/>
                <w:szCs w:val="20"/>
                <w:lang w:val="ru-RU"/>
              </w:rPr>
              <w:t>указанием кода города)</w:t>
            </w:r>
          </w:p>
        </w:tc>
        <w:tc>
          <w:tcPr>
            <w:tcW w:w="2248" w:type="pct"/>
          </w:tcPr>
          <w:p w14:paraId="0D6A561A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  <w:lang w:val="ru-RU"/>
              </w:rPr>
            </w:pPr>
          </w:p>
        </w:tc>
      </w:tr>
      <w:tr w:rsidR="008106C8" w:rsidRPr="00E2007B" w14:paraId="787F2B48" w14:textId="77777777" w:rsidTr="00FE5482">
        <w:trPr>
          <w:cantSplit/>
        </w:trPr>
        <w:tc>
          <w:tcPr>
            <w:tcW w:w="260" w:type="pct"/>
          </w:tcPr>
          <w:p w14:paraId="1B2788E2" w14:textId="77777777" w:rsidR="008106C8" w:rsidRPr="008106C8" w:rsidRDefault="008106C8" w:rsidP="008106C8">
            <w:pPr>
              <w:numPr>
                <w:ilvl w:val="0"/>
                <w:numId w:val="12"/>
              </w:num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492" w:type="pct"/>
          </w:tcPr>
          <w:p w14:paraId="56BB0258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</w:rPr>
            </w:pPr>
            <w:r w:rsidRPr="008106C8">
              <w:rPr>
                <w:snapToGrid w:val="0"/>
                <w:sz w:val="20"/>
                <w:szCs w:val="20"/>
              </w:rPr>
              <w:t>Адрес электронной почты Участника</w:t>
            </w:r>
          </w:p>
        </w:tc>
        <w:tc>
          <w:tcPr>
            <w:tcW w:w="2248" w:type="pct"/>
          </w:tcPr>
          <w:p w14:paraId="5F55C54E" w14:textId="77777777" w:rsidR="008106C8" w:rsidRPr="008106C8" w:rsidRDefault="008106C8" w:rsidP="00FE5482">
            <w:pPr>
              <w:spacing w:after="0"/>
              <w:rPr>
                <w:snapToGrid w:val="0"/>
                <w:sz w:val="20"/>
                <w:szCs w:val="20"/>
              </w:rPr>
            </w:pPr>
          </w:p>
        </w:tc>
      </w:tr>
    </w:tbl>
    <w:p w14:paraId="41AC6337" w14:textId="77777777" w:rsidR="008106C8" w:rsidRPr="00E2007B" w:rsidRDefault="008106C8" w:rsidP="008106C8">
      <w:pPr>
        <w:tabs>
          <w:tab w:val="left" w:pos="5812"/>
        </w:tabs>
        <w:spacing w:after="0"/>
        <w:jc w:val="right"/>
        <w:rPr>
          <w:b/>
          <w:sz w:val="24"/>
          <w:szCs w:val="24"/>
        </w:rPr>
      </w:pPr>
    </w:p>
    <w:p w14:paraId="0D670AC7" w14:textId="77777777" w:rsidR="008106C8" w:rsidRPr="00E2007B" w:rsidRDefault="008106C8" w:rsidP="008106C8">
      <w:pPr>
        <w:tabs>
          <w:tab w:val="left" w:pos="5812"/>
        </w:tabs>
        <w:spacing w:after="0"/>
        <w:jc w:val="right"/>
        <w:rPr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65"/>
        <w:gridCol w:w="2517"/>
      </w:tblGrid>
      <w:tr w:rsidR="008106C8" w:rsidRPr="00E2007B" w14:paraId="5783E3A9" w14:textId="77777777" w:rsidTr="00FE5482">
        <w:trPr>
          <w:trHeight w:val="164"/>
        </w:trPr>
        <w:tc>
          <w:tcPr>
            <w:tcW w:w="458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51526F2" w14:textId="77777777" w:rsidR="008106C8" w:rsidRPr="00E2007B" w:rsidRDefault="008106C8" w:rsidP="00FE5482">
            <w:pPr>
              <w:spacing w:after="0"/>
              <w:rPr>
                <w:sz w:val="24"/>
                <w:szCs w:val="24"/>
              </w:rPr>
            </w:pPr>
          </w:p>
        </w:tc>
      </w:tr>
      <w:tr w:rsidR="008106C8" w:rsidRPr="00E2007B" w14:paraId="15C07838" w14:textId="77777777" w:rsidTr="00FE5482">
        <w:trPr>
          <w:trHeight w:val="158"/>
        </w:trPr>
        <w:tc>
          <w:tcPr>
            <w:tcW w:w="458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9C1AAC0" w14:textId="77777777" w:rsidR="008106C8" w:rsidRPr="00E2007B" w:rsidRDefault="008106C8" w:rsidP="00FE5482">
            <w:pPr>
              <w:spacing w:after="0"/>
              <w:jc w:val="center"/>
              <w:rPr>
                <w:sz w:val="24"/>
                <w:szCs w:val="24"/>
              </w:rPr>
            </w:pPr>
            <w:r w:rsidRPr="00E2007B">
              <w:rPr>
                <w:sz w:val="24"/>
                <w:szCs w:val="24"/>
                <w:vertAlign w:val="superscript"/>
              </w:rPr>
              <w:t>(должность)</w:t>
            </w:r>
          </w:p>
        </w:tc>
      </w:tr>
      <w:tr w:rsidR="008106C8" w:rsidRPr="00E2007B" w14:paraId="64EF22AC" w14:textId="77777777" w:rsidTr="00FE5482">
        <w:trPr>
          <w:trHeight w:val="81"/>
        </w:trPr>
        <w:tc>
          <w:tcPr>
            <w:tcW w:w="2065" w:type="dxa"/>
            <w:tcBorders>
              <w:bottom w:val="single" w:sz="4" w:space="0" w:color="auto"/>
            </w:tcBorders>
            <w:shd w:val="clear" w:color="auto" w:fill="auto"/>
          </w:tcPr>
          <w:p w14:paraId="7A8BF9CE" w14:textId="77777777" w:rsidR="008106C8" w:rsidRDefault="008106C8" w:rsidP="00FE5482">
            <w:pPr>
              <w:spacing w:after="0"/>
              <w:rPr>
                <w:sz w:val="24"/>
                <w:szCs w:val="24"/>
              </w:rPr>
            </w:pPr>
          </w:p>
          <w:p w14:paraId="76BF6A85" w14:textId="77777777" w:rsidR="008106C8" w:rsidRDefault="008106C8" w:rsidP="00FE5482">
            <w:pPr>
              <w:spacing w:after="0"/>
              <w:rPr>
                <w:sz w:val="24"/>
                <w:szCs w:val="24"/>
              </w:rPr>
            </w:pPr>
          </w:p>
          <w:p w14:paraId="13D0C88D" w14:textId="4C9E7A1C" w:rsidR="008106C8" w:rsidRPr="00E2007B" w:rsidRDefault="008106C8" w:rsidP="00FE548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517" w:type="dxa"/>
            <w:tcBorders>
              <w:bottom w:val="single" w:sz="4" w:space="0" w:color="auto"/>
            </w:tcBorders>
            <w:shd w:val="clear" w:color="auto" w:fill="auto"/>
          </w:tcPr>
          <w:p w14:paraId="4BAA7248" w14:textId="77777777" w:rsidR="008106C8" w:rsidRPr="00E2007B" w:rsidRDefault="008106C8" w:rsidP="00FE5482">
            <w:pPr>
              <w:spacing w:after="0"/>
              <w:rPr>
                <w:sz w:val="24"/>
                <w:szCs w:val="24"/>
              </w:rPr>
            </w:pPr>
          </w:p>
        </w:tc>
      </w:tr>
      <w:tr w:rsidR="008106C8" w:rsidRPr="00E2007B" w14:paraId="1D3B318C" w14:textId="77777777" w:rsidTr="00FE5482">
        <w:trPr>
          <w:trHeight w:val="158"/>
        </w:trPr>
        <w:tc>
          <w:tcPr>
            <w:tcW w:w="2065" w:type="dxa"/>
            <w:tcBorders>
              <w:top w:val="single" w:sz="4" w:space="0" w:color="auto"/>
            </w:tcBorders>
            <w:shd w:val="clear" w:color="auto" w:fill="auto"/>
          </w:tcPr>
          <w:p w14:paraId="45121D9D" w14:textId="77777777" w:rsidR="008106C8" w:rsidRPr="00E2007B" w:rsidRDefault="008106C8" w:rsidP="00FE5482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E2007B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17" w:type="dxa"/>
            <w:shd w:val="clear" w:color="auto" w:fill="auto"/>
          </w:tcPr>
          <w:p w14:paraId="6306F6E9" w14:textId="77777777" w:rsidR="008106C8" w:rsidRPr="00E2007B" w:rsidRDefault="008106C8" w:rsidP="00FE5482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E2007B">
              <w:rPr>
                <w:sz w:val="24"/>
                <w:szCs w:val="24"/>
                <w:vertAlign w:val="superscript"/>
              </w:rPr>
              <w:t>(расшифровка подписи)</w:t>
            </w:r>
          </w:p>
        </w:tc>
      </w:tr>
      <w:tr w:rsidR="008106C8" w:rsidRPr="00E2007B" w14:paraId="2D855042" w14:textId="77777777" w:rsidTr="00FE5482">
        <w:trPr>
          <w:trHeight w:val="164"/>
        </w:trPr>
        <w:tc>
          <w:tcPr>
            <w:tcW w:w="4582" w:type="dxa"/>
            <w:gridSpan w:val="2"/>
            <w:shd w:val="clear" w:color="auto" w:fill="auto"/>
          </w:tcPr>
          <w:p w14:paraId="02E886BA" w14:textId="77777777" w:rsidR="008106C8" w:rsidRPr="00E2007B" w:rsidRDefault="008106C8" w:rsidP="008106C8">
            <w:pPr>
              <w:spacing w:after="0"/>
              <w:ind w:firstLine="1596"/>
              <w:rPr>
                <w:sz w:val="20"/>
                <w:szCs w:val="20"/>
              </w:rPr>
            </w:pPr>
            <w:r w:rsidRPr="00E2007B">
              <w:rPr>
                <w:sz w:val="20"/>
                <w:szCs w:val="20"/>
              </w:rPr>
              <w:t>М.П.</w:t>
            </w:r>
          </w:p>
        </w:tc>
      </w:tr>
      <w:tr w:rsidR="008106C8" w:rsidRPr="00E2007B" w14:paraId="61AE9403" w14:textId="77777777" w:rsidTr="00FE5482">
        <w:trPr>
          <w:trHeight w:val="164"/>
        </w:trPr>
        <w:tc>
          <w:tcPr>
            <w:tcW w:w="4582" w:type="dxa"/>
            <w:gridSpan w:val="2"/>
            <w:shd w:val="clear" w:color="auto" w:fill="auto"/>
          </w:tcPr>
          <w:p w14:paraId="058F3345" w14:textId="77777777" w:rsidR="008106C8" w:rsidRPr="00E2007B" w:rsidRDefault="008106C8" w:rsidP="008106C8">
            <w:pPr>
              <w:spacing w:after="0"/>
              <w:rPr>
                <w:sz w:val="20"/>
                <w:szCs w:val="20"/>
              </w:rPr>
            </w:pPr>
          </w:p>
        </w:tc>
      </w:tr>
    </w:tbl>
    <w:tbl>
      <w:tblPr>
        <w:tblStyle w:val="2d"/>
        <w:tblW w:w="5000" w:type="pct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3"/>
      </w:tblGrid>
      <w:tr w:rsidR="008106C8" w:rsidRPr="00E2007B" w14:paraId="2272F25F" w14:textId="77777777" w:rsidTr="00FE5482">
        <w:tc>
          <w:tcPr>
            <w:tcW w:w="5000" w:type="pct"/>
          </w:tcPr>
          <w:p w14:paraId="2A448A1B" w14:textId="77777777" w:rsidR="008106C8" w:rsidRPr="00E2007B" w:rsidRDefault="008106C8" w:rsidP="00FE5482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E2007B">
              <w:rPr>
                <w:sz w:val="24"/>
                <w:szCs w:val="24"/>
              </w:rPr>
              <w:t>конец формы</w:t>
            </w:r>
          </w:p>
        </w:tc>
      </w:tr>
    </w:tbl>
    <w:p w14:paraId="7AB146BC" w14:textId="0DDB7388" w:rsidR="00AA4997" w:rsidRPr="008650BF" w:rsidRDefault="00AA4997" w:rsidP="008106C8">
      <w:pPr>
        <w:spacing w:after="80"/>
        <w:rPr>
          <w:rFonts w:cs="Times New Roman"/>
        </w:rPr>
      </w:pPr>
    </w:p>
    <w:sectPr w:rsidR="00AA4997" w:rsidRPr="008650BF" w:rsidSect="008106C8">
      <w:footerReference w:type="default" r:id="rId13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491D65" w14:textId="77777777" w:rsidR="002E0CD1" w:rsidRDefault="002E0CD1">
      <w:pPr>
        <w:spacing w:after="0" w:line="240" w:lineRule="auto"/>
      </w:pPr>
      <w:r>
        <w:separator/>
      </w:r>
    </w:p>
  </w:endnote>
  <w:endnote w:type="continuationSeparator" w:id="0">
    <w:p w14:paraId="2080F62B" w14:textId="77777777" w:rsidR="002E0CD1" w:rsidRDefault="002E0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FDAEB9" w14:textId="34D49AFE" w:rsidR="00FF0542" w:rsidRDefault="00FF0542" w:rsidP="008650BF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632EFF" w14:textId="77777777" w:rsidR="002E0CD1" w:rsidRDefault="002E0CD1">
      <w:pPr>
        <w:spacing w:after="0" w:line="240" w:lineRule="auto"/>
      </w:pPr>
      <w:r>
        <w:separator/>
      </w:r>
    </w:p>
  </w:footnote>
  <w:footnote w:type="continuationSeparator" w:id="0">
    <w:p w14:paraId="70D4DA8B" w14:textId="77777777" w:rsidR="002E0CD1" w:rsidRDefault="002E0CD1">
      <w:pPr>
        <w:spacing w:after="0" w:line="240" w:lineRule="auto"/>
      </w:pPr>
      <w:r>
        <w:continuationSeparator/>
      </w:r>
    </w:p>
  </w:footnote>
  <w:footnote w:id="1">
    <w:p w14:paraId="2790E3C8" w14:textId="77777777" w:rsidR="00FF0542" w:rsidRPr="004D526F" w:rsidRDefault="00FF0542" w:rsidP="004B4F14">
      <w:pPr>
        <w:pStyle w:val="afff2"/>
        <w:jc w:val="both"/>
        <w:rPr>
          <w:lang w:val="ru-RU"/>
        </w:rPr>
      </w:pPr>
      <w:r>
        <w:rPr>
          <w:rStyle w:val="afff4"/>
        </w:rPr>
        <w:footnoteRef/>
      </w:r>
      <w:r w:rsidRPr="004D526F">
        <w:rPr>
          <w:lang w:val="ru-RU"/>
        </w:rPr>
        <w:t xml:space="preserve"> </w:t>
      </w:r>
      <w:r w:rsidRPr="008650BF">
        <w:rPr>
          <w:rFonts w:cs="Times New Roman"/>
          <w:i/>
          <w:sz w:val="18"/>
          <w:lang w:val="ru-RU"/>
        </w:rPr>
        <w:t>Для мониторов (позиция 18) обязательно наличие сведений в реестре российской радиоэлектронной продукции (РЭП) или в едином реестре радиоэлектронной продукции государств – членов ЕАЭС в соответствии с Постановлением Правительства РФ от 10.07.2019 № 878.</w:t>
      </w:r>
    </w:p>
  </w:footnote>
  <w:footnote w:id="2">
    <w:p w14:paraId="236971DF" w14:textId="77777777" w:rsidR="00FF0542" w:rsidRPr="004D526F" w:rsidRDefault="00FF0542">
      <w:pPr>
        <w:pStyle w:val="afff2"/>
        <w:rPr>
          <w:lang w:val="ru-RU"/>
        </w:rPr>
      </w:pPr>
      <w:r>
        <w:rPr>
          <w:rStyle w:val="afff4"/>
        </w:rPr>
        <w:footnoteRef/>
      </w:r>
      <w:r w:rsidRPr="004D526F">
        <w:rPr>
          <w:lang w:val="ru-RU"/>
        </w:rPr>
        <w:t xml:space="preserve"> </w:t>
      </w:r>
      <w:r w:rsidRPr="008650BF">
        <w:rPr>
          <w:rFonts w:cs="Times New Roman"/>
          <w:i/>
          <w:sz w:val="18"/>
          <w:lang w:val="ru-RU"/>
        </w:rPr>
        <w:t>Для мониторов (позиция 18) обязательно наличие сведений в реестре российской радиоэлектронной продукции (РЭП) или в едином реестре радиоэлектронной продукции государств – членов ЕАЭС в соответствии с Постановлением Правительства РФ от 10.07.2019 № 878.</w:t>
      </w:r>
    </w:p>
  </w:footnote>
  <w:footnote w:id="3">
    <w:p w14:paraId="7095CC19" w14:textId="77777777" w:rsidR="00FF0542" w:rsidRPr="00884866" w:rsidRDefault="00FF0542" w:rsidP="00570F40">
      <w:pPr>
        <w:pStyle w:val="afff2"/>
        <w:jc w:val="both"/>
        <w:rPr>
          <w:lang w:val="ru-RU"/>
        </w:rPr>
      </w:pPr>
      <w:r w:rsidRPr="000B1174">
        <w:rPr>
          <w:rStyle w:val="afff4"/>
          <w:sz w:val="24"/>
          <w:szCs w:val="24"/>
        </w:rPr>
        <w:footnoteRef/>
      </w:r>
      <w:r w:rsidRPr="00884866">
        <w:rPr>
          <w:rStyle w:val="afff4"/>
          <w:sz w:val="24"/>
          <w:szCs w:val="24"/>
          <w:lang w:val="ru-RU"/>
        </w:rPr>
        <w:t xml:space="preserve"> </w:t>
      </w:r>
      <w:r w:rsidRPr="00884866">
        <w:rPr>
          <w:color w:val="000000"/>
          <w:lang w:val="ru-RU"/>
        </w:rPr>
        <w:t>Для юридических лиц, являющихся публичными акционерными обществами, акции которых котируются на биржах, либо обществами с числом акционеров более 50, в графе «Информация о цепочке собственников контрагента, включая бенефициаров (в том числе конечных)» допускается указание данных о бенефициарах (в том числе конечных) и акционерах, владеющих более 5 процентами акций (либо прямая ссылка на общедоступный источник, посредством которого в установленном законом порядке раскрыта соответствующая информация). В отношении акционеров, владеющих пакетами акций менее 5 процентов, допускается указание общей информации о количестве таких акционеров</w:t>
      </w:r>
    </w:p>
  </w:footnote>
  <w:footnote w:id="4">
    <w:p w14:paraId="3DC3CC60" w14:textId="77777777" w:rsidR="00FF0542" w:rsidRPr="00884866" w:rsidRDefault="00FF0542" w:rsidP="00721B0C">
      <w:pPr>
        <w:pStyle w:val="afff2"/>
        <w:jc w:val="both"/>
        <w:rPr>
          <w:lang w:val="ru-RU"/>
        </w:rPr>
      </w:pPr>
      <w:r w:rsidRPr="000B1174">
        <w:rPr>
          <w:rStyle w:val="afff4"/>
          <w:sz w:val="24"/>
          <w:szCs w:val="24"/>
        </w:rPr>
        <w:footnoteRef/>
      </w:r>
      <w:r w:rsidRPr="00884866">
        <w:rPr>
          <w:color w:val="000000"/>
          <w:lang w:val="ru-RU"/>
        </w:rPr>
        <w:t xml:space="preserve"> Для организаций, являющихся зарубежными публичными компаниями мирового уровня, занимающими лидирующие позиции в соответствующих отраслях, требования считаются исполненными при наличии информации об акционерах, владеющих более 5 процентами акций. В отношении таких компаний в графе «Информация о цепочке собственников контрагента, включая бенефициаров (в том числе конечных)» допускается указание данных об акционерах, владеющих более 5 процентами акций (либо прямая ссылка на общедоступный источник, посредством которого в установленном законом порядке раскрыта соответствующая информация)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3806225"/>
      <w:docPartObj>
        <w:docPartGallery w:val="Page Numbers (Top of Page)"/>
        <w:docPartUnique/>
      </w:docPartObj>
    </w:sdtPr>
    <w:sdtEndPr/>
    <w:sdtContent>
      <w:p w14:paraId="7BF85516" w14:textId="4C898C4E" w:rsidR="00FF0542" w:rsidRDefault="00FF054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0F40" w:rsidRPr="00570F40">
          <w:rPr>
            <w:noProof/>
            <w:lang w:val="ru-RU"/>
          </w:rPr>
          <w:t>15</w:t>
        </w:r>
        <w:r>
          <w:fldChar w:fldCharType="end"/>
        </w:r>
      </w:p>
    </w:sdtContent>
  </w:sdt>
  <w:p w14:paraId="0E41B1DA" w14:textId="77777777" w:rsidR="00FF0542" w:rsidRDefault="00FF054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0129143"/>
      <w:docPartObj>
        <w:docPartGallery w:val="Page Numbers (Top of Page)"/>
        <w:docPartUnique/>
      </w:docPartObj>
    </w:sdtPr>
    <w:sdtEndPr/>
    <w:sdtContent>
      <w:p w14:paraId="60147EEE" w14:textId="01C1E553" w:rsidR="00FF0542" w:rsidRDefault="00FF054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0F40" w:rsidRPr="00570F40">
          <w:rPr>
            <w:noProof/>
            <w:lang w:val="ru-RU"/>
          </w:rPr>
          <w:t>10</w:t>
        </w:r>
        <w:r>
          <w:fldChar w:fldCharType="end"/>
        </w:r>
      </w:p>
    </w:sdtContent>
  </w:sdt>
  <w:p w14:paraId="666BBD8D" w14:textId="77777777" w:rsidR="00FF0542" w:rsidRDefault="00FF0542" w:rsidP="008106C8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946658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4B266C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BBB3E04"/>
    <w:multiLevelType w:val="hybridMultilevel"/>
    <w:tmpl w:val="B1AEFF58"/>
    <w:lvl w:ilvl="0" w:tplc="185AA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C80273"/>
    <w:multiLevelType w:val="multilevel"/>
    <w:tmpl w:val="562EA0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E086E81"/>
    <w:multiLevelType w:val="hybridMultilevel"/>
    <w:tmpl w:val="29C037FC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40D322B4"/>
    <w:multiLevelType w:val="multilevel"/>
    <w:tmpl w:val="9E4430BC"/>
    <w:lvl w:ilvl="0">
      <w:start w:val="1"/>
      <w:numFmt w:val="decimal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4CB140F"/>
    <w:multiLevelType w:val="singleLevel"/>
    <w:tmpl w:val="2BF6FE1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sz w:val="24"/>
        <w:szCs w:val="24"/>
      </w:rPr>
    </w:lvl>
  </w:abstractNum>
  <w:abstractNum w:abstractNumId="15" w15:restartNumberingAfterBreak="0">
    <w:nsid w:val="6A267123"/>
    <w:multiLevelType w:val="multilevel"/>
    <w:tmpl w:val="8A4E6D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11"/>
  </w:num>
  <w:num w:numId="12">
    <w:abstractNumId w:val="14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3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E4655"/>
    <w:rsid w:val="001215FB"/>
    <w:rsid w:val="0015074B"/>
    <w:rsid w:val="001E2538"/>
    <w:rsid w:val="0020558C"/>
    <w:rsid w:val="0029639D"/>
    <w:rsid w:val="002A2408"/>
    <w:rsid w:val="002E0CD1"/>
    <w:rsid w:val="00326F90"/>
    <w:rsid w:val="00340A97"/>
    <w:rsid w:val="004B4F14"/>
    <w:rsid w:val="004C12CF"/>
    <w:rsid w:val="004C3DB5"/>
    <w:rsid w:val="004D526F"/>
    <w:rsid w:val="004F5F4E"/>
    <w:rsid w:val="00523B9F"/>
    <w:rsid w:val="005536A5"/>
    <w:rsid w:val="00570F40"/>
    <w:rsid w:val="005C37D0"/>
    <w:rsid w:val="005E46DE"/>
    <w:rsid w:val="006073EF"/>
    <w:rsid w:val="006A18B3"/>
    <w:rsid w:val="006D59CB"/>
    <w:rsid w:val="00721B0C"/>
    <w:rsid w:val="00792541"/>
    <w:rsid w:val="00794543"/>
    <w:rsid w:val="00800F0B"/>
    <w:rsid w:val="00801F04"/>
    <w:rsid w:val="008106C8"/>
    <w:rsid w:val="00852D3B"/>
    <w:rsid w:val="008623D3"/>
    <w:rsid w:val="008650BF"/>
    <w:rsid w:val="00884866"/>
    <w:rsid w:val="008E2B5E"/>
    <w:rsid w:val="00A37AD1"/>
    <w:rsid w:val="00A6641F"/>
    <w:rsid w:val="00AA1D8D"/>
    <w:rsid w:val="00AA4997"/>
    <w:rsid w:val="00AC7B21"/>
    <w:rsid w:val="00AF3072"/>
    <w:rsid w:val="00B017B7"/>
    <w:rsid w:val="00B47730"/>
    <w:rsid w:val="00B80E74"/>
    <w:rsid w:val="00C2264F"/>
    <w:rsid w:val="00C246BB"/>
    <w:rsid w:val="00C56B46"/>
    <w:rsid w:val="00C67277"/>
    <w:rsid w:val="00CB0664"/>
    <w:rsid w:val="00DF7CCF"/>
    <w:rsid w:val="00E221BB"/>
    <w:rsid w:val="00E853CA"/>
    <w:rsid w:val="00F03AEB"/>
    <w:rsid w:val="00F07A78"/>
    <w:rsid w:val="00F617FC"/>
    <w:rsid w:val="00F95CDA"/>
    <w:rsid w:val="00FC693F"/>
    <w:rsid w:val="00FE5482"/>
    <w:rsid w:val="00FF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B553DD6"/>
  <w14:defaultImageDpi w14:val="300"/>
  <w15:docId w15:val="{F47311E7-624B-4C35-84DD-76F2C23BF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aliases w:val="H3"/>
    <w:basedOn w:val="a1"/>
    <w:next w:val="a1"/>
    <w:link w:val="32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aliases w:val="H4"/>
    <w:basedOn w:val="a1"/>
    <w:next w:val="a1"/>
    <w:link w:val="40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aliases w:val="H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aliases w:val="H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unhideWhenUsed/>
    <w:qFormat/>
    <w:rsid w:val="00FC693F"/>
    <w:pPr>
      <w:outlineLvl w:val="9"/>
    </w:pPr>
  </w:style>
  <w:style w:type="table" w:styleId="aff0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4D526F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4D526F"/>
    <w:pPr>
      <w:spacing w:line="240" w:lineRule="auto"/>
    </w:pPr>
    <w:rPr>
      <w:sz w:val="20"/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4D526F"/>
    <w:rPr>
      <w:rFonts w:ascii="Times New Roman" w:eastAsia="Times New Roman" w:hAnsi="Times New Roman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4D526F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4D526F"/>
    <w:rPr>
      <w:rFonts w:ascii="Times New Roman" w:eastAsia="Times New Roman" w:hAnsi="Times New Roman"/>
      <w:b/>
      <w:bCs/>
      <w:sz w:val="20"/>
      <w:szCs w:val="20"/>
    </w:rPr>
  </w:style>
  <w:style w:type="paragraph" w:styleId="affd">
    <w:name w:val="Balloon Text"/>
    <w:basedOn w:val="a1"/>
    <w:link w:val="affe"/>
    <w:uiPriority w:val="99"/>
    <w:semiHidden/>
    <w:unhideWhenUsed/>
    <w:rsid w:val="004D52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e">
    <w:name w:val="Текст выноски Знак"/>
    <w:basedOn w:val="a2"/>
    <w:link w:val="affd"/>
    <w:uiPriority w:val="99"/>
    <w:semiHidden/>
    <w:rsid w:val="004D526F"/>
    <w:rPr>
      <w:rFonts w:ascii="Segoe UI" w:eastAsia="Times New Roman" w:hAnsi="Segoe UI" w:cs="Segoe UI"/>
      <w:sz w:val="18"/>
      <w:szCs w:val="18"/>
    </w:rPr>
  </w:style>
  <w:style w:type="paragraph" w:styleId="afff">
    <w:name w:val="endnote text"/>
    <w:basedOn w:val="a1"/>
    <w:link w:val="afff0"/>
    <w:uiPriority w:val="99"/>
    <w:semiHidden/>
    <w:unhideWhenUsed/>
    <w:rsid w:val="004D526F"/>
    <w:pPr>
      <w:spacing w:after="0" w:line="240" w:lineRule="auto"/>
    </w:pPr>
    <w:rPr>
      <w:sz w:val="20"/>
      <w:szCs w:val="20"/>
    </w:rPr>
  </w:style>
  <w:style w:type="character" w:customStyle="1" w:styleId="afff0">
    <w:name w:val="Текст концевой сноски Знак"/>
    <w:basedOn w:val="a2"/>
    <w:link w:val="afff"/>
    <w:uiPriority w:val="99"/>
    <w:semiHidden/>
    <w:rsid w:val="004D526F"/>
    <w:rPr>
      <w:rFonts w:ascii="Times New Roman" w:eastAsia="Times New Roman" w:hAnsi="Times New Roman"/>
      <w:sz w:val="20"/>
      <w:szCs w:val="20"/>
    </w:rPr>
  </w:style>
  <w:style w:type="character" w:styleId="afff1">
    <w:name w:val="endnote reference"/>
    <w:basedOn w:val="a2"/>
    <w:uiPriority w:val="99"/>
    <w:semiHidden/>
    <w:unhideWhenUsed/>
    <w:rsid w:val="004D526F"/>
    <w:rPr>
      <w:vertAlign w:val="superscript"/>
    </w:rPr>
  </w:style>
  <w:style w:type="paragraph" w:styleId="afff2">
    <w:name w:val="footnote text"/>
    <w:basedOn w:val="a1"/>
    <w:link w:val="afff3"/>
    <w:unhideWhenUsed/>
    <w:rsid w:val="004D526F"/>
    <w:pPr>
      <w:spacing w:after="0" w:line="240" w:lineRule="auto"/>
    </w:pPr>
    <w:rPr>
      <w:sz w:val="20"/>
      <w:szCs w:val="20"/>
    </w:rPr>
  </w:style>
  <w:style w:type="character" w:customStyle="1" w:styleId="afff3">
    <w:name w:val="Текст сноски Знак"/>
    <w:basedOn w:val="a2"/>
    <w:link w:val="afff2"/>
    <w:rsid w:val="004D526F"/>
    <w:rPr>
      <w:rFonts w:ascii="Times New Roman" w:eastAsia="Times New Roman" w:hAnsi="Times New Roman"/>
      <w:sz w:val="20"/>
      <w:szCs w:val="20"/>
    </w:rPr>
  </w:style>
  <w:style w:type="character" w:styleId="afff4">
    <w:name w:val="footnote reference"/>
    <w:basedOn w:val="a2"/>
    <w:unhideWhenUsed/>
    <w:rsid w:val="004D526F"/>
    <w:rPr>
      <w:vertAlign w:val="superscript"/>
    </w:rPr>
  </w:style>
  <w:style w:type="paragraph" w:styleId="14">
    <w:name w:val="toc 1"/>
    <w:basedOn w:val="a1"/>
    <w:next w:val="a1"/>
    <w:autoRedefine/>
    <w:uiPriority w:val="39"/>
    <w:unhideWhenUsed/>
    <w:rsid w:val="00884866"/>
    <w:pPr>
      <w:spacing w:after="100"/>
    </w:pPr>
  </w:style>
  <w:style w:type="paragraph" w:styleId="2c">
    <w:name w:val="toc 2"/>
    <w:basedOn w:val="a1"/>
    <w:next w:val="a1"/>
    <w:autoRedefine/>
    <w:uiPriority w:val="39"/>
    <w:unhideWhenUsed/>
    <w:rsid w:val="00884866"/>
    <w:pPr>
      <w:spacing w:after="100"/>
      <w:ind w:left="220"/>
    </w:pPr>
  </w:style>
  <w:style w:type="character" w:styleId="afff5">
    <w:name w:val="Hyperlink"/>
    <w:basedOn w:val="a2"/>
    <w:uiPriority w:val="99"/>
    <w:unhideWhenUsed/>
    <w:rsid w:val="00884866"/>
    <w:rPr>
      <w:color w:val="0000FF" w:themeColor="hyperlink"/>
      <w:u w:val="single"/>
    </w:rPr>
  </w:style>
  <w:style w:type="table" w:customStyle="1" w:styleId="2d">
    <w:name w:val="Сетка таблицы2"/>
    <w:basedOn w:val="a3"/>
    <w:next w:val="aff0"/>
    <w:uiPriority w:val="39"/>
    <w:rsid w:val="00810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6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package" Target="embeddings/_____Microsoft_Excel.xls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85F62A-8E40-459F-8AE0-13C47B66A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15</Pages>
  <Words>3820</Words>
  <Characters>21775</Characters>
  <Application>Microsoft Office Word</Application>
  <DocSecurity>0</DocSecurity>
  <Lines>181</Lines>
  <Paragraphs>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Алибекова Фериде Фермановна</cp:lastModifiedBy>
  <cp:revision>13</cp:revision>
  <dcterms:created xsi:type="dcterms:W3CDTF">2026-10-19T09:23:00Z</dcterms:created>
  <dcterms:modified xsi:type="dcterms:W3CDTF">2026-10-20T05:42:00Z</dcterms:modified>
  <cp:category/>
</cp:coreProperties>
</file>